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4DE31" w14:textId="1DA65D73" w:rsidR="009656CA" w:rsidRPr="006B441C" w:rsidRDefault="00241BD2" w:rsidP="001159B7">
      <w:pPr>
        <w:pStyle w:val="Title"/>
        <w:jc w:val="center"/>
        <w:rPr>
          <w:sz w:val="52"/>
          <w:szCs w:val="72"/>
        </w:rPr>
      </w:pPr>
      <w:r w:rsidRPr="006B441C">
        <w:rPr>
          <w:sz w:val="52"/>
          <w:szCs w:val="72"/>
        </w:rPr>
        <w:t>Finding Information</w:t>
      </w:r>
      <w:r w:rsidR="006B441C" w:rsidRPr="006B441C">
        <w:rPr>
          <w:sz w:val="52"/>
          <w:szCs w:val="72"/>
        </w:rPr>
        <w:t xml:space="preserve"> Task:</w:t>
      </w:r>
    </w:p>
    <w:p w14:paraId="06CC2A39" w14:textId="5DD948BD" w:rsidR="009656CA" w:rsidRPr="006B441C" w:rsidRDefault="009656CA">
      <w:pPr>
        <w:jc w:val="center"/>
        <w:rPr>
          <w:sz w:val="24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  <w:gridCol w:w="5184"/>
      </w:tblGrid>
      <w:tr w:rsidR="00AF7ECF" w:rsidRPr="006B441C" w14:paraId="4D6317F7" w14:textId="77777777" w:rsidTr="00AF7ECF">
        <w:trPr>
          <w:trHeight w:val="511"/>
          <w:jc w:val="center"/>
        </w:trPr>
        <w:tc>
          <w:tcPr>
            <w:tcW w:w="5184" w:type="dxa"/>
            <w:shd w:val="clear" w:color="auto" w:fill="EAF4F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617C837A" w14:textId="73C853AC" w:rsidR="00AF7ECF" w:rsidRPr="006B441C" w:rsidRDefault="00AF7ECF">
            <w:pPr>
              <w:rPr>
                <w:sz w:val="24"/>
                <w:szCs w:val="28"/>
              </w:rPr>
            </w:pPr>
          </w:p>
        </w:tc>
        <w:tc>
          <w:tcPr>
            <w:tcW w:w="5184" w:type="dxa"/>
            <w:shd w:val="clear" w:color="auto" w:fill="EAF4F4"/>
          </w:tcPr>
          <w:p w14:paraId="5E157BF1" w14:textId="77777777" w:rsidR="00AF7ECF" w:rsidRPr="006B441C" w:rsidRDefault="00AF7ECF">
            <w:pPr>
              <w:rPr>
                <w:sz w:val="24"/>
                <w:szCs w:val="28"/>
              </w:rPr>
            </w:pPr>
          </w:p>
        </w:tc>
        <w:tc>
          <w:tcPr>
            <w:tcW w:w="5184" w:type="dxa"/>
            <w:shd w:val="clear" w:color="auto" w:fill="EAF4F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0CCD70F" w14:textId="7940AAE2" w:rsidR="00AF7ECF" w:rsidRPr="006B441C" w:rsidRDefault="00AF7ECF">
            <w:pPr>
              <w:rPr>
                <w:sz w:val="24"/>
                <w:szCs w:val="28"/>
              </w:rPr>
            </w:pPr>
          </w:p>
        </w:tc>
      </w:tr>
    </w:tbl>
    <w:p w14:paraId="6D9B3D70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Your information question</w:t>
      </w:r>
    </w:p>
    <w:p w14:paraId="7790EDC4" w14:textId="4133F375" w:rsidR="009656CA" w:rsidRPr="006B441C" w:rsidRDefault="00596343">
      <w:pPr>
        <w:spacing w:after="160"/>
        <w:rPr>
          <w:sz w:val="24"/>
          <w:szCs w:val="28"/>
        </w:rPr>
      </w:pPr>
      <w:r>
        <w:rPr>
          <w:b/>
          <w:sz w:val="24"/>
          <w:szCs w:val="28"/>
        </w:rPr>
        <w:t>What is the difference between assault, battery and grievous bodily harm</w:t>
      </w:r>
      <w:r w:rsidR="00241BD2" w:rsidRPr="006B441C">
        <w:rPr>
          <w:b/>
          <w:sz w:val="24"/>
          <w:szCs w:val="28"/>
        </w:rPr>
        <w:t>?</w:t>
      </w:r>
    </w:p>
    <w:p w14:paraId="0DFE709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Your task</w:t>
      </w:r>
    </w:p>
    <w:p w14:paraId="75330CFA" w14:textId="66BC3ACD" w:rsidR="009656CA" w:rsidRDefault="006B441C">
      <w:pPr>
        <w:spacing w:after="100"/>
        <w:rPr>
          <w:sz w:val="24"/>
          <w:szCs w:val="28"/>
        </w:rPr>
      </w:pPr>
      <w:r>
        <w:rPr>
          <w:sz w:val="24"/>
          <w:szCs w:val="28"/>
        </w:rPr>
        <w:t>In small groups, y</w:t>
      </w:r>
      <w:r w:rsidR="00241BD2" w:rsidRPr="006B441C">
        <w:rPr>
          <w:sz w:val="24"/>
          <w:szCs w:val="28"/>
        </w:rPr>
        <w:t>ou have 3</w:t>
      </w:r>
      <w:r>
        <w:rPr>
          <w:sz w:val="24"/>
          <w:szCs w:val="28"/>
        </w:rPr>
        <w:t xml:space="preserve">0 </w:t>
      </w:r>
      <w:r w:rsidR="00241BD2" w:rsidRPr="006B441C">
        <w:rPr>
          <w:sz w:val="24"/>
          <w:szCs w:val="28"/>
        </w:rPr>
        <w:t>minutes to find three useful sources that could help answer the question.</w:t>
      </w:r>
    </w:p>
    <w:p w14:paraId="0E7CD9CD" w14:textId="77777777" w:rsidR="006B441C" w:rsidRPr="006B441C" w:rsidRDefault="006B441C">
      <w:pPr>
        <w:spacing w:after="100"/>
        <w:rPr>
          <w:sz w:val="24"/>
          <w:szCs w:val="28"/>
        </w:rPr>
      </w:pPr>
    </w:p>
    <w:p w14:paraId="4285B9C6" w14:textId="3F99FE04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One </w:t>
      </w:r>
      <w:r w:rsidR="00596343">
        <w:rPr>
          <w:sz w:val="24"/>
          <w:szCs w:val="28"/>
        </w:rPr>
        <w:t xml:space="preserve">journal </w:t>
      </w:r>
      <w:r w:rsidRPr="006B441C">
        <w:rPr>
          <w:sz w:val="24"/>
          <w:szCs w:val="28"/>
        </w:rPr>
        <w:t xml:space="preserve">(for example, </w:t>
      </w:r>
      <w:r w:rsidR="00596343">
        <w:rPr>
          <w:sz w:val="24"/>
          <w:szCs w:val="28"/>
        </w:rPr>
        <w:t>British journal of criminology, Policing insight journal, National Police Chiefs, Cambridge Journal of policing</w:t>
      </w:r>
      <w:r w:rsidRPr="006B441C">
        <w:rPr>
          <w:sz w:val="24"/>
          <w:szCs w:val="28"/>
        </w:rPr>
        <w:t>).</w:t>
      </w:r>
    </w:p>
    <w:p w14:paraId="1F34AA96" w14:textId="2CE6969E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One source from a relevant </w:t>
      </w:r>
      <w:r w:rsidR="00596343">
        <w:rPr>
          <w:sz w:val="24"/>
          <w:szCs w:val="28"/>
        </w:rPr>
        <w:t>on-line website (Dyfed Powys)</w:t>
      </w:r>
      <w:r w:rsidRPr="006B441C">
        <w:rPr>
          <w:sz w:val="24"/>
          <w:szCs w:val="28"/>
        </w:rPr>
        <w:t>.</w:t>
      </w:r>
    </w:p>
    <w:p w14:paraId="4281052C" w14:textId="77777777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One academic source, such as a peer-reviewed journal article found through your library search tool or Google Scholar.</w:t>
      </w:r>
    </w:p>
    <w:p w14:paraId="6AB04A2A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Search process</w:t>
      </w:r>
    </w:p>
    <w:p w14:paraId="081A1DA7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Pick out the main concepts in the question.</w:t>
      </w:r>
    </w:p>
    <w:p w14:paraId="6CF054D3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List alternative words for each concept.</w:t>
      </w:r>
    </w:p>
    <w:p w14:paraId="5AF31597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Combine keywords using AND or </w:t>
      </w:r>
      <w:proofErr w:type="spellStart"/>
      <w:r w:rsidRPr="006B441C">
        <w:rPr>
          <w:sz w:val="24"/>
          <w:szCs w:val="28"/>
        </w:rPr>
        <w:t>OR</w:t>
      </w:r>
      <w:proofErr w:type="spellEnd"/>
      <w:r w:rsidRPr="006B441C">
        <w:rPr>
          <w:sz w:val="24"/>
          <w:szCs w:val="28"/>
        </w:rPr>
        <w:t>.</w:t>
      </w:r>
    </w:p>
    <w:p w14:paraId="3A903446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Run at least three searches and record every search in the log.</w:t>
      </w:r>
    </w:p>
    <w:p w14:paraId="493222EB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Choose your best three sources and briefly explain why each is useful and trustworthy.</w:t>
      </w:r>
    </w:p>
    <w:p w14:paraId="237261C5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Keyword starter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9656CA" w:rsidRPr="006B441C" w14:paraId="68796F29" w14:textId="77777777">
        <w:trPr>
          <w:jc w:val="center"/>
        </w:trPr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61D9895" w14:textId="13B1966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Concept 1:</w:t>
            </w:r>
            <w:r w:rsidR="00596343">
              <w:rPr>
                <w:b/>
                <w:color w:val="FFFFFF"/>
                <w:sz w:val="24"/>
                <w:szCs w:val="28"/>
              </w:rPr>
              <w:t xml:space="preserve"> Assault</w:t>
            </w:r>
          </w:p>
        </w:tc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8737A0C" w14:textId="60FB0D23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 xml:space="preserve">Concept 2: </w:t>
            </w:r>
            <w:r w:rsidR="00596343">
              <w:rPr>
                <w:b/>
                <w:color w:val="FFFFFF"/>
                <w:sz w:val="24"/>
                <w:szCs w:val="28"/>
              </w:rPr>
              <w:t>battery</w:t>
            </w:r>
          </w:p>
        </w:tc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11E0A2F" w14:textId="29A0AA4A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 xml:space="preserve">Concept 3: </w:t>
            </w:r>
            <w:r w:rsidR="00596343">
              <w:rPr>
                <w:b/>
                <w:color w:val="FFFFFF"/>
                <w:sz w:val="24"/>
                <w:szCs w:val="28"/>
              </w:rPr>
              <w:t>GBH</w:t>
            </w:r>
          </w:p>
        </w:tc>
      </w:tr>
      <w:tr w:rsidR="009656CA" w:rsidRPr="006B441C" w14:paraId="5DE8E9C4" w14:textId="77777777">
        <w:trPr>
          <w:jc w:val="center"/>
        </w:trPr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5AA59AE" w14:textId="010FA753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33F1D43" w14:textId="5092CA22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7525DE4" w14:textId="2A614FEC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4B5CDA4C" w14:textId="77777777" w:rsidR="009656CA" w:rsidRPr="006B441C" w:rsidRDefault="009656CA">
      <w:pPr>
        <w:rPr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58"/>
      </w:tblGrid>
      <w:tr w:rsidR="009656CA" w:rsidRPr="006B441C" w14:paraId="692153FA" w14:textId="77777777">
        <w:tc>
          <w:tcPr>
            <w:tcW w:w="10368" w:type="dxa"/>
            <w:shd w:val="clear" w:color="auto" w:fill="FFF3CD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442F6422" w14:textId="7CFA3ECC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Example search:  (</w:t>
            </w:r>
            <w:r w:rsidR="00596343">
              <w:rPr>
                <w:sz w:val="24"/>
                <w:szCs w:val="28"/>
              </w:rPr>
              <w:t>“Assault “</w:t>
            </w:r>
            <w:r w:rsidRPr="006B441C">
              <w:rPr>
                <w:sz w:val="24"/>
                <w:szCs w:val="28"/>
              </w:rPr>
              <w:t>OR "</w:t>
            </w:r>
            <w:r w:rsidR="00596343">
              <w:rPr>
                <w:sz w:val="24"/>
                <w:szCs w:val="28"/>
              </w:rPr>
              <w:t>battery”</w:t>
            </w:r>
            <w:r w:rsidRPr="006B441C">
              <w:rPr>
                <w:sz w:val="24"/>
                <w:szCs w:val="28"/>
              </w:rPr>
              <w:t>) AND ("</w:t>
            </w:r>
            <w:r w:rsidR="00596343">
              <w:rPr>
                <w:sz w:val="24"/>
                <w:szCs w:val="28"/>
              </w:rPr>
              <w:t>ABH</w:t>
            </w:r>
            <w:r w:rsidRPr="006B441C">
              <w:rPr>
                <w:sz w:val="24"/>
                <w:szCs w:val="28"/>
              </w:rPr>
              <w:t xml:space="preserve">" OR </w:t>
            </w:r>
            <w:r w:rsidR="00596343">
              <w:rPr>
                <w:sz w:val="24"/>
                <w:szCs w:val="28"/>
              </w:rPr>
              <w:t>GBH</w:t>
            </w:r>
            <w:r w:rsidRPr="006B441C">
              <w:rPr>
                <w:sz w:val="24"/>
                <w:szCs w:val="28"/>
              </w:rPr>
              <w:t>) AND (</w:t>
            </w:r>
            <w:r w:rsidR="00596343">
              <w:rPr>
                <w:sz w:val="24"/>
                <w:szCs w:val="28"/>
              </w:rPr>
              <w:t>“Assault with intention”</w:t>
            </w:r>
            <w:r w:rsidRPr="006B441C">
              <w:rPr>
                <w:sz w:val="24"/>
                <w:szCs w:val="28"/>
              </w:rPr>
              <w:t>)</w:t>
            </w:r>
          </w:p>
        </w:tc>
      </w:tr>
    </w:tbl>
    <w:p w14:paraId="3E9F7FAD" w14:textId="49708375" w:rsidR="009656CA" w:rsidRPr="006B441C" w:rsidRDefault="006B441C">
      <w:pPr>
        <w:pStyle w:val="Heading1"/>
        <w:rPr>
          <w:sz w:val="36"/>
          <w:szCs w:val="36"/>
        </w:rPr>
      </w:pPr>
      <w:r>
        <w:rPr>
          <w:sz w:val="36"/>
          <w:szCs w:val="36"/>
        </w:rPr>
        <w:t>Checklist:</w:t>
      </w:r>
    </w:p>
    <w:p w14:paraId="07F1F23B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recorded the exact words I searched.</w:t>
      </w:r>
    </w:p>
    <w:p w14:paraId="67E687DD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recorded where I searched and how many results I got.</w:t>
      </w:r>
    </w:p>
    <w:p w14:paraId="11F71F9A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explained how I changed or improved my search.</w:t>
      </w:r>
    </w:p>
    <w:p w14:paraId="50840327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lastRenderedPageBreak/>
        <w:t>☐ I saved enough details to find each source again.</w:t>
      </w:r>
    </w:p>
    <w:p w14:paraId="7379CF73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commented on relevance, authority, date and evidence.</w:t>
      </w:r>
    </w:p>
    <w:p w14:paraId="0DD967D3" w14:textId="77777777" w:rsidR="006B441C" w:rsidRDefault="006B441C" w:rsidP="006B441C">
      <w:pPr>
        <w:spacing w:line="276" w:lineRule="auto"/>
        <w:rPr>
          <w:sz w:val="24"/>
          <w:szCs w:val="28"/>
        </w:rPr>
      </w:pPr>
    </w:p>
    <w:p w14:paraId="46232309" w14:textId="77777777" w:rsidR="006B441C" w:rsidRDefault="006B441C" w:rsidP="006B441C">
      <w:pPr>
        <w:spacing w:line="276" w:lineRule="auto"/>
        <w:rPr>
          <w:sz w:val="24"/>
          <w:szCs w:val="28"/>
        </w:rPr>
      </w:pPr>
    </w:p>
    <w:p w14:paraId="154B87CD" w14:textId="6870B02A" w:rsidR="009656CA" w:rsidRPr="006B441C" w:rsidRDefault="00241BD2" w:rsidP="006B441C">
      <w:pPr>
        <w:spacing w:line="276" w:lineRule="auto"/>
        <w:rPr>
          <w:sz w:val="24"/>
          <w:szCs w:val="28"/>
        </w:rPr>
      </w:pPr>
      <w:r w:rsidRPr="006B441C">
        <w:rPr>
          <w:sz w:val="52"/>
          <w:szCs w:val="72"/>
        </w:rPr>
        <w:t>Search Log</w:t>
      </w:r>
    </w:p>
    <w:p w14:paraId="71E99136" w14:textId="77777777" w:rsidR="009656CA" w:rsidRPr="006B441C" w:rsidRDefault="00241BD2">
      <w:pPr>
        <w:spacing w:after="80"/>
        <w:rPr>
          <w:sz w:val="24"/>
          <w:szCs w:val="28"/>
        </w:rPr>
      </w:pPr>
      <w:r w:rsidRPr="006B441C">
        <w:rPr>
          <w:b/>
          <w:sz w:val="24"/>
          <w:szCs w:val="28"/>
        </w:rPr>
        <w:t>Information question:</w:t>
      </w:r>
      <w:r w:rsidRPr="006B441C">
        <w:rPr>
          <w:sz w:val="24"/>
          <w:szCs w:val="28"/>
        </w:rPr>
        <w:t xml:space="preserve"> __________________________________________________________________</w:t>
      </w:r>
    </w:p>
    <w:p w14:paraId="2874BD8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A. Plan your keywords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9656CA" w:rsidRPr="006B441C" w14:paraId="59C081D4" w14:textId="77777777">
        <w:trPr>
          <w:jc w:val="center"/>
        </w:trPr>
        <w:tc>
          <w:tcPr>
            <w:tcW w:w="3456" w:type="dxa"/>
            <w:shd w:val="clear" w:color="auto" w:fill="2B6F77"/>
          </w:tcPr>
          <w:p w14:paraId="2198AAA8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Main concept</w:t>
            </w:r>
          </w:p>
        </w:tc>
        <w:tc>
          <w:tcPr>
            <w:tcW w:w="3456" w:type="dxa"/>
            <w:shd w:val="clear" w:color="auto" w:fill="2B6F77"/>
          </w:tcPr>
          <w:p w14:paraId="78D7C01A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Alternative words / synonyms</w:t>
            </w:r>
          </w:p>
        </w:tc>
        <w:tc>
          <w:tcPr>
            <w:tcW w:w="3456" w:type="dxa"/>
            <w:shd w:val="clear" w:color="auto" w:fill="2B6F77"/>
          </w:tcPr>
          <w:p w14:paraId="07F193D2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Useful phrase or spelling variation</w:t>
            </w:r>
          </w:p>
        </w:tc>
      </w:tr>
      <w:tr w:rsidR="009656CA" w:rsidRPr="006B441C" w14:paraId="221ADB79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4941981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4750179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47C66B9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96221FE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B62735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0AEFCE4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2CC8AB5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76165A1D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34BECAA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1670C65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F763D3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528BF828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B. Record each search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7"/>
        <w:gridCol w:w="1726"/>
        <w:gridCol w:w="1727"/>
        <w:gridCol w:w="1726"/>
        <w:gridCol w:w="1726"/>
        <w:gridCol w:w="1726"/>
      </w:tblGrid>
      <w:tr w:rsidR="009656CA" w:rsidRPr="006B441C" w14:paraId="3E229D23" w14:textId="77777777">
        <w:trPr>
          <w:tblHeader/>
          <w:jc w:val="center"/>
        </w:trPr>
        <w:tc>
          <w:tcPr>
            <w:tcW w:w="1728" w:type="dxa"/>
            <w:shd w:val="clear" w:color="auto" w:fill="2B6F77"/>
          </w:tcPr>
          <w:p w14:paraId="5EBBE67A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No.</w:t>
            </w:r>
          </w:p>
        </w:tc>
        <w:tc>
          <w:tcPr>
            <w:tcW w:w="1728" w:type="dxa"/>
            <w:shd w:val="clear" w:color="auto" w:fill="2B6F77"/>
          </w:tcPr>
          <w:p w14:paraId="6985CF4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Where did you search?</w:t>
            </w:r>
          </w:p>
        </w:tc>
        <w:tc>
          <w:tcPr>
            <w:tcW w:w="1728" w:type="dxa"/>
            <w:shd w:val="clear" w:color="auto" w:fill="2B6F77"/>
          </w:tcPr>
          <w:p w14:paraId="4D6CD0E5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Exact keywords / search string</w:t>
            </w:r>
          </w:p>
        </w:tc>
        <w:tc>
          <w:tcPr>
            <w:tcW w:w="1728" w:type="dxa"/>
            <w:shd w:val="clear" w:color="auto" w:fill="2B6F77"/>
          </w:tcPr>
          <w:p w14:paraId="6296CAB0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Results</w:t>
            </w:r>
          </w:p>
        </w:tc>
        <w:tc>
          <w:tcPr>
            <w:tcW w:w="1728" w:type="dxa"/>
            <w:shd w:val="clear" w:color="auto" w:fill="2B6F77"/>
          </w:tcPr>
          <w:p w14:paraId="4DEAB88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Useful results found</w:t>
            </w:r>
          </w:p>
        </w:tc>
        <w:tc>
          <w:tcPr>
            <w:tcW w:w="1728" w:type="dxa"/>
            <w:shd w:val="clear" w:color="auto" w:fill="2B6F77"/>
          </w:tcPr>
          <w:p w14:paraId="40B6C14E" w14:textId="58FFFC5D" w:rsidR="009656CA" w:rsidRPr="006B441C" w:rsidRDefault="006B441C">
            <w:pPr>
              <w:rPr>
                <w:sz w:val="24"/>
                <w:szCs w:val="28"/>
              </w:rPr>
            </w:pPr>
            <w:r>
              <w:rPr>
                <w:b/>
                <w:color w:val="FFFFFF"/>
                <w:szCs w:val="28"/>
              </w:rPr>
              <w:t>Limits set</w:t>
            </w:r>
          </w:p>
        </w:tc>
      </w:tr>
      <w:tr w:rsidR="009656CA" w:rsidRPr="006B441C" w14:paraId="25AA437A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50F30C5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1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2D9AD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B9AAC4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7D129F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E44C033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E8E56F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4CE927E5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FEB76B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2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57350FD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9AD4CAD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8634AB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435F4F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5049C3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347DEF7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7AC4E3D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3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842500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304FC8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315894A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E4C44D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3EFA4C2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9322188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417410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4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50E447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F66052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E0037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7F2518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62DE18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733D3372" w14:textId="77777777" w:rsidR="009656CA" w:rsidRPr="006B441C" w:rsidRDefault="00241BD2">
      <w:pPr>
        <w:spacing w:before="140"/>
        <w:rPr>
          <w:sz w:val="24"/>
          <w:szCs w:val="28"/>
        </w:rPr>
      </w:pPr>
      <w:r w:rsidRPr="006B441C">
        <w:rPr>
          <w:b/>
          <w:sz w:val="24"/>
          <w:szCs w:val="28"/>
        </w:rPr>
        <w:t xml:space="preserve">Search tips: </w:t>
      </w:r>
      <w:r w:rsidRPr="006B441C">
        <w:rPr>
          <w:sz w:val="24"/>
          <w:szCs w:val="28"/>
        </w:rPr>
        <w:t>Use quotation marks for a phrase; AND to join different concepts; OR to join similar words; and filters only when they help.</w:t>
      </w:r>
    </w:p>
    <w:p w14:paraId="0DEBA2D7" w14:textId="77777777" w:rsidR="009656CA" w:rsidRPr="006B441C" w:rsidRDefault="00241BD2">
      <w:pPr>
        <w:rPr>
          <w:sz w:val="24"/>
          <w:szCs w:val="28"/>
        </w:rPr>
      </w:pPr>
      <w:r w:rsidRPr="006B441C">
        <w:rPr>
          <w:sz w:val="24"/>
          <w:szCs w:val="28"/>
        </w:rPr>
        <w:br w:type="page"/>
      </w:r>
    </w:p>
    <w:p w14:paraId="65946249" w14:textId="77777777" w:rsidR="009656CA" w:rsidRPr="006B441C" w:rsidRDefault="00241BD2" w:rsidP="006B441C">
      <w:pPr>
        <w:pStyle w:val="Title"/>
        <w:jc w:val="center"/>
        <w:rPr>
          <w:sz w:val="52"/>
          <w:szCs w:val="72"/>
        </w:rPr>
      </w:pPr>
      <w:r w:rsidRPr="006B441C">
        <w:rPr>
          <w:sz w:val="52"/>
          <w:szCs w:val="72"/>
        </w:rPr>
        <w:lastRenderedPageBreak/>
        <w:t>Best Sources</w:t>
      </w:r>
    </w:p>
    <w:p w14:paraId="672F3F98" w14:textId="77777777" w:rsidR="009656CA" w:rsidRPr="006B441C" w:rsidRDefault="00241BD2">
      <w:pPr>
        <w:spacing w:after="160"/>
        <w:rPr>
          <w:sz w:val="24"/>
          <w:szCs w:val="28"/>
        </w:rPr>
      </w:pPr>
      <w:r w:rsidRPr="006B441C">
        <w:rPr>
          <w:sz w:val="24"/>
          <w:szCs w:val="28"/>
        </w:rPr>
        <w:t>Choose the three strongest sources from your search. Record enough information for someone else to locate them.</w:t>
      </w:r>
    </w:p>
    <w:p w14:paraId="1AA78F4D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35B2864F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93131B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F4D5B4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F6EB4E2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CD7594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C896ED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3A018750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51DF61B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9771F89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33D4D35E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7B0D8E8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relevant?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67E3C1D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4155F1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6BD84C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trustworthy?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2F9BB90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42EDB545" w14:textId="77777777" w:rsidR="009656CA" w:rsidRPr="006B441C" w:rsidRDefault="009656CA">
      <w:pPr>
        <w:spacing w:after="20"/>
        <w:rPr>
          <w:sz w:val="24"/>
          <w:szCs w:val="28"/>
        </w:rPr>
      </w:pPr>
    </w:p>
    <w:p w14:paraId="344FEF95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2CB47EFF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9A706F6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7C2F16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68CB8384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378D06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CE0027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4A4CF08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2815B8F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7A2596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305E18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4B44DA7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relevant?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1413B4A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652E4648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23A9CBBD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trustworthy?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43F9E761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3B4B3463" w14:textId="77777777" w:rsidR="009656CA" w:rsidRPr="006B441C" w:rsidRDefault="009656CA">
      <w:pPr>
        <w:spacing w:after="20"/>
        <w:rPr>
          <w:sz w:val="24"/>
          <w:szCs w:val="28"/>
        </w:rPr>
      </w:pPr>
    </w:p>
    <w:p w14:paraId="4F2599F3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469DBF53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08FCCE7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7B49AA6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08DB43B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CC1B802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EBCEAF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D100F6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7481A5E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428674E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6174D472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C2BA3C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relevant?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11360BF1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C563FB4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A070695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trustworthy?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A9474E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63D6982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One-sentence conclusion</w:t>
      </w:r>
    </w:p>
    <w:p w14:paraId="3A991AF7" w14:textId="77777777" w:rsidR="009656CA" w:rsidRPr="006B441C" w:rsidRDefault="00241BD2">
      <w:pPr>
        <w:rPr>
          <w:sz w:val="24"/>
          <w:szCs w:val="28"/>
        </w:rPr>
      </w:pPr>
      <w:r w:rsidRPr="006B441C">
        <w:rPr>
          <w:sz w:val="24"/>
          <w:szCs w:val="28"/>
        </w:rPr>
        <w:t>Based on the sources you found, write one sentence answering the information question:</w:t>
      </w:r>
    </w:p>
    <w:sectPr w:rsidR="009656CA" w:rsidRPr="006B441C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35" w:right="936" w:bottom="835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3606F" w14:textId="77777777" w:rsidR="00653333" w:rsidRDefault="00653333">
      <w:pPr>
        <w:spacing w:after="0" w:line="240" w:lineRule="auto"/>
      </w:pPr>
      <w:r>
        <w:separator/>
      </w:r>
    </w:p>
  </w:endnote>
  <w:endnote w:type="continuationSeparator" w:id="0">
    <w:p w14:paraId="24F0F5CB" w14:textId="77777777" w:rsidR="00653333" w:rsidRDefault="00653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B850" w14:textId="77777777" w:rsidR="00AF7ECF" w:rsidRDefault="00AF7E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6DC0" w14:textId="59F33374" w:rsidR="009656CA" w:rsidRPr="006B441C" w:rsidRDefault="009656CA" w:rsidP="006B4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4D1E" w14:textId="77777777" w:rsidR="00AF7ECF" w:rsidRDefault="00AF7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B07A1" w14:textId="77777777" w:rsidR="00653333" w:rsidRDefault="00653333">
      <w:pPr>
        <w:spacing w:after="0" w:line="240" w:lineRule="auto"/>
      </w:pPr>
      <w:r>
        <w:separator/>
      </w:r>
    </w:p>
  </w:footnote>
  <w:footnote w:type="continuationSeparator" w:id="0">
    <w:p w14:paraId="4EB0B412" w14:textId="77777777" w:rsidR="00653333" w:rsidRDefault="00653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5780C" w14:textId="77777777" w:rsidR="00AF7ECF" w:rsidRDefault="00AF7E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B4C1" w14:textId="77777777" w:rsidR="00AF7ECF" w:rsidRDefault="00AF7E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04E2" w14:textId="77777777" w:rsidR="00AF7ECF" w:rsidRDefault="00AF7E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6520943">
    <w:abstractNumId w:val="8"/>
  </w:num>
  <w:num w:numId="2" w16cid:durableId="1243640015">
    <w:abstractNumId w:val="6"/>
  </w:num>
  <w:num w:numId="3" w16cid:durableId="1624341418">
    <w:abstractNumId w:val="5"/>
  </w:num>
  <w:num w:numId="4" w16cid:durableId="1228297726">
    <w:abstractNumId w:val="4"/>
  </w:num>
  <w:num w:numId="5" w16cid:durableId="1198159109">
    <w:abstractNumId w:val="7"/>
  </w:num>
  <w:num w:numId="6" w16cid:durableId="1026256244">
    <w:abstractNumId w:val="3"/>
  </w:num>
  <w:num w:numId="7" w16cid:durableId="1350644290">
    <w:abstractNumId w:val="2"/>
  </w:num>
  <w:num w:numId="8" w16cid:durableId="1319729367">
    <w:abstractNumId w:val="1"/>
  </w:num>
  <w:num w:numId="9" w16cid:durableId="1561212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59B7"/>
    <w:rsid w:val="0015074B"/>
    <w:rsid w:val="00241BD2"/>
    <w:rsid w:val="0029639D"/>
    <w:rsid w:val="00326F90"/>
    <w:rsid w:val="004E6226"/>
    <w:rsid w:val="00596343"/>
    <w:rsid w:val="00653333"/>
    <w:rsid w:val="006B441C"/>
    <w:rsid w:val="009656CA"/>
    <w:rsid w:val="00A75F03"/>
    <w:rsid w:val="00AA1D8D"/>
    <w:rsid w:val="00AF7ECF"/>
    <w:rsid w:val="00B47730"/>
    <w:rsid w:val="00CB0664"/>
    <w:rsid w:val="00EA60D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6F27F8"/>
  <w14:defaultImageDpi w14:val="300"/>
  <w15:docId w15:val="{BBAC8F97-F8C0-4DB1-BFF2-3796307C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276" w:lineRule="atLeast"/>
    </w:pPr>
    <w:rPr>
      <w:rFonts w:ascii="Cambria" w:hAnsi="Cambria"/>
      <w:color w:val="333333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hd w:val="clear" w:color="auto" w:fill="F3EAFB"/>
      <w:spacing w:before="480" w:after="0"/>
      <w:outlineLvl w:val="0"/>
    </w:pPr>
    <w:rPr>
      <w:rFonts w:eastAsiaTheme="majorEastAsia" w:cstheme="majorBidi"/>
      <w:b/>
      <w:bCs/>
      <w:color w:val="6D5B8D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hd w:val="clear" w:color="auto" w:fill="E8F6F3"/>
      <w:spacing w:before="200" w:after="0"/>
      <w:outlineLvl w:val="1"/>
    </w:pPr>
    <w:rPr>
      <w:rFonts w:eastAsiaTheme="majorEastAsia" w:cstheme="majorBidi"/>
      <w:b/>
      <w:bCs/>
      <w:color w:val="417D7A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Cambria" w:eastAsiaTheme="majorEastAsia" w:hAnsi="Cambria" w:cstheme="majorBidi"/>
      <w:b/>
      <w:bCs/>
      <w:color w:val="6D5B8D"/>
      <w:sz w:val="30"/>
      <w:szCs w:val="28"/>
      <w:shd w:val="clear" w:color="auto" w:fill="F3EAFB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Cambria" w:eastAsiaTheme="majorEastAsia" w:hAnsi="Cambria" w:cstheme="majorBidi"/>
      <w:b/>
      <w:bCs/>
      <w:color w:val="417D7A"/>
      <w:szCs w:val="26"/>
      <w:shd w:val="clear" w:color="auto" w:fill="E8F6F3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tLeast"/>
      <w:contextualSpacing/>
    </w:pPr>
    <w:rPr>
      <w:rFonts w:eastAsiaTheme="majorEastAsia" w:cstheme="majorBidi"/>
      <w:color w:val="6D5B8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Cambria" w:eastAsiaTheme="majorEastAsia" w:hAnsi="Cambria" w:cstheme="majorBidi"/>
      <w:color w:val="6D5B8D"/>
      <w:spacing w:val="5"/>
      <w:kern w:val="28"/>
      <w:sz w:val="4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eastAsiaTheme="majorEastAsia" w:cstheme="majorBidi"/>
      <w:i/>
      <w:iCs/>
      <w:color w:val="5F8D8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Cambria" w:eastAsiaTheme="majorEastAsia" w:hAnsi="Cambria" w:cstheme="majorBidi"/>
      <w:i/>
      <w:iCs/>
      <w:color w:val="5F8D89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tLeast"/>
    </w:pPr>
    <w:rPr>
      <w:b/>
      <w:bCs/>
      <w:color w:val="6D5B8D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Joy</dc:creator>
  <cp:keywords/>
  <dc:description>generated by python-docx</dc:description>
  <cp:lastModifiedBy>Christine Joy</cp:lastModifiedBy>
  <cp:revision>2</cp:revision>
  <dcterms:created xsi:type="dcterms:W3CDTF">2026-10-06T07:38:00Z</dcterms:created>
  <dcterms:modified xsi:type="dcterms:W3CDTF">2026-10-06T07:38:00Z</dcterms:modified>
  <cp:category/>
</cp:coreProperties>
</file>