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EF9B3" w14:textId="77777777" w:rsidR="00E24A20" w:rsidRDefault="00000000">
      <w:pPr>
        <w:pStyle w:val="Title"/>
        <w:jc w:val="center"/>
      </w:pPr>
      <w:r>
        <w:t>Communicable Diseases Preparation Worksheet</w:t>
      </w:r>
    </w:p>
    <w:p w14:paraId="3D5E1701" w14:textId="77777777" w:rsidR="00E24A20" w:rsidRDefault="00000000">
      <w:pPr>
        <w:jc w:val="center"/>
      </w:pPr>
      <w:r>
        <w:t>Bring this worksheet each week. We will add to it as we cover different topics (transmission, surveillance, outbreak control, IPC, vaccination, data interpretation, etc.).</w:t>
      </w:r>
    </w:p>
    <w:p w14:paraId="5DA54612" w14:textId="77777777" w:rsidR="00E24A20" w:rsidRDefault="00E24A20">
      <w:pPr>
        <w:spacing w:after="0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8"/>
        <w:gridCol w:w="2337"/>
        <w:gridCol w:w="2338"/>
        <w:gridCol w:w="2337"/>
      </w:tblGrid>
      <w:tr w:rsidR="00E24A20" w14:paraId="6F1DE087" w14:textId="77777777">
        <w:trPr>
          <w:jc w:val="center"/>
        </w:trPr>
        <w:tc>
          <w:tcPr>
            <w:tcW w:w="2340" w:type="dxa"/>
          </w:tcPr>
          <w:p w14:paraId="287E1009" w14:textId="77777777" w:rsidR="00E24A20" w:rsidRDefault="00000000">
            <w:pPr>
              <w:spacing w:after="40"/>
            </w:pPr>
            <w:r>
              <w:t>Student name:</w:t>
            </w:r>
          </w:p>
        </w:tc>
        <w:tc>
          <w:tcPr>
            <w:tcW w:w="2340" w:type="dxa"/>
          </w:tcPr>
          <w:p w14:paraId="0739E78A" w14:textId="77777777" w:rsidR="00E24A20" w:rsidRDefault="00E24A20">
            <w:pPr>
              <w:spacing w:after="40"/>
            </w:pPr>
          </w:p>
        </w:tc>
        <w:tc>
          <w:tcPr>
            <w:tcW w:w="2340" w:type="dxa"/>
          </w:tcPr>
          <w:p w14:paraId="53744A6F" w14:textId="77777777" w:rsidR="00E24A20" w:rsidRDefault="00000000">
            <w:pPr>
              <w:spacing w:after="40"/>
            </w:pPr>
            <w:r>
              <w:t>Group:</w:t>
            </w:r>
          </w:p>
        </w:tc>
        <w:tc>
          <w:tcPr>
            <w:tcW w:w="2340" w:type="dxa"/>
          </w:tcPr>
          <w:p w14:paraId="2F587218" w14:textId="77777777" w:rsidR="00E24A20" w:rsidRDefault="00E24A20">
            <w:pPr>
              <w:spacing w:after="40"/>
            </w:pPr>
          </w:p>
        </w:tc>
      </w:tr>
      <w:tr w:rsidR="00E24A20" w14:paraId="62A453A3" w14:textId="77777777">
        <w:trPr>
          <w:jc w:val="center"/>
        </w:trPr>
        <w:tc>
          <w:tcPr>
            <w:tcW w:w="2340" w:type="dxa"/>
          </w:tcPr>
          <w:p w14:paraId="683B84C4" w14:textId="77777777" w:rsidR="00E24A20" w:rsidRDefault="00000000">
            <w:pPr>
              <w:spacing w:after="40"/>
            </w:pPr>
            <w:r>
              <w:t>Date:</w:t>
            </w:r>
          </w:p>
        </w:tc>
        <w:tc>
          <w:tcPr>
            <w:tcW w:w="2340" w:type="dxa"/>
          </w:tcPr>
          <w:p w14:paraId="4E61386E" w14:textId="77777777" w:rsidR="00E24A20" w:rsidRDefault="00E24A20">
            <w:pPr>
              <w:spacing w:after="40"/>
            </w:pPr>
          </w:p>
        </w:tc>
        <w:tc>
          <w:tcPr>
            <w:tcW w:w="2340" w:type="dxa"/>
          </w:tcPr>
          <w:p w14:paraId="02BEBD04" w14:textId="77777777" w:rsidR="00E24A20" w:rsidRDefault="00000000">
            <w:pPr>
              <w:spacing w:after="40"/>
            </w:pPr>
            <w:r>
              <w:t>Disease chosen:</w:t>
            </w:r>
          </w:p>
        </w:tc>
        <w:tc>
          <w:tcPr>
            <w:tcW w:w="2340" w:type="dxa"/>
          </w:tcPr>
          <w:p w14:paraId="6A65E8E4" w14:textId="77777777" w:rsidR="00E24A20" w:rsidRDefault="00E24A20">
            <w:pPr>
              <w:spacing w:after="40"/>
            </w:pPr>
          </w:p>
        </w:tc>
      </w:tr>
    </w:tbl>
    <w:p w14:paraId="552978C5" w14:textId="77777777" w:rsidR="00E24A20" w:rsidRDefault="00E24A20">
      <w:pPr>
        <w:spacing w:after="0"/>
      </w:pPr>
    </w:p>
    <w:p w14:paraId="330AEE44" w14:textId="77777777" w:rsidR="00E24A20" w:rsidRDefault="00000000">
      <w:pPr>
        <w:pStyle w:val="Heading1"/>
      </w:pPr>
      <w:r>
        <w:t>Instructions</w:t>
      </w:r>
    </w:p>
    <w:p w14:paraId="4563723B" w14:textId="77777777" w:rsidR="00E24A20" w:rsidRDefault="00000000">
      <w:pPr>
        <w:pStyle w:val="ListBullet"/>
        <w:spacing w:after="0"/>
      </w:pPr>
      <w:r>
        <w:t>Choose one communicable disease (individual or agreed as a group).</w:t>
      </w:r>
    </w:p>
    <w:p w14:paraId="13221EDF" w14:textId="77777777" w:rsidR="00E24A20" w:rsidRDefault="00000000">
      <w:pPr>
        <w:pStyle w:val="ListBullet"/>
        <w:spacing w:after="0"/>
      </w:pPr>
      <w:r>
        <w:t>Complete each section using reputable sources.</w:t>
      </w:r>
    </w:p>
    <w:p w14:paraId="1F0717E5" w14:textId="77777777" w:rsidR="00E24A20" w:rsidRDefault="00000000">
      <w:pPr>
        <w:pStyle w:val="ListBullet"/>
        <w:spacing w:after="0"/>
      </w:pPr>
      <w:r>
        <w:t>Your submission must include a minimum of 15 references in Harvard style.</w:t>
      </w:r>
    </w:p>
    <w:p w14:paraId="6E2C7F96" w14:textId="77777777" w:rsidR="00E24A20" w:rsidRDefault="00000000">
      <w:pPr>
        <w:pStyle w:val="ListBullet"/>
        <w:spacing w:after="0"/>
      </w:pPr>
      <w:r>
        <w:t>Use the core resources list at the end, plus any additional peer-reviewed or official sources you use.</w:t>
      </w:r>
    </w:p>
    <w:p w14:paraId="3C277DB3" w14:textId="77777777" w:rsidR="00E24A20" w:rsidRDefault="00E24A20">
      <w:pPr>
        <w:spacing w:after="0"/>
      </w:pPr>
    </w:p>
    <w:p w14:paraId="520E1E8F" w14:textId="77777777" w:rsidR="00E24A20" w:rsidRDefault="00000000">
      <w:pPr>
        <w:pStyle w:val="Heading1"/>
      </w:pPr>
      <w:r>
        <w:t>Section 1: Key terms quick check</w:t>
      </w:r>
    </w:p>
    <w:p w14:paraId="02B72853" w14:textId="77777777" w:rsidR="00E24A20" w:rsidRDefault="00000000">
      <w:r>
        <w:t>Write a 1–2 sentence definition for each term.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E24A20" w14:paraId="444228BF" w14:textId="77777777">
        <w:trPr>
          <w:jc w:val="center"/>
        </w:trPr>
        <w:tc>
          <w:tcPr>
            <w:tcW w:w="4680" w:type="dxa"/>
          </w:tcPr>
          <w:p w14:paraId="4792997F" w14:textId="77777777" w:rsidR="00E24A20" w:rsidRDefault="00000000">
            <w:pPr>
              <w:spacing w:after="40"/>
            </w:pPr>
            <w:r>
              <w:t>Term</w:t>
            </w:r>
          </w:p>
        </w:tc>
        <w:tc>
          <w:tcPr>
            <w:tcW w:w="4680" w:type="dxa"/>
          </w:tcPr>
          <w:p w14:paraId="5E177075" w14:textId="77777777" w:rsidR="00E24A20" w:rsidRDefault="00000000">
            <w:pPr>
              <w:spacing w:after="40"/>
            </w:pPr>
            <w:r>
              <w:t>Your definition</w:t>
            </w:r>
          </w:p>
        </w:tc>
      </w:tr>
      <w:tr w:rsidR="00E24A20" w14:paraId="627603F2" w14:textId="77777777">
        <w:trPr>
          <w:jc w:val="center"/>
        </w:trPr>
        <w:tc>
          <w:tcPr>
            <w:tcW w:w="4680" w:type="dxa"/>
          </w:tcPr>
          <w:p w14:paraId="392204F9" w14:textId="77777777" w:rsidR="00E24A20" w:rsidRDefault="00000000">
            <w:pPr>
              <w:spacing w:after="40"/>
            </w:pPr>
            <w:r>
              <w:t>Infection rate</w:t>
            </w:r>
          </w:p>
        </w:tc>
        <w:tc>
          <w:tcPr>
            <w:tcW w:w="4680" w:type="dxa"/>
          </w:tcPr>
          <w:p w14:paraId="69259946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6E22C105" w14:textId="77777777">
        <w:trPr>
          <w:jc w:val="center"/>
        </w:trPr>
        <w:tc>
          <w:tcPr>
            <w:tcW w:w="4680" w:type="dxa"/>
          </w:tcPr>
          <w:p w14:paraId="64823BDF" w14:textId="77777777" w:rsidR="00E24A20" w:rsidRDefault="00000000">
            <w:pPr>
              <w:spacing w:after="40"/>
            </w:pPr>
            <w:r>
              <w:t>Incidence vs prevalence</w:t>
            </w:r>
          </w:p>
        </w:tc>
        <w:tc>
          <w:tcPr>
            <w:tcW w:w="4680" w:type="dxa"/>
          </w:tcPr>
          <w:p w14:paraId="733FB57F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42C83BAA" w14:textId="77777777">
        <w:trPr>
          <w:jc w:val="center"/>
        </w:trPr>
        <w:tc>
          <w:tcPr>
            <w:tcW w:w="4680" w:type="dxa"/>
          </w:tcPr>
          <w:p w14:paraId="4653CEA2" w14:textId="77777777" w:rsidR="00E24A20" w:rsidRDefault="00000000">
            <w:pPr>
              <w:spacing w:after="40"/>
            </w:pPr>
            <w:r>
              <w:t>Incubation period</w:t>
            </w:r>
          </w:p>
        </w:tc>
        <w:tc>
          <w:tcPr>
            <w:tcW w:w="4680" w:type="dxa"/>
          </w:tcPr>
          <w:p w14:paraId="182AF366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47A3E7F7" w14:textId="77777777">
        <w:trPr>
          <w:jc w:val="center"/>
        </w:trPr>
        <w:tc>
          <w:tcPr>
            <w:tcW w:w="4680" w:type="dxa"/>
          </w:tcPr>
          <w:p w14:paraId="16A5B7A9" w14:textId="77777777" w:rsidR="00E24A20" w:rsidRDefault="00000000">
            <w:pPr>
              <w:spacing w:after="40"/>
            </w:pPr>
            <w:r>
              <w:t>Infectious period</w:t>
            </w:r>
          </w:p>
        </w:tc>
        <w:tc>
          <w:tcPr>
            <w:tcW w:w="4680" w:type="dxa"/>
          </w:tcPr>
          <w:p w14:paraId="6E838C22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50ABBA59" w14:textId="77777777">
        <w:trPr>
          <w:jc w:val="center"/>
        </w:trPr>
        <w:tc>
          <w:tcPr>
            <w:tcW w:w="4680" w:type="dxa"/>
          </w:tcPr>
          <w:p w14:paraId="7606D30E" w14:textId="77777777" w:rsidR="00E24A20" w:rsidRDefault="00000000">
            <w:pPr>
              <w:spacing w:after="40"/>
            </w:pPr>
            <w:r>
              <w:t>Transmission route</w:t>
            </w:r>
          </w:p>
        </w:tc>
        <w:tc>
          <w:tcPr>
            <w:tcW w:w="4680" w:type="dxa"/>
          </w:tcPr>
          <w:p w14:paraId="7EDBC89A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0EF67D5F" w14:textId="77777777">
        <w:trPr>
          <w:jc w:val="center"/>
        </w:trPr>
        <w:tc>
          <w:tcPr>
            <w:tcW w:w="4680" w:type="dxa"/>
          </w:tcPr>
          <w:p w14:paraId="6718D2A7" w14:textId="77777777" w:rsidR="00E24A20" w:rsidRDefault="00000000">
            <w:pPr>
              <w:spacing w:after="40"/>
            </w:pPr>
            <w:r>
              <w:t>R number (R0 / Re)</w:t>
            </w:r>
          </w:p>
        </w:tc>
        <w:tc>
          <w:tcPr>
            <w:tcW w:w="4680" w:type="dxa"/>
          </w:tcPr>
          <w:p w14:paraId="3E564734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5BA98728" w14:textId="77777777">
        <w:trPr>
          <w:jc w:val="center"/>
        </w:trPr>
        <w:tc>
          <w:tcPr>
            <w:tcW w:w="4680" w:type="dxa"/>
          </w:tcPr>
          <w:p w14:paraId="21345312" w14:textId="77777777" w:rsidR="00E24A20" w:rsidRDefault="00000000">
            <w:pPr>
              <w:spacing w:after="40"/>
            </w:pPr>
            <w:r>
              <w:lastRenderedPageBreak/>
              <w:t>Replication rate (in infection control terms)</w:t>
            </w:r>
          </w:p>
        </w:tc>
        <w:tc>
          <w:tcPr>
            <w:tcW w:w="4680" w:type="dxa"/>
          </w:tcPr>
          <w:p w14:paraId="6F639DCC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4A205166" w14:textId="77777777">
        <w:trPr>
          <w:jc w:val="center"/>
        </w:trPr>
        <w:tc>
          <w:tcPr>
            <w:tcW w:w="4680" w:type="dxa"/>
          </w:tcPr>
          <w:p w14:paraId="11B2E0AD" w14:textId="77777777" w:rsidR="00E24A20" w:rsidRDefault="00000000">
            <w:pPr>
              <w:spacing w:after="40"/>
            </w:pPr>
            <w:r>
              <w:t>Case fatality rate (CFR)</w:t>
            </w:r>
          </w:p>
        </w:tc>
        <w:tc>
          <w:tcPr>
            <w:tcW w:w="4680" w:type="dxa"/>
          </w:tcPr>
          <w:p w14:paraId="166209D8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1A22CF53" w14:textId="77777777">
        <w:trPr>
          <w:jc w:val="center"/>
        </w:trPr>
        <w:tc>
          <w:tcPr>
            <w:tcW w:w="4680" w:type="dxa"/>
          </w:tcPr>
          <w:p w14:paraId="54DF9D28" w14:textId="77777777" w:rsidR="00E24A20" w:rsidRDefault="00000000">
            <w:pPr>
              <w:spacing w:after="40"/>
            </w:pPr>
            <w:r>
              <w:t>Vaccine efficacy vs vaccine effectiveness</w:t>
            </w:r>
          </w:p>
        </w:tc>
        <w:tc>
          <w:tcPr>
            <w:tcW w:w="4680" w:type="dxa"/>
          </w:tcPr>
          <w:p w14:paraId="219CDEFA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1F5A9A73" w14:textId="77777777">
        <w:trPr>
          <w:jc w:val="center"/>
        </w:trPr>
        <w:tc>
          <w:tcPr>
            <w:tcW w:w="4680" w:type="dxa"/>
          </w:tcPr>
          <w:p w14:paraId="447866F6" w14:textId="77777777" w:rsidR="00E24A20" w:rsidRDefault="00000000">
            <w:pPr>
              <w:spacing w:after="40"/>
            </w:pPr>
            <w:r>
              <w:t>Herd immunity threshold</w:t>
            </w:r>
          </w:p>
        </w:tc>
        <w:tc>
          <w:tcPr>
            <w:tcW w:w="4680" w:type="dxa"/>
          </w:tcPr>
          <w:p w14:paraId="5A12D3F7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  <w:tr w:rsidR="00E24A20" w14:paraId="09E55DBD" w14:textId="77777777">
        <w:trPr>
          <w:jc w:val="center"/>
        </w:trPr>
        <w:tc>
          <w:tcPr>
            <w:tcW w:w="4680" w:type="dxa"/>
          </w:tcPr>
          <w:p w14:paraId="71E400F2" w14:textId="77777777" w:rsidR="00E24A20" w:rsidRDefault="00000000">
            <w:pPr>
              <w:spacing w:after="40"/>
            </w:pPr>
            <w:r>
              <w:t>Endemic vs epidemic vs outbreak</w:t>
            </w:r>
          </w:p>
        </w:tc>
        <w:tc>
          <w:tcPr>
            <w:tcW w:w="4680" w:type="dxa"/>
          </w:tcPr>
          <w:p w14:paraId="53053594" w14:textId="77777777" w:rsidR="00E24A20" w:rsidRDefault="00000000">
            <w:pPr>
              <w:spacing w:after="40"/>
            </w:pPr>
            <w:r>
              <w:br/>
            </w:r>
            <w:r>
              <w:br/>
            </w:r>
          </w:p>
        </w:tc>
      </w:tr>
    </w:tbl>
    <w:p w14:paraId="3F49CF83" w14:textId="77777777" w:rsidR="00E24A20" w:rsidRDefault="00E24A20">
      <w:pPr>
        <w:spacing w:after="0"/>
      </w:pPr>
    </w:p>
    <w:p w14:paraId="0DAAA2BE" w14:textId="77777777" w:rsidR="00E24A20" w:rsidRDefault="00000000">
      <w:pPr>
        <w:pStyle w:val="Heading1"/>
      </w:pPr>
      <w:r>
        <w:t>Section 2: Disease profile</w:t>
      </w:r>
    </w:p>
    <w:p w14:paraId="663217CE" w14:textId="77777777" w:rsidR="00E24A20" w:rsidRDefault="00000000">
      <w:pPr>
        <w:pStyle w:val="Heading2"/>
      </w:pPr>
      <w:r>
        <w:t>A) Organism and replication</w:t>
      </w:r>
    </w:p>
    <w:p w14:paraId="2AC8304D" w14:textId="77777777" w:rsidR="00E24A20" w:rsidRDefault="00000000">
      <w:pPr>
        <w:pStyle w:val="ListBullet"/>
      </w:pPr>
      <w:r>
        <w:t>Pathogen type (virus / bacteria / parasite / fungus):</w:t>
      </w:r>
    </w:p>
    <w:p w14:paraId="5CF1B41E" w14:textId="77777777" w:rsidR="00E24A20" w:rsidRDefault="00000000">
      <w:r>
        <w:t>____________________________________________________________</w:t>
      </w:r>
    </w:p>
    <w:p w14:paraId="3F97BAF1" w14:textId="77777777" w:rsidR="00E24A20" w:rsidRDefault="00000000">
      <w:r>
        <w:t>____________________________________________________________</w:t>
      </w:r>
    </w:p>
    <w:p w14:paraId="3AEB7370" w14:textId="77777777" w:rsidR="00E24A20" w:rsidRDefault="00000000">
      <w:pPr>
        <w:pStyle w:val="ListBullet"/>
      </w:pPr>
      <w:r>
        <w:t>Main site(s) of replication in the body:</w:t>
      </w:r>
    </w:p>
    <w:p w14:paraId="75B858E4" w14:textId="77777777" w:rsidR="00E24A20" w:rsidRDefault="00000000">
      <w:r>
        <w:t>____________________________________________________________</w:t>
      </w:r>
    </w:p>
    <w:p w14:paraId="3C370E6D" w14:textId="77777777" w:rsidR="00E24A20" w:rsidRDefault="00000000">
      <w:r>
        <w:t>____________________________________________________________</w:t>
      </w:r>
    </w:p>
    <w:p w14:paraId="27313F25" w14:textId="77777777" w:rsidR="00E24A20" w:rsidRDefault="00000000">
      <w:r>
        <w:t>____________________________________________________________</w:t>
      </w:r>
    </w:p>
    <w:p w14:paraId="27503639" w14:textId="77777777" w:rsidR="00E24A20" w:rsidRDefault="00000000">
      <w:pPr>
        <w:pStyle w:val="ListBullet"/>
      </w:pPr>
      <w:r>
        <w:t>Replication rate (fast/slow) and what that means clinically (symptom onset, load, contagiousness):</w:t>
      </w:r>
    </w:p>
    <w:p w14:paraId="4B3D02FF" w14:textId="77777777" w:rsidR="00E24A20" w:rsidRDefault="00000000">
      <w:r>
        <w:t>____________________________________________________________</w:t>
      </w:r>
    </w:p>
    <w:p w14:paraId="7EA8C5C0" w14:textId="77777777" w:rsidR="00E24A20" w:rsidRDefault="00000000">
      <w:r>
        <w:t>____________________________________________________________</w:t>
      </w:r>
    </w:p>
    <w:p w14:paraId="2BB76424" w14:textId="77777777" w:rsidR="00E24A20" w:rsidRDefault="00000000">
      <w:r>
        <w:t>____________________________________________________________</w:t>
      </w:r>
    </w:p>
    <w:p w14:paraId="358989A1" w14:textId="77777777" w:rsidR="00E24A20" w:rsidRDefault="00000000">
      <w:r>
        <w:t>____________________________________________________________</w:t>
      </w:r>
    </w:p>
    <w:p w14:paraId="7871A314" w14:textId="77777777" w:rsidR="00E24A20" w:rsidRDefault="00000000">
      <w:pPr>
        <w:pStyle w:val="Heading2"/>
      </w:pPr>
      <w:r>
        <w:lastRenderedPageBreak/>
        <w:t>B) Transmission and infectiousness</w:t>
      </w:r>
    </w:p>
    <w:p w14:paraId="3A8A1BF2" w14:textId="77777777" w:rsidR="00E24A20" w:rsidRDefault="00000000">
      <w:pPr>
        <w:pStyle w:val="ListBullet"/>
      </w:pPr>
      <w:r>
        <w:t>Main route(s) of transmission (airborne/droplet/contact/faecal–oral/blood/sexual/vertical/other):</w:t>
      </w:r>
    </w:p>
    <w:p w14:paraId="5F5ED91F" w14:textId="77777777" w:rsidR="00E24A20" w:rsidRDefault="00000000">
      <w:r>
        <w:t>____________________________________________________________</w:t>
      </w:r>
    </w:p>
    <w:p w14:paraId="54BC5BAB" w14:textId="77777777" w:rsidR="00E24A20" w:rsidRDefault="00000000">
      <w:r>
        <w:t>____________________________________________________________</w:t>
      </w:r>
    </w:p>
    <w:p w14:paraId="59158E0E" w14:textId="77777777" w:rsidR="00E24A20" w:rsidRDefault="00000000">
      <w:r>
        <w:t>____________________________________________________________</w:t>
      </w:r>
    </w:p>
    <w:p w14:paraId="2AF78E3F" w14:textId="77777777" w:rsidR="00E24A20" w:rsidRDefault="00000000">
      <w:pPr>
        <w:pStyle w:val="ListBullet"/>
      </w:pPr>
      <w:r>
        <w:t>Typical incubation period (range):</w:t>
      </w:r>
    </w:p>
    <w:p w14:paraId="7618D496" w14:textId="77777777" w:rsidR="00E24A20" w:rsidRDefault="00000000">
      <w:r>
        <w:t>____________________________________________________________</w:t>
      </w:r>
    </w:p>
    <w:p w14:paraId="31A06632" w14:textId="77777777" w:rsidR="00E24A20" w:rsidRDefault="00000000">
      <w:r>
        <w:t>____________________________________________________________</w:t>
      </w:r>
    </w:p>
    <w:p w14:paraId="717D4E9F" w14:textId="77777777" w:rsidR="00E24A20" w:rsidRDefault="00000000">
      <w:pPr>
        <w:pStyle w:val="ListBullet"/>
      </w:pPr>
      <w:r>
        <w:t>Typical infectious period (range):</w:t>
      </w:r>
    </w:p>
    <w:p w14:paraId="6F3E2E62" w14:textId="77777777" w:rsidR="00E24A20" w:rsidRDefault="00000000">
      <w:r>
        <w:t>____________________________________________________________</w:t>
      </w:r>
    </w:p>
    <w:p w14:paraId="3F8652EC" w14:textId="77777777" w:rsidR="00E24A20" w:rsidRDefault="00000000">
      <w:r>
        <w:t>____________________________________________________________</w:t>
      </w:r>
    </w:p>
    <w:p w14:paraId="1F28022D" w14:textId="77777777" w:rsidR="00E24A20" w:rsidRDefault="00000000">
      <w:pPr>
        <w:pStyle w:val="ListBullet"/>
      </w:pPr>
      <w:r>
        <w:t>When is someone most infectious (before symptoms / during / after)? Explain:</w:t>
      </w:r>
    </w:p>
    <w:p w14:paraId="5CE8350A" w14:textId="77777777" w:rsidR="00E24A20" w:rsidRDefault="00000000">
      <w:r>
        <w:t>____________________________________________________________</w:t>
      </w:r>
    </w:p>
    <w:p w14:paraId="53479F6B" w14:textId="77777777" w:rsidR="00E24A20" w:rsidRDefault="00000000">
      <w:r>
        <w:t>____________________________________________________________</w:t>
      </w:r>
    </w:p>
    <w:p w14:paraId="7DBB9D17" w14:textId="77777777" w:rsidR="00E24A20" w:rsidRDefault="00000000">
      <w:r>
        <w:t>____________________________________________________________</w:t>
      </w:r>
    </w:p>
    <w:p w14:paraId="218677AA" w14:textId="77777777" w:rsidR="00E24A20" w:rsidRDefault="00000000">
      <w:pPr>
        <w:pStyle w:val="ListBullet"/>
      </w:pPr>
      <w:r>
        <w:t>R0 or Re (if reported). Include the value(s) and explain what influences it:</w:t>
      </w:r>
    </w:p>
    <w:p w14:paraId="3EA9756C" w14:textId="77777777" w:rsidR="00E24A20" w:rsidRDefault="00000000">
      <w:r>
        <w:t>____________________________________________________________</w:t>
      </w:r>
    </w:p>
    <w:p w14:paraId="060A80B6" w14:textId="77777777" w:rsidR="00E24A20" w:rsidRDefault="00000000">
      <w:r>
        <w:t>____________________________________________________________</w:t>
      </w:r>
    </w:p>
    <w:p w14:paraId="5BF87CBD" w14:textId="77777777" w:rsidR="00E24A20" w:rsidRDefault="00000000">
      <w:r>
        <w:t>____________________________________________________________</w:t>
      </w:r>
    </w:p>
    <w:p w14:paraId="66D64875" w14:textId="77777777" w:rsidR="00E24A20" w:rsidRDefault="00000000">
      <w:r>
        <w:t>____________________________________________________________</w:t>
      </w:r>
    </w:p>
    <w:p w14:paraId="45A69CA0" w14:textId="77777777" w:rsidR="00E24A20" w:rsidRDefault="00000000">
      <w:pPr>
        <w:pStyle w:val="Heading2"/>
      </w:pPr>
      <w:r>
        <w:t>C) Infection rate, burden, and who is most affected</w:t>
      </w:r>
    </w:p>
    <w:p w14:paraId="23D38416" w14:textId="77777777" w:rsidR="00E24A20" w:rsidRDefault="00000000">
      <w:pPr>
        <w:pStyle w:val="ListBullet"/>
      </w:pPr>
      <w:r>
        <w:t>Where is it commonly seen in the UK (community, schools, care homes, hospitals, clinics, etc.)?</w:t>
      </w:r>
    </w:p>
    <w:p w14:paraId="047F114B" w14:textId="77777777" w:rsidR="00E24A20" w:rsidRDefault="00000000">
      <w:r>
        <w:t>____________________________________________________________</w:t>
      </w:r>
    </w:p>
    <w:p w14:paraId="19C720CC" w14:textId="77777777" w:rsidR="00E24A20" w:rsidRDefault="00000000">
      <w:r>
        <w:t>____________________________________________________________</w:t>
      </w:r>
    </w:p>
    <w:p w14:paraId="0741EE95" w14:textId="77777777" w:rsidR="00E24A20" w:rsidRDefault="00000000">
      <w:r>
        <w:t>____________________________________________________________</w:t>
      </w:r>
    </w:p>
    <w:p w14:paraId="076A6DA6" w14:textId="77777777" w:rsidR="00E24A20" w:rsidRDefault="00000000">
      <w:r>
        <w:t>____________________________________________________________</w:t>
      </w:r>
    </w:p>
    <w:p w14:paraId="18FD3088" w14:textId="77777777" w:rsidR="00E24A20" w:rsidRDefault="00000000">
      <w:pPr>
        <w:pStyle w:val="ListBullet"/>
      </w:pPr>
      <w:r>
        <w:lastRenderedPageBreak/>
        <w:t>Who is most at risk (age, pregnancy, immunocompromised, comornidities, occupational risk)?</w:t>
      </w:r>
    </w:p>
    <w:p w14:paraId="443B7FDD" w14:textId="77777777" w:rsidR="00E24A20" w:rsidRDefault="00000000">
      <w:r>
        <w:t>____________________________________________________________</w:t>
      </w:r>
    </w:p>
    <w:p w14:paraId="39A50C70" w14:textId="77777777" w:rsidR="00E24A20" w:rsidRDefault="00000000">
      <w:r>
        <w:t>____________________________________________________________</w:t>
      </w:r>
    </w:p>
    <w:p w14:paraId="0BDB05A6" w14:textId="77777777" w:rsidR="00E24A20" w:rsidRDefault="00000000">
      <w:r>
        <w:t>____________________________________________________________</w:t>
      </w:r>
    </w:p>
    <w:p w14:paraId="6C74666D" w14:textId="77777777" w:rsidR="00E24A20" w:rsidRDefault="00000000">
      <w:r>
        <w:t>____________________________________________________________</w:t>
      </w:r>
    </w:p>
    <w:p w14:paraId="488A5B7C" w14:textId="77777777" w:rsidR="00E24A20" w:rsidRDefault="00000000">
      <w:pPr>
        <w:pStyle w:val="ListBullet"/>
      </w:pPr>
      <w:r>
        <w:t>Settings with higher transmission risk (list at least 5):</w:t>
      </w:r>
    </w:p>
    <w:p w14:paraId="7EE46F7F" w14:textId="77777777" w:rsidR="00E24A20" w:rsidRDefault="00000000">
      <w:r>
        <w:t>____________________________________________________________</w:t>
      </w:r>
    </w:p>
    <w:p w14:paraId="1C9657F8" w14:textId="77777777" w:rsidR="00E24A20" w:rsidRDefault="00000000">
      <w:r>
        <w:t>____________________________________________________________</w:t>
      </w:r>
    </w:p>
    <w:p w14:paraId="4EB9903F" w14:textId="77777777" w:rsidR="00E24A20" w:rsidRDefault="00000000">
      <w:r>
        <w:t>____________________________________________________________</w:t>
      </w:r>
    </w:p>
    <w:p w14:paraId="3FDFA1D8" w14:textId="77777777" w:rsidR="00E24A20" w:rsidRDefault="00000000">
      <w:r>
        <w:t>____________________________________________________________</w:t>
      </w:r>
    </w:p>
    <w:p w14:paraId="0150B6F6" w14:textId="77777777" w:rsidR="00E24A20" w:rsidRDefault="00000000">
      <w:pPr>
        <w:pStyle w:val="ListBullet"/>
      </w:pPr>
      <w:r>
        <w:t>Factors that increase infection rate (list at least 6):</w:t>
      </w:r>
    </w:p>
    <w:p w14:paraId="1087A687" w14:textId="77777777" w:rsidR="00E24A20" w:rsidRDefault="00000000">
      <w:r>
        <w:t>____________________________________________________________</w:t>
      </w:r>
    </w:p>
    <w:p w14:paraId="3F0C547F" w14:textId="77777777" w:rsidR="00E24A20" w:rsidRDefault="00000000">
      <w:r>
        <w:t>____________________________________________________________</w:t>
      </w:r>
    </w:p>
    <w:p w14:paraId="57126E1B" w14:textId="77777777" w:rsidR="00E24A20" w:rsidRDefault="00000000">
      <w:r>
        <w:t>____________________________________________________________</w:t>
      </w:r>
    </w:p>
    <w:p w14:paraId="7916DB6B" w14:textId="77777777" w:rsidR="00E24A20" w:rsidRDefault="00000000">
      <w:r>
        <w:t>____________________________________________________________</w:t>
      </w:r>
    </w:p>
    <w:p w14:paraId="7CECA15C" w14:textId="77777777" w:rsidR="00E24A20" w:rsidRDefault="00000000">
      <w:pPr>
        <w:pStyle w:val="Heading2"/>
      </w:pPr>
      <w:r>
        <w:t>D) Signs, symptoms, and severity</w:t>
      </w:r>
    </w:p>
    <w:p w14:paraId="1CF7529D" w14:textId="77777777" w:rsidR="00E24A20" w:rsidRDefault="00000000">
      <w:pPr>
        <w:pStyle w:val="ListBullet"/>
      </w:pPr>
      <w:r>
        <w:t>Common signs and symptoms (top 6):</w:t>
      </w:r>
    </w:p>
    <w:p w14:paraId="5729252E" w14:textId="77777777" w:rsidR="00E24A20" w:rsidRDefault="00000000">
      <w:r>
        <w:t>____________________________________________________________</w:t>
      </w:r>
    </w:p>
    <w:p w14:paraId="60842EE0" w14:textId="77777777" w:rsidR="00E24A20" w:rsidRDefault="00000000">
      <w:r>
        <w:t>____________________________________________________________</w:t>
      </w:r>
    </w:p>
    <w:p w14:paraId="4A07270F" w14:textId="77777777" w:rsidR="00E24A20" w:rsidRDefault="00000000">
      <w:r>
        <w:t>____________________________________________________________</w:t>
      </w:r>
    </w:p>
    <w:p w14:paraId="0F724291" w14:textId="77777777" w:rsidR="00E24A20" w:rsidRDefault="00000000">
      <w:r>
        <w:t>____________________________________________________________</w:t>
      </w:r>
    </w:p>
    <w:p w14:paraId="2D707F88" w14:textId="77777777" w:rsidR="00E24A20" w:rsidRDefault="00000000">
      <w:r>
        <w:t>____________________________________________________________</w:t>
      </w:r>
    </w:p>
    <w:p w14:paraId="4FD9497D" w14:textId="77777777" w:rsidR="00E24A20" w:rsidRDefault="00000000">
      <w:r>
        <w:t>____________________________________________________________</w:t>
      </w:r>
    </w:p>
    <w:p w14:paraId="5DE52C61" w14:textId="77777777" w:rsidR="00E24A20" w:rsidRDefault="00000000">
      <w:pPr>
        <w:pStyle w:val="ListBullet"/>
      </w:pPr>
      <w:r>
        <w:t>Red flags / severe indicators (at least 4):</w:t>
      </w:r>
    </w:p>
    <w:p w14:paraId="3BE47BA0" w14:textId="77777777" w:rsidR="00E24A20" w:rsidRDefault="00000000">
      <w:r>
        <w:t>____________________________________________________________</w:t>
      </w:r>
    </w:p>
    <w:p w14:paraId="476782AA" w14:textId="77777777" w:rsidR="00E24A20" w:rsidRDefault="00000000">
      <w:r>
        <w:t>____________________________________________________________</w:t>
      </w:r>
    </w:p>
    <w:p w14:paraId="690C8FEB" w14:textId="77777777" w:rsidR="00E24A20" w:rsidRDefault="00000000">
      <w:r>
        <w:lastRenderedPageBreak/>
        <w:t>____________________________________________________________</w:t>
      </w:r>
    </w:p>
    <w:p w14:paraId="21FA143F" w14:textId="77777777" w:rsidR="00E24A20" w:rsidRDefault="00000000">
      <w:r>
        <w:t>____________________________________________________________</w:t>
      </w:r>
    </w:p>
    <w:p w14:paraId="11E7819E" w14:textId="77777777" w:rsidR="00E24A20" w:rsidRDefault="00000000">
      <w:pPr>
        <w:pStyle w:val="ListBullet"/>
      </w:pPr>
      <w:r>
        <w:t>Complications (at least 4):</w:t>
      </w:r>
    </w:p>
    <w:p w14:paraId="79643DDF" w14:textId="77777777" w:rsidR="00E24A20" w:rsidRDefault="00000000">
      <w:r>
        <w:t>____________________________________________________________</w:t>
      </w:r>
    </w:p>
    <w:p w14:paraId="15A68C0D" w14:textId="77777777" w:rsidR="00E24A20" w:rsidRDefault="00000000">
      <w:r>
        <w:t>____________________________________________________________</w:t>
      </w:r>
    </w:p>
    <w:p w14:paraId="315781E6" w14:textId="77777777" w:rsidR="00E24A20" w:rsidRDefault="00000000">
      <w:r>
        <w:t>____________________________________________________________</w:t>
      </w:r>
    </w:p>
    <w:p w14:paraId="051F30B8" w14:textId="77777777" w:rsidR="00E24A20" w:rsidRDefault="00000000">
      <w:r>
        <w:t>____________________________________________________________</w:t>
      </w:r>
    </w:p>
    <w:p w14:paraId="189CC65B" w14:textId="77777777" w:rsidR="00E24A20" w:rsidRDefault="00000000">
      <w:pPr>
        <w:pStyle w:val="ListBullet"/>
      </w:pPr>
      <w:r>
        <w:t>Typical duration of illness:</w:t>
      </w:r>
    </w:p>
    <w:p w14:paraId="51725DC9" w14:textId="77777777" w:rsidR="00E24A20" w:rsidRDefault="00000000">
      <w:r>
        <w:t>____________________________________________________________</w:t>
      </w:r>
    </w:p>
    <w:p w14:paraId="2B84C1DC" w14:textId="77777777" w:rsidR="00E24A20" w:rsidRDefault="00000000">
      <w:r>
        <w:t>____________________________________________________________</w:t>
      </w:r>
    </w:p>
    <w:p w14:paraId="1F0DE699" w14:textId="77777777" w:rsidR="00E24A20" w:rsidRDefault="00000000">
      <w:pPr>
        <w:pStyle w:val="Heading2"/>
      </w:pPr>
      <w:r>
        <w:t>E) Diagnosis</w:t>
      </w:r>
    </w:p>
    <w:p w14:paraId="73542E9B" w14:textId="77777777" w:rsidR="00E24A20" w:rsidRDefault="00000000">
      <w:pPr>
        <w:pStyle w:val="ListBullet"/>
      </w:pPr>
      <w:r>
        <w:t>How is it diagnosed (tests used and what they detect)?</w:t>
      </w:r>
    </w:p>
    <w:p w14:paraId="7F8CE4E5" w14:textId="77777777" w:rsidR="00E24A20" w:rsidRDefault="00000000">
      <w:r>
        <w:t>____________________________________________________________</w:t>
      </w:r>
    </w:p>
    <w:p w14:paraId="5B36174E" w14:textId="77777777" w:rsidR="00E24A20" w:rsidRDefault="00000000">
      <w:r>
        <w:t>____________________________________________________________</w:t>
      </w:r>
    </w:p>
    <w:p w14:paraId="4528FDC0" w14:textId="77777777" w:rsidR="00E24A20" w:rsidRDefault="00000000">
      <w:r>
        <w:t>____________________________________________________________</w:t>
      </w:r>
    </w:p>
    <w:p w14:paraId="509B969A" w14:textId="77777777" w:rsidR="00E24A20" w:rsidRDefault="00000000">
      <w:r>
        <w:t>____________________________________________________________</w:t>
      </w:r>
    </w:p>
    <w:p w14:paraId="7BED6257" w14:textId="77777777" w:rsidR="00E24A20" w:rsidRDefault="00000000">
      <w:pPr>
        <w:pStyle w:val="ListBullet"/>
      </w:pPr>
      <w:r>
        <w:t>Best time to test (and why):</w:t>
      </w:r>
    </w:p>
    <w:p w14:paraId="5CE29FFC" w14:textId="77777777" w:rsidR="00E24A20" w:rsidRDefault="00000000">
      <w:r>
        <w:t>____________________________________________________________</w:t>
      </w:r>
    </w:p>
    <w:p w14:paraId="7D207477" w14:textId="77777777" w:rsidR="00E24A20" w:rsidRDefault="00000000">
      <w:r>
        <w:t>____________________________________________________________</w:t>
      </w:r>
    </w:p>
    <w:p w14:paraId="6120E4FA" w14:textId="77777777" w:rsidR="00E24A20" w:rsidRDefault="00000000">
      <w:r>
        <w:t>____________________________________________________________</w:t>
      </w:r>
    </w:p>
    <w:p w14:paraId="45FD2C74" w14:textId="77777777" w:rsidR="00E24A20" w:rsidRDefault="00000000">
      <w:pPr>
        <w:pStyle w:val="ListBullet"/>
      </w:pPr>
      <w:r>
        <w:t>Limitations of testing (timing, false negatives/positives, sampling, access):</w:t>
      </w:r>
    </w:p>
    <w:p w14:paraId="1C9F2B9E" w14:textId="77777777" w:rsidR="00E24A20" w:rsidRDefault="00000000">
      <w:r>
        <w:t>____________________________________________________________</w:t>
      </w:r>
    </w:p>
    <w:p w14:paraId="21591F32" w14:textId="77777777" w:rsidR="00E24A20" w:rsidRDefault="00000000">
      <w:r>
        <w:t>____________________________________________________________</w:t>
      </w:r>
    </w:p>
    <w:p w14:paraId="730E8FFC" w14:textId="77777777" w:rsidR="00E24A20" w:rsidRDefault="00000000">
      <w:r>
        <w:t>____________________________________________________________</w:t>
      </w:r>
    </w:p>
    <w:p w14:paraId="10B6BA0D" w14:textId="77777777" w:rsidR="00E24A20" w:rsidRDefault="00000000">
      <w:r>
        <w:t>____________________________________________________________</w:t>
      </w:r>
    </w:p>
    <w:p w14:paraId="4D0C2FCE" w14:textId="77777777" w:rsidR="00E24A20" w:rsidRDefault="00000000">
      <w:pPr>
        <w:pStyle w:val="Heading2"/>
      </w:pPr>
      <w:r>
        <w:lastRenderedPageBreak/>
        <w:t>F) Treatment, management, and IPC</w:t>
      </w:r>
    </w:p>
    <w:p w14:paraId="6792DCAE" w14:textId="77777777" w:rsidR="00E24A20" w:rsidRDefault="00000000">
      <w:pPr>
        <w:pStyle w:val="ListBullet"/>
      </w:pPr>
      <w:r>
        <w:t>Treatments (supportive care and/or specific therapy such as antivirals/antibiotics):</w:t>
      </w:r>
    </w:p>
    <w:p w14:paraId="0829002B" w14:textId="77777777" w:rsidR="00E24A20" w:rsidRDefault="00000000">
      <w:r>
        <w:t>____________________________________________________________</w:t>
      </w:r>
    </w:p>
    <w:p w14:paraId="27F815E3" w14:textId="77777777" w:rsidR="00E24A20" w:rsidRDefault="00000000">
      <w:r>
        <w:t>____________________________________________________________</w:t>
      </w:r>
    </w:p>
    <w:p w14:paraId="736C7C01" w14:textId="77777777" w:rsidR="00E24A20" w:rsidRDefault="00000000">
      <w:r>
        <w:t>____________________________________________________________</w:t>
      </w:r>
    </w:p>
    <w:p w14:paraId="23DE2AB3" w14:textId="77777777" w:rsidR="00E24A20" w:rsidRDefault="00000000">
      <w:r>
        <w:t>____________________________________________________________</w:t>
      </w:r>
    </w:p>
    <w:p w14:paraId="1D18E414" w14:textId="77777777" w:rsidR="00E24A20" w:rsidRDefault="00000000">
      <w:pPr>
        <w:pStyle w:val="ListBullet"/>
      </w:pPr>
      <w:r>
        <w:t>When antibiotics are appropriate vs not appropriate (explain):</w:t>
      </w:r>
    </w:p>
    <w:p w14:paraId="5EF29EF1" w14:textId="77777777" w:rsidR="00E24A20" w:rsidRDefault="00000000">
      <w:r>
        <w:t>____________________________________________________________</w:t>
      </w:r>
    </w:p>
    <w:p w14:paraId="1CC86EED" w14:textId="77777777" w:rsidR="00E24A20" w:rsidRDefault="00000000">
      <w:r>
        <w:t>____________________________________________________________</w:t>
      </w:r>
    </w:p>
    <w:p w14:paraId="505438BD" w14:textId="77777777" w:rsidR="00E24A20" w:rsidRDefault="00000000">
      <w:r>
        <w:t>____________________________________________________________</w:t>
      </w:r>
    </w:p>
    <w:p w14:paraId="4A117ECE" w14:textId="77777777" w:rsidR="00E24A20" w:rsidRDefault="00000000">
      <w:r>
        <w:t>____________________________________________________________</w:t>
      </w:r>
    </w:p>
    <w:p w14:paraId="1C3A7E01" w14:textId="77777777" w:rsidR="00E24A20" w:rsidRDefault="00000000">
      <w:pPr>
        <w:pStyle w:val="ListBullet"/>
      </w:pPr>
      <w:r>
        <w:t>Infection prevention and control (IPC) actions at home:</w:t>
      </w:r>
    </w:p>
    <w:p w14:paraId="0B00A5B0" w14:textId="77777777" w:rsidR="00E24A20" w:rsidRDefault="00000000">
      <w:r>
        <w:t>____________________________________________________________</w:t>
      </w:r>
    </w:p>
    <w:p w14:paraId="32E102B1" w14:textId="77777777" w:rsidR="00E24A20" w:rsidRDefault="00000000">
      <w:r>
        <w:t>____________________________________________________________</w:t>
      </w:r>
    </w:p>
    <w:p w14:paraId="7D310B27" w14:textId="77777777" w:rsidR="00E24A20" w:rsidRDefault="00000000">
      <w:r>
        <w:t>____________________________________________________________</w:t>
      </w:r>
    </w:p>
    <w:p w14:paraId="5D85C29D" w14:textId="77777777" w:rsidR="00E24A20" w:rsidRDefault="00000000">
      <w:pPr>
        <w:pStyle w:val="ListBullet"/>
      </w:pPr>
      <w:r>
        <w:t>IPC actions in school/work:</w:t>
      </w:r>
    </w:p>
    <w:p w14:paraId="6F87ED27" w14:textId="77777777" w:rsidR="00E24A20" w:rsidRDefault="00000000">
      <w:r>
        <w:t>____________________________________________________________</w:t>
      </w:r>
    </w:p>
    <w:p w14:paraId="4CA1F57E" w14:textId="77777777" w:rsidR="00E24A20" w:rsidRDefault="00000000">
      <w:r>
        <w:t>____________________________________________________________</w:t>
      </w:r>
    </w:p>
    <w:p w14:paraId="7C53B438" w14:textId="77777777" w:rsidR="00E24A20" w:rsidRDefault="00000000">
      <w:r>
        <w:t>____________________________________________________________</w:t>
      </w:r>
    </w:p>
    <w:p w14:paraId="3235B331" w14:textId="77777777" w:rsidR="00E24A20" w:rsidRDefault="00000000">
      <w:pPr>
        <w:pStyle w:val="ListBullet"/>
      </w:pPr>
      <w:r>
        <w:t>IPC actions in care home/hospital/clinic:</w:t>
      </w:r>
    </w:p>
    <w:p w14:paraId="5128398A" w14:textId="77777777" w:rsidR="00E24A20" w:rsidRDefault="00000000">
      <w:r>
        <w:t>____________________________________________________________</w:t>
      </w:r>
    </w:p>
    <w:p w14:paraId="0F343BB4" w14:textId="77777777" w:rsidR="00E24A20" w:rsidRDefault="00000000">
      <w:r>
        <w:t>____________________________________________________________</w:t>
      </w:r>
    </w:p>
    <w:p w14:paraId="61E31053" w14:textId="77777777" w:rsidR="00E24A20" w:rsidRDefault="00000000">
      <w:r>
        <w:t>____________________________________________________________</w:t>
      </w:r>
    </w:p>
    <w:p w14:paraId="5EF6393C" w14:textId="77777777" w:rsidR="00E24A20" w:rsidRDefault="00000000">
      <w:pPr>
        <w:pStyle w:val="Heading2"/>
      </w:pPr>
      <w:r>
        <w:t>G) Vaccination and herd immunity</w:t>
      </w:r>
    </w:p>
    <w:p w14:paraId="26FEA105" w14:textId="77777777" w:rsidR="00E24A20" w:rsidRDefault="00000000">
      <w:pPr>
        <w:pStyle w:val="ListBullet"/>
      </w:pPr>
      <w:r>
        <w:t>Is there a vaccine? (Yes/No) If yes, what type (if stated) and who is eligible in the UK?</w:t>
      </w:r>
    </w:p>
    <w:p w14:paraId="1173F7B7" w14:textId="77777777" w:rsidR="00E24A20" w:rsidRDefault="00000000">
      <w:r>
        <w:t>____________________________________________________________</w:t>
      </w:r>
    </w:p>
    <w:p w14:paraId="28F2D21E" w14:textId="77777777" w:rsidR="00E24A20" w:rsidRDefault="00000000">
      <w:r>
        <w:lastRenderedPageBreak/>
        <w:t>____________________________________________________________</w:t>
      </w:r>
    </w:p>
    <w:p w14:paraId="067389F1" w14:textId="77777777" w:rsidR="00E24A20" w:rsidRDefault="00000000">
      <w:r>
        <w:t>____________________________________________________________</w:t>
      </w:r>
    </w:p>
    <w:p w14:paraId="197F8924" w14:textId="77777777" w:rsidR="00E24A20" w:rsidRDefault="00000000">
      <w:r>
        <w:t>____________________________________________________________</w:t>
      </w:r>
    </w:p>
    <w:p w14:paraId="4CBCF275" w14:textId="77777777" w:rsidR="00E24A20" w:rsidRDefault="00000000">
      <w:pPr>
        <w:pStyle w:val="ListBullet"/>
      </w:pPr>
      <w:r>
        <w:t>What does vaccination reduce (infection, severe disease, transmission)? Include what is uncertain:</w:t>
      </w:r>
    </w:p>
    <w:p w14:paraId="07AE5E2E" w14:textId="77777777" w:rsidR="00E24A20" w:rsidRDefault="00000000">
      <w:r>
        <w:t>____________________________________________________________</w:t>
      </w:r>
    </w:p>
    <w:p w14:paraId="475FBEDC" w14:textId="77777777" w:rsidR="00E24A20" w:rsidRDefault="00000000">
      <w:r>
        <w:t>____________________________________________________________</w:t>
      </w:r>
    </w:p>
    <w:p w14:paraId="3F29E7F2" w14:textId="77777777" w:rsidR="00E24A20" w:rsidRDefault="00000000">
      <w:r>
        <w:t>____________________________________________________________</w:t>
      </w:r>
    </w:p>
    <w:p w14:paraId="45B40994" w14:textId="77777777" w:rsidR="00E24A20" w:rsidRDefault="00000000">
      <w:r>
        <w:t>____________________________________________________________</w:t>
      </w:r>
    </w:p>
    <w:p w14:paraId="26E0445D" w14:textId="77777777" w:rsidR="00E24A20" w:rsidRDefault="00000000">
      <w:pPr>
        <w:pStyle w:val="ListBullet"/>
      </w:pPr>
      <w:r>
        <w:t>Define herd immunity in 2–3 sentences:</w:t>
      </w:r>
    </w:p>
    <w:p w14:paraId="04AB7636" w14:textId="77777777" w:rsidR="00E24A20" w:rsidRDefault="00000000">
      <w:r>
        <w:t>____________________________________________________________</w:t>
      </w:r>
    </w:p>
    <w:p w14:paraId="40E2A19A" w14:textId="77777777" w:rsidR="00E24A20" w:rsidRDefault="00000000">
      <w:r>
        <w:t>____________________________________________________________</w:t>
      </w:r>
    </w:p>
    <w:p w14:paraId="515E5C53" w14:textId="77777777" w:rsidR="00E24A20" w:rsidRDefault="00000000">
      <w:r>
        <w:t>____________________________________________________________</w:t>
      </w:r>
    </w:p>
    <w:p w14:paraId="2C08ABA7" w14:textId="77777777" w:rsidR="00E24A20" w:rsidRDefault="00000000">
      <w:r>
        <w:t>____________________________________________________________</w:t>
      </w:r>
    </w:p>
    <w:p w14:paraId="63ADF4CA" w14:textId="77777777" w:rsidR="00E24A20" w:rsidRDefault="00000000">
      <w:pPr>
        <w:pStyle w:val="ListBullet"/>
      </w:pPr>
      <w:r>
        <w:t>Why does the herd immunity threshold differ between diseases?</w:t>
      </w:r>
    </w:p>
    <w:p w14:paraId="2394E265" w14:textId="77777777" w:rsidR="00E24A20" w:rsidRDefault="00000000">
      <w:r>
        <w:t>____________________________________________________________</w:t>
      </w:r>
    </w:p>
    <w:p w14:paraId="21BDFD95" w14:textId="77777777" w:rsidR="00E24A20" w:rsidRDefault="00000000">
      <w:r>
        <w:t>____________________________________________________________</w:t>
      </w:r>
    </w:p>
    <w:p w14:paraId="10B5FC26" w14:textId="77777777" w:rsidR="00E24A20" w:rsidRDefault="00000000">
      <w:r>
        <w:t>____________________________________________________________</w:t>
      </w:r>
    </w:p>
    <w:p w14:paraId="3096E811" w14:textId="77777777" w:rsidR="00E24A20" w:rsidRDefault="00000000">
      <w:pPr>
        <w:pStyle w:val="ListBullet"/>
      </w:pPr>
      <w:r>
        <w:t>Five reasons herd immunity can fail:</w:t>
      </w:r>
    </w:p>
    <w:p w14:paraId="285198BD" w14:textId="77777777" w:rsidR="00E24A20" w:rsidRDefault="00000000">
      <w:r>
        <w:t>____________________________________________________________</w:t>
      </w:r>
    </w:p>
    <w:p w14:paraId="5D5D45DA" w14:textId="77777777" w:rsidR="00E24A20" w:rsidRDefault="00000000">
      <w:r>
        <w:t>____________________________________________________________</w:t>
      </w:r>
    </w:p>
    <w:p w14:paraId="5E4DA911" w14:textId="77777777" w:rsidR="00E24A20" w:rsidRDefault="00000000">
      <w:r>
        <w:t>____________________________________________________________</w:t>
      </w:r>
    </w:p>
    <w:p w14:paraId="645BC817" w14:textId="77777777" w:rsidR="00E24A20" w:rsidRDefault="00000000">
      <w:r>
        <w:t>____________________________________________________________</w:t>
      </w:r>
    </w:p>
    <w:p w14:paraId="30180F2C" w14:textId="77777777" w:rsidR="00E24A20" w:rsidRDefault="00000000">
      <w:r>
        <w:t>____________________________________________________________</w:t>
      </w:r>
    </w:p>
    <w:p w14:paraId="260AC548" w14:textId="77777777" w:rsidR="00E24A20" w:rsidRDefault="00E24A20">
      <w:pPr>
        <w:spacing w:after="0"/>
      </w:pPr>
    </w:p>
    <w:p w14:paraId="063F1AC6" w14:textId="77777777" w:rsidR="00E24A20" w:rsidRDefault="00000000">
      <w:pPr>
        <w:pStyle w:val="Heading1"/>
      </w:pPr>
      <w:r>
        <w:lastRenderedPageBreak/>
        <w:t>Section 3: Mini-scenario application</w:t>
      </w:r>
    </w:p>
    <w:p w14:paraId="3DF2D993" w14:textId="77777777" w:rsidR="00E24A20" w:rsidRDefault="00000000">
      <w:r>
        <w:t>Choose ONE scenario and answer the prompts. Be prepared to discuss in class.</w:t>
      </w:r>
    </w:p>
    <w:p w14:paraId="2891A65C" w14:textId="77777777" w:rsidR="00E24A20" w:rsidRDefault="00000000">
      <w:pPr>
        <w:pStyle w:val="Heading2"/>
      </w:pPr>
      <w:r>
        <w:t>A) Vomiting/diarrhoea cluster</w:t>
      </w:r>
    </w:p>
    <w:p w14:paraId="76A7D59C" w14:textId="77777777" w:rsidR="00E24A20" w:rsidRDefault="00000000">
      <w:r>
        <w:t>Three people in a household develop sudden vomiting and diarrhoea within 24 hours. One works in a care home.</w:t>
      </w:r>
    </w:p>
    <w:p w14:paraId="1FBAB8BC" w14:textId="77777777" w:rsidR="00E24A20" w:rsidRDefault="00000000">
      <w:r>
        <w:t>Most likely disease(s) and why:</w:t>
      </w:r>
    </w:p>
    <w:p w14:paraId="594DCFE6" w14:textId="77777777" w:rsidR="00E24A20" w:rsidRDefault="00000000">
      <w:r>
        <w:t>____________________________________________________________</w:t>
      </w:r>
    </w:p>
    <w:p w14:paraId="192D8EF6" w14:textId="77777777" w:rsidR="00E24A20" w:rsidRDefault="00000000">
      <w:r>
        <w:t>____________________________________________________________</w:t>
      </w:r>
    </w:p>
    <w:p w14:paraId="03D23622" w14:textId="77777777" w:rsidR="00E24A20" w:rsidRDefault="00000000">
      <w:r>
        <w:t>____________________________________________________________</w:t>
      </w:r>
    </w:p>
    <w:p w14:paraId="327363C2" w14:textId="77777777" w:rsidR="00E24A20" w:rsidRDefault="00000000">
      <w:r>
        <w:t>Most likely transmission route(s):</w:t>
      </w:r>
    </w:p>
    <w:p w14:paraId="0FC6E62B" w14:textId="77777777" w:rsidR="00E24A20" w:rsidRDefault="00000000">
      <w:r>
        <w:t>____________________________________________________________</w:t>
      </w:r>
    </w:p>
    <w:p w14:paraId="5C78A72F" w14:textId="77777777" w:rsidR="00E24A20" w:rsidRDefault="00000000">
      <w:r>
        <w:t>____________________________________________________________</w:t>
      </w:r>
    </w:p>
    <w:p w14:paraId="1BB28C52" w14:textId="77777777" w:rsidR="00E24A20" w:rsidRDefault="00000000">
      <w:r>
        <w:t>____________________________________________________________</w:t>
      </w:r>
    </w:p>
    <w:p w14:paraId="2BBDDBE4" w14:textId="77777777" w:rsidR="00E24A20" w:rsidRDefault="00000000">
      <w:r>
        <w:t>Immediate actions (IPC):</w:t>
      </w:r>
    </w:p>
    <w:p w14:paraId="2DA972DA" w14:textId="77777777" w:rsidR="00E24A20" w:rsidRDefault="00000000">
      <w:r>
        <w:t>____________________________________________________________</w:t>
      </w:r>
    </w:p>
    <w:p w14:paraId="58A7D170" w14:textId="77777777" w:rsidR="00E24A20" w:rsidRDefault="00000000">
      <w:r>
        <w:t>____________________________________________________________</w:t>
      </w:r>
    </w:p>
    <w:p w14:paraId="391A9107" w14:textId="77777777" w:rsidR="00E24A20" w:rsidRDefault="00000000">
      <w:r>
        <w:t>____________________________________________________________</w:t>
      </w:r>
    </w:p>
    <w:p w14:paraId="4B3A7D21" w14:textId="77777777" w:rsidR="00E24A20" w:rsidRDefault="00000000">
      <w:r>
        <w:t>Exclusion/isolation advice:</w:t>
      </w:r>
    </w:p>
    <w:p w14:paraId="1DDF2EB0" w14:textId="77777777" w:rsidR="00E24A20" w:rsidRDefault="00000000">
      <w:r>
        <w:t>____________________________________________________________</w:t>
      </w:r>
    </w:p>
    <w:p w14:paraId="160EC54C" w14:textId="77777777" w:rsidR="00E24A20" w:rsidRDefault="00000000">
      <w:r>
        <w:t>____________________________________________________________</w:t>
      </w:r>
    </w:p>
    <w:p w14:paraId="4FB3A04B" w14:textId="77777777" w:rsidR="00E24A20" w:rsidRDefault="00000000">
      <w:r>
        <w:t>____________________________________________________________</w:t>
      </w:r>
    </w:p>
    <w:p w14:paraId="3919331D" w14:textId="77777777" w:rsidR="00E24A20" w:rsidRDefault="00000000">
      <w:r>
        <w:t>When to escalate to urgent care and why:</w:t>
      </w:r>
    </w:p>
    <w:p w14:paraId="16CABF85" w14:textId="77777777" w:rsidR="00E24A20" w:rsidRDefault="00000000">
      <w:r>
        <w:t>____________________________________________________________</w:t>
      </w:r>
    </w:p>
    <w:p w14:paraId="7B221EF0" w14:textId="77777777" w:rsidR="00E24A20" w:rsidRDefault="00000000">
      <w:r>
        <w:t>____________________________________________________________</w:t>
      </w:r>
    </w:p>
    <w:p w14:paraId="6709E448" w14:textId="77777777" w:rsidR="00E24A20" w:rsidRDefault="00000000">
      <w:r>
        <w:t>____________________________________________________________</w:t>
      </w:r>
    </w:p>
    <w:p w14:paraId="01878B2E" w14:textId="77777777" w:rsidR="00E24A20" w:rsidRDefault="00E24A20">
      <w:pPr>
        <w:spacing w:after="0"/>
      </w:pPr>
    </w:p>
    <w:p w14:paraId="47F32233" w14:textId="77777777" w:rsidR="00E24A20" w:rsidRDefault="00000000">
      <w:pPr>
        <w:pStyle w:val="Heading2"/>
      </w:pPr>
      <w:r>
        <w:lastRenderedPageBreak/>
        <w:t>B) Fever, sore throat, rash in a child</w:t>
      </w:r>
    </w:p>
    <w:p w14:paraId="5573EB19" w14:textId="77777777" w:rsidR="00E24A20" w:rsidRDefault="00000000">
      <w:r>
        <w:t>A child has fever, sore throat and a rough 'sandpapery' rash. Two classmates are also unwell.</w:t>
      </w:r>
    </w:p>
    <w:p w14:paraId="5B0F0AF4" w14:textId="77777777" w:rsidR="00E24A20" w:rsidRDefault="00000000">
      <w:r>
        <w:t>Most likely disease(s) and why:</w:t>
      </w:r>
    </w:p>
    <w:p w14:paraId="6B24098E" w14:textId="77777777" w:rsidR="00E24A20" w:rsidRDefault="00000000">
      <w:r>
        <w:t>____________________________________________________________</w:t>
      </w:r>
    </w:p>
    <w:p w14:paraId="608F8166" w14:textId="77777777" w:rsidR="00E24A20" w:rsidRDefault="00000000">
      <w:r>
        <w:t>____________________________________________________________</w:t>
      </w:r>
    </w:p>
    <w:p w14:paraId="7C6406C9" w14:textId="77777777" w:rsidR="00E24A20" w:rsidRDefault="00000000">
      <w:r>
        <w:t>____________________________________________________________</w:t>
      </w:r>
    </w:p>
    <w:p w14:paraId="246539F8" w14:textId="77777777" w:rsidR="00E24A20" w:rsidRDefault="00000000">
      <w:r>
        <w:t>Most likely transmission route(s):</w:t>
      </w:r>
    </w:p>
    <w:p w14:paraId="5A6D96C4" w14:textId="77777777" w:rsidR="00E24A20" w:rsidRDefault="00000000">
      <w:r>
        <w:t>____________________________________________________________</w:t>
      </w:r>
    </w:p>
    <w:p w14:paraId="393DB578" w14:textId="77777777" w:rsidR="00E24A20" w:rsidRDefault="00000000">
      <w:r>
        <w:t>____________________________________________________________</w:t>
      </w:r>
    </w:p>
    <w:p w14:paraId="0F679563" w14:textId="77777777" w:rsidR="00E24A20" w:rsidRDefault="00000000">
      <w:r>
        <w:t>____________________________________________________________</w:t>
      </w:r>
    </w:p>
    <w:p w14:paraId="13DAB3CF" w14:textId="77777777" w:rsidR="00E24A20" w:rsidRDefault="00000000">
      <w:r>
        <w:t>Immediate actions (IPC):</w:t>
      </w:r>
    </w:p>
    <w:p w14:paraId="4830D28F" w14:textId="77777777" w:rsidR="00E24A20" w:rsidRDefault="00000000">
      <w:r>
        <w:t>____________________________________________________________</w:t>
      </w:r>
    </w:p>
    <w:p w14:paraId="140A80EF" w14:textId="77777777" w:rsidR="00E24A20" w:rsidRDefault="00000000">
      <w:r>
        <w:t>____________________________________________________________</w:t>
      </w:r>
    </w:p>
    <w:p w14:paraId="72010126" w14:textId="77777777" w:rsidR="00E24A20" w:rsidRDefault="00000000">
      <w:r>
        <w:t>____________________________________________________________</w:t>
      </w:r>
    </w:p>
    <w:p w14:paraId="2B961514" w14:textId="77777777" w:rsidR="00E24A20" w:rsidRDefault="00000000">
      <w:r>
        <w:t>Exclusion/isolation advice:</w:t>
      </w:r>
    </w:p>
    <w:p w14:paraId="37B366ED" w14:textId="77777777" w:rsidR="00E24A20" w:rsidRDefault="00000000">
      <w:r>
        <w:t>____________________________________________________________</w:t>
      </w:r>
    </w:p>
    <w:p w14:paraId="78805096" w14:textId="77777777" w:rsidR="00E24A20" w:rsidRDefault="00000000">
      <w:r>
        <w:t>____________________________________________________________</w:t>
      </w:r>
    </w:p>
    <w:p w14:paraId="6DA07710" w14:textId="77777777" w:rsidR="00E24A20" w:rsidRDefault="00000000">
      <w:r>
        <w:t>____________________________________________________________</w:t>
      </w:r>
    </w:p>
    <w:p w14:paraId="4004824B" w14:textId="77777777" w:rsidR="00E24A20" w:rsidRDefault="00000000">
      <w:r>
        <w:t>When to escalate to urgent care and why:</w:t>
      </w:r>
    </w:p>
    <w:p w14:paraId="08075D3A" w14:textId="77777777" w:rsidR="00E24A20" w:rsidRDefault="00000000">
      <w:r>
        <w:t>____________________________________________________________</w:t>
      </w:r>
    </w:p>
    <w:p w14:paraId="1D9035B7" w14:textId="77777777" w:rsidR="00E24A20" w:rsidRDefault="00000000">
      <w:r>
        <w:t>____________________________________________________________</w:t>
      </w:r>
    </w:p>
    <w:p w14:paraId="4069776F" w14:textId="77777777" w:rsidR="00E24A20" w:rsidRDefault="00000000">
      <w:r>
        <w:t>____________________________________________________________</w:t>
      </w:r>
    </w:p>
    <w:p w14:paraId="2917C1E1" w14:textId="77777777" w:rsidR="00E24A20" w:rsidRDefault="00E24A20">
      <w:pPr>
        <w:spacing w:after="0"/>
      </w:pPr>
    </w:p>
    <w:p w14:paraId="0F75A570" w14:textId="77777777" w:rsidR="00E24A20" w:rsidRDefault="00000000">
      <w:pPr>
        <w:pStyle w:val="Heading2"/>
      </w:pPr>
      <w:r>
        <w:t>C) Persistent cough and weight loss</w:t>
      </w:r>
    </w:p>
    <w:p w14:paraId="2F588537" w14:textId="77777777" w:rsidR="00E24A20" w:rsidRDefault="00000000">
      <w:r>
        <w:t>An adult has a cough for 5+ weeks, night sweats and weight loss.</w:t>
      </w:r>
    </w:p>
    <w:p w14:paraId="71FB6C6A" w14:textId="77777777" w:rsidR="00E24A20" w:rsidRDefault="00000000">
      <w:r>
        <w:t>Most likely disease(s) and why:</w:t>
      </w:r>
    </w:p>
    <w:p w14:paraId="557B0BC1" w14:textId="77777777" w:rsidR="00E24A20" w:rsidRDefault="00000000">
      <w:r>
        <w:lastRenderedPageBreak/>
        <w:t>____________________________________________________________</w:t>
      </w:r>
    </w:p>
    <w:p w14:paraId="6C7EBEA8" w14:textId="77777777" w:rsidR="00E24A20" w:rsidRDefault="00000000">
      <w:r>
        <w:t>____________________________________________________________</w:t>
      </w:r>
    </w:p>
    <w:p w14:paraId="5565212D" w14:textId="77777777" w:rsidR="00E24A20" w:rsidRDefault="00000000">
      <w:r>
        <w:t>____________________________________________________________</w:t>
      </w:r>
    </w:p>
    <w:p w14:paraId="23B695CA" w14:textId="77777777" w:rsidR="00E24A20" w:rsidRDefault="00000000">
      <w:r>
        <w:t>Most likely transmission route(s):</w:t>
      </w:r>
    </w:p>
    <w:p w14:paraId="2E9D2313" w14:textId="77777777" w:rsidR="00E24A20" w:rsidRDefault="00000000">
      <w:r>
        <w:t>____________________________________________________________</w:t>
      </w:r>
    </w:p>
    <w:p w14:paraId="5D576EAF" w14:textId="77777777" w:rsidR="00E24A20" w:rsidRDefault="00000000">
      <w:r>
        <w:t>____________________________________________________________</w:t>
      </w:r>
    </w:p>
    <w:p w14:paraId="7E3E2728" w14:textId="77777777" w:rsidR="00E24A20" w:rsidRDefault="00000000">
      <w:r>
        <w:t>____________________________________________________________</w:t>
      </w:r>
    </w:p>
    <w:p w14:paraId="317125D7" w14:textId="77777777" w:rsidR="00E24A20" w:rsidRDefault="00000000">
      <w:r>
        <w:t>Immediate actions (IPC):</w:t>
      </w:r>
    </w:p>
    <w:p w14:paraId="5CC569C4" w14:textId="77777777" w:rsidR="00E24A20" w:rsidRDefault="00000000">
      <w:r>
        <w:t>____________________________________________________________</w:t>
      </w:r>
    </w:p>
    <w:p w14:paraId="1C777B0B" w14:textId="77777777" w:rsidR="00E24A20" w:rsidRDefault="00000000">
      <w:r>
        <w:t>____________________________________________________________</w:t>
      </w:r>
    </w:p>
    <w:p w14:paraId="2EB80B9F" w14:textId="77777777" w:rsidR="00E24A20" w:rsidRDefault="00000000">
      <w:r>
        <w:t>____________________________________________________________</w:t>
      </w:r>
    </w:p>
    <w:p w14:paraId="65A29632" w14:textId="77777777" w:rsidR="00E24A20" w:rsidRDefault="00000000">
      <w:r>
        <w:t>Exclusion/isolation advice:</w:t>
      </w:r>
    </w:p>
    <w:p w14:paraId="2968E84A" w14:textId="77777777" w:rsidR="00E24A20" w:rsidRDefault="00000000">
      <w:r>
        <w:t>____________________________________________________________</w:t>
      </w:r>
    </w:p>
    <w:p w14:paraId="38A4167B" w14:textId="77777777" w:rsidR="00E24A20" w:rsidRDefault="00000000">
      <w:r>
        <w:t>____________________________________________________________</w:t>
      </w:r>
    </w:p>
    <w:p w14:paraId="09FF3DFC" w14:textId="77777777" w:rsidR="00E24A20" w:rsidRDefault="00000000">
      <w:r>
        <w:t>____________________________________________________________</w:t>
      </w:r>
    </w:p>
    <w:p w14:paraId="1FF9A319" w14:textId="77777777" w:rsidR="00E24A20" w:rsidRDefault="00000000">
      <w:r>
        <w:t>When to escalate to urgent care and why:</w:t>
      </w:r>
    </w:p>
    <w:p w14:paraId="46F2B28D" w14:textId="77777777" w:rsidR="00E24A20" w:rsidRDefault="00000000">
      <w:r>
        <w:t>____________________________________________________________</w:t>
      </w:r>
    </w:p>
    <w:p w14:paraId="67B8951A" w14:textId="77777777" w:rsidR="00E24A20" w:rsidRDefault="00000000">
      <w:r>
        <w:t>____________________________________________________________</w:t>
      </w:r>
    </w:p>
    <w:p w14:paraId="2F3CE408" w14:textId="77777777" w:rsidR="00E24A20" w:rsidRDefault="00000000">
      <w:r>
        <w:t>____________________________________________________________</w:t>
      </w:r>
    </w:p>
    <w:p w14:paraId="4E04DBB9" w14:textId="77777777" w:rsidR="00E24A20" w:rsidRDefault="00E24A20">
      <w:pPr>
        <w:spacing w:after="0"/>
      </w:pPr>
    </w:p>
    <w:p w14:paraId="2B6E39BA" w14:textId="77777777" w:rsidR="00E24A20" w:rsidRDefault="00000000">
      <w:pPr>
        <w:pStyle w:val="Heading1"/>
      </w:pPr>
      <w:r>
        <w:t>Section 4: Your reference list (minimum 15)</w:t>
      </w:r>
    </w:p>
    <w:p w14:paraId="3EA94F2A" w14:textId="77777777" w:rsidR="00E24A20" w:rsidRDefault="00000000">
      <w:r>
        <w:t>Add your Harvard references below. Keep adding weekly.</w:t>
      </w:r>
    </w:p>
    <w:p w14:paraId="004ED9C0" w14:textId="77777777" w:rsidR="00E24A20" w:rsidRDefault="00000000">
      <w:r>
        <w:t>1. ____________________________________________________________</w:t>
      </w:r>
    </w:p>
    <w:p w14:paraId="6C0445E8" w14:textId="77777777" w:rsidR="00E24A20" w:rsidRDefault="00000000">
      <w:r>
        <w:t>2. ____________________________________________________________</w:t>
      </w:r>
    </w:p>
    <w:p w14:paraId="7AFAC718" w14:textId="77777777" w:rsidR="00E24A20" w:rsidRDefault="00000000">
      <w:r>
        <w:t>3. ____________________________________________________________</w:t>
      </w:r>
    </w:p>
    <w:p w14:paraId="01B4EF04" w14:textId="77777777" w:rsidR="00E24A20" w:rsidRDefault="00000000">
      <w:r>
        <w:lastRenderedPageBreak/>
        <w:t>4. ____________________________________________________________</w:t>
      </w:r>
    </w:p>
    <w:p w14:paraId="15421358" w14:textId="77777777" w:rsidR="00E24A20" w:rsidRDefault="00000000">
      <w:r>
        <w:t>5. ____________________________________________________________</w:t>
      </w:r>
    </w:p>
    <w:p w14:paraId="22ECD4DD" w14:textId="77777777" w:rsidR="00E24A20" w:rsidRDefault="00000000">
      <w:r>
        <w:t>6. ____________________________________________________________</w:t>
      </w:r>
    </w:p>
    <w:p w14:paraId="72AEEE1C" w14:textId="77777777" w:rsidR="00E24A20" w:rsidRDefault="00000000">
      <w:r>
        <w:t>7. ____________________________________________________________</w:t>
      </w:r>
    </w:p>
    <w:p w14:paraId="3BF1A17B" w14:textId="77777777" w:rsidR="00E24A20" w:rsidRDefault="00000000">
      <w:r>
        <w:t>8. ____________________________________________________________</w:t>
      </w:r>
    </w:p>
    <w:p w14:paraId="3FCCC885" w14:textId="77777777" w:rsidR="00E24A20" w:rsidRDefault="00000000">
      <w:r>
        <w:t>9. ____________________________________________________________</w:t>
      </w:r>
    </w:p>
    <w:p w14:paraId="2E35722E" w14:textId="77777777" w:rsidR="00E24A20" w:rsidRDefault="00000000">
      <w:r>
        <w:t>10. ____________________________________________________________</w:t>
      </w:r>
    </w:p>
    <w:p w14:paraId="536A1CB6" w14:textId="77777777" w:rsidR="00E24A20" w:rsidRDefault="00000000">
      <w:r>
        <w:t>11. ____________________________________________________________</w:t>
      </w:r>
    </w:p>
    <w:p w14:paraId="28DC4F54" w14:textId="77777777" w:rsidR="00E24A20" w:rsidRDefault="00000000">
      <w:r>
        <w:t>12. ____________________________________________________________</w:t>
      </w:r>
    </w:p>
    <w:p w14:paraId="26DC21DC" w14:textId="77777777" w:rsidR="00E24A20" w:rsidRDefault="00000000">
      <w:r>
        <w:t>13. ____________________________________________________________</w:t>
      </w:r>
    </w:p>
    <w:p w14:paraId="660BAE51" w14:textId="77777777" w:rsidR="00E24A20" w:rsidRDefault="00000000">
      <w:r>
        <w:t>14. ____________________________________________________________</w:t>
      </w:r>
    </w:p>
    <w:p w14:paraId="692B3882" w14:textId="77777777" w:rsidR="00E24A20" w:rsidRDefault="00000000">
      <w:r>
        <w:t>15. ____________________________________________________________</w:t>
      </w:r>
    </w:p>
    <w:p w14:paraId="3A23C053" w14:textId="77777777" w:rsidR="00E24A20" w:rsidRDefault="00000000">
      <w:r>
        <w:t>16. ____________________________________________________________</w:t>
      </w:r>
    </w:p>
    <w:p w14:paraId="0895F59D" w14:textId="77777777" w:rsidR="00E24A20" w:rsidRDefault="00000000">
      <w:r>
        <w:t>17. ____________________________________________________________</w:t>
      </w:r>
    </w:p>
    <w:p w14:paraId="7BFC4A1E" w14:textId="77777777" w:rsidR="00E24A20" w:rsidRDefault="00000000">
      <w:r>
        <w:t>18. ____________________________________________________________</w:t>
      </w:r>
    </w:p>
    <w:p w14:paraId="18B4690C" w14:textId="77777777" w:rsidR="00E24A20" w:rsidRDefault="00000000">
      <w:r>
        <w:t>19. ____________________________________________________________</w:t>
      </w:r>
    </w:p>
    <w:p w14:paraId="5C2EA67B" w14:textId="77777777" w:rsidR="00E24A20" w:rsidRDefault="00000000">
      <w:r>
        <w:t>20. ____________________________________________________________</w:t>
      </w:r>
    </w:p>
    <w:p w14:paraId="04B5B493" w14:textId="77777777" w:rsidR="00E24A20" w:rsidRDefault="00E24A20">
      <w:pPr>
        <w:spacing w:after="0"/>
      </w:pPr>
    </w:p>
    <w:p w14:paraId="49DD107E" w14:textId="77777777" w:rsidR="00E24A20" w:rsidRDefault="00000000">
      <w:pPr>
        <w:pStyle w:val="Heading1"/>
      </w:pPr>
      <w:r>
        <w:t>Core resources (Harvard style)</w:t>
      </w:r>
    </w:p>
    <w:p w14:paraId="40CE883E" w14:textId="77777777" w:rsidR="00E24A20" w:rsidRDefault="00000000">
      <w:r>
        <w:t>Use these as a starting point, then add any additional sources you use.</w:t>
      </w:r>
    </w:p>
    <w:p w14:paraId="4E4D7D87" w14:textId="77777777" w:rsidR="00E24A20" w:rsidRDefault="00000000">
      <w:r>
        <w:t>UK Health Security Agency (n.d.) UKHSA data dashboard. Available at: https://ukhsa-dashboard.data.gov.uk/ (Accessed: 1 February 2026).</w:t>
      </w:r>
    </w:p>
    <w:p w14:paraId="0DD57711" w14:textId="77777777" w:rsidR="00E24A20" w:rsidRDefault="00000000">
      <w:r>
        <w:t>UK Government (n.d.) National flu and COVID-19 surveillance reports: 2025 to 2026 season. Available at: https://www.gov.uk/government/statistics/national-flu-and-covid-19-surveillance-reports-2025-to-2026-season (Accessed: 1 February 2026).</w:t>
      </w:r>
    </w:p>
    <w:p w14:paraId="5145848B" w14:textId="77777777" w:rsidR="00E24A20" w:rsidRDefault="00000000">
      <w:r>
        <w:lastRenderedPageBreak/>
        <w:t>UK Government (n.d.) Immunisation against infectious disease: the Green Book (collection). Available at: https://www.gov.uk/government/collections/immunisation-against-infectious-disease-the-green-book (Accessed: 1 February 2026).</w:t>
      </w:r>
    </w:p>
    <w:p w14:paraId="72FA9944" w14:textId="77777777" w:rsidR="00E24A20" w:rsidRDefault="00000000">
      <w:r>
        <w:t>UK Government (n.d.) Measles: the Green Book, chapter 21. Available at: https://www.gov.uk/government/publications/measles-the-green-book-chapter-21 (Accessed: 1 February 2026).</w:t>
      </w:r>
    </w:p>
    <w:p w14:paraId="12D6BE91" w14:textId="77777777" w:rsidR="00E24A20" w:rsidRDefault="00000000">
      <w:r>
        <w:t>UK Government (n.d.) Norovirus: managing outbreaks in acute and community health and social care settings. Available at: https://www.gov.uk/government/publications/norovirus-managing-outbreaks-in-acute-and-community-health-and-social-care-settings (Accessed: 1 February 2026).</w:t>
      </w:r>
    </w:p>
    <w:p w14:paraId="535973B3" w14:textId="77777777" w:rsidR="00E24A20" w:rsidRDefault="00000000">
      <w:r>
        <w:t>UK Government (n.d.) Infection prevention and control resource for adult social care. Available at: https://www.gov.uk/government/publications/infection-prevention-and-control-in-adult-social-care-settings/infection-prevention-and-control-resource-for-adult-social-care (Accessed: 1 February 2026).</w:t>
      </w:r>
    </w:p>
    <w:p w14:paraId="29B88E9E" w14:textId="77777777" w:rsidR="00E24A20" w:rsidRDefault="00000000">
      <w:r>
        <w:t>NHS England (n.d.) National infection prevention and control manual (NIPCM) for England. Available at: https://www.england.nhs.uk/national-infection-prevention-and-control-manual-nipcm-for-england/ (Accessed: 1 February 2026).</w:t>
      </w:r>
    </w:p>
    <w:p w14:paraId="28440F27" w14:textId="77777777" w:rsidR="00E24A20" w:rsidRDefault="00000000">
      <w:r>
        <w:t>National Institute for Health and Care Excellence (2012) Healthcare-associated infections: prevention and control in primary and community care (CG139). Available at: https://www.nice.org.uk/guidance/cg139 (Accessed: 1 February 2026).</w:t>
      </w:r>
    </w:p>
    <w:p w14:paraId="56061725" w14:textId="77777777" w:rsidR="00E24A20" w:rsidRDefault="00000000">
      <w:r>
        <w:t>National Institute for Health and Care Excellence (2014) Infection prevention and control (QS61). Available at: https://www.nice.org.uk/guidance/qs61 (Accessed: 1 February 2026).</w:t>
      </w:r>
    </w:p>
    <w:p w14:paraId="42B2C753" w14:textId="77777777" w:rsidR="00E24A20" w:rsidRDefault="00000000">
      <w:r>
        <w:t>NHS (n.d.) COVID-19: symptoms and what to do. Available at: https://www.nhs.uk/conditions/covid-19/covid-19-symptoms-and-what-to-do/ (Accessed: 1 February 2026).</w:t>
      </w:r>
    </w:p>
    <w:p w14:paraId="5F958FAB" w14:textId="77777777" w:rsidR="00E24A20" w:rsidRDefault="00000000">
      <w:r>
        <w:t>NHS (n.d.) Flu. Available at: https://www.nhs.uk/conditions/flu/ (Accessed: 1 February 2026).</w:t>
      </w:r>
    </w:p>
    <w:p w14:paraId="07B58F22" w14:textId="77777777" w:rsidR="00E24A20" w:rsidRDefault="00000000">
      <w:r>
        <w:t>NHS (n.d.) Respiratory syncytial virus (RSV). Available at: https://www.nhs.uk/conditions/respiratory-syncytial-virus-rsv/ (Accessed: 1 February 2026).</w:t>
      </w:r>
    </w:p>
    <w:p w14:paraId="5B40B011" w14:textId="77777777" w:rsidR="00E24A20" w:rsidRDefault="00000000">
      <w:r>
        <w:t>NHS (n.d.) Norovirus. Available at: https://www.nhs.uk/conditions/norovirus/ (Accessed: 1 February 2026).</w:t>
      </w:r>
    </w:p>
    <w:p w14:paraId="5BAF562A" w14:textId="77777777" w:rsidR="00E24A20" w:rsidRDefault="00000000">
      <w:r>
        <w:t>NHS (n.d.) Measles. Available at: https://www.nhs.uk/conditions/measles/ (Accessed: 1 February 2026).</w:t>
      </w:r>
    </w:p>
    <w:p w14:paraId="708968DD" w14:textId="77777777" w:rsidR="00E24A20" w:rsidRDefault="00000000">
      <w:r>
        <w:t>Public Health Wales (n.d.) Public Health Wales Observatory: data and analysis. Available at: https://phw.nhs.wales/services-and-teams/observatory/data-and-analysis/ (Accessed: 1 February 2026).</w:t>
      </w:r>
    </w:p>
    <w:p w14:paraId="6288DDCB" w14:textId="77777777" w:rsidR="00E24A20" w:rsidRDefault="00000000">
      <w:r>
        <w:t>Public Health Wales (n.d.) Wales Public Health Rapid Overview Dashboard. Available at: https://phw.nhs.wales/services-and-teams/observatory/data-and-analysis/wales-public-health-rapid-overview-dashboard/ (Accessed: 1 February 2026).</w:t>
      </w:r>
    </w:p>
    <w:p w14:paraId="37B1AA29" w14:textId="77777777" w:rsidR="00E24A20" w:rsidRDefault="00000000">
      <w:r>
        <w:lastRenderedPageBreak/>
        <w:t>Welsh Government (n.d.) StatsWales: health and social care. Available at: https://statswales.gov.wales/catalogue/health-and-social-care (Accessed: 1 February 2026).</w:t>
      </w:r>
    </w:p>
    <w:p w14:paraId="35D9B293" w14:textId="77777777" w:rsidR="00E24A20" w:rsidRDefault="00000000">
      <w:r>
        <w:t>Digital Health and Care Wales (n.d.) Health Maps Wales. Available at: https://dhcw.nhs.wales/data/statistical-publications-data-products-and-open-data/publication-links/health-maps-wales/ (Accessed: 1 February 2026).</w:t>
      </w:r>
    </w:p>
    <w:p w14:paraId="7BA47668" w14:textId="77777777" w:rsidR="00E24A20" w:rsidRDefault="00000000">
      <w:r>
        <w:t>Welsh Government (2012) Health trends in Wales. Available at: https://www.gov.wales/health-trends-wales-0 (Accessed: 1 February 2026).</w:t>
      </w:r>
    </w:p>
    <w:p w14:paraId="6F5F7F25" w14:textId="77777777" w:rsidR="00E24A20" w:rsidRDefault="00000000">
      <w:r>
        <w:t>Department of Health and Social Care (n.d.) Fingertips (public health data for England). Available at: https://fingertips.phe.org.uk/ (Accessed: 1 February 2026).</w:t>
      </w:r>
    </w:p>
    <w:sectPr w:rsidR="00E24A20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265342">
    <w:abstractNumId w:val="8"/>
  </w:num>
  <w:num w:numId="2" w16cid:durableId="455834079">
    <w:abstractNumId w:val="6"/>
  </w:num>
  <w:num w:numId="3" w16cid:durableId="2080663054">
    <w:abstractNumId w:val="5"/>
  </w:num>
  <w:num w:numId="4" w16cid:durableId="1924486515">
    <w:abstractNumId w:val="4"/>
  </w:num>
  <w:num w:numId="5" w16cid:durableId="1923026872">
    <w:abstractNumId w:val="7"/>
  </w:num>
  <w:num w:numId="6" w16cid:durableId="1893612173">
    <w:abstractNumId w:val="3"/>
  </w:num>
  <w:num w:numId="7" w16cid:durableId="221530107">
    <w:abstractNumId w:val="2"/>
  </w:num>
  <w:num w:numId="8" w16cid:durableId="1311517474">
    <w:abstractNumId w:val="1"/>
  </w:num>
  <w:num w:numId="9" w16cid:durableId="566040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1794B"/>
    <w:rsid w:val="00AA1D8D"/>
    <w:rsid w:val="00B47730"/>
    <w:rsid w:val="00CB0664"/>
    <w:rsid w:val="00E24A20"/>
    <w:rsid w:val="00E41237"/>
    <w:rsid w:val="00EB2D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50274D"/>
  <w14:defaultImageDpi w14:val="300"/>
  <w15:docId w15:val="{567D66C4-D6A2-45BA-9260-A8C9FA448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eastAsia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2715</Words>
  <Characters>15478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18157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Felicity Peacock</cp:lastModifiedBy>
  <cp:revision>2</cp:revision>
  <cp:lastPrinted>2026-02-01T16:36:00Z</cp:lastPrinted>
  <dcterms:created xsi:type="dcterms:W3CDTF">2026-02-01T16:37:00Z</dcterms:created>
  <dcterms:modified xsi:type="dcterms:W3CDTF">2026-02-01T16:37:00Z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4473e838-1621-46a7-9e37-99423a7a12ee</vt:lpwstr>
  </property>
</Properties>
</file>