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56537" w14:textId="2B19B624" w:rsidR="008F42AE" w:rsidRDefault="008F42AE" w:rsidP="008F42AE">
      <w:pPr>
        <w:rPr>
          <w:lang w:val="it-IT"/>
        </w:rPr>
      </w:pPr>
      <w:r w:rsidRPr="008F42AE">
        <w:rPr>
          <w:lang w:val="it-IT"/>
        </w:rPr>
        <w:t>Student Name :Stanciu Ana Maria Codr</w:t>
      </w:r>
      <w:r>
        <w:rPr>
          <w:lang w:val="it-IT"/>
        </w:rPr>
        <w:t>ina</w:t>
      </w:r>
    </w:p>
    <w:p w14:paraId="05497536" w14:textId="36FA0D91" w:rsidR="00DF3690" w:rsidRDefault="00DF3690" w:rsidP="008F42AE">
      <w:pPr>
        <w:rPr>
          <w:lang w:val="it-IT"/>
        </w:rPr>
      </w:pPr>
      <w:r>
        <w:rPr>
          <w:lang w:val="it-IT"/>
        </w:rPr>
        <w:t>Student number:2438025</w:t>
      </w:r>
    </w:p>
    <w:p w14:paraId="4265DB24" w14:textId="2E1C3663" w:rsidR="007574F4" w:rsidRDefault="007574F4" w:rsidP="008F42AE">
      <w:pPr>
        <w:rPr>
          <w:lang w:val="it-IT"/>
        </w:rPr>
      </w:pPr>
      <w:r>
        <w:rPr>
          <w:lang w:val="it-IT"/>
        </w:rPr>
        <w:t>Group 4</w:t>
      </w:r>
    </w:p>
    <w:p w14:paraId="424D7826" w14:textId="2E70FA59" w:rsidR="008F42AE" w:rsidRDefault="00255024" w:rsidP="008F42AE">
      <w:pPr>
        <w:rPr>
          <w:lang w:val="en-GB"/>
        </w:rPr>
      </w:pPr>
      <w:r w:rsidRPr="00255024">
        <w:rPr>
          <w:lang w:val="en-GB"/>
        </w:rPr>
        <w:t xml:space="preserve">Module name :Enterprise and </w:t>
      </w:r>
      <w:r>
        <w:rPr>
          <w:lang w:val="en-GB"/>
        </w:rPr>
        <w:t>Entrepreneurship</w:t>
      </w:r>
    </w:p>
    <w:p w14:paraId="5F084E3C" w14:textId="1360DC04" w:rsidR="007574F4" w:rsidRDefault="007574F4" w:rsidP="008F42AE">
      <w:pPr>
        <w:rPr>
          <w:lang w:val="en-GB"/>
        </w:rPr>
      </w:pPr>
      <w:r>
        <w:rPr>
          <w:lang w:val="en-GB"/>
        </w:rPr>
        <w:t xml:space="preserve">Lecturer </w:t>
      </w:r>
      <w:r w:rsidR="00F25A04">
        <w:rPr>
          <w:lang w:val="en-GB"/>
        </w:rPr>
        <w:t>Name: Charles O</w:t>
      </w:r>
      <w:r w:rsidR="004871F2">
        <w:rPr>
          <w:lang w:val="en-GB"/>
        </w:rPr>
        <w:t>binwa</w:t>
      </w:r>
    </w:p>
    <w:p w14:paraId="0FDAE68B" w14:textId="77777777" w:rsidR="00DF3690" w:rsidRDefault="00DF3690" w:rsidP="008F42AE">
      <w:pPr>
        <w:rPr>
          <w:lang w:val="en-GB"/>
        </w:rPr>
      </w:pPr>
    </w:p>
    <w:p w14:paraId="702DA615" w14:textId="23D902AB" w:rsidR="00DF3690" w:rsidRDefault="00DF3690" w:rsidP="008F42AE">
      <w:pPr>
        <w:rPr>
          <w:lang w:val="en-GB"/>
        </w:rPr>
      </w:pPr>
    </w:p>
    <w:p w14:paraId="0B6FA6DD" w14:textId="77777777" w:rsidR="00255024" w:rsidRPr="00255024" w:rsidRDefault="00255024" w:rsidP="008F42AE">
      <w:pPr>
        <w:rPr>
          <w:lang w:val="en-GB"/>
        </w:rPr>
      </w:pPr>
    </w:p>
    <w:p w14:paraId="71CE78E9" w14:textId="77777777" w:rsidR="008F42AE" w:rsidRPr="00255024" w:rsidRDefault="008F42AE" w:rsidP="008F42AE">
      <w:pPr>
        <w:rPr>
          <w:lang w:val="en-GB"/>
        </w:rPr>
      </w:pPr>
    </w:p>
    <w:p w14:paraId="76AA62F5" w14:textId="073A8A3E" w:rsidR="008F42AE" w:rsidRDefault="006A61F4">
      <w:pPr>
        <w:pStyle w:val="Title"/>
        <w:rPr>
          <w:lang w:val="en-GB"/>
        </w:rPr>
      </w:pPr>
      <w:r>
        <w:rPr>
          <w:lang w:val="en-GB"/>
        </w:rPr>
        <w:t xml:space="preserve">Business plan </w:t>
      </w:r>
    </w:p>
    <w:p w14:paraId="0ED605DA" w14:textId="77777777" w:rsidR="006A61F4" w:rsidRPr="00BF78A8" w:rsidRDefault="006A61F4" w:rsidP="006A61F4">
      <w:pPr>
        <w:rPr>
          <w:lang w:val="en-GB"/>
        </w:rPr>
      </w:pPr>
    </w:p>
    <w:p w14:paraId="3CA27871" w14:textId="126E695E" w:rsidR="006A61F4" w:rsidRPr="006A61F4" w:rsidRDefault="00094693" w:rsidP="006A61F4">
      <w:pPr>
        <w:pStyle w:val="Title"/>
      </w:pPr>
      <w:r>
        <w:t>Beauty by An</w:t>
      </w:r>
      <w:r w:rsidR="006A61F4">
        <w:t xml:space="preserve">na </w:t>
      </w:r>
    </w:p>
    <w:p w14:paraId="58828B0B" w14:textId="77777777" w:rsidR="00426FAC" w:rsidRDefault="00426FAC"/>
    <w:p w14:paraId="231D11CB" w14:textId="77777777" w:rsidR="00426FAC" w:rsidRDefault="00094693">
      <w:r>
        <w:t>1. Executive Summary</w:t>
      </w:r>
    </w:p>
    <w:p w14:paraId="2D4068B2" w14:textId="77777777" w:rsidR="00426FAC" w:rsidRDefault="00426FAC"/>
    <w:p w14:paraId="1AFD473D" w14:textId="77777777" w:rsidR="00426FAC" w:rsidRDefault="00094693">
      <w:r>
        <w:t>Beauty by Anna is a UK-based beauty salon offering advanced aesthetic and hair services including laser hair removal, beauty facials, and hair extensions. The business aims to provide high-quality, affordable, and professional beauty treatments in a welcoming and modern environment.</w:t>
      </w:r>
    </w:p>
    <w:p w14:paraId="01A2A915" w14:textId="77777777" w:rsidR="00426FAC" w:rsidRDefault="00426FAC"/>
    <w:p w14:paraId="583D4DC3" w14:textId="77777777" w:rsidR="00426FAC" w:rsidRDefault="00094693">
      <w:r>
        <w:t>The salon will operate with a team of four staff members including the CEO (owner), a salon manager, and two trained beauty specialists. The goal is to build a strong reputation locally and expand services in the future.</w:t>
      </w:r>
    </w:p>
    <w:p w14:paraId="42DD2874" w14:textId="77777777" w:rsidR="00426FAC" w:rsidRDefault="00426FAC"/>
    <w:p w14:paraId="3965BDB0" w14:textId="77777777" w:rsidR="00426FAC" w:rsidRDefault="00094693">
      <w:r>
        <w:t>2. Business Overview</w:t>
      </w:r>
    </w:p>
    <w:p w14:paraId="0F2AD0B9" w14:textId="77777777" w:rsidR="00426FAC" w:rsidRDefault="00426FAC"/>
    <w:p w14:paraId="7895FD21" w14:textId="77777777" w:rsidR="00426FAC" w:rsidRDefault="00094693">
      <w:r>
        <w:lastRenderedPageBreak/>
        <w:t>Beauty by Anna will offer a range of services:</w:t>
      </w:r>
    </w:p>
    <w:p w14:paraId="2D1CD679" w14:textId="77777777" w:rsidR="00426FAC" w:rsidRDefault="00094693">
      <w:r>
        <w:t>- Laser hair removal</w:t>
      </w:r>
    </w:p>
    <w:p w14:paraId="465CA09F" w14:textId="77777777" w:rsidR="00426FAC" w:rsidRDefault="00094693">
      <w:r>
        <w:t>- Professional beauty facials</w:t>
      </w:r>
    </w:p>
    <w:p w14:paraId="6A8AC43C" w14:textId="77777777" w:rsidR="00426FAC" w:rsidRDefault="00094693">
      <w:r>
        <w:t>- Hair extensions</w:t>
      </w:r>
    </w:p>
    <w:p w14:paraId="68970EC8" w14:textId="77777777" w:rsidR="00426FAC" w:rsidRDefault="00426FAC"/>
    <w:p w14:paraId="061EF875" w14:textId="77777777" w:rsidR="00426FAC" w:rsidRDefault="00094693">
      <w:r>
        <w:t>The business will operate as a small private enterprise based in the UK. The salon will focus on customer satisfaction, hygiene, and use of high-quality products and modern technology.</w:t>
      </w:r>
    </w:p>
    <w:p w14:paraId="6D2E6642" w14:textId="77777777" w:rsidR="00426FAC" w:rsidRDefault="00426FAC"/>
    <w:p w14:paraId="2815F64D" w14:textId="77777777" w:rsidR="00426FAC" w:rsidRDefault="00094693">
      <w:r>
        <w:t>Management Structure:</w:t>
      </w:r>
    </w:p>
    <w:p w14:paraId="6D96B944" w14:textId="77777777" w:rsidR="00426FAC" w:rsidRDefault="00094693">
      <w:r>
        <w:t>- CEO (Anna): Oversees business operations and strategy</w:t>
      </w:r>
    </w:p>
    <w:p w14:paraId="4A4E68FA" w14:textId="4C4E649D" w:rsidR="00426FAC" w:rsidRDefault="00094693">
      <w:r>
        <w:t>- Manager</w:t>
      </w:r>
      <w:r w:rsidR="0012137D">
        <w:t>(</w:t>
      </w:r>
      <w:r w:rsidR="00F73CA9">
        <w:t>A</w:t>
      </w:r>
      <w:r w:rsidR="007E0B0C">
        <w:t>nna</w:t>
      </w:r>
      <w:r w:rsidR="00B74611">
        <w:t>)</w:t>
      </w:r>
      <w:r>
        <w:t>: Handles daily operations and customer service</w:t>
      </w:r>
    </w:p>
    <w:p w14:paraId="3D1E21A7" w14:textId="462414CF" w:rsidR="00426FAC" w:rsidRDefault="00094693">
      <w:r>
        <w:t>- Beauty Specialist 1</w:t>
      </w:r>
      <w:r w:rsidR="007545AB">
        <w:t>(</w:t>
      </w:r>
      <w:r w:rsidR="0084782F">
        <w:t>Gina</w:t>
      </w:r>
      <w:r w:rsidR="00532FF7">
        <w:t>)</w:t>
      </w:r>
      <w:r w:rsidR="009E73DF">
        <w:t xml:space="preserve"> </w:t>
      </w:r>
      <w:r>
        <w:t>: Laser treatments and skincare</w:t>
      </w:r>
    </w:p>
    <w:p w14:paraId="47FDCD8C" w14:textId="6CC0CA4E" w:rsidR="00426FAC" w:rsidRDefault="00094693">
      <w:r>
        <w:t>- Beauty Specialist 2</w:t>
      </w:r>
      <w:r w:rsidR="003E1C33">
        <w:t>(</w:t>
      </w:r>
      <w:r w:rsidR="00452B4A">
        <w:t>De</w:t>
      </w:r>
      <w:r w:rsidR="00C476EF">
        <w:t>nis</w:t>
      </w:r>
      <w:r w:rsidR="00FD532D">
        <w:t>a)</w:t>
      </w:r>
      <w:r>
        <w:t>: Hair extensions and general beauty services</w:t>
      </w:r>
    </w:p>
    <w:p w14:paraId="6EC35171" w14:textId="77777777" w:rsidR="00426FAC" w:rsidRDefault="00426FAC"/>
    <w:p w14:paraId="5618573B" w14:textId="77777777" w:rsidR="00426FAC" w:rsidRDefault="00094693">
      <w:r>
        <w:t>3. Market Research</w:t>
      </w:r>
    </w:p>
    <w:p w14:paraId="7ED763F2" w14:textId="77777777" w:rsidR="00426FAC" w:rsidRDefault="00426FAC"/>
    <w:p w14:paraId="2822423D" w14:textId="77777777" w:rsidR="00426FAC" w:rsidRDefault="00094693">
      <w:r>
        <w:t>The beauty industry in the UK is growing rapidly, with increasing demand for non-invasive cosmetic treatments. Laser hair removal and skincare treatments are particularly popular.</w:t>
      </w:r>
    </w:p>
    <w:p w14:paraId="4553D349" w14:textId="77777777" w:rsidR="00426FAC" w:rsidRDefault="00426FAC"/>
    <w:p w14:paraId="3BDD690B" w14:textId="77777777" w:rsidR="00426FAC" w:rsidRDefault="00094693">
      <w:r>
        <w:t>Target Market:</w:t>
      </w:r>
    </w:p>
    <w:p w14:paraId="38139673" w14:textId="77777777" w:rsidR="00426FAC" w:rsidRDefault="00094693">
      <w:r>
        <w:t>- Women aged 18–50</w:t>
      </w:r>
    </w:p>
    <w:p w14:paraId="627F903E" w14:textId="77777777" w:rsidR="00426FAC" w:rsidRDefault="00094693">
      <w:r>
        <w:t>- Working professionals</w:t>
      </w:r>
    </w:p>
    <w:p w14:paraId="52CD8BE4" w14:textId="77777777" w:rsidR="00426FAC" w:rsidRDefault="00094693">
      <w:r>
        <w:t>- Individuals interested in self-care and appearance</w:t>
      </w:r>
    </w:p>
    <w:p w14:paraId="327C7CDA" w14:textId="77777777" w:rsidR="00426FAC" w:rsidRDefault="00426FAC"/>
    <w:p w14:paraId="6CCE748F" w14:textId="77777777" w:rsidR="00426FAC" w:rsidRDefault="00094693">
      <w:r>
        <w:t>Competitors include other local salons and clinics. However, Beauty by Anna will stand out through personalized service, competitive pricing, and a friendly atmosphere.</w:t>
      </w:r>
    </w:p>
    <w:p w14:paraId="475A8916" w14:textId="77777777" w:rsidR="00426FAC" w:rsidRDefault="00426FAC"/>
    <w:p w14:paraId="7749E37C" w14:textId="77777777" w:rsidR="00426FAC" w:rsidRDefault="00094693">
      <w:r>
        <w:lastRenderedPageBreak/>
        <w:t>PESTEL Analysis:</w:t>
      </w:r>
    </w:p>
    <w:p w14:paraId="68A90BB9" w14:textId="77777777" w:rsidR="00426FAC" w:rsidRDefault="00094693">
      <w:r>
        <w:t>- Political: UK business regulations and licensing</w:t>
      </w:r>
    </w:p>
    <w:p w14:paraId="3833A5D4" w14:textId="77777777" w:rsidR="00426FAC" w:rsidRDefault="00094693">
      <w:r>
        <w:t>- Economic: Demand for affordable beauty services</w:t>
      </w:r>
    </w:p>
    <w:p w14:paraId="306D85E4" w14:textId="77777777" w:rsidR="00426FAC" w:rsidRDefault="00094693">
      <w:r>
        <w:t>- Social: Increasing beauty awareness</w:t>
      </w:r>
    </w:p>
    <w:p w14:paraId="74B6476E" w14:textId="77777777" w:rsidR="00426FAC" w:rsidRDefault="00094693">
      <w:r>
        <w:t>- Technological: Advanced laser equipment</w:t>
      </w:r>
    </w:p>
    <w:p w14:paraId="0FDF2B5E" w14:textId="77777777" w:rsidR="00426FAC" w:rsidRDefault="00094693">
      <w:r>
        <w:t>- Environmental: Use of eco-friendly products where possible</w:t>
      </w:r>
    </w:p>
    <w:p w14:paraId="7F8F77E8" w14:textId="77777777" w:rsidR="00426FAC" w:rsidRDefault="00094693">
      <w:r>
        <w:t>- Legal: Health and safety compliance</w:t>
      </w:r>
    </w:p>
    <w:p w14:paraId="3DF7F96A" w14:textId="77777777" w:rsidR="00426FAC" w:rsidRDefault="00426FAC"/>
    <w:p w14:paraId="6D283431" w14:textId="77777777" w:rsidR="00426FAC" w:rsidRDefault="00094693">
      <w:r>
        <w:t>4. Marketing Strategy</w:t>
      </w:r>
    </w:p>
    <w:p w14:paraId="3A673017" w14:textId="77777777" w:rsidR="00426FAC" w:rsidRDefault="00426FAC"/>
    <w:p w14:paraId="23ACB89A" w14:textId="77777777" w:rsidR="00426FAC" w:rsidRDefault="00094693">
      <w:r>
        <w:t>Beauty by Anna will use a mix of online and offline marketing:</w:t>
      </w:r>
    </w:p>
    <w:p w14:paraId="3432A20B" w14:textId="77777777" w:rsidR="00426FAC" w:rsidRDefault="00094693">
      <w:r>
        <w:t>- Social media promotion (Instagram, Facebook)</w:t>
      </w:r>
    </w:p>
    <w:p w14:paraId="157F5F62" w14:textId="77777777" w:rsidR="00426FAC" w:rsidRDefault="00094693">
      <w:r>
        <w:t>- Special offers and discounts</w:t>
      </w:r>
    </w:p>
    <w:p w14:paraId="527AEED8" w14:textId="77777777" w:rsidR="00426FAC" w:rsidRDefault="00094693">
      <w:r>
        <w:t>- Customer loyalty programs</w:t>
      </w:r>
    </w:p>
    <w:p w14:paraId="5129AFCE" w14:textId="77777777" w:rsidR="00426FAC" w:rsidRDefault="00094693">
      <w:r>
        <w:t>- Word-of-mouth referrals</w:t>
      </w:r>
    </w:p>
    <w:p w14:paraId="474A5BC9" w14:textId="77777777" w:rsidR="00426FAC" w:rsidRDefault="00426FAC"/>
    <w:p w14:paraId="0AB001B8" w14:textId="77777777" w:rsidR="00426FAC" w:rsidRDefault="00094693">
      <w:r>
        <w:t>The salon will focus on building a strong brand identity and customer trust.</w:t>
      </w:r>
    </w:p>
    <w:p w14:paraId="1D3E9F33" w14:textId="77777777" w:rsidR="00426FAC" w:rsidRDefault="00426FAC"/>
    <w:p w14:paraId="066E3994" w14:textId="77777777" w:rsidR="00426FAC" w:rsidRDefault="00094693">
      <w:r>
        <w:t>5. Financial Plan</w:t>
      </w:r>
    </w:p>
    <w:p w14:paraId="4DA39245" w14:textId="77777777" w:rsidR="00426FAC" w:rsidRDefault="00426FAC"/>
    <w:p w14:paraId="172F410D" w14:textId="77777777" w:rsidR="00426FAC" w:rsidRDefault="00094693">
      <w:r>
        <w:t>Startup Costs:</w:t>
      </w:r>
    </w:p>
    <w:p w14:paraId="0ADF5D5A" w14:textId="77777777" w:rsidR="00426FAC" w:rsidRDefault="00094693">
      <w:r>
        <w:t>- Equipment (laser machine, salon furniture)</w:t>
      </w:r>
    </w:p>
    <w:p w14:paraId="360D0011" w14:textId="77777777" w:rsidR="00426FAC" w:rsidRDefault="00094693">
      <w:r>
        <w:t>- Rent and utilities</w:t>
      </w:r>
    </w:p>
    <w:p w14:paraId="2BC852C3" w14:textId="77777777" w:rsidR="00426FAC" w:rsidRDefault="00094693">
      <w:r>
        <w:t>- Marketing and branding</w:t>
      </w:r>
    </w:p>
    <w:p w14:paraId="3F1BBA5D" w14:textId="77777777" w:rsidR="00426FAC" w:rsidRDefault="00094693">
      <w:r>
        <w:t>- Products and supplies</w:t>
      </w:r>
    </w:p>
    <w:p w14:paraId="25C94C1E" w14:textId="77777777" w:rsidR="00426FAC" w:rsidRDefault="00426FAC"/>
    <w:p w14:paraId="3679D591" w14:textId="77777777" w:rsidR="00426FAC" w:rsidRDefault="00094693">
      <w:r>
        <w:lastRenderedPageBreak/>
        <w:t>Estimated startup cost: £15,000–£25,000</w:t>
      </w:r>
    </w:p>
    <w:p w14:paraId="7B02FE21" w14:textId="77777777" w:rsidR="00426FAC" w:rsidRDefault="00426FAC"/>
    <w:p w14:paraId="3CDC2BC1" w14:textId="77777777" w:rsidR="00426FAC" w:rsidRDefault="00094693">
      <w:r>
        <w:t>Funding Source:</w:t>
      </w:r>
    </w:p>
    <w:p w14:paraId="65875704" w14:textId="77777777" w:rsidR="00426FAC" w:rsidRDefault="00094693">
      <w:r>
        <w:t>- Personal savings and small business loan</w:t>
      </w:r>
    </w:p>
    <w:p w14:paraId="14220E5F" w14:textId="77777777" w:rsidR="00426FAC" w:rsidRDefault="00426FAC"/>
    <w:p w14:paraId="798E04C9" w14:textId="77777777" w:rsidR="00426FAC" w:rsidRDefault="00094693">
      <w:r>
        <w:t>Monthly Expenses:</w:t>
      </w:r>
    </w:p>
    <w:p w14:paraId="585A8EA6" w14:textId="77777777" w:rsidR="00426FAC" w:rsidRDefault="00094693">
      <w:r>
        <w:t>- Rent</w:t>
      </w:r>
    </w:p>
    <w:p w14:paraId="251F6B45" w14:textId="77777777" w:rsidR="00426FAC" w:rsidRDefault="00094693">
      <w:r>
        <w:t>- Staff wages</w:t>
      </w:r>
    </w:p>
    <w:p w14:paraId="4162FE4C" w14:textId="77777777" w:rsidR="00426FAC" w:rsidRDefault="00094693">
      <w:r>
        <w:t>- Utilities</w:t>
      </w:r>
    </w:p>
    <w:p w14:paraId="0DC28759" w14:textId="77777777" w:rsidR="00426FAC" w:rsidRDefault="00094693">
      <w:r>
        <w:t>- Supplies</w:t>
      </w:r>
    </w:p>
    <w:p w14:paraId="7ACF1DB9" w14:textId="77777777" w:rsidR="00426FAC" w:rsidRDefault="00426FAC"/>
    <w:p w14:paraId="76B42B7A" w14:textId="77777777" w:rsidR="00426FAC" w:rsidRDefault="00094693">
      <w:r>
        <w:t>Revenue Streams:</w:t>
      </w:r>
    </w:p>
    <w:p w14:paraId="78F4EF76" w14:textId="77777777" w:rsidR="00426FAC" w:rsidRDefault="00094693">
      <w:r>
        <w:t>- Service charges</w:t>
      </w:r>
    </w:p>
    <w:p w14:paraId="679383B7" w14:textId="77777777" w:rsidR="00426FAC" w:rsidRDefault="00094693">
      <w:r>
        <w:t>- Package deals</w:t>
      </w:r>
    </w:p>
    <w:p w14:paraId="2130FB71" w14:textId="77777777" w:rsidR="00426FAC" w:rsidRDefault="00426FAC"/>
    <w:p w14:paraId="6F2AF078" w14:textId="77777777" w:rsidR="00426FAC" w:rsidRDefault="00094693">
      <w:r>
        <w:t>Break-even is expected within the first 6–12 months depending on customer growth.</w:t>
      </w:r>
    </w:p>
    <w:p w14:paraId="5D58244D" w14:textId="77777777" w:rsidR="00426FAC" w:rsidRDefault="00426FAC"/>
    <w:p w14:paraId="19758FCB" w14:textId="77777777" w:rsidR="00426FAC" w:rsidRDefault="00094693">
      <w:r>
        <w:t>6. Conclusion</w:t>
      </w:r>
    </w:p>
    <w:p w14:paraId="4E1A0ED9" w14:textId="77777777" w:rsidR="00426FAC" w:rsidRDefault="00426FAC"/>
    <w:p w14:paraId="75490C3A" w14:textId="372FFF3D" w:rsidR="00E432D0" w:rsidRDefault="00094693">
      <w:r>
        <w:t>Beauty by Anna has strong potential in the UK beauty market. With skilled staff, quality services, and effective marketing, the business aims to grow steadily and become a trusted name in the local community.</w:t>
      </w:r>
      <w:r w:rsidR="00E432D0">
        <w:t xml:space="preserve">   </w:t>
      </w:r>
    </w:p>
    <w:p w14:paraId="3B5CC6EA" w14:textId="77777777" w:rsidR="00A67547" w:rsidRDefault="00A67547"/>
    <w:p w14:paraId="04EAA655" w14:textId="77777777" w:rsidR="00882E17" w:rsidRDefault="00882E17"/>
    <w:p w14:paraId="2C8BDD30" w14:textId="77777777" w:rsidR="00882E17" w:rsidRDefault="00882E17"/>
    <w:p w14:paraId="0A261787" w14:textId="77777777" w:rsidR="00882E17" w:rsidRDefault="00882E17"/>
    <w:p w14:paraId="69B62CC4" w14:textId="77777777" w:rsidR="00A67547" w:rsidRDefault="00A67547"/>
    <w:p w14:paraId="1117B065" w14:textId="77777777" w:rsidR="00A67547" w:rsidRDefault="00A67547"/>
    <w:p w14:paraId="4F23E9CB" w14:textId="1425E247" w:rsidR="00A67547" w:rsidRPr="00A67547" w:rsidRDefault="00FA46EE" w:rsidP="00A67547">
      <w:pPr>
        <w:pStyle w:val="Heading1"/>
        <w:rPr>
          <w:rFonts w:ascii="Arial" w:hAnsi="Arial" w:cs="Arial"/>
        </w:rPr>
      </w:pPr>
      <w:r w:rsidRPr="00101561">
        <w:rPr>
          <w:rFonts w:ascii="Arial" w:hAnsi="Arial" w:cs="Arial"/>
          <w:sz w:val="24"/>
          <w:szCs w:val="24"/>
        </w:rPr>
        <w:t>Organiza</w:t>
      </w:r>
      <w:r>
        <w:rPr>
          <w:rFonts w:ascii="Arial" w:hAnsi="Arial" w:cs="Arial"/>
          <w:sz w:val="24"/>
          <w:szCs w:val="24"/>
        </w:rPr>
        <w:t>tion</w:t>
      </w:r>
      <w:r w:rsidR="00A67547">
        <w:t xml:space="preserve"> Structure</w:t>
      </w:r>
    </w:p>
    <w:p w14:paraId="6D8397BD" w14:textId="53D28D27" w:rsidR="000A389B" w:rsidRDefault="000A389B"/>
    <w:p w14:paraId="6A226725" w14:textId="02DCA7F0" w:rsidR="000A389B" w:rsidRDefault="001217D6" w:rsidP="00A67547">
      <w:r>
        <w:rPr>
          <w:noProof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1FF1B489" wp14:editId="6346A1BA">
                <wp:simplePos x="0" y="0"/>
                <wp:positionH relativeFrom="column">
                  <wp:posOffset>1929709</wp:posOffset>
                </wp:positionH>
                <wp:positionV relativeFrom="paragraph">
                  <wp:posOffset>153684</wp:posOffset>
                </wp:positionV>
                <wp:extent cx="1599884" cy="654015"/>
                <wp:effectExtent l="57150" t="38100" r="76835" b="89535"/>
                <wp:wrapNone/>
                <wp:docPr id="105698948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9884" cy="65401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27D896" w14:textId="77777777" w:rsidR="00C07EAF" w:rsidRDefault="001404A4" w:rsidP="00724F12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Ceo</w:t>
                            </w:r>
                            <w:r w:rsidR="00C07EAF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</w:p>
                          <w:p w14:paraId="7B0DDD24" w14:textId="0FDB7B37" w:rsidR="00724F12" w:rsidRDefault="00C07EAF" w:rsidP="00724F12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Ana Stanciu             </w:t>
                            </w:r>
                            <w:r w:rsidR="001404A4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6E801452" w14:textId="4298818E" w:rsidR="001404A4" w:rsidRDefault="001404A4" w:rsidP="00724F12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</w:p>
                          <w:p w14:paraId="3736D9E6" w14:textId="3DB5039A" w:rsidR="001404A4" w:rsidRPr="001404A4" w:rsidRDefault="001404A4" w:rsidP="00724F12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F1B489" id="Rectangle 1" o:spid="_x0000_s1026" style="position:absolute;margin-left:151.95pt;margin-top:12.1pt;width:126pt;height:51.5pt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2727D896" w14:textId="77777777" w:rsidR="00C07EAF" w:rsidRDefault="001404A4" w:rsidP="00724F12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Ceo</w:t>
                      </w:r>
                      <w:r w:rsidR="00C07EAF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</w:p>
                    <w:p w14:paraId="7B0DDD24" w14:textId="0FDB7B37" w:rsidR="00724F12" w:rsidRDefault="00C07EAF" w:rsidP="00724F12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Ana Stanciu             </w:t>
                      </w:r>
                      <w:r w:rsidR="001404A4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6E801452" w14:textId="4298818E" w:rsidR="001404A4" w:rsidRDefault="001404A4" w:rsidP="00724F12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</w:p>
                    <w:p w14:paraId="3736D9E6" w14:textId="3DB5039A" w:rsidR="001404A4" w:rsidRPr="001404A4" w:rsidRDefault="001404A4" w:rsidP="00724F12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2C349F2" w14:textId="6DE6A3A5" w:rsidR="000A389B" w:rsidRDefault="001217D6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5E766A2" wp14:editId="3DA609AD">
                <wp:simplePos x="0" y="0"/>
                <wp:positionH relativeFrom="column">
                  <wp:posOffset>3674229</wp:posOffset>
                </wp:positionH>
                <wp:positionV relativeFrom="paragraph">
                  <wp:posOffset>2007136</wp:posOffset>
                </wp:positionV>
                <wp:extent cx="840937" cy="647805"/>
                <wp:effectExtent l="38100" t="19050" r="73660" b="95250"/>
                <wp:wrapNone/>
                <wp:docPr id="213028339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0937" cy="6478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8A92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89.3pt;margin-top:158.05pt;width:66.2pt;height:5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A67547"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1BA18E5A" wp14:editId="0EE23B73">
                <wp:simplePos x="0" y="0"/>
                <wp:positionH relativeFrom="column">
                  <wp:posOffset>1011836</wp:posOffset>
                </wp:positionH>
                <wp:positionV relativeFrom="paragraph">
                  <wp:posOffset>2022065</wp:posOffset>
                </wp:positionV>
                <wp:extent cx="895423" cy="668013"/>
                <wp:effectExtent l="38100" t="19050" r="57150" b="94615"/>
                <wp:wrapNone/>
                <wp:docPr id="34662203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423" cy="66801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7A0FA" id="Straight Arrow Connector 4" o:spid="_x0000_s1026" type="#_x0000_t32" style="position:absolute;margin-left:79.65pt;margin-top:159.2pt;width:70.5pt;height:52.6pt;flip:x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110F97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99562BC" wp14:editId="227D4744">
                <wp:simplePos x="0" y="0"/>
                <wp:positionH relativeFrom="column">
                  <wp:posOffset>3849889</wp:posOffset>
                </wp:positionH>
                <wp:positionV relativeFrom="paragraph">
                  <wp:posOffset>2612211</wp:posOffset>
                </wp:positionV>
                <wp:extent cx="1908052" cy="926819"/>
                <wp:effectExtent l="57150" t="38100" r="54610" b="102235"/>
                <wp:wrapNone/>
                <wp:docPr id="1721753657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52" cy="926819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25B35F" w14:textId="0AC07EFA" w:rsidR="00110F97" w:rsidRDefault="00110F97" w:rsidP="00110F97">
                            <w:pPr>
                              <w:jc w:val="center"/>
                            </w:pPr>
                            <w:r>
                              <w:t>Beauty Specialist</w:t>
                            </w:r>
                          </w:p>
                          <w:p w14:paraId="3BE50322" w14:textId="491BF76A" w:rsidR="00110F97" w:rsidRDefault="00A67547" w:rsidP="00110F97">
                            <w:pPr>
                              <w:jc w:val="center"/>
                            </w:pPr>
                            <w:r>
                              <w:t>Denisa Ciobanu</w:t>
                            </w:r>
                          </w:p>
                          <w:p w14:paraId="020C1EE0" w14:textId="77777777" w:rsidR="00110F97" w:rsidRDefault="00110F97" w:rsidP="00110F9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9562BC" id="Oval 9" o:spid="_x0000_s1027" style="position:absolute;margin-left:303.15pt;margin-top:205.7pt;width:150.25pt;height:73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7A25B35F" w14:textId="0AC07EFA" w:rsidR="00110F97" w:rsidRDefault="00110F97" w:rsidP="00110F97">
                      <w:pPr>
                        <w:jc w:val="center"/>
                      </w:pPr>
                      <w:r>
                        <w:t>Beauty Specialist</w:t>
                      </w:r>
                    </w:p>
                    <w:p w14:paraId="3BE50322" w14:textId="491BF76A" w:rsidR="00110F97" w:rsidRDefault="00A67547" w:rsidP="00110F97">
                      <w:pPr>
                        <w:jc w:val="center"/>
                      </w:pPr>
                      <w:r>
                        <w:t>Denisa Ciobanu</w:t>
                      </w:r>
                    </w:p>
                    <w:p w14:paraId="020C1EE0" w14:textId="77777777" w:rsidR="00110F97" w:rsidRDefault="00110F97" w:rsidP="00110F9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B13814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01A7229" wp14:editId="41484916">
                <wp:simplePos x="0" y="0"/>
                <wp:positionH relativeFrom="column">
                  <wp:posOffset>55880</wp:posOffset>
                </wp:positionH>
                <wp:positionV relativeFrom="paragraph">
                  <wp:posOffset>2702605</wp:posOffset>
                </wp:positionV>
                <wp:extent cx="1827221" cy="790417"/>
                <wp:effectExtent l="57150" t="38100" r="59055" b="86360"/>
                <wp:wrapNone/>
                <wp:docPr id="720992322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7221" cy="790417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EE1689" w14:textId="110BA4B1" w:rsidR="00B13814" w:rsidRDefault="00110F97" w:rsidP="00C15BFE">
                            <w:r>
                              <w:t xml:space="preserve">Beauty Specialist </w:t>
                            </w:r>
                          </w:p>
                          <w:p w14:paraId="208B434E" w14:textId="762D8039" w:rsidR="00110F97" w:rsidRDefault="00110F97" w:rsidP="00C15BFE">
                            <w:r>
                              <w:t>Gina Stubbs</w:t>
                            </w:r>
                          </w:p>
                          <w:p w14:paraId="75435713" w14:textId="448B75B0" w:rsidR="00C15BFE" w:rsidRDefault="00C15BFE" w:rsidP="00C15BFE"/>
                          <w:p w14:paraId="11B18B03" w14:textId="5D834374" w:rsidR="00B13814" w:rsidRDefault="00B13814" w:rsidP="00B13814">
                            <w:pPr>
                              <w:jc w:val="center"/>
                            </w:pPr>
                            <w:r>
                              <w:t>G</w:t>
                            </w:r>
                          </w:p>
                          <w:p w14:paraId="0E4503B9" w14:textId="57B5C1E1" w:rsidR="00B13814" w:rsidRDefault="00110F97" w:rsidP="00B13814">
                            <w:pPr>
                              <w:jc w:val="center"/>
                            </w:pPr>
                            <w:r>
                              <w:t>Sb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1A7229" id="Oval 7" o:spid="_x0000_s1028" style="position:absolute;margin-left:4.4pt;margin-top:212.8pt;width:143.9pt;height:62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6FEE1689" w14:textId="110BA4B1" w:rsidR="00B13814" w:rsidRDefault="00110F97" w:rsidP="00C15BFE">
                      <w:r>
                        <w:t xml:space="preserve">Beauty Specialist </w:t>
                      </w:r>
                    </w:p>
                    <w:p w14:paraId="208B434E" w14:textId="762D8039" w:rsidR="00110F97" w:rsidRDefault="00110F97" w:rsidP="00C15BFE">
                      <w:r>
                        <w:t>Gina Stubbs</w:t>
                      </w:r>
                    </w:p>
                    <w:p w14:paraId="75435713" w14:textId="448B75B0" w:rsidR="00C15BFE" w:rsidRDefault="00C15BFE" w:rsidP="00C15BFE"/>
                    <w:p w14:paraId="11B18B03" w14:textId="5D834374" w:rsidR="00B13814" w:rsidRDefault="00B13814" w:rsidP="00B13814">
                      <w:pPr>
                        <w:jc w:val="center"/>
                      </w:pPr>
                      <w:r>
                        <w:t>G</w:t>
                      </w:r>
                    </w:p>
                    <w:p w14:paraId="0E4503B9" w14:textId="57B5C1E1" w:rsidR="00B13814" w:rsidRDefault="00110F97" w:rsidP="00B13814">
                      <w:pPr>
                        <w:jc w:val="center"/>
                      </w:pPr>
                      <w:r>
                        <w:t>Sb</w:t>
                      </w:r>
                    </w:p>
                  </w:txbxContent>
                </v:textbox>
              </v:oval>
            </w:pict>
          </mc:Fallback>
        </mc:AlternateContent>
      </w:r>
      <w:r w:rsidR="00C07EA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49A8A6" wp14:editId="61500E0B">
                <wp:simplePos x="0" y="0"/>
                <wp:positionH relativeFrom="column">
                  <wp:posOffset>1904880</wp:posOffset>
                </wp:positionH>
                <wp:positionV relativeFrom="paragraph">
                  <wp:posOffset>1293239</wp:posOffset>
                </wp:positionV>
                <wp:extent cx="1756494" cy="709587"/>
                <wp:effectExtent l="57150" t="38100" r="72390" b="90805"/>
                <wp:wrapNone/>
                <wp:docPr id="161313986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6494" cy="709587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2DC75" w14:textId="61B1A152" w:rsidR="00C07EAF" w:rsidRDefault="00C07EAF" w:rsidP="00C07EAF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Manager</w:t>
                            </w:r>
                          </w:p>
                          <w:p w14:paraId="2A7BBC3C" w14:textId="59301F98" w:rsidR="00C07EAF" w:rsidRPr="00C07EAF" w:rsidRDefault="00C07EAF" w:rsidP="00C07EAF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Ana Stanciu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49A8A6" id="Rectangle 5" o:spid="_x0000_s1029" style="position:absolute;margin-left:150pt;margin-top:101.85pt;width:138.3pt;height:55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72D2DC75" w14:textId="61B1A152" w:rsidR="00C07EAF" w:rsidRDefault="00C07EAF" w:rsidP="00C07EAF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Manager</w:t>
                      </w:r>
                    </w:p>
                    <w:p w14:paraId="2A7BBC3C" w14:textId="59301F98" w:rsidR="00C07EAF" w:rsidRPr="00C07EAF" w:rsidRDefault="00C07EAF" w:rsidP="00C07EAF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Ana Stanciu</w:t>
                      </w:r>
                    </w:p>
                  </w:txbxContent>
                </v:textbox>
              </v:rect>
            </w:pict>
          </mc:Fallback>
        </mc:AlternateContent>
      </w:r>
      <w:r w:rsidR="00C07EAF"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38D7E787" wp14:editId="7387F589">
                <wp:simplePos x="0" y="0"/>
                <wp:positionH relativeFrom="column">
                  <wp:posOffset>2735580</wp:posOffset>
                </wp:positionH>
                <wp:positionV relativeFrom="paragraph">
                  <wp:posOffset>557291</wp:posOffset>
                </wp:positionV>
                <wp:extent cx="20208" cy="808309"/>
                <wp:effectExtent l="76200" t="19050" r="75565" b="87630"/>
                <wp:wrapNone/>
                <wp:docPr id="638546654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08" cy="8083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6D6676" id="Straight Arrow Connector 3" o:spid="_x0000_s1026" type="#_x0000_t32" style="position:absolute;margin-left:215.4pt;margin-top:43.9pt;width:1.6pt;height:63.65pt;z-index: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0A389B">
        <w:br w:type="page"/>
      </w:r>
    </w:p>
    <w:p w14:paraId="22FF01F9" w14:textId="00A25013" w:rsidR="00E432D0" w:rsidRDefault="00B5011F">
      <w:r>
        <w:lastRenderedPageBreak/>
        <w:t>Financial Plan</w:t>
      </w:r>
      <w:r w:rsidR="0021291F">
        <w:t xml:space="preserve"> (12-months)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1"/>
        <w:gridCol w:w="1263"/>
        <w:gridCol w:w="1263"/>
        <w:gridCol w:w="1262"/>
        <w:gridCol w:w="1264"/>
        <w:gridCol w:w="1283"/>
      </w:tblGrid>
      <w:tr w:rsidR="00FC6415" w14:paraId="4C24FB81" w14:textId="77777777" w:rsidTr="00BC567E">
        <w:tc>
          <w:tcPr>
            <w:tcW w:w="1261" w:type="dxa"/>
          </w:tcPr>
          <w:p w14:paraId="3B7DF05E" w14:textId="30B8F3F3" w:rsidR="00BC567E" w:rsidRDefault="00BC567E">
            <w:r>
              <w:t>Month</w:t>
            </w:r>
          </w:p>
        </w:tc>
        <w:tc>
          <w:tcPr>
            <w:tcW w:w="1263" w:type="dxa"/>
          </w:tcPr>
          <w:p w14:paraId="697B21B5" w14:textId="60EF31E2" w:rsidR="00BC567E" w:rsidRDefault="00BC567E">
            <w:r>
              <w:t>Fixed costs</w:t>
            </w:r>
          </w:p>
        </w:tc>
        <w:tc>
          <w:tcPr>
            <w:tcW w:w="1263" w:type="dxa"/>
          </w:tcPr>
          <w:p w14:paraId="33C91B9C" w14:textId="2433DF15" w:rsidR="00BC567E" w:rsidRDefault="00BC567E">
            <w:r>
              <w:t>Variable Costs</w:t>
            </w:r>
          </w:p>
        </w:tc>
        <w:tc>
          <w:tcPr>
            <w:tcW w:w="1262" w:type="dxa"/>
          </w:tcPr>
          <w:p w14:paraId="4534F701" w14:textId="2976E018" w:rsidR="00BC567E" w:rsidRDefault="00BC567E">
            <w:r>
              <w:t>Total Costs</w:t>
            </w:r>
          </w:p>
        </w:tc>
        <w:tc>
          <w:tcPr>
            <w:tcW w:w="1264" w:type="dxa"/>
          </w:tcPr>
          <w:p w14:paraId="1BF4B835" w14:textId="0DAFD9DB" w:rsidR="00BC567E" w:rsidRDefault="00BC567E">
            <w:r>
              <w:t>Revenue</w:t>
            </w:r>
          </w:p>
        </w:tc>
        <w:tc>
          <w:tcPr>
            <w:tcW w:w="1283" w:type="dxa"/>
          </w:tcPr>
          <w:p w14:paraId="164B90BD" w14:textId="523C6DF5" w:rsidR="00BC567E" w:rsidRDefault="00BC567E">
            <w:r>
              <w:t>Profit/Loss</w:t>
            </w:r>
          </w:p>
        </w:tc>
      </w:tr>
      <w:tr w:rsidR="00FC6415" w14:paraId="4794C92D" w14:textId="77777777" w:rsidTr="00BC567E">
        <w:tc>
          <w:tcPr>
            <w:tcW w:w="1261" w:type="dxa"/>
          </w:tcPr>
          <w:p w14:paraId="41D16964" w14:textId="59423918" w:rsidR="00BC567E" w:rsidRDefault="00BC567E">
            <w:r>
              <w:t>Jan</w:t>
            </w:r>
          </w:p>
        </w:tc>
        <w:tc>
          <w:tcPr>
            <w:tcW w:w="1263" w:type="dxa"/>
          </w:tcPr>
          <w:p w14:paraId="19C4FFE4" w14:textId="1EB9A83E" w:rsidR="00BC567E" w:rsidRDefault="00BC567E">
            <w:r>
              <w:t>£5,550</w:t>
            </w:r>
          </w:p>
        </w:tc>
        <w:tc>
          <w:tcPr>
            <w:tcW w:w="1263" w:type="dxa"/>
          </w:tcPr>
          <w:p w14:paraId="35998A25" w14:textId="6D9982F1" w:rsidR="00BC567E" w:rsidRDefault="00BC567E">
            <w:r>
              <w:t>£700</w:t>
            </w:r>
          </w:p>
        </w:tc>
        <w:tc>
          <w:tcPr>
            <w:tcW w:w="1262" w:type="dxa"/>
          </w:tcPr>
          <w:p w14:paraId="5E558FBF" w14:textId="75654EEC" w:rsidR="00BC567E" w:rsidRDefault="005E4583">
            <w:r>
              <w:t>£</w:t>
            </w:r>
            <w:r w:rsidR="00396A07">
              <w:t>6,</w:t>
            </w:r>
            <w:r w:rsidR="00C07C2B">
              <w:t>250</w:t>
            </w:r>
          </w:p>
        </w:tc>
        <w:tc>
          <w:tcPr>
            <w:tcW w:w="1264" w:type="dxa"/>
          </w:tcPr>
          <w:p w14:paraId="13787838" w14:textId="5D85318F" w:rsidR="00BC567E" w:rsidRDefault="00094195">
            <w:r>
              <w:t>£</w:t>
            </w:r>
            <w:r w:rsidR="002A157C">
              <w:t>3000</w:t>
            </w:r>
          </w:p>
        </w:tc>
        <w:tc>
          <w:tcPr>
            <w:tcW w:w="1283" w:type="dxa"/>
          </w:tcPr>
          <w:p w14:paraId="0FA8AA0E" w14:textId="1F5F761A" w:rsidR="00BC567E" w:rsidRDefault="00110061">
            <w:r>
              <w:t>-</w:t>
            </w:r>
            <w:r w:rsidR="00D70D5A">
              <w:t>£</w:t>
            </w:r>
            <w:r w:rsidR="00A27295">
              <w:t>3,250</w:t>
            </w:r>
          </w:p>
        </w:tc>
      </w:tr>
      <w:tr w:rsidR="00FC6415" w14:paraId="0E3C6264" w14:textId="77777777" w:rsidTr="00BC567E">
        <w:tc>
          <w:tcPr>
            <w:tcW w:w="1261" w:type="dxa"/>
          </w:tcPr>
          <w:p w14:paraId="31F69B17" w14:textId="2BB1697B" w:rsidR="00BC567E" w:rsidRDefault="00BC567E">
            <w:r>
              <w:t>Feb</w:t>
            </w:r>
          </w:p>
        </w:tc>
        <w:tc>
          <w:tcPr>
            <w:tcW w:w="1263" w:type="dxa"/>
          </w:tcPr>
          <w:p w14:paraId="5CA88FBB" w14:textId="3FD198F2" w:rsidR="00BC567E" w:rsidRDefault="00BC567E">
            <w:r>
              <w:t>£5,550</w:t>
            </w:r>
          </w:p>
        </w:tc>
        <w:tc>
          <w:tcPr>
            <w:tcW w:w="1263" w:type="dxa"/>
          </w:tcPr>
          <w:p w14:paraId="499ED29F" w14:textId="39FAAE29" w:rsidR="00BC567E" w:rsidRDefault="00BC567E">
            <w:r>
              <w:t>£1,500</w:t>
            </w:r>
          </w:p>
        </w:tc>
        <w:tc>
          <w:tcPr>
            <w:tcW w:w="1262" w:type="dxa"/>
          </w:tcPr>
          <w:p w14:paraId="6D0307DC" w14:textId="2BAD3EA9" w:rsidR="00BC567E" w:rsidRDefault="005E4583">
            <w:r>
              <w:t>£</w:t>
            </w:r>
            <w:r w:rsidR="003E1298">
              <w:t>7,050</w:t>
            </w:r>
          </w:p>
        </w:tc>
        <w:tc>
          <w:tcPr>
            <w:tcW w:w="1264" w:type="dxa"/>
          </w:tcPr>
          <w:p w14:paraId="2851648E" w14:textId="52471A09" w:rsidR="00BC567E" w:rsidRDefault="00094195">
            <w:r>
              <w:t>£</w:t>
            </w:r>
            <w:r w:rsidR="00410CDB">
              <w:t>4,500</w:t>
            </w:r>
          </w:p>
        </w:tc>
        <w:tc>
          <w:tcPr>
            <w:tcW w:w="1283" w:type="dxa"/>
          </w:tcPr>
          <w:p w14:paraId="558B6923" w14:textId="6EE931CF" w:rsidR="00BC567E" w:rsidRDefault="00F63671">
            <w:r>
              <w:t>-</w:t>
            </w:r>
            <w:r w:rsidR="00EE6836">
              <w:t>£2,</w:t>
            </w:r>
            <w:r w:rsidR="00E14ED4">
              <w:t>550</w:t>
            </w:r>
          </w:p>
        </w:tc>
      </w:tr>
      <w:tr w:rsidR="00FC6415" w14:paraId="67647525" w14:textId="77777777" w:rsidTr="00BC567E">
        <w:tc>
          <w:tcPr>
            <w:tcW w:w="1261" w:type="dxa"/>
          </w:tcPr>
          <w:p w14:paraId="3D974D7A" w14:textId="55537180" w:rsidR="00BC567E" w:rsidRDefault="00BC567E">
            <w:r>
              <w:t>Mar</w:t>
            </w:r>
          </w:p>
        </w:tc>
        <w:tc>
          <w:tcPr>
            <w:tcW w:w="1263" w:type="dxa"/>
          </w:tcPr>
          <w:p w14:paraId="70840F2B" w14:textId="13FF779C" w:rsidR="00BC567E" w:rsidRDefault="00BC567E">
            <w:r>
              <w:t>£5,550</w:t>
            </w:r>
          </w:p>
        </w:tc>
        <w:tc>
          <w:tcPr>
            <w:tcW w:w="1263" w:type="dxa"/>
          </w:tcPr>
          <w:p w14:paraId="1546DA43" w14:textId="6FD3F468" w:rsidR="00BC567E" w:rsidRDefault="00BC567E">
            <w:r>
              <w:t>£1,650</w:t>
            </w:r>
          </w:p>
        </w:tc>
        <w:tc>
          <w:tcPr>
            <w:tcW w:w="1262" w:type="dxa"/>
          </w:tcPr>
          <w:p w14:paraId="5A2FF6B5" w14:textId="3522B29F" w:rsidR="00BC567E" w:rsidRDefault="005E4583">
            <w:r>
              <w:t>£</w:t>
            </w:r>
            <w:r w:rsidR="00A64EC9">
              <w:t>7,200</w:t>
            </w:r>
          </w:p>
        </w:tc>
        <w:tc>
          <w:tcPr>
            <w:tcW w:w="1264" w:type="dxa"/>
          </w:tcPr>
          <w:p w14:paraId="7D186AB2" w14:textId="55193170" w:rsidR="00BC567E" w:rsidRDefault="00094195">
            <w:r>
              <w:t>£</w:t>
            </w:r>
            <w:r w:rsidR="00C91709">
              <w:t>6</w:t>
            </w:r>
            <w:r w:rsidR="00D4262D">
              <w:t>,000</w:t>
            </w:r>
          </w:p>
        </w:tc>
        <w:tc>
          <w:tcPr>
            <w:tcW w:w="1283" w:type="dxa"/>
          </w:tcPr>
          <w:p w14:paraId="2CC232EA" w14:textId="66870016" w:rsidR="00BC567E" w:rsidRDefault="00773896">
            <w:r>
              <w:t>-</w:t>
            </w:r>
            <w:r w:rsidR="00657ADC">
              <w:t>£</w:t>
            </w:r>
            <w:r w:rsidR="009C04C7">
              <w:t>1,200</w:t>
            </w:r>
          </w:p>
        </w:tc>
      </w:tr>
      <w:tr w:rsidR="00FC6415" w14:paraId="7945D0B2" w14:textId="77777777" w:rsidTr="00BC567E">
        <w:tc>
          <w:tcPr>
            <w:tcW w:w="1261" w:type="dxa"/>
          </w:tcPr>
          <w:p w14:paraId="13EEEAC7" w14:textId="401B53C1" w:rsidR="00BC567E" w:rsidRDefault="00BC567E">
            <w:r>
              <w:t>Apr</w:t>
            </w:r>
          </w:p>
        </w:tc>
        <w:tc>
          <w:tcPr>
            <w:tcW w:w="1263" w:type="dxa"/>
          </w:tcPr>
          <w:p w14:paraId="4FB1A211" w14:textId="609C6C7A" w:rsidR="00BC567E" w:rsidRDefault="00BC567E">
            <w:r>
              <w:t>£5,550</w:t>
            </w:r>
          </w:p>
        </w:tc>
        <w:tc>
          <w:tcPr>
            <w:tcW w:w="1263" w:type="dxa"/>
          </w:tcPr>
          <w:p w14:paraId="6CA354D8" w14:textId="385DC507" w:rsidR="00BC567E" w:rsidRDefault="00BC567E">
            <w:r>
              <w:t>£2,100</w:t>
            </w:r>
          </w:p>
        </w:tc>
        <w:tc>
          <w:tcPr>
            <w:tcW w:w="1262" w:type="dxa"/>
          </w:tcPr>
          <w:p w14:paraId="50FAC72C" w14:textId="22124C27" w:rsidR="00BC567E" w:rsidRDefault="005E4583">
            <w:r>
              <w:t>£</w:t>
            </w:r>
            <w:r w:rsidR="00C759F8">
              <w:t>7,</w:t>
            </w:r>
            <w:r w:rsidR="00E84E60">
              <w:t>650</w:t>
            </w:r>
          </w:p>
        </w:tc>
        <w:tc>
          <w:tcPr>
            <w:tcW w:w="1264" w:type="dxa"/>
          </w:tcPr>
          <w:p w14:paraId="3FB7C19F" w14:textId="00021150" w:rsidR="00BC567E" w:rsidRDefault="00094195">
            <w:r>
              <w:t>£</w:t>
            </w:r>
            <w:r w:rsidR="00F3613E">
              <w:t>8,000</w:t>
            </w:r>
          </w:p>
        </w:tc>
        <w:tc>
          <w:tcPr>
            <w:tcW w:w="1283" w:type="dxa"/>
          </w:tcPr>
          <w:p w14:paraId="078BB40D" w14:textId="3F70AF76" w:rsidR="00BC567E" w:rsidRDefault="00F921CE">
            <w:r>
              <w:t>£350</w:t>
            </w:r>
          </w:p>
        </w:tc>
      </w:tr>
      <w:tr w:rsidR="00FC6415" w14:paraId="6B6EAB4E" w14:textId="77777777" w:rsidTr="00BC567E">
        <w:tc>
          <w:tcPr>
            <w:tcW w:w="1261" w:type="dxa"/>
          </w:tcPr>
          <w:p w14:paraId="06643394" w14:textId="09304A02" w:rsidR="00BC567E" w:rsidRDefault="00BC567E">
            <w:r>
              <w:t>May</w:t>
            </w:r>
          </w:p>
        </w:tc>
        <w:tc>
          <w:tcPr>
            <w:tcW w:w="1263" w:type="dxa"/>
          </w:tcPr>
          <w:p w14:paraId="4D1B726E" w14:textId="0F37491C" w:rsidR="00BC567E" w:rsidRDefault="00BC567E">
            <w:r>
              <w:t>£5,550</w:t>
            </w:r>
          </w:p>
        </w:tc>
        <w:tc>
          <w:tcPr>
            <w:tcW w:w="1263" w:type="dxa"/>
          </w:tcPr>
          <w:p w14:paraId="3101D29C" w14:textId="0B893F35" w:rsidR="00BC567E" w:rsidRDefault="00BC567E">
            <w:r>
              <w:t>£</w:t>
            </w:r>
            <w:r w:rsidR="000610AB">
              <w:t>2,100</w:t>
            </w:r>
          </w:p>
        </w:tc>
        <w:tc>
          <w:tcPr>
            <w:tcW w:w="1262" w:type="dxa"/>
          </w:tcPr>
          <w:p w14:paraId="2DF96CAF" w14:textId="33696A3C" w:rsidR="00BC567E" w:rsidRDefault="005E4583">
            <w:r>
              <w:t>£</w:t>
            </w:r>
            <w:r w:rsidR="001E5325">
              <w:t>8,000</w:t>
            </w:r>
          </w:p>
        </w:tc>
        <w:tc>
          <w:tcPr>
            <w:tcW w:w="1264" w:type="dxa"/>
          </w:tcPr>
          <w:p w14:paraId="54CB5063" w14:textId="18EDC987" w:rsidR="00BC567E" w:rsidRDefault="00094195">
            <w:r>
              <w:t>£</w:t>
            </w:r>
            <w:r w:rsidR="00C244B8">
              <w:t>8,600</w:t>
            </w:r>
          </w:p>
        </w:tc>
        <w:tc>
          <w:tcPr>
            <w:tcW w:w="1283" w:type="dxa"/>
          </w:tcPr>
          <w:p w14:paraId="16D7C580" w14:textId="52BC7D47" w:rsidR="00BC567E" w:rsidRDefault="009C08B2">
            <w:r>
              <w:t>£950</w:t>
            </w:r>
          </w:p>
        </w:tc>
      </w:tr>
      <w:tr w:rsidR="00FC6415" w14:paraId="1C9FB4C9" w14:textId="77777777" w:rsidTr="00BC567E">
        <w:tc>
          <w:tcPr>
            <w:tcW w:w="1261" w:type="dxa"/>
          </w:tcPr>
          <w:p w14:paraId="170CF2B5" w14:textId="3640C63B" w:rsidR="00BC567E" w:rsidRDefault="00BC567E">
            <w:r>
              <w:t>Jun</w:t>
            </w:r>
          </w:p>
        </w:tc>
        <w:tc>
          <w:tcPr>
            <w:tcW w:w="1263" w:type="dxa"/>
          </w:tcPr>
          <w:p w14:paraId="66C7BE0D" w14:textId="60FC6D08" w:rsidR="00BC567E" w:rsidRDefault="00BC567E">
            <w:r>
              <w:t>£5,550</w:t>
            </w:r>
          </w:p>
        </w:tc>
        <w:tc>
          <w:tcPr>
            <w:tcW w:w="1263" w:type="dxa"/>
          </w:tcPr>
          <w:p w14:paraId="17D2F0B0" w14:textId="7AEBD375" w:rsidR="00BC567E" w:rsidRDefault="00CD25E8">
            <w:r>
              <w:t>£2</w:t>
            </w:r>
            <w:r w:rsidR="005328EB">
              <w:t>,450</w:t>
            </w:r>
          </w:p>
        </w:tc>
        <w:tc>
          <w:tcPr>
            <w:tcW w:w="1262" w:type="dxa"/>
          </w:tcPr>
          <w:p w14:paraId="12683C00" w14:textId="2234E8C1" w:rsidR="00BC567E" w:rsidRDefault="005E4583">
            <w:r>
              <w:t>£</w:t>
            </w:r>
            <w:r w:rsidR="000636CA">
              <w:t>8,050</w:t>
            </w:r>
          </w:p>
        </w:tc>
        <w:tc>
          <w:tcPr>
            <w:tcW w:w="1264" w:type="dxa"/>
          </w:tcPr>
          <w:p w14:paraId="43D277FC" w14:textId="622E6D81" w:rsidR="00BC567E" w:rsidRDefault="00094195">
            <w:r>
              <w:t>£</w:t>
            </w:r>
            <w:r w:rsidR="000B7912">
              <w:t>9,500</w:t>
            </w:r>
          </w:p>
        </w:tc>
        <w:tc>
          <w:tcPr>
            <w:tcW w:w="1283" w:type="dxa"/>
          </w:tcPr>
          <w:p w14:paraId="7C51C9EC" w14:textId="7E5E325F" w:rsidR="00BC567E" w:rsidRDefault="002F57D9">
            <w:r>
              <w:t>£1,500</w:t>
            </w:r>
          </w:p>
        </w:tc>
      </w:tr>
      <w:tr w:rsidR="00FC6415" w14:paraId="3CB993C3" w14:textId="77777777" w:rsidTr="00BC567E">
        <w:tc>
          <w:tcPr>
            <w:tcW w:w="1261" w:type="dxa"/>
          </w:tcPr>
          <w:p w14:paraId="4156E95C" w14:textId="50E0F311" w:rsidR="00BC567E" w:rsidRDefault="00BC567E">
            <w:r>
              <w:t>Jul</w:t>
            </w:r>
          </w:p>
        </w:tc>
        <w:tc>
          <w:tcPr>
            <w:tcW w:w="1263" w:type="dxa"/>
          </w:tcPr>
          <w:p w14:paraId="3E434E8E" w14:textId="2F5364EB" w:rsidR="00BC567E" w:rsidRDefault="00BC567E">
            <w:r>
              <w:t>£5,550</w:t>
            </w:r>
          </w:p>
        </w:tc>
        <w:tc>
          <w:tcPr>
            <w:tcW w:w="1263" w:type="dxa"/>
          </w:tcPr>
          <w:p w14:paraId="37297926" w14:textId="67A7A5B6" w:rsidR="00BC567E" w:rsidRDefault="005328EB">
            <w:r>
              <w:t>£2</w:t>
            </w:r>
            <w:r w:rsidR="007A6925">
              <w:t>,500</w:t>
            </w:r>
          </w:p>
        </w:tc>
        <w:tc>
          <w:tcPr>
            <w:tcW w:w="1262" w:type="dxa"/>
          </w:tcPr>
          <w:p w14:paraId="4D197F4B" w14:textId="71EE9563" w:rsidR="00BC567E" w:rsidRDefault="005E4583">
            <w:r>
              <w:t>£</w:t>
            </w:r>
            <w:r w:rsidR="009D24C8">
              <w:t>8,1</w:t>
            </w:r>
            <w:r w:rsidR="006E7D7C">
              <w:t>50</w:t>
            </w:r>
          </w:p>
        </w:tc>
        <w:tc>
          <w:tcPr>
            <w:tcW w:w="1264" w:type="dxa"/>
          </w:tcPr>
          <w:p w14:paraId="66354DF0" w14:textId="144264D7" w:rsidR="00BC567E" w:rsidRDefault="00094195">
            <w:r>
              <w:t>£</w:t>
            </w:r>
            <w:r w:rsidR="007873D8">
              <w:t>10,</w:t>
            </w:r>
            <w:r w:rsidR="00504253">
              <w:t>200</w:t>
            </w:r>
          </w:p>
        </w:tc>
        <w:tc>
          <w:tcPr>
            <w:tcW w:w="1283" w:type="dxa"/>
          </w:tcPr>
          <w:p w14:paraId="25FBED65" w14:textId="5A189E26" w:rsidR="00BC567E" w:rsidRDefault="00BE10F0">
            <w:r>
              <w:t>£</w:t>
            </w:r>
            <w:r w:rsidR="00A80419">
              <w:t>2,150</w:t>
            </w:r>
          </w:p>
        </w:tc>
      </w:tr>
      <w:tr w:rsidR="00FC6415" w14:paraId="0BF184CE" w14:textId="77777777" w:rsidTr="00BC567E">
        <w:tc>
          <w:tcPr>
            <w:tcW w:w="1261" w:type="dxa"/>
          </w:tcPr>
          <w:p w14:paraId="57F89AC8" w14:textId="2BB232B2" w:rsidR="00BC567E" w:rsidRDefault="00BC567E">
            <w:r>
              <w:t>Aug</w:t>
            </w:r>
          </w:p>
        </w:tc>
        <w:tc>
          <w:tcPr>
            <w:tcW w:w="1263" w:type="dxa"/>
          </w:tcPr>
          <w:p w14:paraId="7756D666" w14:textId="19EDE692" w:rsidR="00BC567E" w:rsidRDefault="00BC567E">
            <w:r>
              <w:t>£5,550</w:t>
            </w:r>
          </w:p>
        </w:tc>
        <w:tc>
          <w:tcPr>
            <w:tcW w:w="1263" w:type="dxa"/>
          </w:tcPr>
          <w:p w14:paraId="596C0EE6" w14:textId="3E2A7987" w:rsidR="00BC567E" w:rsidRDefault="0045700A">
            <w:r>
              <w:t>£</w:t>
            </w:r>
            <w:r w:rsidR="002C2E58">
              <w:t>2,600</w:t>
            </w:r>
          </w:p>
        </w:tc>
        <w:tc>
          <w:tcPr>
            <w:tcW w:w="1262" w:type="dxa"/>
          </w:tcPr>
          <w:p w14:paraId="21847389" w14:textId="54262A61" w:rsidR="00BC567E" w:rsidRDefault="005E4583">
            <w:r>
              <w:t>£</w:t>
            </w:r>
            <w:r w:rsidR="00CF2104">
              <w:t>8,300</w:t>
            </w:r>
          </w:p>
        </w:tc>
        <w:tc>
          <w:tcPr>
            <w:tcW w:w="1264" w:type="dxa"/>
          </w:tcPr>
          <w:p w14:paraId="71510A69" w14:textId="73ADCFDA" w:rsidR="00BC567E" w:rsidRDefault="00094195">
            <w:r>
              <w:t>£</w:t>
            </w:r>
            <w:r w:rsidR="00CD72AD">
              <w:t>10,800</w:t>
            </w:r>
          </w:p>
        </w:tc>
        <w:tc>
          <w:tcPr>
            <w:tcW w:w="1283" w:type="dxa"/>
          </w:tcPr>
          <w:p w14:paraId="4D094E76" w14:textId="4552686D" w:rsidR="00BC567E" w:rsidRDefault="00931A90">
            <w:r>
              <w:t>£</w:t>
            </w:r>
            <w:r w:rsidR="00E65E59">
              <w:t>2,</w:t>
            </w:r>
            <w:r w:rsidR="00442219">
              <w:t>650</w:t>
            </w:r>
          </w:p>
        </w:tc>
      </w:tr>
      <w:tr w:rsidR="00FC6415" w14:paraId="414E072B" w14:textId="77777777" w:rsidTr="00BC567E">
        <w:tc>
          <w:tcPr>
            <w:tcW w:w="1261" w:type="dxa"/>
          </w:tcPr>
          <w:p w14:paraId="742628FD" w14:textId="27968F1D" w:rsidR="00BC567E" w:rsidRDefault="00BC567E">
            <w:r>
              <w:t>Sep</w:t>
            </w:r>
          </w:p>
        </w:tc>
        <w:tc>
          <w:tcPr>
            <w:tcW w:w="1263" w:type="dxa"/>
          </w:tcPr>
          <w:p w14:paraId="76FF6200" w14:textId="4981A500" w:rsidR="00BC567E" w:rsidRDefault="00BC567E">
            <w:r>
              <w:t>£5,550</w:t>
            </w:r>
          </w:p>
        </w:tc>
        <w:tc>
          <w:tcPr>
            <w:tcW w:w="1263" w:type="dxa"/>
          </w:tcPr>
          <w:p w14:paraId="3E5F9003" w14:textId="3C254B5B" w:rsidR="00BC567E" w:rsidRDefault="0045700A">
            <w:r>
              <w:t>£</w:t>
            </w:r>
            <w:r w:rsidR="002C2E58">
              <w:t>2</w:t>
            </w:r>
            <w:r w:rsidR="00923796">
              <w:t>,750</w:t>
            </w:r>
          </w:p>
        </w:tc>
        <w:tc>
          <w:tcPr>
            <w:tcW w:w="1262" w:type="dxa"/>
          </w:tcPr>
          <w:p w14:paraId="7324A039" w14:textId="3F3551B7" w:rsidR="00BC567E" w:rsidRDefault="005E4583">
            <w:r>
              <w:t>£</w:t>
            </w:r>
            <w:r w:rsidR="005C578D">
              <w:t>8,350</w:t>
            </w:r>
          </w:p>
        </w:tc>
        <w:tc>
          <w:tcPr>
            <w:tcW w:w="1264" w:type="dxa"/>
          </w:tcPr>
          <w:p w14:paraId="5F23A271" w14:textId="219282A4" w:rsidR="00BC567E" w:rsidRDefault="00094195">
            <w:r>
              <w:t>£</w:t>
            </w:r>
            <w:r w:rsidR="00012D68">
              <w:t>11,500</w:t>
            </w:r>
          </w:p>
        </w:tc>
        <w:tc>
          <w:tcPr>
            <w:tcW w:w="1283" w:type="dxa"/>
          </w:tcPr>
          <w:p w14:paraId="751BAD14" w14:textId="5486E7CE" w:rsidR="00BC567E" w:rsidRDefault="00316D58">
            <w:r>
              <w:t>£</w:t>
            </w:r>
            <w:r w:rsidR="00FC73E5">
              <w:t>3</w:t>
            </w:r>
            <w:r w:rsidR="0035338B">
              <w:t>,200</w:t>
            </w:r>
          </w:p>
        </w:tc>
      </w:tr>
      <w:tr w:rsidR="00FC6415" w14:paraId="21911EA9" w14:textId="77777777" w:rsidTr="00BC567E">
        <w:tc>
          <w:tcPr>
            <w:tcW w:w="1261" w:type="dxa"/>
          </w:tcPr>
          <w:p w14:paraId="13AB33F6" w14:textId="44E12600" w:rsidR="00BC567E" w:rsidRDefault="00BC567E">
            <w:r>
              <w:t>Oct</w:t>
            </w:r>
          </w:p>
        </w:tc>
        <w:tc>
          <w:tcPr>
            <w:tcW w:w="1263" w:type="dxa"/>
          </w:tcPr>
          <w:p w14:paraId="29F518F8" w14:textId="34CA3305" w:rsidR="00BC567E" w:rsidRDefault="00BC567E">
            <w:r>
              <w:t>£5,550</w:t>
            </w:r>
          </w:p>
        </w:tc>
        <w:tc>
          <w:tcPr>
            <w:tcW w:w="1263" w:type="dxa"/>
          </w:tcPr>
          <w:p w14:paraId="3ACBA934" w14:textId="1B4ADBF9" w:rsidR="00BC567E" w:rsidRDefault="0045700A">
            <w:r>
              <w:t>£</w:t>
            </w:r>
            <w:r w:rsidR="00923796">
              <w:t>2</w:t>
            </w:r>
            <w:r w:rsidR="008F71B5">
              <w:t>,800</w:t>
            </w:r>
          </w:p>
        </w:tc>
        <w:tc>
          <w:tcPr>
            <w:tcW w:w="1262" w:type="dxa"/>
          </w:tcPr>
          <w:p w14:paraId="3226F1D4" w14:textId="4AD8996F" w:rsidR="00BC567E" w:rsidRDefault="005E4583">
            <w:r>
              <w:t>£</w:t>
            </w:r>
            <w:r w:rsidR="00F64E9D">
              <w:t>8,</w:t>
            </w:r>
            <w:r w:rsidR="00910723">
              <w:t>550</w:t>
            </w:r>
          </w:p>
        </w:tc>
        <w:tc>
          <w:tcPr>
            <w:tcW w:w="1264" w:type="dxa"/>
          </w:tcPr>
          <w:p w14:paraId="1B1825DD" w14:textId="24E7D0E1" w:rsidR="00BC567E" w:rsidRDefault="00094195">
            <w:r>
              <w:t>£</w:t>
            </w:r>
            <w:r w:rsidR="00EF11C9">
              <w:t>12,</w:t>
            </w:r>
            <w:r w:rsidR="00057D42">
              <w:t>000</w:t>
            </w:r>
          </w:p>
        </w:tc>
        <w:tc>
          <w:tcPr>
            <w:tcW w:w="1283" w:type="dxa"/>
          </w:tcPr>
          <w:p w14:paraId="08714C95" w14:textId="2C1760E1" w:rsidR="00BC567E" w:rsidRDefault="003B2467">
            <w:r>
              <w:t>£</w:t>
            </w:r>
            <w:r w:rsidR="00961D0F">
              <w:t>3</w:t>
            </w:r>
            <w:r w:rsidR="00487692">
              <w:t>,650</w:t>
            </w:r>
          </w:p>
        </w:tc>
      </w:tr>
      <w:tr w:rsidR="00FC6415" w14:paraId="0F2EB9FB" w14:textId="77777777" w:rsidTr="00BC567E">
        <w:tc>
          <w:tcPr>
            <w:tcW w:w="1261" w:type="dxa"/>
          </w:tcPr>
          <w:p w14:paraId="498DFE4E" w14:textId="0B3FB291" w:rsidR="00BC567E" w:rsidRDefault="00BC567E">
            <w:r>
              <w:t>Nov</w:t>
            </w:r>
          </w:p>
        </w:tc>
        <w:tc>
          <w:tcPr>
            <w:tcW w:w="1263" w:type="dxa"/>
          </w:tcPr>
          <w:p w14:paraId="6761C72E" w14:textId="1C8AF92C" w:rsidR="00BC567E" w:rsidRDefault="00BC567E">
            <w:r>
              <w:t>£5,550</w:t>
            </w:r>
          </w:p>
        </w:tc>
        <w:tc>
          <w:tcPr>
            <w:tcW w:w="1263" w:type="dxa"/>
          </w:tcPr>
          <w:p w14:paraId="2D232F8A" w14:textId="47C4C463" w:rsidR="00BC567E" w:rsidRDefault="0045700A">
            <w:r>
              <w:t>£</w:t>
            </w:r>
            <w:r w:rsidR="008F71B5">
              <w:t>3,000</w:t>
            </w:r>
          </w:p>
        </w:tc>
        <w:tc>
          <w:tcPr>
            <w:tcW w:w="1262" w:type="dxa"/>
          </w:tcPr>
          <w:p w14:paraId="39E39654" w14:textId="311F5E24" w:rsidR="00BC567E" w:rsidRDefault="005E4583">
            <w:r>
              <w:t>£</w:t>
            </w:r>
            <w:r w:rsidR="00F23B79">
              <w:t>8,750</w:t>
            </w:r>
          </w:p>
        </w:tc>
        <w:tc>
          <w:tcPr>
            <w:tcW w:w="1264" w:type="dxa"/>
          </w:tcPr>
          <w:p w14:paraId="6B0ADC25" w14:textId="436B6981" w:rsidR="00BC567E" w:rsidRDefault="00094195">
            <w:r>
              <w:t>£</w:t>
            </w:r>
            <w:r w:rsidR="009B0740">
              <w:t>13,500</w:t>
            </w:r>
          </w:p>
        </w:tc>
        <w:tc>
          <w:tcPr>
            <w:tcW w:w="1283" w:type="dxa"/>
          </w:tcPr>
          <w:p w14:paraId="1AAC6A29" w14:textId="1D5613F9" w:rsidR="00BC567E" w:rsidRDefault="0081742C">
            <w:r>
              <w:t>£</w:t>
            </w:r>
            <w:r w:rsidR="00607592">
              <w:t>4,950</w:t>
            </w:r>
          </w:p>
        </w:tc>
      </w:tr>
      <w:tr w:rsidR="00FC6415" w14:paraId="4C3C71A2" w14:textId="77777777" w:rsidTr="00BC567E">
        <w:tc>
          <w:tcPr>
            <w:tcW w:w="1261" w:type="dxa"/>
          </w:tcPr>
          <w:p w14:paraId="40F0A971" w14:textId="061974FD" w:rsidR="00BC567E" w:rsidRDefault="00BC567E">
            <w:r>
              <w:t>Dec</w:t>
            </w:r>
          </w:p>
        </w:tc>
        <w:tc>
          <w:tcPr>
            <w:tcW w:w="1263" w:type="dxa"/>
          </w:tcPr>
          <w:p w14:paraId="6BA12D96" w14:textId="6584D4CE" w:rsidR="00BC567E" w:rsidRDefault="00BC567E">
            <w:r>
              <w:t>£5,550</w:t>
            </w:r>
          </w:p>
        </w:tc>
        <w:tc>
          <w:tcPr>
            <w:tcW w:w="1263" w:type="dxa"/>
          </w:tcPr>
          <w:p w14:paraId="215ED605" w14:textId="2ABB38D6" w:rsidR="00BC567E" w:rsidRDefault="0045700A">
            <w:r>
              <w:t>£</w:t>
            </w:r>
            <w:r w:rsidR="001E5765">
              <w:t>3,200</w:t>
            </w:r>
          </w:p>
        </w:tc>
        <w:tc>
          <w:tcPr>
            <w:tcW w:w="1262" w:type="dxa"/>
          </w:tcPr>
          <w:p w14:paraId="4E45417A" w14:textId="492262BA" w:rsidR="00BC567E" w:rsidRDefault="005E4583">
            <w:r>
              <w:t>£</w:t>
            </w:r>
            <w:r w:rsidR="00B9627B">
              <w:t>8,8</w:t>
            </w:r>
            <w:r w:rsidR="0047573A">
              <w:t>50</w:t>
            </w:r>
          </w:p>
        </w:tc>
        <w:tc>
          <w:tcPr>
            <w:tcW w:w="1264" w:type="dxa"/>
          </w:tcPr>
          <w:p w14:paraId="51EDBFFC" w14:textId="33B3BA8D" w:rsidR="00BC567E" w:rsidRDefault="00094195">
            <w:r>
              <w:t>£</w:t>
            </w:r>
            <w:r w:rsidR="00920C12">
              <w:t>15,000</w:t>
            </w:r>
          </w:p>
        </w:tc>
        <w:tc>
          <w:tcPr>
            <w:tcW w:w="1283" w:type="dxa"/>
          </w:tcPr>
          <w:p w14:paraId="28EAF825" w14:textId="537EC037" w:rsidR="00BC567E" w:rsidRDefault="00BD5412">
            <w:r>
              <w:t>£6,250</w:t>
            </w:r>
          </w:p>
        </w:tc>
      </w:tr>
    </w:tbl>
    <w:p w14:paraId="3AE7538C" w14:textId="3B5A6E20" w:rsidR="00426FAC" w:rsidRDefault="00426FAC"/>
    <w:p w14:paraId="7E02787C" w14:textId="77777777" w:rsidR="00FA46EE" w:rsidRDefault="00FA46EE"/>
    <w:p w14:paraId="5C9746E9" w14:textId="4D9B8274" w:rsidR="00D35BD9" w:rsidRDefault="00D35BD9" w:rsidP="00C85086">
      <w:r>
        <w:t>References</w:t>
      </w:r>
      <w:r w:rsidR="00C85086">
        <w:t>:</w:t>
      </w:r>
    </w:p>
    <w:p w14:paraId="2E285370" w14:textId="77777777" w:rsidR="0029658B" w:rsidRPr="0029658B" w:rsidRDefault="0029658B" w:rsidP="0029658B">
      <w:pPr>
        <w:rPr>
          <w:lang w:val="en-GB"/>
        </w:rPr>
      </w:pPr>
      <w:r w:rsidRPr="0029658B">
        <w:rPr>
          <w:lang w:val="en-GB"/>
        </w:rPr>
        <w:t>Beauty &amp; Bloom (2024) </w:t>
      </w:r>
      <w:r w:rsidRPr="0029658B">
        <w:rPr>
          <w:i/>
          <w:iCs/>
          <w:lang w:val="en-GB"/>
        </w:rPr>
        <w:t>About us</w:t>
      </w:r>
      <w:r w:rsidRPr="0029658B">
        <w:rPr>
          <w:lang w:val="en-GB"/>
        </w:rPr>
        <w:t> [Online]. Available at: </w:t>
      </w:r>
      <w:hyperlink r:id="rId6" w:tgtFrame="_blank" w:history="1">
        <w:r w:rsidRPr="0029658B">
          <w:rPr>
            <w:rStyle w:val="Hyperlink"/>
            <w:lang w:val="en-GB"/>
          </w:rPr>
          <w:t>beautyandbloom.co.uk</w:t>
        </w:r>
      </w:hyperlink>
      <w:r w:rsidRPr="0029658B">
        <w:rPr>
          <w:lang w:val="en-GB"/>
        </w:rPr>
        <w:t> (Accessed: 29 March 2026).</w:t>
      </w:r>
    </w:p>
    <w:p w14:paraId="5C15C57B" w14:textId="77777777" w:rsidR="0029658B" w:rsidRPr="0029658B" w:rsidRDefault="0029658B" w:rsidP="0029658B">
      <w:pPr>
        <w:rPr>
          <w:lang w:val="en-GB"/>
        </w:rPr>
      </w:pPr>
      <w:r w:rsidRPr="0029658B">
        <w:rPr>
          <w:b/>
          <w:bCs/>
          <w:lang w:val="en-GB"/>
        </w:rPr>
        <w:t>2. Government/business regulation</w:t>
      </w:r>
      <w:r w:rsidRPr="0029658B">
        <w:rPr>
          <w:lang w:val="en-GB"/>
        </w:rPr>
        <w:br/>
        <w:t>HM Government (2023) </w:t>
      </w:r>
      <w:r w:rsidRPr="0029658B">
        <w:rPr>
          <w:i/>
          <w:iCs/>
          <w:lang w:val="en-GB"/>
        </w:rPr>
        <w:t>Health and safety in beauty salons</w:t>
      </w:r>
      <w:r w:rsidRPr="0029658B">
        <w:rPr>
          <w:lang w:val="en-GB"/>
        </w:rPr>
        <w:t> [Online]. GOV.UK. Available at: </w:t>
      </w:r>
      <w:hyperlink r:id="rId7" w:tgtFrame="_blank" w:history="1">
        <w:r w:rsidRPr="0029658B">
          <w:rPr>
            <w:rStyle w:val="Hyperlink"/>
            <w:lang w:val="en-GB"/>
          </w:rPr>
          <w:t>gov.uk</w:t>
        </w:r>
      </w:hyperlink>
      <w:r w:rsidRPr="0029658B">
        <w:rPr>
          <w:lang w:val="en-GB"/>
        </w:rPr>
        <w:t> (Accessed: 29 March 2026).</w:t>
      </w:r>
    </w:p>
    <w:p w14:paraId="4A45D8B3" w14:textId="77777777" w:rsidR="0029658B" w:rsidRPr="0029658B" w:rsidRDefault="0029658B" w:rsidP="0029658B">
      <w:pPr>
        <w:rPr>
          <w:lang w:val="en-GB"/>
        </w:rPr>
      </w:pPr>
      <w:r w:rsidRPr="0029658B">
        <w:rPr>
          <w:b/>
          <w:bCs/>
          <w:lang w:val="en-GB"/>
        </w:rPr>
        <w:t>3. Industry article</w:t>
      </w:r>
      <w:r w:rsidRPr="0029658B">
        <w:rPr>
          <w:lang w:val="en-GB"/>
        </w:rPr>
        <w:br/>
        <w:t>Smith, A. (2022) ‘Trends shaping the UK beauty salon industry’, </w:t>
      </w:r>
      <w:r w:rsidRPr="0029658B">
        <w:rPr>
          <w:i/>
          <w:iCs/>
          <w:lang w:val="en-GB"/>
        </w:rPr>
        <w:t>Professional Beauty UK</w:t>
      </w:r>
      <w:r w:rsidRPr="0029658B">
        <w:rPr>
          <w:lang w:val="en-GB"/>
        </w:rPr>
        <w:t>, 18 July, pp. 22–25.</w:t>
      </w:r>
    </w:p>
    <w:p w14:paraId="2C8D40AB" w14:textId="77777777" w:rsidR="00C85086" w:rsidRPr="0029658B" w:rsidRDefault="00C85086" w:rsidP="00C85086">
      <w:pPr>
        <w:rPr>
          <w:lang w:val="en-GB"/>
        </w:rPr>
      </w:pPr>
    </w:p>
    <w:sectPr w:rsidR="00C85086" w:rsidRPr="0029658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51271875">
    <w:abstractNumId w:val="5"/>
  </w:num>
  <w:num w:numId="2" w16cid:durableId="170490429">
    <w:abstractNumId w:val="1"/>
  </w:num>
  <w:num w:numId="3" w16cid:durableId="1877891294">
    <w:abstractNumId w:val="7"/>
  </w:num>
  <w:num w:numId="4" w16cid:durableId="1930771034">
    <w:abstractNumId w:val="6"/>
  </w:num>
  <w:num w:numId="5" w16cid:durableId="1961065809">
    <w:abstractNumId w:val="2"/>
  </w:num>
  <w:num w:numId="6" w16cid:durableId="1992715575">
    <w:abstractNumId w:val="3"/>
  </w:num>
  <w:num w:numId="7" w16cid:durableId="2124111405">
    <w:abstractNumId w:val="4"/>
  </w:num>
  <w:num w:numId="8" w16cid:durableId="932470988">
    <w:abstractNumId w:val="8"/>
  </w:num>
  <w:num w:numId="9" w16cid:durableId="955991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2D68"/>
    <w:rsid w:val="0003263F"/>
    <w:rsid w:val="00034616"/>
    <w:rsid w:val="00057D42"/>
    <w:rsid w:val="0006063C"/>
    <w:rsid w:val="000610AB"/>
    <w:rsid w:val="000636CA"/>
    <w:rsid w:val="00080FCB"/>
    <w:rsid w:val="00094195"/>
    <w:rsid w:val="00094693"/>
    <w:rsid w:val="000A389B"/>
    <w:rsid w:val="000B7912"/>
    <w:rsid w:val="000C2346"/>
    <w:rsid w:val="000F0FE9"/>
    <w:rsid w:val="000F54B8"/>
    <w:rsid w:val="00101561"/>
    <w:rsid w:val="00110061"/>
    <w:rsid w:val="00110F97"/>
    <w:rsid w:val="0012137D"/>
    <w:rsid w:val="001217D6"/>
    <w:rsid w:val="00135607"/>
    <w:rsid w:val="001404A4"/>
    <w:rsid w:val="0015074B"/>
    <w:rsid w:val="0017109E"/>
    <w:rsid w:val="001D06F1"/>
    <w:rsid w:val="001E5325"/>
    <w:rsid w:val="001E5765"/>
    <w:rsid w:val="001F186D"/>
    <w:rsid w:val="001F1968"/>
    <w:rsid w:val="0021291F"/>
    <w:rsid w:val="00236D18"/>
    <w:rsid w:val="00255024"/>
    <w:rsid w:val="0029631E"/>
    <w:rsid w:val="0029639D"/>
    <w:rsid w:val="0029658B"/>
    <w:rsid w:val="002A157C"/>
    <w:rsid w:val="002A592E"/>
    <w:rsid w:val="002C2E58"/>
    <w:rsid w:val="002D2E20"/>
    <w:rsid w:val="002F57D9"/>
    <w:rsid w:val="00316D58"/>
    <w:rsid w:val="00323D6D"/>
    <w:rsid w:val="00326F90"/>
    <w:rsid w:val="0035338B"/>
    <w:rsid w:val="00385A09"/>
    <w:rsid w:val="00391432"/>
    <w:rsid w:val="003947B7"/>
    <w:rsid w:val="00396A07"/>
    <w:rsid w:val="003B2467"/>
    <w:rsid w:val="003E1298"/>
    <w:rsid w:val="003E1C33"/>
    <w:rsid w:val="003E211E"/>
    <w:rsid w:val="003F1C86"/>
    <w:rsid w:val="00410CDB"/>
    <w:rsid w:val="00426FAC"/>
    <w:rsid w:val="0043157C"/>
    <w:rsid w:val="0043369E"/>
    <w:rsid w:val="00436AD9"/>
    <w:rsid w:val="00442219"/>
    <w:rsid w:val="00452B4A"/>
    <w:rsid w:val="0045700A"/>
    <w:rsid w:val="0047573A"/>
    <w:rsid w:val="00476BAF"/>
    <w:rsid w:val="004871F2"/>
    <w:rsid w:val="00487692"/>
    <w:rsid w:val="004A16E9"/>
    <w:rsid w:val="004A461D"/>
    <w:rsid w:val="004A59A8"/>
    <w:rsid w:val="004B17AF"/>
    <w:rsid w:val="004C67F6"/>
    <w:rsid w:val="00504253"/>
    <w:rsid w:val="005328EB"/>
    <w:rsid w:val="00532FF7"/>
    <w:rsid w:val="005A3B8C"/>
    <w:rsid w:val="005A691C"/>
    <w:rsid w:val="005C31CC"/>
    <w:rsid w:val="005C578D"/>
    <w:rsid w:val="005E4583"/>
    <w:rsid w:val="00607592"/>
    <w:rsid w:val="00612453"/>
    <w:rsid w:val="006354F8"/>
    <w:rsid w:val="0063617F"/>
    <w:rsid w:val="00657ADC"/>
    <w:rsid w:val="006A61F4"/>
    <w:rsid w:val="006C368E"/>
    <w:rsid w:val="006E764E"/>
    <w:rsid w:val="006E7D7C"/>
    <w:rsid w:val="00707395"/>
    <w:rsid w:val="007074DB"/>
    <w:rsid w:val="00724F12"/>
    <w:rsid w:val="00732AB3"/>
    <w:rsid w:val="007545AB"/>
    <w:rsid w:val="007574F4"/>
    <w:rsid w:val="00773896"/>
    <w:rsid w:val="007873D8"/>
    <w:rsid w:val="007A6925"/>
    <w:rsid w:val="007B096F"/>
    <w:rsid w:val="007E0B0C"/>
    <w:rsid w:val="007F14D4"/>
    <w:rsid w:val="0081742C"/>
    <w:rsid w:val="0083402F"/>
    <w:rsid w:val="00843F1B"/>
    <w:rsid w:val="0084782F"/>
    <w:rsid w:val="00882E17"/>
    <w:rsid w:val="008F42AE"/>
    <w:rsid w:val="008F71B5"/>
    <w:rsid w:val="00910723"/>
    <w:rsid w:val="00920C12"/>
    <w:rsid w:val="00923796"/>
    <w:rsid w:val="00931A90"/>
    <w:rsid w:val="00961D0F"/>
    <w:rsid w:val="00997CB8"/>
    <w:rsid w:val="009B0740"/>
    <w:rsid w:val="009C04C7"/>
    <w:rsid w:val="009C08B2"/>
    <w:rsid w:val="009D24C8"/>
    <w:rsid w:val="009E73DF"/>
    <w:rsid w:val="00A27295"/>
    <w:rsid w:val="00A64EC9"/>
    <w:rsid w:val="00A67547"/>
    <w:rsid w:val="00A76839"/>
    <w:rsid w:val="00A80419"/>
    <w:rsid w:val="00AA1D8D"/>
    <w:rsid w:val="00AB51F2"/>
    <w:rsid w:val="00B00AE9"/>
    <w:rsid w:val="00B13814"/>
    <w:rsid w:val="00B30C67"/>
    <w:rsid w:val="00B47730"/>
    <w:rsid w:val="00B5011F"/>
    <w:rsid w:val="00B579B5"/>
    <w:rsid w:val="00B61157"/>
    <w:rsid w:val="00B71922"/>
    <w:rsid w:val="00B74611"/>
    <w:rsid w:val="00B754A4"/>
    <w:rsid w:val="00B773AB"/>
    <w:rsid w:val="00B9627B"/>
    <w:rsid w:val="00BB212A"/>
    <w:rsid w:val="00BC567E"/>
    <w:rsid w:val="00BD5412"/>
    <w:rsid w:val="00BD613E"/>
    <w:rsid w:val="00BE10F0"/>
    <w:rsid w:val="00BF78A8"/>
    <w:rsid w:val="00C07C2B"/>
    <w:rsid w:val="00C07EAF"/>
    <w:rsid w:val="00C15BFE"/>
    <w:rsid w:val="00C244B8"/>
    <w:rsid w:val="00C476EF"/>
    <w:rsid w:val="00C64438"/>
    <w:rsid w:val="00C759F8"/>
    <w:rsid w:val="00C85086"/>
    <w:rsid w:val="00C91709"/>
    <w:rsid w:val="00CB0664"/>
    <w:rsid w:val="00CD1ED7"/>
    <w:rsid w:val="00CD25E8"/>
    <w:rsid w:val="00CD72AD"/>
    <w:rsid w:val="00CF2104"/>
    <w:rsid w:val="00D204F3"/>
    <w:rsid w:val="00D35BD9"/>
    <w:rsid w:val="00D4262D"/>
    <w:rsid w:val="00D434A8"/>
    <w:rsid w:val="00D608C5"/>
    <w:rsid w:val="00D70D5A"/>
    <w:rsid w:val="00DB0E6B"/>
    <w:rsid w:val="00DF3690"/>
    <w:rsid w:val="00E01A94"/>
    <w:rsid w:val="00E040F9"/>
    <w:rsid w:val="00E14ED4"/>
    <w:rsid w:val="00E40D37"/>
    <w:rsid w:val="00E432D0"/>
    <w:rsid w:val="00E65E59"/>
    <w:rsid w:val="00E81409"/>
    <w:rsid w:val="00E84E60"/>
    <w:rsid w:val="00EE6836"/>
    <w:rsid w:val="00EF11C9"/>
    <w:rsid w:val="00F0112D"/>
    <w:rsid w:val="00F12B66"/>
    <w:rsid w:val="00F22B4A"/>
    <w:rsid w:val="00F23B79"/>
    <w:rsid w:val="00F25A04"/>
    <w:rsid w:val="00F27B57"/>
    <w:rsid w:val="00F3613E"/>
    <w:rsid w:val="00F56181"/>
    <w:rsid w:val="00F63671"/>
    <w:rsid w:val="00F64E9D"/>
    <w:rsid w:val="00F73555"/>
    <w:rsid w:val="00F73CA9"/>
    <w:rsid w:val="00F921CE"/>
    <w:rsid w:val="00FA46EE"/>
    <w:rsid w:val="00FC6415"/>
    <w:rsid w:val="00FC693F"/>
    <w:rsid w:val="00FC73E5"/>
    <w:rsid w:val="00FD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CDDB36"/>
  <w14:defaultImageDpi w14:val="300"/>
  <w15:docId w15:val="{FE02A0F4-77B2-CE49-A257-F3008AE40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8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FA46E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46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v.uk/guidance/health-and-safety-in-beauty-salon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eautyandbloom.co.uk/abou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629</Words>
  <Characters>3612</Characters>
  <Application>Microsoft Office Word</Application>
  <DocSecurity>0</DocSecurity>
  <Lines>225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Ana Maria Codrina Stanciu (2438025)</cp:lastModifiedBy>
  <cp:revision>194</cp:revision>
  <dcterms:created xsi:type="dcterms:W3CDTF">2026-03-28T09:39:00Z</dcterms:created>
  <dcterms:modified xsi:type="dcterms:W3CDTF">2026-03-29T15:24:00Z</dcterms:modified>
  <cp:category/>
</cp:coreProperties>
</file>