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Job Advertisement</w:t>
      </w:r>
    </w:p>
    <w:p>
      <w:r>
        <w:br/>
        <w:t>Position: Housekeeping Supervisor – Hilton Birmingham (Full-Time)</w:t>
        <w:br/>
        <w:br/>
        <w:t>Responsibilities:</w:t>
        <w:br/>
        <w:t>- Lead and support the housekeeping team to ensure cleanliness standards are met.</w:t>
        <w:br/>
        <w:t>- Coordinate daily cleaning schedules and room inspections.</w:t>
        <w:br/>
        <w:t>- Assist in training new housekeeping staff members.</w:t>
        <w:br/>
        <w:t>- Monitor stock levels and order supplies as needed.</w:t>
        <w:br/>
        <w:br/>
        <w:t>Candidate Profile:</w:t>
        <w:br/>
        <w:t>- Experience in housekeeping or supervisory roles preferred.</w:t>
        <w:br/>
        <w:t>- Excellent communication skills and ability to work well under pressure.</w:t>
        <w:br/>
        <w:t>- Strong organizational skills and a team player mindset.</w:t>
        <w:br/>
      </w:r>
    </w:p>
    <w:p>
      <w:r>
        <w:br w:type="page"/>
      </w:r>
    </w:p>
    <w:p>
      <w:pPr>
        <w:pStyle w:val="Heading1"/>
      </w:pPr>
      <w:r>
        <w:t>Curriculum Vitae</w:t>
      </w:r>
    </w:p>
    <w:p>
      <w:r>
        <w:t>Larisa Basan</w:t>
      </w:r>
    </w:p>
    <w:p>
      <w:r>
        <w:t>Birmingham, UK | +44 7700 000001 | larisa.email@example.com</w:t>
      </w:r>
    </w:p>
    <w:p>
      <w:r>
        <w:t>LinkedIn: linkedin.com/in/larisa-basan</w:t>
      </w:r>
    </w:p>
    <w:p>
      <w:pPr>
        <w:pStyle w:val="Heading2"/>
      </w:pPr>
      <w:r>
        <w:t>Profile Summary</w:t>
      </w:r>
    </w:p>
    <w:p>
      <w:r>
        <w:br/>
        <w:t>A dedicated Business in the Workplace student at the University of Wales with solid experience in housekeeping and team leadership. Fluent in English, Italian, and Romanian. Skilled in managing cleaning teams, maintaining high standards, and working effectively in fast-paced environments.</w:t>
        <w:br/>
      </w:r>
    </w:p>
    <w:p>
      <w:pPr>
        <w:pStyle w:val="Heading2"/>
      </w:pPr>
      <w:r>
        <w:t>Experience</w:t>
      </w:r>
    </w:p>
    <w:p>
      <w:r>
        <w:br/>
        <w:t>Housekeeping Supervisor – Birmingham | 2022–2024</w:t>
        <w:br/>
        <w:t>- Directed daily housekeeping operations and ensured thorough cleaning of guest areas.</w:t>
        <w:br/>
        <w:t>- Conducted team briefings and assisted in the development of housekeeping staff.</w:t>
        <w:br/>
        <w:t>- Managed inventory and supply orders to maintain operational efficiency.</w:t>
        <w:br/>
        <w:br/>
        <w:t>Housekeeper – Birmingham | 2018–2022</w:t>
        <w:br/>
        <w:t>- Maintained cleanliness and order in guest rooms and public areas.</w:t>
        <w:br/>
        <w:t>- Worked closely with maintenance and reception to resolve guest requests.</w:t>
        <w:br/>
        <w:t>- Supported the housekeeping team during peak seasons and special events.</w:t>
        <w:br/>
      </w:r>
    </w:p>
    <w:p>
      <w:pPr>
        <w:pStyle w:val="Heading2"/>
      </w:pPr>
      <w:r>
        <w:t>Education</w:t>
      </w:r>
    </w:p>
    <w:p>
      <w:r>
        <w:br/>
        <w:t>BSc Business in the Workplace – University of Wales | 2022–Present</w:t>
        <w:br/>
        <w:t>- Emphasis on workplace dynamics, communication, and business practices.</w:t>
        <w:br/>
      </w:r>
    </w:p>
    <w:p>
      <w:pPr>
        <w:pStyle w:val="Heading2"/>
      </w:pPr>
      <w:r>
        <w:t>Skills</w:t>
      </w:r>
    </w:p>
    <w:p>
      <w:r>
        <w:br/>
        <w:t>- Housekeeping Management</w:t>
        <w:br/>
        <w:t>- Staff Coordination and Training</w:t>
        <w:br/>
        <w:t>- Communication and Teamwork</w:t>
        <w:br/>
        <w:t>- Stress Management</w:t>
        <w:br/>
        <w:t>- Languages: English, Italian, Romanian (fluent)</w:t>
        <w:br/>
      </w:r>
    </w:p>
    <w:p>
      <w:pPr>
        <w:pStyle w:val="Heading2"/>
      </w:pPr>
      <w:r>
        <w:t>Additional Details</w:t>
      </w:r>
    </w:p>
    <w:p>
      <w:r>
        <w:br/>
        <w:t>- Reliable and proactive worker committed to excellence in hospitality.</w:t>
        <w:br/>
        <w:t>- Flexible availability and willingness to take on additional responsibilities.</w:t>
        <w:br/>
      </w:r>
    </w:p>
    <w:p>
      <w:r>
        <w:br w:type="page"/>
      </w:r>
    </w:p>
    <w:p>
      <w:pPr>
        <w:pStyle w:val="Heading1"/>
      </w:pPr>
      <w:r>
        <w:t>Cover Letter</w:t>
      </w:r>
    </w:p>
    <w:p>
      <w:r>
        <w:br/>
        <w:t>Dear Hiring Manager,</w:t>
        <w:br/>
        <w:br/>
        <w:t>I am very interested in the Housekeeping Supervisor role at Hilton Birmingham. With several years of experience working in housekeeping and supervising teams, combined with my ongoing Business studies, I am confident in my ability to contribute positively to your team.</w:t>
        <w:br/>
        <w:br/>
        <w:t>I pride myself on being organized, approachable, and hardworking. My experience has taught me how to lead a team effectively while maintaining high cleanliness and safety standards. Being fluent in English, Italian, and Romanian helps me communicate well with diverse teams and guests.</w:t>
        <w:br/>
        <w:br/>
        <w:t>I look forward to the opportunity to discuss how my background and skills would be a great fit for your department.</w:t>
        <w:br/>
        <w:br/>
        <w:t>Thank you for your time and consideration.</w:t>
        <w:br/>
        <w:br/>
        <w:t xml:space="preserve">Best regards,  </w:t>
        <w:br/>
        <w:t>Larisa Basan</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