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35422E" w14:textId="77777777" w:rsidR="006718C3" w:rsidRPr="00EB2589" w:rsidRDefault="00B734C3">
      <w:pPr>
        <w:pStyle w:val="Title"/>
        <w:rPr>
          <w:rFonts w:ascii="American Typewriter" w:hAnsi="American Typewriter"/>
          <w:b/>
          <w:bCs/>
          <w:sz w:val="40"/>
          <w:szCs w:val="40"/>
          <w14:textOutline w14:w="9525" w14:cap="rnd" w14:cmpd="sng" w14:algn="ctr">
            <w14:solidFill>
              <w14:schemeClr w14:val="accent5">
                <w14:lumMod w14:val="50000"/>
              </w14:schemeClr>
            </w14:solidFill>
            <w14:prstDash w14:val="solid"/>
            <w14:bevel/>
          </w14:textOutline>
        </w:rPr>
      </w:pPr>
      <w:r w:rsidRPr="00EB2589">
        <w:rPr>
          <w:rFonts w:ascii="American Typewriter" w:hAnsi="American Typewriter"/>
          <w:b/>
          <w:bCs/>
          <w:sz w:val="40"/>
          <w:szCs w:val="40"/>
          <w14:textOutline w14:w="9525" w14:cap="rnd" w14:cmpd="sng" w14:algn="ctr">
            <w14:solidFill>
              <w14:schemeClr w14:val="accent5">
                <w14:lumMod w14:val="50000"/>
              </w14:schemeClr>
            </w14:solidFill>
            <w14:prstDash w14:val="solid"/>
            <w14:bevel/>
          </w14:textOutline>
        </w:rPr>
        <w:t>Database Coursework Submission Template</w:t>
      </w:r>
    </w:p>
    <w:p w14:paraId="0B38DBB2" w14:textId="3BC8D5CF" w:rsidR="006718C3" w:rsidRPr="00EB2589" w:rsidRDefault="00B734C3" w:rsidP="00EB2589">
      <w:pPr>
        <w:rPr>
          <w:sz w:val="28"/>
          <w:szCs w:val="28"/>
        </w:rPr>
      </w:pPr>
      <w:r w:rsidRPr="00EB2589">
        <w:rPr>
          <w:b/>
          <w:bCs/>
          <w:sz w:val="28"/>
          <w:szCs w:val="28"/>
        </w:rPr>
        <w:t>1. Student Details</w:t>
      </w:r>
      <w:r w:rsidRPr="00EB2589">
        <w:rPr>
          <w:sz w:val="28"/>
          <w:szCs w:val="28"/>
        </w:rPr>
        <w:br/>
      </w:r>
      <w:r w:rsidRPr="00EB2589">
        <w:rPr>
          <w:b/>
          <w:bCs/>
          <w:sz w:val="28"/>
          <w:szCs w:val="28"/>
        </w:rPr>
        <w:t>- Name:</w:t>
      </w:r>
      <w:r w:rsidR="00EC6857" w:rsidRPr="00EB2589">
        <w:rPr>
          <w:sz w:val="28"/>
          <w:szCs w:val="28"/>
        </w:rPr>
        <w:t xml:space="preserve"> Giulia Marchio</w:t>
      </w:r>
      <w:r w:rsidRPr="00EB2589">
        <w:rPr>
          <w:sz w:val="28"/>
          <w:szCs w:val="28"/>
        </w:rPr>
        <w:br/>
      </w:r>
      <w:r w:rsidRPr="00EB2589">
        <w:rPr>
          <w:b/>
          <w:bCs/>
          <w:sz w:val="28"/>
          <w:szCs w:val="28"/>
        </w:rPr>
        <w:t>- Student ID:</w:t>
      </w:r>
      <w:r w:rsidR="00EC6857" w:rsidRPr="00EB2589">
        <w:rPr>
          <w:sz w:val="28"/>
          <w:szCs w:val="28"/>
        </w:rPr>
        <w:t xml:space="preserve"> 2436462</w:t>
      </w:r>
      <w:r w:rsidRPr="00EB2589">
        <w:rPr>
          <w:sz w:val="28"/>
          <w:szCs w:val="28"/>
        </w:rPr>
        <w:br/>
      </w:r>
      <w:r w:rsidRPr="00EB2589">
        <w:rPr>
          <w:b/>
          <w:bCs/>
          <w:sz w:val="28"/>
          <w:szCs w:val="28"/>
        </w:rPr>
        <w:t>- Module:</w:t>
      </w:r>
      <w:r w:rsidR="00EC6857" w:rsidRPr="00EB2589">
        <w:rPr>
          <w:sz w:val="28"/>
          <w:szCs w:val="28"/>
        </w:rPr>
        <w:t xml:space="preserve"> Introduction to Web and Database</w:t>
      </w:r>
      <w:r w:rsidRPr="00EB2589">
        <w:rPr>
          <w:sz w:val="28"/>
          <w:szCs w:val="28"/>
        </w:rPr>
        <w:br/>
      </w:r>
      <w:r w:rsidRPr="00EB2589">
        <w:rPr>
          <w:b/>
          <w:bCs/>
          <w:sz w:val="28"/>
          <w:szCs w:val="28"/>
        </w:rPr>
        <w:t>- Lecturer:</w:t>
      </w:r>
      <w:r w:rsidR="00EC6857" w:rsidRPr="00EB2589">
        <w:rPr>
          <w:sz w:val="28"/>
          <w:szCs w:val="28"/>
        </w:rPr>
        <w:t xml:space="preserve"> Fahad Ahmed</w:t>
      </w:r>
      <w:r w:rsidRPr="00EB2589">
        <w:rPr>
          <w:sz w:val="28"/>
          <w:szCs w:val="28"/>
        </w:rPr>
        <w:br/>
      </w:r>
    </w:p>
    <w:p w14:paraId="69F99016" w14:textId="77777777" w:rsidR="00205565" w:rsidRPr="00EB2589" w:rsidRDefault="00B734C3" w:rsidP="00EB2589">
      <w:pPr>
        <w:rPr>
          <w:sz w:val="28"/>
          <w:szCs w:val="28"/>
        </w:rPr>
      </w:pPr>
      <w:r w:rsidRPr="00EB2589">
        <w:rPr>
          <w:sz w:val="28"/>
          <w:szCs w:val="28"/>
        </w:rPr>
        <w:t>2. Table of Contents</w:t>
      </w:r>
      <w:r w:rsidRPr="00EB2589">
        <w:rPr>
          <w:sz w:val="28"/>
          <w:szCs w:val="28"/>
        </w:rPr>
        <w:br/>
      </w:r>
    </w:p>
    <w:p w14:paraId="082BC2AB" w14:textId="1A9BE6FF" w:rsidR="00205565" w:rsidRPr="00EB2589" w:rsidRDefault="00205565" w:rsidP="00EB2589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EB2589">
        <w:rPr>
          <w:sz w:val="28"/>
          <w:szCs w:val="28"/>
        </w:rPr>
        <w:t>Scenario</w:t>
      </w:r>
    </w:p>
    <w:p w14:paraId="1C179C0E" w14:textId="65BE17AB" w:rsidR="00205565" w:rsidRPr="00EB2589" w:rsidRDefault="00205565" w:rsidP="00EB2589">
      <w:pPr>
        <w:rPr>
          <w:sz w:val="28"/>
          <w:szCs w:val="28"/>
        </w:rPr>
      </w:pPr>
      <w:r w:rsidRPr="00EB2589">
        <w:rPr>
          <w:sz w:val="28"/>
          <w:szCs w:val="28"/>
        </w:rPr>
        <w:t xml:space="preserve">               Explanation ………………………………………1</w:t>
      </w:r>
    </w:p>
    <w:p w14:paraId="43A0CCDC" w14:textId="5F01609E" w:rsidR="00205565" w:rsidRPr="00EB2589" w:rsidRDefault="00205565" w:rsidP="00EB2589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EB2589">
        <w:rPr>
          <w:sz w:val="28"/>
          <w:szCs w:val="28"/>
        </w:rPr>
        <w:t>Task 1: implementation</w:t>
      </w:r>
    </w:p>
    <w:p w14:paraId="5EAE7D31" w14:textId="3710C407" w:rsidR="00205565" w:rsidRPr="00EB2589" w:rsidRDefault="00205565" w:rsidP="00EB2589">
      <w:pPr>
        <w:pStyle w:val="ListParagraph"/>
        <w:rPr>
          <w:sz w:val="28"/>
          <w:szCs w:val="28"/>
        </w:rPr>
      </w:pPr>
      <w:r w:rsidRPr="00EB2589">
        <w:rPr>
          <w:sz w:val="28"/>
          <w:szCs w:val="28"/>
        </w:rPr>
        <w:t>Guide……………………………………2</w:t>
      </w:r>
    </w:p>
    <w:p w14:paraId="193D0987" w14:textId="45DFC7E7" w:rsidR="00205565" w:rsidRPr="00EB2589" w:rsidRDefault="00205565" w:rsidP="00EB2589">
      <w:pPr>
        <w:pStyle w:val="ListParagraph"/>
        <w:numPr>
          <w:ilvl w:val="1"/>
          <w:numId w:val="10"/>
        </w:numPr>
        <w:rPr>
          <w:sz w:val="28"/>
          <w:szCs w:val="28"/>
        </w:rPr>
      </w:pPr>
      <w:r w:rsidRPr="00EB2589">
        <w:rPr>
          <w:sz w:val="28"/>
          <w:szCs w:val="28"/>
        </w:rPr>
        <w:t xml:space="preserve">Scenario </w:t>
      </w:r>
    </w:p>
    <w:p w14:paraId="6087694E" w14:textId="7D971D53" w:rsidR="00205565" w:rsidRPr="00EB2589" w:rsidRDefault="00205565" w:rsidP="00EB2589">
      <w:pPr>
        <w:pStyle w:val="ListParagraph"/>
        <w:ind w:left="1080"/>
        <w:rPr>
          <w:sz w:val="28"/>
          <w:szCs w:val="28"/>
        </w:rPr>
      </w:pPr>
      <w:r w:rsidRPr="00EB2589">
        <w:rPr>
          <w:sz w:val="28"/>
          <w:szCs w:val="28"/>
        </w:rPr>
        <w:t>Analysis……………………………2</w:t>
      </w:r>
    </w:p>
    <w:p w14:paraId="294CFE27" w14:textId="23E7CAED" w:rsidR="00205565" w:rsidRPr="00EB2589" w:rsidRDefault="00205565" w:rsidP="00EB2589">
      <w:pPr>
        <w:pStyle w:val="ListParagraph"/>
        <w:numPr>
          <w:ilvl w:val="1"/>
          <w:numId w:val="10"/>
        </w:numPr>
        <w:rPr>
          <w:sz w:val="28"/>
          <w:szCs w:val="28"/>
        </w:rPr>
      </w:pPr>
      <w:r w:rsidRPr="00EB2589">
        <w:rPr>
          <w:sz w:val="28"/>
          <w:szCs w:val="28"/>
        </w:rPr>
        <w:t>ERD &amp; Data</w:t>
      </w:r>
    </w:p>
    <w:p w14:paraId="29685DEB" w14:textId="79CEB159" w:rsidR="00205565" w:rsidRPr="00EB2589" w:rsidRDefault="00205565" w:rsidP="00EB2589">
      <w:pPr>
        <w:pStyle w:val="ListParagraph"/>
        <w:ind w:left="1080"/>
        <w:rPr>
          <w:sz w:val="28"/>
          <w:szCs w:val="28"/>
        </w:rPr>
      </w:pPr>
      <w:r w:rsidRPr="00EB2589">
        <w:rPr>
          <w:sz w:val="28"/>
          <w:szCs w:val="28"/>
        </w:rPr>
        <w:t>Structure……………………….3</w:t>
      </w:r>
    </w:p>
    <w:p w14:paraId="09768D96" w14:textId="3A7CE118" w:rsidR="00205565" w:rsidRPr="00EB2589" w:rsidRDefault="00205565" w:rsidP="00EB2589">
      <w:pPr>
        <w:pStyle w:val="ListParagraph"/>
        <w:numPr>
          <w:ilvl w:val="1"/>
          <w:numId w:val="10"/>
        </w:numPr>
        <w:rPr>
          <w:sz w:val="28"/>
          <w:szCs w:val="28"/>
        </w:rPr>
      </w:pPr>
      <w:r w:rsidRPr="00EB2589">
        <w:rPr>
          <w:sz w:val="28"/>
          <w:szCs w:val="28"/>
        </w:rPr>
        <w:t>Normalization</w:t>
      </w:r>
    </w:p>
    <w:p w14:paraId="20821C1A" w14:textId="15386AED" w:rsidR="00205565" w:rsidRPr="00EB2589" w:rsidRDefault="00205565" w:rsidP="00EB2589">
      <w:pPr>
        <w:pStyle w:val="ListParagraph"/>
        <w:ind w:left="1080"/>
        <w:rPr>
          <w:sz w:val="28"/>
          <w:szCs w:val="28"/>
        </w:rPr>
      </w:pPr>
      <w:r w:rsidRPr="00EB2589">
        <w:rPr>
          <w:sz w:val="28"/>
          <w:szCs w:val="28"/>
        </w:rPr>
        <w:t>(3</w:t>
      </w:r>
      <w:r w:rsidR="00767BE1" w:rsidRPr="00EB2589">
        <w:rPr>
          <w:sz w:val="28"/>
          <w:szCs w:val="28"/>
        </w:rPr>
        <w:t>NF) …</w:t>
      </w:r>
      <w:r w:rsidRPr="00EB2589">
        <w:rPr>
          <w:sz w:val="28"/>
          <w:szCs w:val="28"/>
        </w:rPr>
        <w:t>…………………………..3</w:t>
      </w:r>
    </w:p>
    <w:p w14:paraId="0F75C27D" w14:textId="66FA7C6F" w:rsidR="00205565" w:rsidRPr="00EB2589" w:rsidRDefault="006A260B" w:rsidP="00EB2589">
      <w:pPr>
        <w:pStyle w:val="ListParagraph"/>
        <w:numPr>
          <w:ilvl w:val="1"/>
          <w:numId w:val="10"/>
        </w:numPr>
        <w:rPr>
          <w:sz w:val="28"/>
          <w:szCs w:val="28"/>
        </w:rPr>
      </w:pPr>
      <w:r w:rsidRPr="00EB2589">
        <w:rPr>
          <w:sz w:val="28"/>
          <w:szCs w:val="28"/>
        </w:rPr>
        <w:t>Query</w:t>
      </w:r>
    </w:p>
    <w:p w14:paraId="7F046743" w14:textId="3748C4CD" w:rsidR="006A260B" w:rsidRPr="00EB2589" w:rsidRDefault="006A260B" w:rsidP="00EB2589">
      <w:pPr>
        <w:pStyle w:val="ListParagraph"/>
        <w:ind w:left="1080"/>
        <w:rPr>
          <w:sz w:val="28"/>
          <w:szCs w:val="28"/>
        </w:rPr>
      </w:pPr>
      <w:r w:rsidRPr="00EB2589">
        <w:rPr>
          <w:sz w:val="28"/>
          <w:szCs w:val="28"/>
        </w:rPr>
        <w:t>Development……………………..4</w:t>
      </w:r>
    </w:p>
    <w:p w14:paraId="7DB2AD48" w14:textId="7CDCBAD4" w:rsidR="006A260B" w:rsidRPr="00EB2589" w:rsidRDefault="006A260B" w:rsidP="00EB2589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EB2589">
        <w:rPr>
          <w:sz w:val="28"/>
          <w:szCs w:val="28"/>
        </w:rPr>
        <w:t xml:space="preserve"> Design Decisions &amp; Reflection………………….5</w:t>
      </w:r>
    </w:p>
    <w:p w14:paraId="3AF84B88" w14:textId="0AAE5EF2" w:rsidR="006A260B" w:rsidRPr="00EB2589" w:rsidRDefault="00767BE1" w:rsidP="00EB2589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EB2589">
        <w:rPr>
          <w:sz w:val="28"/>
          <w:szCs w:val="28"/>
        </w:rPr>
        <w:t>References</w:t>
      </w:r>
      <w:r w:rsidR="006A260B" w:rsidRPr="00EB2589">
        <w:rPr>
          <w:sz w:val="28"/>
          <w:szCs w:val="28"/>
        </w:rPr>
        <w:t>…………………………………….6</w:t>
      </w:r>
    </w:p>
    <w:p w14:paraId="3E701149" w14:textId="77777777" w:rsidR="00205565" w:rsidRPr="00EB2589" w:rsidRDefault="00205565" w:rsidP="00EB2589">
      <w:pPr>
        <w:pStyle w:val="ListParagraph"/>
        <w:rPr>
          <w:sz w:val="28"/>
          <w:szCs w:val="28"/>
        </w:rPr>
      </w:pPr>
    </w:p>
    <w:p w14:paraId="5F859FD2" w14:textId="77777777" w:rsidR="00205565" w:rsidRPr="00EB2589" w:rsidRDefault="00205565" w:rsidP="00EB2589">
      <w:pPr>
        <w:rPr>
          <w:sz w:val="28"/>
          <w:szCs w:val="28"/>
        </w:rPr>
      </w:pPr>
    </w:p>
    <w:p w14:paraId="4DAB4123" w14:textId="77777777" w:rsidR="006A260B" w:rsidRPr="00EB2589" w:rsidRDefault="00B734C3" w:rsidP="00EB2589">
      <w:pPr>
        <w:rPr>
          <w:sz w:val="28"/>
          <w:szCs w:val="28"/>
        </w:rPr>
      </w:pPr>
      <w:r w:rsidRPr="00EB2589">
        <w:rPr>
          <w:sz w:val="28"/>
          <w:szCs w:val="28"/>
        </w:rPr>
        <w:t>3. Introduction</w:t>
      </w:r>
      <w:r w:rsidRPr="00EB2589">
        <w:rPr>
          <w:sz w:val="28"/>
          <w:szCs w:val="28"/>
        </w:rPr>
        <w:br/>
        <w:t>- Overview of MediLink Pharmacy scenario</w:t>
      </w:r>
    </w:p>
    <w:p w14:paraId="7ECCE3A7" w14:textId="681E0258" w:rsidR="001B3751" w:rsidRPr="00EB2589" w:rsidRDefault="006A260B" w:rsidP="00EB2589">
      <w:pPr>
        <w:rPr>
          <w:sz w:val="28"/>
          <w:szCs w:val="28"/>
        </w:rPr>
      </w:pPr>
      <w:r w:rsidRPr="00EB2589">
        <w:rPr>
          <w:sz w:val="28"/>
          <w:szCs w:val="28"/>
        </w:rPr>
        <w:t xml:space="preserve">Medlink Pharmacy is a local </w:t>
      </w:r>
      <w:r w:rsidR="00767BE1" w:rsidRPr="00EB2589">
        <w:rPr>
          <w:sz w:val="28"/>
          <w:szCs w:val="28"/>
        </w:rPr>
        <w:t>pharmacy that</w:t>
      </w:r>
      <w:r w:rsidRPr="00EB2589">
        <w:rPr>
          <w:sz w:val="28"/>
          <w:szCs w:val="28"/>
        </w:rPr>
        <w:t xml:space="preserve"> </w:t>
      </w:r>
      <w:r w:rsidR="001B3751" w:rsidRPr="00EB2589">
        <w:rPr>
          <w:sz w:val="28"/>
          <w:szCs w:val="28"/>
        </w:rPr>
        <w:t xml:space="preserve">has recently stated expanding and opening new branches. At the moment, most of their work is still done manually using </w:t>
      </w:r>
      <w:r w:rsidR="00767BE1" w:rsidRPr="00EB2589">
        <w:rPr>
          <w:sz w:val="28"/>
          <w:szCs w:val="28"/>
        </w:rPr>
        <w:t>paper</w:t>
      </w:r>
      <w:r w:rsidR="001B3751" w:rsidRPr="00EB2589">
        <w:rPr>
          <w:sz w:val="28"/>
          <w:szCs w:val="28"/>
        </w:rPr>
        <w:t xml:space="preserve"> records. This has led to several mistakes, especially when tracking medicine stock or recording </w:t>
      </w:r>
      <w:r w:rsidR="00767BE1" w:rsidRPr="00EB2589">
        <w:rPr>
          <w:sz w:val="28"/>
          <w:szCs w:val="28"/>
        </w:rPr>
        <w:t>customer</w:t>
      </w:r>
      <w:r w:rsidR="001B3751" w:rsidRPr="00EB2589">
        <w:rPr>
          <w:sz w:val="28"/>
          <w:szCs w:val="28"/>
        </w:rPr>
        <w:t xml:space="preserve"> </w:t>
      </w:r>
      <w:r w:rsidR="00767BE1" w:rsidRPr="00EB2589">
        <w:rPr>
          <w:sz w:val="28"/>
          <w:szCs w:val="28"/>
        </w:rPr>
        <w:t>information’s</w:t>
      </w:r>
      <w:r w:rsidR="001B3751" w:rsidRPr="00EB2589">
        <w:rPr>
          <w:sz w:val="28"/>
          <w:szCs w:val="28"/>
        </w:rPr>
        <w:t xml:space="preserve">. As the business continues to expand or </w:t>
      </w:r>
      <w:r w:rsidR="00767BE1" w:rsidRPr="00EB2589">
        <w:rPr>
          <w:sz w:val="28"/>
          <w:szCs w:val="28"/>
        </w:rPr>
        <w:t>grow</w:t>
      </w:r>
      <w:r w:rsidR="001B3751" w:rsidRPr="00EB2589">
        <w:rPr>
          <w:sz w:val="28"/>
          <w:szCs w:val="28"/>
        </w:rPr>
        <w:t xml:space="preserve">, this manual system is no longer reliable or efficient. A more organized and accurate system is needed to manage daily </w:t>
      </w:r>
      <w:r w:rsidR="00767BE1" w:rsidRPr="00EB2589">
        <w:rPr>
          <w:sz w:val="28"/>
          <w:szCs w:val="28"/>
        </w:rPr>
        <w:t>operations</w:t>
      </w:r>
      <w:r w:rsidR="001B3751" w:rsidRPr="00EB2589">
        <w:rPr>
          <w:sz w:val="28"/>
          <w:szCs w:val="28"/>
        </w:rPr>
        <w:t xml:space="preserve"> and avoid these errors.</w:t>
      </w:r>
    </w:p>
    <w:p w14:paraId="1E23E0C3" w14:textId="77777777" w:rsidR="001B3751" w:rsidRPr="00EB2589" w:rsidRDefault="00B734C3" w:rsidP="00EB2589">
      <w:pPr>
        <w:rPr>
          <w:sz w:val="28"/>
          <w:szCs w:val="28"/>
        </w:rPr>
      </w:pPr>
      <w:r w:rsidRPr="00EB2589">
        <w:rPr>
          <w:sz w:val="28"/>
          <w:szCs w:val="28"/>
        </w:rPr>
        <w:t>- Purpose of the database system</w:t>
      </w:r>
    </w:p>
    <w:p w14:paraId="4E5B8A0C" w14:textId="4E7A12D2" w:rsidR="001B3751" w:rsidRPr="00EB2589" w:rsidRDefault="001B3751" w:rsidP="00EB2589">
      <w:pPr>
        <w:rPr>
          <w:sz w:val="28"/>
          <w:szCs w:val="28"/>
        </w:rPr>
      </w:pPr>
      <w:r w:rsidRPr="00EB2589">
        <w:rPr>
          <w:sz w:val="28"/>
          <w:szCs w:val="28"/>
        </w:rPr>
        <w:t xml:space="preserve">The purpose of developing this Microsoft Access database is to improve how pharmacy works. By replacing </w:t>
      </w:r>
      <w:r w:rsidR="00767BE1" w:rsidRPr="00EB2589">
        <w:rPr>
          <w:sz w:val="28"/>
          <w:szCs w:val="28"/>
        </w:rPr>
        <w:t>paper-based</w:t>
      </w:r>
      <w:r w:rsidRPr="00EB2589">
        <w:rPr>
          <w:sz w:val="28"/>
          <w:szCs w:val="28"/>
        </w:rPr>
        <w:t xml:space="preserve"> records with digital system, the chances of human errors will be less. Staff will be able to quickly check which </w:t>
      </w:r>
      <w:r w:rsidR="00767BE1" w:rsidRPr="00EB2589">
        <w:rPr>
          <w:sz w:val="28"/>
          <w:szCs w:val="28"/>
        </w:rPr>
        <w:t>medicines</w:t>
      </w:r>
      <w:r w:rsidRPr="00EB2589">
        <w:rPr>
          <w:sz w:val="28"/>
          <w:szCs w:val="28"/>
        </w:rPr>
        <w:t xml:space="preserve"> are available, which items are low in stock, and what needs to be reordered. In addition, customer transactions can be recorded accurately and stored securely.</w:t>
      </w:r>
    </w:p>
    <w:p w14:paraId="7ED08B4C" w14:textId="2EAECBBB" w:rsidR="006718C3" w:rsidRPr="00EB2589" w:rsidRDefault="001B3751" w:rsidP="00EB2589">
      <w:pPr>
        <w:rPr>
          <w:sz w:val="28"/>
          <w:szCs w:val="28"/>
        </w:rPr>
      </w:pPr>
      <w:r w:rsidRPr="00EB2589">
        <w:rPr>
          <w:sz w:val="28"/>
          <w:szCs w:val="28"/>
        </w:rPr>
        <w:t xml:space="preserve">This system will also help pharmacy mangers generate clear reports, </w:t>
      </w:r>
      <w:r w:rsidR="00767BE1" w:rsidRPr="00EB2589">
        <w:rPr>
          <w:sz w:val="28"/>
          <w:szCs w:val="28"/>
        </w:rPr>
        <w:t>monitors</w:t>
      </w:r>
      <w:r w:rsidRPr="00EB2589">
        <w:rPr>
          <w:sz w:val="28"/>
          <w:szCs w:val="28"/>
        </w:rPr>
        <w:t xml:space="preserve"> sales, and ensure that all records are properly secured or maintained. Overall, </w:t>
      </w:r>
      <w:r w:rsidR="006C2FF2" w:rsidRPr="00EB2589">
        <w:rPr>
          <w:sz w:val="28"/>
          <w:szCs w:val="28"/>
        </w:rPr>
        <w:t xml:space="preserve">the database will make the </w:t>
      </w:r>
      <w:r w:rsidR="00767BE1" w:rsidRPr="00EB2589">
        <w:rPr>
          <w:sz w:val="28"/>
          <w:szCs w:val="28"/>
        </w:rPr>
        <w:t>pharmacy</w:t>
      </w:r>
      <w:r w:rsidR="006C2FF2" w:rsidRPr="00EB2589">
        <w:rPr>
          <w:sz w:val="28"/>
          <w:szCs w:val="28"/>
        </w:rPr>
        <w:t xml:space="preserve"> more efficient, reliable, and better </w:t>
      </w:r>
      <w:r w:rsidR="00767BE1" w:rsidRPr="00EB2589">
        <w:rPr>
          <w:sz w:val="28"/>
          <w:szCs w:val="28"/>
        </w:rPr>
        <w:t>prepared</w:t>
      </w:r>
      <w:r w:rsidR="006C2FF2" w:rsidRPr="00EB2589">
        <w:rPr>
          <w:sz w:val="28"/>
          <w:szCs w:val="28"/>
        </w:rPr>
        <w:t xml:space="preserve"> for future growth.</w:t>
      </w:r>
      <w:r w:rsidR="00B734C3" w:rsidRPr="00EB2589">
        <w:rPr>
          <w:sz w:val="28"/>
          <w:szCs w:val="28"/>
        </w:rPr>
        <w:br/>
      </w:r>
    </w:p>
    <w:p w14:paraId="4841CDE1" w14:textId="77777777" w:rsidR="003F11E2" w:rsidRPr="00EB2589" w:rsidRDefault="00B734C3" w:rsidP="00EB2589">
      <w:pPr>
        <w:rPr>
          <w:sz w:val="28"/>
          <w:szCs w:val="28"/>
        </w:rPr>
      </w:pPr>
      <w:r w:rsidRPr="00EB2589">
        <w:rPr>
          <w:sz w:val="28"/>
          <w:szCs w:val="28"/>
        </w:rPr>
        <w:t>4. Scenario Analysis</w:t>
      </w:r>
      <w:r w:rsidRPr="00EB2589">
        <w:rPr>
          <w:sz w:val="28"/>
          <w:szCs w:val="28"/>
        </w:rPr>
        <w:br/>
        <w:t>- Identify entities</w:t>
      </w:r>
    </w:p>
    <w:p w14:paraId="3F90E068" w14:textId="6D6FF794" w:rsidR="003F11E2" w:rsidRPr="00EB2589" w:rsidRDefault="003F11E2" w:rsidP="00EB2589">
      <w:pPr>
        <w:rPr>
          <w:sz w:val="28"/>
          <w:szCs w:val="28"/>
        </w:rPr>
      </w:pPr>
      <w:r w:rsidRPr="00EB2589">
        <w:rPr>
          <w:sz w:val="28"/>
          <w:szCs w:val="28"/>
        </w:rPr>
        <w:t xml:space="preserve">These are the four main tables I decide to build in the database </w:t>
      </w:r>
    </w:p>
    <w:p w14:paraId="7B79CD8A" w14:textId="500CEE33" w:rsidR="003F11E2" w:rsidRPr="00EB2589" w:rsidRDefault="003F11E2" w:rsidP="00EB2589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EB2589">
        <w:rPr>
          <w:sz w:val="28"/>
          <w:szCs w:val="28"/>
        </w:rPr>
        <w:t>Medicines: to keep track of the medicines in the shop.</w:t>
      </w:r>
    </w:p>
    <w:p w14:paraId="1B1AF35B" w14:textId="4A64F4B6" w:rsidR="003F11E2" w:rsidRPr="00EB2589" w:rsidRDefault="00767BE1" w:rsidP="00EB2589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EB2589">
        <w:rPr>
          <w:sz w:val="28"/>
          <w:szCs w:val="28"/>
        </w:rPr>
        <w:t>Vendors:</w:t>
      </w:r>
      <w:r w:rsidR="003F11E2" w:rsidRPr="00EB2589">
        <w:rPr>
          <w:sz w:val="28"/>
          <w:szCs w:val="28"/>
        </w:rPr>
        <w:t xml:space="preserve"> to store details of companies that sell medicines to the pharmacy.</w:t>
      </w:r>
    </w:p>
    <w:p w14:paraId="2D39540E" w14:textId="2832FFDB" w:rsidR="003F11E2" w:rsidRPr="00EB2589" w:rsidRDefault="005A0973" w:rsidP="00EB2589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EB2589">
        <w:rPr>
          <w:sz w:val="28"/>
          <w:szCs w:val="28"/>
        </w:rPr>
        <w:t>Customers: to hold info about the people buying prescriptions.</w:t>
      </w:r>
    </w:p>
    <w:p w14:paraId="478E48ED" w14:textId="7B3F397F" w:rsidR="005A0973" w:rsidRPr="00EB2589" w:rsidRDefault="005A0973" w:rsidP="00EB2589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EB2589">
        <w:rPr>
          <w:sz w:val="28"/>
          <w:szCs w:val="28"/>
        </w:rPr>
        <w:t>Sales: to record each time a transaction happens.</w:t>
      </w:r>
    </w:p>
    <w:p w14:paraId="3FC792AF" w14:textId="77777777" w:rsidR="003F11E2" w:rsidRPr="00EB2589" w:rsidRDefault="003F11E2" w:rsidP="00EB2589">
      <w:pPr>
        <w:rPr>
          <w:sz w:val="28"/>
          <w:szCs w:val="28"/>
        </w:rPr>
      </w:pPr>
    </w:p>
    <w:p w14:paraId="2DCB39C4" w14:textId="77777777" w:rsidR="005A0973" w:rsidRPr="00EB2589" w:rsidRDefault="00B734C3" w:rsidP="00EB2589">
      <w:pPr>
        <w:rPr>
          <w:sz w:val="28"/>
          <w:szCs w:val="28"/>
        </w:rPr>
      </w:pPr>
      <w:r w:rsidRPr="00EB2589">
        <w:rPr>
          <w:sz w:val="28"/>
          <w:szCs w:val="28"/>
        </w:rPr>
        <w:br/>
        <w:t>- Attributes of each entity</w:t>
      </w:r>
    </w:p>
    <w:p w14:paraId="71727597" w14:textId="791D10D2" w:rsidR="005A0973" w:rsidRPr="00EB2589" w:rsidRDefault="005A0973" w:rsidP="00EB2589">
      <w:pPr>
        <w:rPr>
          <w:sz w:val="28"/>
          <w:szCs w:val="28"/>
        </w:rPr>
      </w:pPr>
      <w:r w:rsidRPr="00EB2589">
        <w:rPr>
          <w:sz w:val="28"/>
          <w:szCs w:val="28"/>
        </w:rPr>
        <w:t xml:space="preserve">For this system, I decided that the most </w:t>
      </w:r>
      <w:r w:rsidR="00767BE1" w:rsidRPr="00EB2589">
        <w:rPr>
          <w:sz w:val="28"/>
          <w:szCs w:val="28"/>
        </w:rPr>
        <w:t>important</w:t>
      </w:r>
      <w:r w:rsidRPr="00EB2589">
        <w:rPr>
          <w:sz w:val="28"/>
          <w:szCs w:val="28"/>
        </w:rPr>
        <w:t xml:space="preserve"> thing to track is the medicine. I will need to know the name of the drug and how much we have left on the store. Why this is important because I include phone number for </w:t>
      </w:r>
      <w:r w:rsidR="00767BE1" w:rsidRPr="00EB2589">
        <w:rPr>
          <w:sz w:val="28"/>
          <w:szCs w:val="28"/>
        </w:rPr>
        <w:t>customers</w:t>
      </w:r>
      <w:r w:rsidRPr="00EB2589">
        <w:rPr>
          <w:sz w:val="28"/>
          <w:szCs w:val="28"/>
        </w:rPr>
        <w:t xml:space="preserve"> so the pharmacist can contact them if there is a problem or any issue with their prescription.</w:t>
      </w:r>
    </w:p>
    <w:p w14:paraId="3D8BF49B" w14:textId="77777777" w:rsidR="005A0973" w:rsidRPr="00EB2589" w:rsidRDefault="005A0973" w:rsidP="00EB2589">
      <w:pPr>
        <w:pStyle w:val="ListParagraph"/>
        <w:numPr>
          <w:ilvl w:val="0"/>
          <w:numId w:val="13"/>
        </w:numPr>
        <w:rPr>
          <w:sz w:val="28"/>
          <w:szCs w:val="28"/>
        </w:rPr>
      </w:pPr>
      <w:r w:rsidRPr="00EB2589">
        <w:rPr>
          <w:sz w:val="28"/>
          <w:szCs w:val="28"/>
        </w:rPr>
        <w:t>Medicines: Medicine ID, Company name, contact person, and phone number</w:t>
      </w:r>
    </w:p>
    <w:p w14:paraId="03918328" w14:textId="0B3C46F2" w:rsidR="005A0973" w:rsidRPr="00EB2589" w:rsidRDefault="005A0973" w:rsidP="00EB2589">
      <w:pPr>
        <w:pStyle w:val="ListParagraph"/>
        <w:numPr>
          <w:ilvl w:val="0"/>
          <w:numId w:val="13"/>
        </w:numPr>
        <w:rPr>
          <w:sz w:val="28"/>
          <w:szCs w:val="28"/>
        </w:rPr>
      </w:pPr>
      <w:r w:rsidRPr="00EB2589">
        <w:rPr>
          <w:sz w:val="28"/>
          <w:szCs w:val="28"/>
        </w:rPr>
        <w:t>Vendors: Vendor ID, first name, contact number, and phone, number.</w:t>
      </w:r>
    </w:p>
    <w:p w14:paraId="709F4DA2" w14:textId="77777777" w:rsidR="005A0973" w:rsidRPr="00EB2589" w:rsidRDefault="005A0973" w:rsidP="00EB2589">
      <w:pPr>
        <w:pStyle w:val="ListParagraph"/>
        <w:numPr>
          <w:ilvl w:val="0"/>
          <w:numId w:val="13"/>
        </w:numPr>
        <w:rPr>
          <w:sz w:val="28"/>
          <w:szCs w:val="28"/>
        </w:rPr>
      </w:pPr>
      <w:r w:rsidRPr="00EB2589">
        <w:rPr>
          <w:sz w:val="28"/>
          <w:szCs w:val="28"/>
        </w:rPr>
        <w:t>Customers: Customer ID, first name, last name, full home address, contact number, and emergency contact number.</w:t>
      </w:r>
    </w:p>
    <w:p w14:paraId="19C636A5" w14:textId="77777777" w:rsidR="005A0973" w:rsidRPr="00EB2589" w:rsidRDefault="005A0973" w:rsidP="00EB2589">
      <w:pPr>
        <w:pStyle w:val="ListParagraph"/>
        <w:numPr>
          <w:ilvl w:val="0"/>
          <w:numId w:val="13"/>
        </w:numPr>
        <w:rPr>
          <w:sz w:val="28"/>
          <w:szCs w:val="28"/>
        </w:rPr>
      </w:pPr>
      <w:r w:rsidRPr="00EB2589">
        <w:rPr>
          <w:sz w:val="28"/>
          <w:szCs w:val="28"/>
        </w:rPr>
        <w:t>Sales: Sales ID, date of sales, total cost, and which customer bought it.</w:t>
      </w:r>
    </w:p>
    <w:p w14:paraId="6181A3A1" w14:textId="77777777" w:rsidR="005A0973" w:rsidRPr="00EB2589" w:rsidRDefault="00B734C3" w:rsidP="00EB2589">
      <w:pPr>
        <w:pStyle w:val="ListParagraph"/>
        <w:rPr>
          <w:sz w:val="28"/>
          <w:szCs w:val="28"/>
        </w:rPr>
      </w:pPr>
      <w:r w:rsidRPr="00EB2589">
        <w:rPr>
          <w:sz w:val="28"/>
          <w:szCs w:val="28"/>
        </w:rPr>
        <w:br/>
        <w:t>- Relationships between entities</w:t>
      </w:r>
    </w:p>
    <w:p w14:paraId="11EF3E83" w14:textId="77777777" w:rsidR="0059505D" w:rsidRPr="00EB2589" w:rsidRDefault="005A0973" w:rsidP="00EB2589">
      <w:pPr>
        <w:rPr>
          <w:sz w:val="28"/>
          <w:szCs w:val="28"/>
        </w:rPr>
      </w:pPr>
      <w:r w:rsidRPr="00EB2589">
        <w:rPr>
          <w:sz w:val="28"/>
          <w:szCs w:val="28"/>
        </w:rPr>
        <w:t>Th</w:t>
      </w:r>
      <w:r w:rsidR="0059505D" w:rsidRPr="00EB2589">
        <w:rPr>
          <w:sz w:val="28"/>
          <w:szCs w:val="28"/>
        </w:rPr>
        <w:t xml:space="preserve">e </w:t>
      </w:r>
      <w:r w:rsidRPr="00EB2589">
        <w:rPr>
          <w:sz w:val="28"/>
          <w:szCs w:val="28"/>
        </w:rPr>
        <w:t>relationships be</w:t>
      </w:r>
      <w:r w:rsidR="0059505D" w:rsidRPr="00EB2589">
        <w:rPr>
          <w:sz w:val="28"/>
          <w:szCs w:val="28"/>
        </w:rPr>
        <w:t>tween those would be, how the tables talk to each other:</w:t>
      </w:r>
    </w:p>
    <w:p w14:paraId="78EEF178" w14:textId="05B65179" w:rsidR="0059505D" w:rsidRPr="00EB2589" w:rsidRDefault="0059505D" w:rsidP="00EB2589">
      <w:pPr>
        <w:pStyle w:val="ListParagraph"/>
        <w:numPr>
          <w:ilvl w:val="0"/>
          <w:numId w:val="14"/>
        </w:numPr>
        <w:rPr>
          <w:sz w:val="28"/>
          <w:szCs w:val="28"/>
        </w:rPr>
      </w:pPr>
      <w:r w:rsidRPr="00EB2589">
        <w:rPr>
          <w:sz w:val="28"/>
          <w:szCs w:val="28"/>
        </w:rPr>
        <w:t xml:space="preserve">Vendors and Medicines: one vendor can provide many different </w:t>
      </w:r>
      <w:r w:rsidR="00767BE1" w:rsidRPr="00EB2589">
        <w:rPr>
          <w:sz w:val="28"/>
          <w:szCs w:val="28"/>
        </w:rPr>
        <w:t>medicines</w:t>
      </w:r>
      <w:r w:rsidRPr="00EB2589">
        <w:rPr>
          <w:sz w:val="28"/>
          <w:szCs w:val="28"/>
        </w:rPr>
        <w:t>.</w:t>
      </w:r>
    </w:p>
    <w:p w14:paraId="37CA063D" w14:textId="77777777" w:rsidR="0059505D" w:rsidRPr="00EB2589" w:rsidRDefault="0059505D" w:rsidP="00EB2589">
      <w:pPr>
        <w:pStyle w:val="ListParagraph"/>
        <w:numPr>
          <w:ilvl w:val="0"/>
          <w:numId w:val="14"/>
        </w:numPr>
        <w:rPr>
          <w:sz w:val="28"/>
          <w:szCs w:val="28"/>
        </w:rPr>
      </w:pPr>
      <w:r w:rsidRPr="00EB2589">
        <w:rPr>
          <w:sz w:val="28"/>
          <w:szCs w:val="28"/>
        </w:rPr>
        <w:t>Customers and Sales: one customer can come back several times to make different purchases.</w:t>
      </w:r>
    </w:p>
    <w:p w14:paraId="217CED74" w14:textId="0DDE8E21" w:rsidR="006718C3" w:rsidRPr="00EB2589" w:rsidRDefault="0059505D" w:rsidP="00EB2589">
      <w:pPr>
        <w:pStyle w:val="ListParagraph"/>
        <w:numPr>
          <w:ilvl w:val="0"/>
          <w:numId w:val="14"/>
        </w:numPr>
        <w:rPr>
          <w:sz w:val="28"/>
          <w:szCs w:val="28"/>
        </w:rPr>
      </w:pPr>
      <w:r w:rsidRPr="00EB2589">
        <w:rPr>
          <w:sz w:val="28"/>
          <w:szCs w:val="28"/>
        </w:rPr>
        <w:t xml:space="preserve">Medicines and Sales each sale record will show which medicines were taken from the </w:t>
      </w:r>
      <w:r w:rsidR="00767BE1" w:rsidRPr="00EB2589">
        <w:rPr>
          <w:sz w:val="28"/>
          <w:szCs w:val="28"/>
        </w:rPr>
        <w:t>inventory</w:t>
      </w:r>
      <w:r w:rsidRPr="00EB2589">
        <w:rPr>
          <w:sz w:val="28"/>
          <w:szCs w:val="28"/>
        </w:rPr>
        <w:t>.</w:t>
      </w:r>
      <w:r w:rsidR="00B734C3" w:rsidRPr="00EB2589">
        <w:rPr>
          <w:sz w:val="28"/>
          <w:szCs w:val="28"/>
        </w:rPr>
        <w:br/>
      </w:r>
    </w:p>
    <w:tbl>
      <w:tblPr>
        <w:tblpPr w:leftFromText="180" w:rightFromText="180" w:vertAnchor="text" w:horzAnchor="margin" w:tblpXSpec="center" w:tblpY="572"/>
        <w:tblW w:w="117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7"/>
        <w:gridCol w:w="2375"/>
        <w:gridCol w:w="3446"/>
        <w:gridCol w:w="1477"/>
        <w:gridCol w:w="1330"/>
        <w:gridCol w:w="2310"/>
      </w:tblGrid>
      <w:tr w:rsidR="006134EA" w:rsidRPr="006134EA" w14:paraId="404FFC53" w14:textId="77777777" w:rsidTr="006134EA">
        <w:trPr>
          <w:tblHeader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D54F2AC" w14:textId="77777777" w:rsidR="006134EA" w:rsidRPr="006134EA" w:rsidRDefault="006134EA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134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ID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EEE5DE5" w14:textId="77777777" w:rsidR="006134EA" w:rsidRPr="006134EA" w:rsidRDefault="006134EA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134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Name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994D083" w14:textId="77777777" w:rsidR="006134EA" w:rsidRPr="006134EA" w:rsidRDefault="006134EA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134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Category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D1025E2" w14:textId="77777777" w:rsidR="006134EA" w:rsidRPr="006134EA" w:rsidRDefault="006134EA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134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Price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F89FEFB" w14:textId="77777777" w:rsidR="006134EA" w:rsidRPr="006134EA" w:rsidRDefault="006134EA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134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Stock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C07BFA6" w14:textId="77777777" w:rsidR="006134EA" w:rsidRPr="006134EA" w:rsidRDefault="006134EA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134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SupplierID</w:t>
            </w:r>
          </w:p>
        </w:tc>
      </w:tr>
      <w:tr w:rsidR="006134EA" w:rsidRPr="006134EA" w14:paraId="6C2F201F" w14:textId="77777777" w:rsidTr="006134EA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78FDEC2" w14:textId="77777777" w:rsidR="006134EA" w:rsidRPr="006134EA" w:rsidRDefault="006134EA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134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56193D0" w14:textId="77777777" w:rsidR="006134EA" w:rsidRPr="006134EA" w:rsidRDefault="006134EA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134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Paracetamol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B707C83" w14:textId="77777777" w:rsidR="006134EA" w:rsidRPr="006134EA" w:rsidRDefault="006134EA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134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Analgesic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5658149" w14:textId="77777777" w:rsidR="006134EA" w:rsidRPr="006134EA" w:rsidRDefault="006134EA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134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£2.50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21DA33E" w14:textId="77777777" w:rsidR="006134EA" w:rsidRPr="006134EA" w:rsidRDefault="006134EA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134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150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60C2D36" w14:textId="400BE9AB" w:rsidR="006134EA" w:rsidRPr="006134EA" w:rsidRDefault="006134EA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134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S00</w:t>
            </w:r>
            <w:r w:rsidRPr="00EB25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1</w:t>
            </w:r>
          </w:p>
        </w:tc>
      </w:tr>
      <w:tr w:rsidR="006134EA" w:rsidRPr="006134EA" w14:paraId="565F6B3F" w14:textId="77777777" w:rsidTr="006134EA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6F0253E" w14:textId="77777777" w:rsidR="006134EA" w:rsidRPr="006134EA" w:rsidRDefault="006134EA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134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5D1AF97" w14:textId="77777777" w:rsidR="006134EA" w:rsidRPr="006134EA" w:rsidRDefault="006134EA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134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Amoxicillin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849F531" w14:textId="77777777" w:rsidR="006134EA" w:rsidRPr="006134EA" w:rsidRDefault="006134EA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134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Antibiotic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85041A0" w14:textId="77777777" w:rsidR="006134EA" w:rsidRPr="006134EA" w:rsidRDefault="006134EA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134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£10.00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9F27576" w14:textId="77777777" w:rsidR="006134EA" w:rsidRPr="006134EA" w:rsidRDefault="006134EA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134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45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590FDA4" w14:textId="77777777" w:rsidR="006134EA" w:rsidRPr="006134EA" w:rsidRDefault="006134EA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134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S002</w:t>
            </w:r>
          </w:p>
        </w:tc>
      </w:tr>
      <w:tr w:rsidR="006134EA" w:rsidRPr="006134EA" w14:paraId="3207D1F6" w14:textId="77777777" w:rsidTr="006134EA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5A234AB" w14:textId="77777777" w:rsidR="006134EA" w:rsidRPr="006134EA" w:rsidRDefault="006134EA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134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ACB435C" w14:textId="77777777" w:rsidR="006134EA" w:rsidRPr="006134EA" w:rsidRDefault="006134EA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134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Ibuprofen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2E405F3" w14:textId="77777777" w:rsidR="006134EA" w:rsidRPr="006134EA" w:rsidRDefault="006134EA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134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Anti-inflammatory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0C519D6" w14:textId="77777777" w:rsidR="006134EA" w:rsidRPr="006134EA" w:rsidRDefault="006134EA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134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£3.75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47D096C" w14:textId="77777777" w:rsidR="006134EA" w:rsidRPr="006134EA" w:rsidRDefault="006134EA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134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120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BDF568B" w14:textId="77777777" w:rsidR="006134EA" w:rsidRPr="006134EA" w:rsidRDefault="006134EA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134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S001</w:t>
            </w:r>
          </w:p>
        </w:tc>
      </w:tr>
      <w:tr w:rsidR="006134EA" w:rsidRPr="006134EA" w14:paraId="28982CE6" w14:textId="77777777" w:rsidTr="006134EA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10E9E6F" w14:textId="77777777" w:rsidR="006134EA" w:rsidRPr="006134EA" w:rsidRDefault="006134EA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134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8E100E2" w14:textId="77777777" w:rsidR="006134EA" w:rsidRPr="006134EA" w:rsidRDefault="006134EA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134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Insulin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AEBC1FB" w14:textId="77777777" w:rsidR="006134EA" w:rsidRPr="006134EA" w:rsidRDefault="006134EA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134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Antidiabetic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17D98E4" w14:textId="77777777" w:rsidR="006134EA" w:rsidRPr="006134EA" w:rsidRDefault="006134EA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134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£25.00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A5F5372" w14:textId="77777777" w:rsidR="006134EA" w:rsidRPr="006134EA" w:rsidRDefault="006134EA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134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611167B" w14:textId="77777777" w:rsidR="006134EA" w:rsidRPr="006134EA" w:rsidRDefault="006134EA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134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S003</w:t>
            </w:r>
          </w:p>
        </w:tc>
      </w:tr>
      <w:tr w:rsidR="006134EA" w:rsidRPr="006134EA" w14:paraId="24E12411" w14:textId="77777777" w:rsidTr="006134EA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0FF4094" w14:textId="77777777" w:rsidR="006134EA" w:rsidRPr="006134EA" w:rsidRDefault="006134EA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134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B5D637B" w14:textId="77777777" w:rsidR="006134EA" w:rsidRPr="006134EA" w:rsidRDefault="006134EA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134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Cetirizine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8BE26F3" w14:textId="77777777" w:rsidR="006134EA" w:rsidRPr="006134EA" w:rsidRDefault="006134EA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134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Antihistamine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1E8F3C5" w14:textId="77777777" w:rsidR="006134EA" w:rsidRPr="006134EA" w:rsidRDefault="006134EA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134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£5.20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0DCAEF2" w14:textId="77777777" w:rsidR="006134EA" w:rsidRPr="006134EA" w:rsidRDefault="006134EA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134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85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D3066B5" w14:textId="77777777" w:rsidR="006134EA" w:rsidRPr="006134EA" w:rsidRDefault="006134EA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134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S002</w:t>
            </w:r>
          </w:p>
        </w:tc>
      </w:tr>
    </w:tbl>
    <w:p w14:paraId="499716CC" w14:textId="28D279CD" w:rsidR="005A004D" w:rsidRPr="00EB2589" w:rsidRDefault="00B734C3" w:rsidP="00EB2589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EB2589">
        <w:rPr>
          <w:sz w:val="28"/>
          <w:szCs w:val="28"/>
        </w:rPr>
        <w:t>Entity Relationship Diagram (ERD)</w:t>
      </w:r>
    </w:p>
    <w:p w14:paraId="2D9764B2" w14:textId="27DCFFF0" w:rsidR="006134EA" w:rsidRPr="00EB2589" w:rsidRDefault="006134EA" w:rsidP="00EB2589">
      <w:pPr>
        <w:pStyle w:val="ListParagraph"/>
        <w:rPr>
          <w:sz w:val="28"/>
          <w:szCs w:val="28"/>
        </w:rPr>
      </w:pPr>
      <w:r w:rsidRPr="00EB2589">
        <w:rPr>
          <w:sz w:val="28"/>
          <w:szCs w:val="28"/>
        </w:rPr>
        <w:t xml:space="preserve">An entity relationship diagram is just a simple visual drawing that shows all the main parts of the database and how the link to each other. For medilink pharmacy, my ERD shows the 4 main tables I planned earlier: medicines, vendors, customers and sales. </w:t>
      </w:r>
    </w:p>
    <w:p w14:paraId="64535814" w14:textId="2E645CF4" w:rsidR="006134EA" w:rsidRPr="00EB2589" w:rsidRDefault="006134EA" w:rsidP="00EB2589">
      <w:pPr>
        <w:pStyle w:val="ListParagraph"/>
        <w:rPr>
          <w:sz w:val="28"/>
          <w:szCs w:val="28"/>
        </w:rPr>
      </w:pPr>
      <w:r w:rsidRPr="00EB2589">
        <w:rPr>
          <w:sz w:val="28"/>
          <w:szCs w:val="28"/>
        </w:rPr>
        <w:t xml:space="preserve">On the diagram, I use lines to show how the connect. For example, there is a line between vendors and medicines because every medicine </w:t>
      </w:r>
      <w:r w:rsidR="00B96F3F" w:rsidRPr="00EB2589">
        <w:rPr>
          <w:sz w:val="28"/>
          <w:szCs w:val="28"/>
        </w:rPr>
        <w:t>that</w:t>
      </w:r>
      <w:r w:rsidRPr="00EB2589">
        <w:rPr>
          <w:sz w:val="28"/>
          <w:szCs w:val="28"/>
        </w:rPr>
        <w:t xml:space="preserve"> sell comes </w:t>
      </w:r>
      <w:r w:rsidR="00B96F3F" w:rsidRPr="00EB2589">
        <w:rPr>
          <w:sz w:val="28"/>
          <w:szCs w:val="28"/>
        </w:rPr>
        <w:t xml:space="preserve">from one specific supplier. There is also a line between </w:t>
      </w:r>
      <w:r w:rsidR="00767BE1" w:rsidRPr="00EB2589">
        <w:rPr>
          <w:sz w:val="28"/>
          <w:szCs w:val="28"/>
        </w:rPr>
        <w:t>customers</w:t>
      </w:r>
      <w:r w:rsidR="00B96F3F" w:rsidRPr="00EB2589">
        <w:rPr>
          <w:sz w:val="28"/>
          <w:szCs w:val="28"/>
        </w:rPr>
        <w:t xml:space="preserve"> and sales, so it can be easily known exactly which customer made which purchase. I also added a separate table called sale details because one single purchase can have a lot of different medicines in it. </w:t>
      </w:r>
    </w:p>
    <w:p w14:paraId="1DA78461" w14:textId="75C9F4EE" w:rsidR="00B96F3F" w:rsidRPr="00EB2589" w:rsidRDefault="00B96F3F" w:rsidP="00EB2589">
      <w:pPr>
        <w:pStyle w:val="ListParagraph"/>
        <w:rPr>
          <w:sz w:val="28"/>
          <w:szCs w:val="28"/>
        </w:rPr>
      </w:pPr>
      <w:r w:rsidRPr="00EB2589">
        <w:rPr>
          <w:sz w:val="28"/>
          <w:szCs w:val="28"/>
        </w:rPr>
        <w:t xml:space="preserve">I made sure to use simple </w:t>
      </w:r>
      <w:r w:rsidR="00767BE1" w:rsidRPr="00EB2589">
        <w:rPr>
          <w:sz w:val="28"/>
          <w:szCs w:val="28"/>
        </w:rPr>
        <w:t>labels</w:t>
      </w:r>
      <w:r w:rsidRPr="00EB2589">
        <w:rPr>
          <w:sz w:val="28"/>
          <w:szCs w:val="28"/>
        </w:rPr>
        <w:t xml:space="preserve"> in my diagram so anyone looking at it can understand exactly what each part means.</w:t>
      </w:r>
    </w:p>
    <w:p w14:paraId="50AE44F2" w14:textId="5D29F3F0" w:rsidR="006718C3" w:rsidRPr="00EB2589" w:rsidRDefault="00B734C3" w:rsidP="00EB2589">
      <w:pPr>
        <w:pStyle w:val="ListParagraph"/>
        <w:rPr>
          <w:sz w:val="28"/>
          <w:szCs w:val="28"/>
        </w:rPr>
      </w:pPr>
      <w:r w:rsidRPr="00EB2589">
        <w:rPr>
          <w:sz w:val="28"/>
          <w:szCs w:val="28"/>
        </w:rPr>
        <w:br/>
      </w:r>
      <w:r w:rsidR="00B96F3F" w:rsidRPr="00EB2589">
        <w:rPr>
          <w:sz w:val="28"/>
          <w:szCs w:val="28"/>
        </w:rPr>
        <w:t xml:space="preserve">I set up primary keys for every table so every record is unique. I then used </w:t>
      </w:r>
      <w:r w:rsidR="00767BE1" w:rsidRPr="00EB2589">
        <w:rPr>
          <w:sz w:val="28"/>
          <w:szCs w:val="28"/>
        </w:rPr>
        <w:t>foreign</w:t>
      </w:r>
      <w:r w:rsidR="00B96F3F" w:rsidRPr="00EB2589">
        <w:rPr>
          <w:sz w:val="28"/>
          <w:szCs w:val="28"/>
        </w:rPr>
        <w:t xml:space="preserve"> keys to link the tables so the system knows who to order stock form.</w:t>
      </w:r>
    </w:p>
    <w:p w14:paraId="5E1F7D80" w14:textId="5FC63496" w:rsidR="00B96F3F" w:rsidRPr="00EB2589" w:rsidRDefault="00B96F3F" w:rsidP="00EB2589">
      <w:pPr>
        <w:pStyle w:val="ListParagraph"/>
        <w:rPr>
          <w:sz w:val="28"/>
          <w:szCs w:val="28"/>
        </w:rPr>
      </w:pPr>
      <w:r w:rsidRPr="00EB2589">
        <w:rPr>
          <w:sz w:val="28"/>
          <w:szCs w:val="28"/>
        </w:rPr>
        <w:t xml:space="preserve">The relationships are mostly ‘One to Many’, meaning one supplier sends many </w:t>
      </w:r>
      <w:r w:rsidR="00767BE1" w:rsidRPr="00EB2589">
        <w:rPr>
          <w:sz w:val="28"/>
          <w:szCs w:val="28"/>
        </w:rPr>
        <w:t>medicines</w:t>
      </w:r>
      <w:r w:rsidRPr="00EB2589">
        <w:rPr>
          <w:sz w:val="28"/>
          <w:szCs w:val="28"/>
        </w:rPr>
        <w:t>. For the sales and medicines co</w:t>
      </w:r>
      <w:r w:rsidR="00245599" w:rsidRPr="00EB2589">
        <w:rPr>
          <w:sz w:val="28"/>
          <w:szCs w:val="28"/>
        </w:rPr>
        <w:t>n</w:t>
      </w:r>
      <w:r w:rsidRPr="00EB2589">
        <w:rPr>
          <w:sz w:val="28"/>
          <w:szCs w:val="28"/>
        </w:rPr>
        <w:t xml:space="preserve">nection, I used a junction table to handle </w:t>
      </w:r>
      <w:r w:rsidR="00245599" w:rsidRPr="00EB2589">
        <w:rPr>
          <w:sz w:val="28"/>
          <w:szCs w:val="28"/>
        </w:rPr>
        <w:t>‘Many to Many’ relationship so the data stays clean.</w:t>
      </w:r>
    </w:p>
    <w:p w14:paraId="008F46EE" w14:textId="00703579" w:rsidR="00767BE1" w:rsidRPr="00EB2589" w:rsidRDefault="00767BE1" w:rsidP="00EB2589">
      <w:pPr>
        <w:pStyle w:val="ListParagraph"/>
        <w:rPr>
          <w:sz w:val="28"/>
          <w:szCs w:val="28"/>
        </w:rPr>
      </w:pPr>
      <w:r w:rsidRPr="00EB2589">
        <w:rPr>
          <w:sz w:val="28"/>
          <w:szCs w:val="28"/>
        </w:rPr>
        <w:t xml:space="preserve">When </w:t>
      </w:r>
      <w:r w:rsidR="00B41BB1" w:rsidRPr="00EB2589">
        <w:rPr>
          <w:sz w:val="28"/>
          <w:szCs w:val="28"/>
        </w:rPr>
        <w:t>designing the</w:t>
      </w:r>
      <w:r w:rsidRPr="00EB2589">
        <w:rPr>
          <w:sz w:val="28"/>
          <w:szCs w:val="28"/>
        </w:rPr>
        <w:t xml:space="preserve"> data structure and normalization, I used normalization rules to make sure all the information is stored correctly and there is no repeated data. I worked through the three standard levels:</w:t>
      </w:r>
    </w:p>
    <w:p w14:paraId="1B816F01" w14:textId="77777777" w:rsidR="00767BE1" w:rsidRPr="00EB2589" w:rsidRDefault="00767BE1" w:rsidP="00EB2589">
      <w:pPr>
        <w:pStyle w:val="ListParagraph"/>
        <w:rPr>
          <w:sz w:val="28"/>
          <w:szCs w:val="28"/>
        </w:rPr>
      </w:pPr>
    </w:p>
    <w:p w14:paraId="51DC4E82" w14:textId="4FE4327B" w:rsidR="00767BE1" w:rsidRPr="00EB2589" w:rsidRDefault="00767BE1" w:rsidP="00EB2589">
      <w:pPr>
        <w:pStyle w:val="ListParagraph"/>
        <w:rPr>
          <w:sz w:val="28"/>
          <w:szCs w:val="28"/>
        </w:rPr>
      </w:pPr>
      <w:r w:rsidRPr="00EB2589">
        <w:rPr>
          <w:b/>
          <w:bCs/>
          <w:sz w:val="28"/>
          <w:szCs w:val="28"/>
        </w:rPr>
        <w:t xml:space="preserve">First </w:t>
      </w:r>
      <w:r w:rsidR="00F17513" w:rsidRPr="00EB2589">
        <w:rPr>
          <w:b/>
          <w:bCs/>
          <w:sz w:val="28"/>
          <w:szCs w:val="28"/>
        </w:rPr>
        <w:t>N</w:t>
      </w:r>
      <w:r w:rsidRPr="00EB2589">
        <w:rPr>
          <w:b/>
          <w:bCs/>
          <w:sz w:val="28"/>
          <w:szCs w:val="28"/>
        </w:rPr>
        <w:t xml:space="preserve">ormal </w:t>
      </w:r>
      <w:r w:rsidR="00F17513" w:rsidRPr="00EB2589">
        <w:rPr>
          <w:b/>
          <w:bCs/>
          <w:sz w:val="28"/>
          <w:szCs w:val="28"/>
        </w:rPr>
        <w:t>F</w:t>
      </w:r>
      <w:r w:rsidRPr="00EB2589">
        <w:rPr>
          <w:b/>
          <w:bCs/>
          <w:sz w:val="28"/>
          <w:szCs w:val="28"/>
        </w:rPr>
        <w:t>orm (1NF):</w:t>
      </w:r>
      <w:r w:rsidRPr="00EB2589">
        <w:rPr>
          <w:sz w:val="28"/>
          <w:szCs w:val="28"/>
        </w:rPr>
        <w:t xml:space="preserve">  I made sure every single column only holds one type of information. Like, in the customer table, I split names into separate first name and last name columns, instead of having them written together in one box.</w:t>
      </w:r>
    </w:p>
    <w:p w14:paraId="22C02B98" w14:textId="4155399D" w:rsidR="00767BE1" w:rsidRPr="00EB2589" w:rsidRDefault="00767BE1" w:rsidP="00EB2589">
      <w:pPr>
        <w:pStyle w:val="ListParagraph"/>
        <w:rPr>
          <w:sz w:val="28"/>
          <w:szCs w:val="28"/>
        </w:rPr>
      </w:pPr>
    </w:p>
    <w:p w14:paraId="7D901C3D" w14:textId="57410490" w:rsidR="00767BE1" w:rsidRPr="00EB2589" w:rsidRDefault="00767BE1" w:rsidP="00EB2589">
      <w:pPr>
        <w:pStyle w:val="ListParagraph"/>
        <w:rPr>
          <w:sz w:val="28"/>
          <w:szCs w:val="28"/>
        </w:rPr>
      </w:pPr>
      <w:r w:rsidRPr="00EB2589">
        <w:rPr>
          <w:b/>
          <w:bCs/>
          <w:sz w:val="28"/>
          <w:szCs w:val="28"/>
        </w:rPr>
        <w:t xml:space="preserve">Second Normal Form (2NF): </w:t>
      </w:r>
      <w:r w:rsidRPr="00EB2589">
        <w:rPr>
          <w:sz w:val="28"/>
          <w:szCs w:val="28"/>
        </w:rPr>
        <w:t>I moved any extra details that didn’t belong to the main topic into their own tables</w:t>
      </w:r>
      <w:r w:rsidR="00F17513" w:rsidRPr="00EB2589">
        <w:rPr>
          <w:sz w:val="28"/>
          <w:szCs w:val="28"/>
        </w:rPr>
        <w:t xml:space="preserve">. For </w:t>
      </w:r>
      <w:r w:rsidR="00B41BB1" w:rsidRPr="00EB2589">
        <w:rPr>
          <w:sz w:val="28"/>
          <w:szCs w:val="28"/>
        </w:rPr>
        <w:t>example,</w:t>
      </w:r>
      <w:r w:rsidR="00F17513" w:rsidRPr="00EB2589">
        <w:rPr>
          <w:sz w:val="28"/>
          <w:szCs w:val="28"/>
        </w:rPr>
        <w:t xml:space="preserve"> the information about suppliers doesn’t belong in the medicine table, so what I did was to move all supplier details in their own separate table.</w:t>
      </w:r>
    </w:p>
    <w:p w14:paraId="5992EB23" w14:textId="74538616" w:rsidR="00F17513" w:rsidRPr="00EB2589" w:rsidRDefault="00F17513" w:rsidP="00EB2589">
      <w:pPr>
        <w:pStyle w:val="ListParagraph"/>
        <w:rPr>
          <w:sz w:val="28"/>
          <w:szCs w:val="28"/>
        </w:rPr>
      </w:pPr>
    </w:p>
    <w:p w14:paraId="434BFB2B" w14:textId="32015C47" w:rsidR="00F17513" w:rsidRPr="00EB2589" w:rsidRDefault="00F17513" w:rsidP="00EB2589">
      <w:pPr>
        <w:pStyle w:val="ListParagraph"/>
        <w:rPr>
          <w:sz w:val="28"/>
          <w:szCs w:val="28"/>
        </w:rPr>
      </w:pPr>
      <w:r w:rsidRPr="00EB2589">
        <w:rPr>
          <w:b/>
          <w:bCs/>
          <w:sz w:val="28"/>
          <w:szCs w:val="28"/>
        </w:rPr>
        <w:t xml:space="preserve">Third Normal Form (3NF): </w:t>
      </w:r>
      <w:r w:rsidRPr="00EB2589">
        <w:rPr>
          <w:sz w:val="28"/>
          <w:szCs w:val="28"/>
        </w:rPr>
        <w:t>This is the last level I used. I made sure there is no information that relies on something that isn’t the main ID of the table. For example, I didn’t put the supplier phone number inside the medicine table.</w:t>
      </w:r>
    </w:p>
    <w:p w14:paraId="659482E5" w14:textId="0D6E7225" w:rsidR="00F17513" w:rsidRPr="00EB2589" w:rsidRDefault="00B734C3" w:rsidP="00EB2589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EB2589">
        <w:rPr>
          <w:sz w:val="28"/>
          <w:szCs w:val="28"/>
        </w:rPr>
        <w:t>Data Structure Design</w:t>
      </w:r>
      <w:r w:rsidRPr="00EB2589">
        <w:rPr>
          <w:sz w:val="28"/>
          <w:szCs w:val="28"/>
        </w:rPr>
        <w:br/>
        <w:t>- Tables created</w:t>
      </w:r>
    </w:p>
    <w:p w14:paraId="18AEA1C0" w14:textId="77777777" w:rsidR="00F17513" w:rsidRPr="00EB2589" w:rsidRDefault="00F17513" w:rsidP="00EB2589">
      <w:pPr>
        <w:pStyle w:val="ListParagraph"/>
        <w:rPr>
          <w:sz w:val="28"/>
          <w:szCs w:val="28"/>
        </w:rPr>
      </w:pPr>
    </w:p>
    <w:p w14:paraId="2C45BED4" w14:textId="111F6163" w:rsidR="003143E7" w:rsidRPr="00EB2589" w:rsidRDefault="00F17513" w:rsidP="00EB2589">
      <w:pPr>
        <w:pStyle w:val="ListParagraph"/>
        <w:rPr>
          <w:sz w:val="28"/>
          <w:szCs w:val="28"/>
        </w:rPr>
      </w:pPr>
      <w:r w:rsidRPr="00EB2589">
        <w:rPr>
          <w:sz w:val="28"/>
          <w:szCs w:val="28"/>
        </w:rPr>
        <w:t>I created the following five tables in Microsoft access to store all the infor</w:t>
      </w:r>
      <w:r w:rsidR="003143E7" w:rsidRPr="00EB2589">
        <w:rPr>
          <w:sz w:val="28"/>
          <w:szCs w:val="28"/>
        </w:rPr>
        <w:t xml:space="preserve">mation needed for the </w:t>
      </w:r>
      <w:r w:rsidR="00B41BB1" w:rsidRPr="00EB2589">
        <w:rPr>
          <w:sz w:val="28"/>
          <w:szCs w:val="28"/>
        </w:rPr>
        <w:t>pharmacy</w:t>
      </w:r>
      <w:r w:rsidR="003143E7" w:rsidRPr="00EB2589">
        <w:rPr>
          <w:sz w:val="28"/>
          <w:szCs w:val="28"/>
        </w:rPr>
        <w:t>:</w:t>
      </w:r>
    </w:p>
    <w:p w14:paraId="4E7B5B72" w14:textId="6CA6345D" w:rsidR="003143E7" w:rsidRPr="00EB2589" w:rsidRDefault="003143E7" w:rsidP="00EB2589">
      <w:pPr>
        <w:pStyle w:val="ListParagraph"/>
        <w:numPr>
          <w:ilvl w:val="0"/>
          <w:numId w:val="16"/>
        </w:numPr>
        <w:rPr>
          <w:sz w:val="28"/>
          <w:szCs w:val="28"/>
        </w:rPr>
      </w:pPr>
      <w:r w:rsidRPr="00EB2589">
        <w:rPr>
          <w:sz w:val="28"/>
          <w:szCs w:val="28"/>
        </w:rPr>
        <w:t>Tblmedicines - to store details about all drugs and stock.</w:t>
      </w:r>
    </w:p>
    <w:p w14:paraId="561B665A" w14:textId="2D69BB1A" w:rsidR="003143E7" w:rsidRPr="00EB2589" w:rsidRDefault="003143E7" w:rsidP="00EB2589">
      <w:pPr>
        <w:pStyle w:val="ListParagraph"/>
        <w:numPr>
          <w:ilvl w:val="0"/>
          <w:numId w:val="16"/>
        </w:numPr>
        <w:rPr>
          <w:sz w:val="28"/>
          <w:szCs w:val="28"/>
        </w:rPr>
      </w:pPr>
      <w:r w:rsidRPr="00EB2589">
        <w:rPr>
          <w:sz w:val="28"/>
          <w:szCs w:val="28"/>
        </w:rPr>
        <w:t>Tblvendors - to keep records of the companies we buy from.</w:t>
      </w:r>
    </w:p>
    <w:p w14:paraId="5C7F578D" w14:textId="5A1F3E89" w:rsidR="003143E7" w:rsidRPr="00EB2589" w:rsidRDefault="003143E7" w:rsidP="00EB2589">
      <w:pPr>
        <w:pStyle w:val="ListParagraph"/>
        <w:numPr>
          <w:ilvl w:val="0"/>
          <w:numId w:val="16"/>
        </w:numPr>
        <w:rPr>
          <w:sz w:val="28"/>
          <w:szCs w:val="28"/>
        </w:rPr>
      </w:pPr>
      <w:r w:rsidRPr="00EB2589">
        <w:rPr>
          <w:sz w:val="28"/>
          <w:szCs w:val="28"/>
        </w:rPr>
        <w:t xml:space="preserve">Tblcustomers </w:t>
      </w:r>
      <w:r w:rsidR="00B41BB1" w:rsidRPr="00EB2589">
        <w:rPr>
          <w:sz w:val="28"/>
          <w:szCs w:val="28"/>
        </w:rPr>
        <w:t>- to</w:t>
      </w:r>
      <w:r w:rsidRPr="00EB2589">
        <w:rPr>
          <w:sz w:val="28"/>
          <w:szCs w:val="28"/>
        </w:rPr>
        <w:t xml:space="preserve"> hold personal details of patients and clients.</w:t>
      </w:r>
    </w:p>
    <w:p w14:paraId="3ACB741E" w14:textId="296A7E00" w:rsidR="003143E7" w:rsidRPr="00EB2589" w:rsidRDefault="003143E7" w:rsidP="00EB2589">
      <w:pPr>
        <w:pStyle w:val="ListParagraph"/>
        <w:numPr>
          <w:ilvl w:val="0"/>
          <w:numId w:val="16"/>
        </w:numPr>
        <w:rPr>
          <w:sz w:val="28"/>
          <w:szCs w:val="28"/>
        </w:rPr>
      </w:pPr>
      <w:r w:rsidRPr="00EB2589">
        <w:rPr>
          <w:sz w:val="28"/>
          <w:szCs w:val="28"/>
        </w:rPr>
        <w:t>Tblsales – to record every transaction made at the counter.</w:t>
      </w:r>
    </w:p>
    <w:p w14:paraId="75708C0E" w14:textId="3C3BB0FE" w:rsidR="003143E7" w:rsidRPr="00EB2589" w:rsidRDefault="003143E7" w:rsidP="00EB2589">
      <w:pPr>
        <w:pStyle w:val="ListParagraph"/>
        <w:numPr>
          <w:ilvl w:val="0"/>
          <w:numId w:val="16"/>
        </w:numPr>
        <w:rPr>
          <w:sz w:val="28"/>
          <w:szCs w:val="28"/>
        </w:rPr>
      </w:pPr>
      <w:r w:rsidRPr="00EB2589">
        <w:rPr>
          <w:sz w:val="28"/>
          <w:szCs w:val="28"/>
        </w:rPr>
        <w:t>Tblsaledetails – to list exactly which items were inside each sale.</w:t>
      </w:r>
    </w:p>
    <w:p w14:paraId="36C8DFD4" w14:textId="77777777" w:rsidR="003143E7" w:rsidRPr="00EB2589" w:rsidRDefault="00B734C3" w:rsidP="00EB2589">
      <w:pPr>
        <w:pStyle w:val="ListParagraph"/>
        <w:rPr>
          <w:sz w:val="28"/>
          <w:szCs w:val="28"/>
        </w:rPr>
      </w:pPr>
      <w:r w:rsidRPr="00EB2589">
        <w:rPr>
          <w:sz w:val="28"/>
          <w:szCs w:val="28"/>
        </w:rPr>
        <w:br/>
        <w:t>- Field names and data types</w:t>
      </w:r>
    </w:p>
    <w:p w14:paraId="4B2B607D" w14:textId="77777777" w:rsidR="003143E7" w:rsidRPr="00EB2589" w:rsidRDefault="003143E7" w:rsidP="00EB2589">
      <w:pPr>
        <w:pStyle w:val="ListParagraph"/>
        <w:rPr>
          <w:sz w:val="28"/>
          <w:szCs w:val="28"/>
        </w:rPr>
      </w:pPr>
    </w:p>
    <w:p w14:paraId="773077D8" w14:textId="77777777" w:rsidR="003143E7" w:rsidRPr="00EB2589" w:rsidRDefault="003143E7" w:rsidP="00EB2589">
      <w:pPr>
        <w:pStyle w:val="ListParagraph"/>
        <w:rPr>
          <w:sz w:val="28"/>
          <w:szCs w:val="28"/>
        </w:rPr>
      </w:pPr>
      <w:r w:rsidRPr="00EB2589">
        <w:rPr>
          <w:sz w:val="28"/>
          <w:szCs w:val="28"/>
        </w:rPr>
        <w:t>I designed each table carefully, choosing the correct data type for every field so the information is stored properly.</w:t>
      </w:r>
    </w:p>
    <w:p w14:paraId="5D1F25FD" w14:textId="77777777" w:rsidR="003143E7" w:rsidRPr="00EB2589" w:rsidRDefault="003143E7" w:rsidP="00EB2589">
      <w:pPr>
        <w:pStyle w:val="ListParagraph"/>
        <w:rPr>
          <w:sz w:val="28"/>
          <w:szCs w:val="28"/>
        </w:rPr>
      </w:pPr>
    </w:p>
    <w:p w14:paraId="5F16451E" w14:textId="74668456" w:rsidR="003143E7" w:rsidRPr="00EB2589" w:rsidRDefault="003143E7" w:rsidP="00EB2589">
      <w:pPr>
        <w:pStyle w:val="ListParagraph"/>
        <w:rPr>
          <w:b/>
          <w:bCs/>
          <w:sz w:val="28"/>
          <w:szCs w:val="28"/>
        </w:rPr>
      </w:pPr>
      <w:r w:rsidRPr="00EB2589">
        <w:rPr>
          <w:b/>
          <w:bCs/>
          <w:sz w:val="28"/>
          <w:szCs w:val="28"/>
        </w:rPr>
        <w:t>TBLMEDICINES</w:t>
      </w:r>
    </w:p>
    <w:tbl>
      <w:tblPr>
        <w:tblW w:w="117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24"/>
        <w:gridCol w:w="3080"/>
        <w:gridCol w:w="5141"/>
      </w:tblGrid>
      <w:tr w:rsidR="003143E7" w:rsidRPr="003143E7" w14:paraId="3122E841" w14:textId="77777777" w:rsidTr="003143E7">
        <w:trPr>
          <w:tblHeader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44B5D68" w14:textId="77777777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3143E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Field Name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A4B29DC" w14:textId="77777777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3143E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Data Type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091B6E9" w14:textId="77777777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3143E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Example Data</w:t>
            </w:r>
          </w:p>
        </w:tc>
      </w:tr>
      <w:tr w:rsidR="003143E7" w:rsidRPr="003143E7" w14:paraId="72CFE158" w14:textId="77777777" w:rsidTr="003143E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334D6C3" w14:textId="77777777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3143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MedicineID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D1FC5D1" w14:textId="77777777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3143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AutoNumber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6F4A7A4" w14:textId="77777777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3143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1, 2, 3</w:t>
            </w:r>
          </w:p>
        </w:tc>
      </w:tr>
      <w:tr w:rsidR="003143E7" w:rsidRPr="003143E7" w14:paraId="47675CBB" w14:textId="77777777" w:rsidTr="003143E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C04D199" w14:textId="77777777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3143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MedicineName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FE9B253" w14:textId="480B5675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3143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 xml:space="preserve"> Text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36AE887" w14:textId="77777777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3143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Paracetamol, Ibuprofen</w:t>
            </w:r>
          </w:p>
        </w:tc>
      </w:tr>
      <w:tr w:rsidR="003143E7" w:rsidRPr="003143E7" w14:paraId="32146278" w14:textId="77777777" w:rsidTr="003143E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35D5C08" w14:textId="77777777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3143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Category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FA0808B" w14:textId="683E3E51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EB25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 xml:space="preserve"> </w:t>
            </w:r>
            <w:r w:rsidRPr="003143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Text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B6FFB9C" w14:textId="77777777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3143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Painkiller, Antibiotic</w:t>
            </w:r>
          </w:p>
        </w:tc>
      </w:tr>
      <w:tr w:rsidR="003143E7" w:rsidRPr="003143E7" w14:paraId="044312F7" w14:textId="77777777" w:rsidTr="003143E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312646B" w14:textId="77777777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3143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UnitPrice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3A33A03" w14:textId="77777777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3143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Currency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7F5301A" w14:textId="77777777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3143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£2.50, £5.00</w:t>
            </w:r>
          </w:p>
        </w:tc>
      </w:tr>
      <w:tr w:rsidR="003143E7" w:rsidRPr="003143E7" w14:paraId="3F5646D1" w14:textId="77777777" w:rsidTr="003143E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C3B4614" w14:textId="77777777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3143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StockQuantity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8FC3785" w14:textId="77777777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3143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Number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EEAC361" w14:textId="77777777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3143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100, 50</w:t>
            </w:r>
          </w:p>
        </w:tc>
      </w:tr>
      <w:tr w:rsidR="003143E7" w:rsidRPr="003143E7" w14:paraId="1DB319F6" w14:textId="77777777" w:rsidTr="003143E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BE78D06" w14:textId="77777777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3143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SupplierID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D1A1BDD" w14:textId="77777777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3143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Number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DABAA5A" w14:textId="77777777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3143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1, 2</w:t>
            </w:r>
          </w:p>
        </w:tc>
      </w:tr>
    </w:tbl>
    <w:p w14:paraId="1BEFBB6D" w14:textId="77777777" w:rsidR="003143E7" w:rsidRPr="00EB2589" w:rsidRDefault="003143E7" w:rsidP="00EB2589">
      <w:pPr>
        <w:pStyle w:val="ListParagraph"/>
        <w:rPr>
          <w:b/>
          <w:bCs/>
          <w:sz w:val="28"/>
          <w:szCs w:val="28"/>
        </w:rPr>
      </w:pPr>
    </w:p>
    <w:p w14:paraId="669C19E0" w14:textId="77777777" w:rsidR="00917795" w:rsidRPr="00EB2589" w:rsidRDefault="00917795" w:rsidP="00EB2589">
      <w:pPr>
        <w:pStyle w:val="ListParagraph"/>
        <w:rPr>
          <w:b/>
          <w:bCs/>
          <w:sz w:val="28"/>
          <w:szCs w:val="28"/>
        </w:rPr>
      </w:pPr>
    </w:p>
    <w:p w14:paraId="58A423F0" w14:textId="77777777" w:rsidR="00917795" w:rsidRPr="00EB2589" w:rsidRDefault="00917795" w:rsidP="00EB2589">
      <w:pPr>
        <w:pStyle w:val="ListParagraph"/>
        <w:rPr>
          <w:b/>
          <w:bCs/>
          <w:sz w:val="28"/>
          <w:szCs w:val="28"/>
        </w:rPr>
      </w:pPr>
    </w:p>
    <w:p w14:paraId="226E9936" w14:textId="77777777" w:rsidR="00917795" w:rsidRPr="00EB2589" w:rsidRDefault="00917795" w:rsidP="00EB2589">
      <w:pPr>
        <w:pStyle w:val="ListParagraph"/>
        <w:rPr>
          <w:b/>
          <w:bCs/>
          <w:sz w:val="28"/>
          <w:szCs w:val="28"/>
        </w:rPr>
      </w:pPr>
    </w:p>
    <w:p w14:paraId="5B4AFAED" w14:textId="77777777" w:rsidR="00917795" w:rsidRPr="00EB2589" w:rsidRDefault="00917795" w:rsidP="00EB2589">
      <w:pPr>
        <w:pStyle w:val="ListParagraph"/>
        <w:rPr>
          <w:b/>
          <w:bCs/>
          <w:sz w:val="28"/>
          <w:szCs w:val="28"/>
        </w:rPr>
      </w:pPr>
    </w:p>
    <w:p w14:paraId="20829874" w14:textId="29F5F1D3" w:rsidR="003143E7" w:rsidRPr="00EB2589" w:rsidRDefault="003143E7" w:rsidP="00EB2589">
      <w:pPr>
        <w:pStyle w:val="ListParagraph"/>
        <w:rPr>
          <w:b/>
          <w:bCs/>
          <w:sz w:val="28"/>
          <w:szCs w:val="28"/>
        </w:rPr>
      </w:pPr>
      <w:r w:rsidRPr="00EB2589">
        <w:rPr>
          <w:b/>
          <w:bCs/>
          <w:sz w:val="28"/>
          <w:szCs w:val="28"/>
        </w:rPr>
        <w:t>TBLSUPPLIERS</w:t>
      </w:r>
    </w:p>
    <w:p w14:paraId="15A1843D" w14:textId="77777777" w:rsidR="00917795" w:rsidRPr="00EB2589" w:rsidRDefault="00917795" w:rsidP="00EB2589">
      <w:pPr>
        <w:pStyle w:val="ListParagraph"/>
        <w:rPr>
          <w:sz w:val="28"/>
          <w:szCs w:val="28"/>
        </w:rPr>
      </w:pPr>
    </w:p>
    <w:tbl>
      <w:tblPr>
        <w:tblW w:w="117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19"/>
        <w:gridCol w:w="3161"/>
        <w:gridCol w:w="5165"/>
      </w:tblGrid>
      <w:tr w:rsidR="003143E7" w:rsidRPr="003143E7" w14:paraId="10D09969" w14:textId="77777777" w:rsidTr="003143E7">
        <w:trPr>
          <w:tblHeader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A0F4DD7" w14:textId="77777777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3143E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Field Name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829FB83" w14:textId="77777777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3143E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Data Type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DA29239" w14:textId="77777777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3143E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Example Data</w:t>
            </w:r>
          </w:p>
        </w:tc>
      </w:tr>
      <w:tr w:rsidR="003143E7" w:rsidRPr="003143E7" w14:paraId="41266A43" w14:textId="77777777" w:rsidTr="003143E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D99F8A2" w14:textId="77777777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3143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SupplierID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6E42E21" w14:textId="77777777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3143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AutoNumber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ACA6234" w14:textId="77777777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3143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S01, S02</w:t>
            </w:r>
          </w:p>
        </w:tc>
      </w:tr>
      <w:tr w:rsidR="003143E7" w:rsidRPr="003143E7" w14:paraId="7BB94B91" w14:textId="77777777" w:rsidTr="003143E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9C77277" w14:textId="77777777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3143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SupplierName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37F2F2C" w14:textId="3B88EDA3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3143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Text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1419335" w14:textId="77777777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3143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PharmaCare Ltd</w:t>
            </w:r>
          </w:p>
        </w:tc>
      </w:tr>
      <w:tr w:rsidR="003143E7" w:rsidRPr="003143E7" w14:paraId="73DE9FD8" w14:textId="77777777" w:rsidTr="003143E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E94E880" w14:textId="77777777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3143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ContactName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1A81C7E" w14:textId="23022796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3143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Text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959C4C6" w14:textId="77777777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3143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Mr. John Smith</w:t>
            </w:r>
          </w:p>
        </w:tc>
      </w:tr>
      <w:tr w:rsidR="003143E7" w:rsidRPr="003143E7" w14:paraId="650A71ED" w14:textId="77777777" w:rsidTr="003143E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EA7047D" w14:textId="77777777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3143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PhoneNumber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863F791" w14:textId="0E9DE93E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3143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Text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E1D4C72" w14:textId="77777777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3143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07123456789</w:t>
            </w:r>
          </w:p>
        </w:tc>
      </w:tr>
      <w:tr w:rsidR="003143E7" w:rsidRPr="003143E7" w14:paraId="3C3ACB0B" w14:textId="77777777" w:rsidTr="003143E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CC179FF" w14:textId="77777777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3143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Email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57210DE" w14:textId="4D064205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3143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Text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3FDD757" w14:textId="77777777" w:rsidR="003143E7" w:rsidRPr="003143E7" w:rsidRDefault="003143E7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3143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info@pharmacare.com</w:t>
            </w:r>
          </w:p>
        </w:tc>
      </w:tr>
    </w:tbl>
    <w:p w14:paraId="4D6FE32C" w14:textId="77777777" w:rsidR="003143E7" w:rsidRPr="00EB2589" w:rsidRDefault="003143E7" w:rsidP="00EB2589">
      <w:pPr>
        <w:pStyle w:val="ListParagraph"/>
        <w:rPr>
          <w:sz w:val="28"/>
          <w:szCs w:val="28"/>
        </w:rPr>
      </w:pPr>
    </w:p>
    <w:p w14:paraId="149DE712" w14:textId="77777777" w:rsidR="00917795" w:rsidRPr="00EB2589" w:rsidRDefault="00917795" w:rsidP="00EB2589">
      <w:pPr>
        <w:pStyle w:val="ListParagraph"/>
        <w:rPr>
          <w:b/>
          <w:bCs/>
          <w:sz w:val="28"/>
          <w:szCs w:val="28"/>
        </w:rPr>
      </w:pPr>
      <w:r w:rsidRPr="00EB2589">
        <w:rPr>
          <w:b/>
          <w:bCs/>
          <w:sz w:val="28"/>
          <w:szCs w:val="28"/>
        </w:rPr>
        <w:t>TBLCUSTOMERS</w:t>
      </w:r>
    </w:p>
    <w:tbl>
      <w:tblPr>
        <w:tblW w:w="117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91"/>
        <w:gridCol w:w="3692"/>
        <w:gridCol w:w="4562"/>
      </w:tblGrid>
      <w:tr w:rsidR="00917795" w:rsidRPr="00917795" w14:paraId="1082AC79" w14:textId="77777777" w:rsidTr="00917795">
        <w:trPr>
          <w:tblHeader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F435101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Field Name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4875094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Data Type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62B26F8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Example Data</w:t>
            </w:r>
          </w:p>
        </w:tc>
      </w:tr>
      <w:tr w:rsidR="00917795" w:rsidRPr="00917795" w14:paraId="68D445B5" w14:textId="77777777" w:rsidTr="0091779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01F502A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CustomerID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C530332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AutoNumber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7AE67E3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C001, C002</w:t>
            </w:r>
          </w:p>
        </w:tc>
      </w:tr>
      <w:tr w:rsidR="00917795" w:rsidRPr="00917795" w14:paraId="01BA27AB" w14:textId="77777777" w:rsidTr="0091779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2830D37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FirstName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89ED65D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Short Text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0929064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Sarah, Ali</w:t>
            </w:r>
          </w:p>
        </w:tc>
      </w:tr>
      <w:tr w:rsidR="00917795" w:rsidRPr="00917795" w14:paraId="598C107B" w14:textId="77777777" w:rsidTr="0091779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D908EB4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LastName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DBF8974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Short Text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808ED81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Jones, Khan</w:t>
            </w:r>
          </w:p>
        </w:tc>
      </w:tr>
      <w:tr w:rsidR="00917795" w:rsidRPr="00917795" w14:paraId="48283DB3" w14:textId="77777777" w:rsidTr="0091779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D611560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Phone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07DE3C9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Short Text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8985CAD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07987654321</w:t>
            </w:r>
          </w:p>
        </w:tc>
      </w:tr>
      <w:tr w:rsidR="00917795" w:rsidRPr="00917795" w14:paraId="31E62BA1" w14:textId="77777777" w:rsidTr="0091779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AD3E899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Address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E8F16FD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Short Text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271C6D9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12 London Road</w:t>
            </w:r>
          </w:p>
        </w:tc>
      </w:tr>
    </w:tbl>
    <w:p w14:paraId="688264C2" w14:textId="77777777" w:rsidR="00917795" w:rsidRPr="00EB2589" w:rsidRDefault="00917795" w:rsidP="00EB2589">
      <w:pPr>
        <w:pStyle w:val="ListParagraph"/>
        <w:rPr>
          <w:b/>
          <w:bCs/>
          <w:sz w:val="28"/>
          <w:szCs w:val="28"/>
        </w:rPr>
      </w:pPr>
    </w:p>
    <w:p w14:paraId="34938BC4" w14:textId="77777777" w:rsidR="00917795" w:rsidRPr="00EB2589" w:rsidRDefault="00917795" w:rsidP="00EB2589">
      <w:pPr>
        <w:pStyle w:val="ListParagraph"/>
        <w:rPr>
          <w:b/>
          <w:bCs/>
          <w:sz w:val="28"/>
          <w:szCs w:val="28"/>
        </w:rPr>
      </w:pPr>
      <w:r w:rsidRPr="00EB2589">
        <w:rPr>
          <w:b/>
          <w:bCs/>
          <w:sz w:val="28"/>
          <w:szCs w:val="28"/>
        </w:rPr>
        <w:t>TBLSALES</w:t>
      </w:r>
    </w:p>
    <w:tbl>
      <w:tblPr>
        <w:tblW w:w="117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96"/>
        <w:gridCol w:w="3729"/>
        <w:gridCol w:w="4220"/>
      </w:tblGrid>
      <w:tr w:rsidR="00917795" w:rsidRPr="00917795" w14:paraId="5323F641" w14:textId="77777777" w:rsidTr="00917795">
        <w:trPr>
          <w:tblHeader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D3D31F2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Field Name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FB1D181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Data Type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3BF0B5F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Example Data</w:t>
            </w:r>
          </w:p>
        </w:tc>
      </w:tr>
      <w:tr w:rsidR="00917795" w:rsidRPr="00917795" w14:paraId="0EE3D10B" w14:textId="77777777" w:rsidTr="0091779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5AB050A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SaleID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CED19EA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AutoNumber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F07F236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1001, 1002</w:t>
            </w:r>
          </w:p>
        </w:tc>
      </w:tr>
      <w:tr w:rsidR="00917795" w:rsidRPr="00917795" w14:paraId="7D719BEC" w14:textId="77777777" w:rsidTr="0091779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4D75B27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CustomerID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4D0BDEF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Number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71360B4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1, 2</w:t>
            </w:r>
          </w:p>
        </w:tc>
      </w:tr>
      <w:tr w:rsidR="00917795" w:rsidRPr="00917795" w14:paraId="37052500" w14:textId="77777777" w:rsidTr="0091779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A77B854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SaleDate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DE73147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Date/Time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95A4491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29/04/2026</w:t>
            </w:r>
          </w:p>
        </w:tc>
      </w:tr>
      <w:tr w:rsidR="00917795" w:rsidRPr="00917795" w14:paraId="1882D9B6" w14:textId="77777777" w:rsidTr="0091779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B693EED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TotalAmount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F9FE056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Currency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36E4611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£15.00, £22.50</w:t>
            </w:r>
          </w:p>
        </w:tc>
      </w:tr>
    </w:tbl>
    <w:p w14:paraId="4B685E4F" w14:textId="77777777" w:rsidR="00917795" w:rsidRPr="00EB2589" w:rsidRDefault="00917795" w:rsidP="00EB2589">
      <w:pPr>
        <w:pStyle w:val="ListParagraph"/>
        <w:rPr>
          <w:b/>
          <w:bCs/>
          <w:sz w:val="28"/>
          <w:szCs w:val="28"/>
        </w:rPr>
      </w:pPr>
    </w:p>
    <w:p w14:paraId="6C40646A" w14:textId="77777777" w:rsidR="00917795" w:rsidRPr="00EB2589" w:rsidRDefault="00917795" w:rsidP="00EB2589">
      <w:pPr>
        <w:pStyle w:val="ListParagraph"/>
        <w:rPr>
          <w:b/>
          <w:bCs/>
          <w:sz w:val="28"/>
          <w:szCs w:val="28"/>
        </w:rPr>
      </w:pPr>
    </w:p>
    <w:p w14:paraId="5DFA2AE3" w14:textId="77777777" w:rsidR="00917795" w:rsidRPr="00EB2589" w:rsidRDefault="00917795" w:rsidP="00EB2589">
      <w:pPr>
        <w:pStyle w:val="ListParagraph"/>
        <w:rPr>
          <w:b/>
          <w:bCs/>
          <w:sz w:val="28"/>
          <w:szCs w:val="28"/>
        </w:rPr>
      </w:pPr>
    </w:p>
    <w:p w14:paraId="41BC53C8" w14:textId="77777777" w:rsidR="00917795" w:rsidRPr="00EB2589" w:rsidRDefault="00917795" w:rsidP="00EB2589">
      <w:pPr>
        <w:pStyle w:val="ListParagraph"/>
        <w:rPr>
          <w:b/>
          <w:bCs/>
          <w:sz w:val="28"/>
          <w:szCs w:val="28"/>
        </w:rPr>
      </w:pPr>
    </w:p>
    <w:p w14:paraId="68FB436D" w14:textId="77777777" w:rsidR="00917795" w:rsidRPr="00EB2589" w:rsidRDefault="00917795" w:rsidP="00EB2589">
      <w:pPr>
        <w:pStyle w:val="ListParagraph"/>
        <w:rPr>
          <w:b/>
          <w:bCs/>
          <w:sz w:val="28"/>
          <w:szCs w:val="28"/>
        </w:rPr>
      </w:pPr>
    </w:p>
    <w:p w14:paraId="6088F7A8" w14:textId="70E70016" w:rsidR="00917795" w:rsidRPr="00EB2589" w:rsidRDefault="00917795" w:rsidP="00EB2589">
      <w:pPr>
        <w:pStyle w:val="ListParagraph"/>
        <w:rPr>
          <w:b/>
          <w:bCs/>
          <w:sz w:val="28"/>
          <w:szCs w:val="28"/>
        </w:rPr>
      </w:pPr>
      <w:r w:rsidRPr="00EB2589">
        <w:rPr>
          <w:b/>
          <w:bCs/>
          <w:sz w:val="28"/>
          <w:szCs w:val="28"/>
        </w:rPr>
        <w:t>TBLSALEDETAILS</w:t>
      </w:r>
    </w:p>
    <w:tbl>
      <w:tblPr>
        <w:tblW w:w="117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75"/>
        <w:gridCol w:w="3739"/>
        <w:gridCol w:w="4231"/>
      </w:tblGrid>
      <w:tr w:rsidR="00917795" w:rsidRPr="00917795" w14:paraId="00AD814D" w14:textId="77777777" w:rsidTr="00917795">
        <w:trPr>
          <w:tblHeader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CE87237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Field Name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C7277DB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Data Type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E6CD82A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Example Data</w:t>
            </w:r>
          </w:p>
        </w:tc>
      </w:tr>
      <w:tr w:rsidR="00917795" w:rsidRPr="00917795" w14:paraId="7687BD78" w14:textId="77777777" w:rsidTr="0091779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B4629BD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DetailID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DBBE511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AutoNumber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C4FA55D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1, 2, 3</w:t>
            </w:r>
          </w:p>
        </w:tc>
      </w:tr>
      <w:tr w:rsidR="00917795" w:rsidRPr="00917795" w14:paraId="211A0359" w14:textId="77777777" w:rsidTr="0091779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07C98E2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SaleID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701EC58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Number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FD4C86D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1001</w:t>
            </w:r>
          </w:p>
        </w:tc>
      </w:tr>
      <w:tr w:rsidR="00917795" w:rsidRPr="00917795" w14:paraId="61948F91" w14:textId="77777777" w:rsidTr="0091779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DFF29A5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MedicineID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0EDA79C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Number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843F17F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1</w:t>
            </w:r>
          </w:p>
        </w:tc>
      </w:tr>
      <w:tr w:rsidR="00917795" w:rsidRPr="00917795" w14:paraId="195014B9" w14:textId="77777777" w:rsidTr="0091779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B54A663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QuantitySold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97FEF58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Number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C0DD277" w14:textId="77777777" w:rsidR="00917795" w:rsidRPr="00917795" w:rsidRDefault="00917795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917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2</w:t>
            </w:r>
          </w:p>
        </w:tc>
      </w:tr>
    </w:tbl>
    <w:p w14:paraId="3789A4AB" w14:textId="77777777" w:rsidR="00917795" w:rsidRPr="00EB2589" w:rsidRDefault="00B734C3" w:rsidP="00EB2589">
      <w:pPr>
        <w:pStyle w:val="ListParagraph"/>
        <w:rPr>
          <w:sz w:val="28"/>
          <w:szCs w:val="28"/>
        </w:rPr>
      </w:pPr>
      <w:r w:rsidRPr="00EB2589">
        <w:rPr>
          <w:sz w:val="28"/>
          <w:szCs w:val="28"/>
        </w:rPr>
        <w:br/>
        <w:t>- Relationships and constraints</w:t>
      </w:r>
    </w:p>
    <w:p w14:paraId="08D643BB" w14:textId="0014DC0E" w:rsidR="00917795" w:rsidRPr="00EB2589" w:rsidRDefault="00917795" w:rsidP="00EB2589">
      <w:pPr>
        <w:pStyle w:val="ListParagraph"/>
        <w:rPr>
          <w:sz w:val="28"/>
          <w:szCs w:val="28"/>
        </w:rPr>
      </w:pPr>
      <w:r w:rsidRPr="00EB2589">
        <w:rPr>
          <w:sz w:val="28"/>
          <w:szCs w:val="28"/>
        </w:rPr>
        <w:t xml:space="preserve">I linked the tables together using the </w:t>
      </w:r>
      <w:r w:rsidR="00B41BB1" w:rsidRPr="00EB2589">
        <w:rPr>
          <w:sz w:val="28"/>
          <w:szCs w:val="28"/>
        </w:rPr>
        <w:t>relationships</w:t>
      </w:r>
      <w:r w:rsidRPr="00EB2589">
        <w:rPr>
          <w:sz w:val="28"/>
          <w:szCs w:val="28"/>
        </w:rPr>
        <w:t xml:space="preserve"> window in access. This ensures that the data connects correctly and no mistakes happen.</w:t>
      </w:r>
    </w:p>
    <w:p w14:paraId="51D581F0" w14:textId="77777777" w:rsidR="00917795" w:rsidRPr="00EB2589" w:rsidRDefault="00917795" w:rsidP="00EB2589">
      <w:pPr>
        <w:pStyle w:val="ListParagraph"/>
        <w:rPr>
          <w:sz w:val="28"/>
          <w:szCs w:val="28"/>
        </w:rPr>
      </w:pPr>
    </w:p>
    <w:p w14:paraId="5ACBD2EC" w14:textId="3C18C3AD" w:rsidR="00917795" w:rsidRPr="00EB2589" w:rsidRDefault="00917795" w:rsidP="00EB2589">
      <w:pPr>
        <w:pStyle w:val="ListParagraph"/>
        <w:rPr>
          <w:sz w:val="28"/>
          <w:szCs w:val="28"/>
        </w:rPr>
      </w:pPr>
      <w:r w:rsidRPr="00EB2589">
        <w:rPr>
          <w:b/>
          <w:bCs/>
          <w:sz w:val="28"/>
          <w:szCs w:val="28"/>
        </w:rPr>
        <w:t xml:space="preserve">The </w:t>
      </w:r>
      <w:r w:rsidR="00B41BB1" w:rsidRPr="00EB2589">
        <w:rPr>
          <w:b/>
          <w:bCs/>
          <w:sz w:val="28"/>
          <w:szCs w:val="28"/>
        </w:rPr>
        <w:t>relationships</w:t>
      </w:r>
      <w:r w:rsidRPr="00EB2589">
        <w:rPr>
          <w:b/>
          <w:bCs/>
          <w:sz w:val="28"/>
          <w:szCs w:val="28"/>
        </w:rPr>
        <w:t>:</w:t>
      </w:r>
    </w:p>
    <w:p w14:paraId="7C59168D" w14:textId="77777777" w:rsidR="00917795" w:rsidRPr="00EB2589" w:rsidRDefault="00917795" w:rsidP="00EB2589">
      <w:pPr>
        <w:pStyle w:val="ListParagraph"/>
        <w:numPr>
          <w:ilvl w:val="0"/>
          <w:numId w:val="17"/>
        </w:numPr>
        <w:rPr>
          <w:sz w:val="28"/>
          <w:szCs w:val="28"/>
        </w:rPr>
      </w:pPr>
      <w:r w:rsidRPr="00EB2589">
        <w:rPr>
          <w:sz w:val="28"/>
          <w:szCs w:val="28"/>
        </w:rPr>
        <w:t>Tblsuppliers linked to tblmedicines the reason is one company can supply many different medicines.</w:t>
      </w:r>
    </w:p>
    <w:p w14:paraId="652515B1" w14:textId="3631C0D6" w:rsidR="00917795" w:rsidRPr="00EB2589" w:rsidRDefault="00917795" w:rsidP="00EB2589">
      <w:pPr>
        <w:pStyle w:val="ListParagraph"/>
        <w:numPr>
          <w:ilvl w:val="0"/>
          <w:numId w:val="17"/>
        </w:numPr>
        <w:rPr>
          <w:sz w:val="28"/>
          <w:szCs w:val="28"/>
        </w:rPr>
      </w:pPr>
      <w:r w:rsidRPr="00EB2589">
        <w:rPr>
          <w:sz w:val="28"/>
          <w:szCs w:val="28"/>
        </w:rPr>
        <w:t xml:space="preserve">Tblcustomers linked to tblsales the reason is one customer can make different </w:t>
      </w:r>
      <w:r w:rsidR="00AB3007" w:rsidRPr="00EB2589">
        <w:rPr>
          <w:sz w:val="28"/>
          <w:szCs w:val="28"/>
        </w:rPr>
        <w:t>purchase</w:t>
      </w:r>
      <w:r w:rsidRPr="00EB2589">
        <w:rPr>
          <w:sz w:val="28"/>
          <w:szCs w:val="28"/>
        </w:rPr>
        <w:t xml:space="preserve"> over time.</w:t>
      </w:r>
    </w:p>
    <w:p w14:paraId="646CFDE7" w14:textId="77777777" w:rsidR="00917795" w:rsidRPr="00EB2589" w:rsidRDefault="00917795" w:rsidP="00EB2589">
      <w:pPr>
        <w:pStyle w:val="ListParagraph"/>
        <w:numPr>
          <w:ilvl w:val="0"/>
          <w:numId w:val="17"/>
        </w:numPr>
        <w:rPr>
          <w:sz w:val="28"/>
          <w:szCs w:val="28"/>
        </w:rPr>
      </w:pPr>
      <w:r w:rsidRPr="00EB2589">
        <w:rPr>
          <w:sz w:val="28"/>
          <w:szCs w:val="28"/>
        </w:rPr>
        <w:t>Tblsales linked to tblsalesdetail. One to many</w:t>
      </w:r>
    </w:p>
    <w:p w14:paraId="4897CE88" w14:textId="29B98C3F" w:rsidR="006718C3" w:rsidRPr="00EB2589" w:rsidRDefault="00917795" w:rsidP="00EB2589">
      <w:pPr>
        <w:pStyle w:val="ListParagraph"/>
        <w:numPr>
          <w:ilvl w:val="0"/>
          <w:numId w:val="17"/>
        </w:numPr>
        <w:rPr>
          <w:sz w:val="28"/>
          <w:szCs w:val="28"/>
        </w:rPr>
      </w:pPr>
      <w:r w:rsidRPr="00EB2589">
        <w:rPr>
          <w:sz w:val="28"/>
          <w:szCs w:val="28"/>
        </w:rPr>
        <w:t xml:space="preserve">Tblmedicines linked to tblsaledetails the reason is </w:t>
      </w:r>
      <w:r w:rsidR="00AB3007" w:rsidRPr="00EB2589">
        <w:rPr>
          <w:sz w:val="28"/>
          <w:szCs w:val="28"/>
        </w:rPr>
        <w:t>this handle</w:t>
      </w:r>
      <w:r w:rsidRPr="00EB2589">
        <w:rPr>
          <w:sz w:val="28"/>
          <w:szCs w:val="28"/>
        </w:rPr>
        <w:t xml:space="preserve"> the fact that one sale can have many items, and one item can be in many sales.</w:t>
      </w:r>
      <w:r w:rsidR="00B734C3" w:rsidRPr="00EB2589">
        <w:rPr>
          <w:sz w:val="28"/>
          <w:szCs w:val="28"/>
        </w:rPr>
        <w:br/>
      </w:r>
    </w:p>
    <w:p w14:paraId="4248DC57" w14:textId="77777777" w:rsidR="00FB5342" w:rsidRPr="00EB2589" w:rsidRDefault="00B734C3" w:rsidP="00EB2589">
      <w:pPr>
        <w:rPr>
          <w:sz w:val="28"/>
          <w:szCs w:val="28"/>
        </w:rPr>
      </w:pPr>
      <w:r w:rsidRPr="00EB2589">
        <w:rPr>
          <w:sz w:val="28"/>
          <w:szCs w:val="28"/>
        </w:rPr>
        <w:t>7. Normalisation (Up to 3NF)</w:t>
      </w:r>
      <w:r w:rsidRPr="00EB2589">
        <w:rPr>
          <w:sz w:val="28"/>
          <w:szCs w:val="28"/>
        </w:rPr>
        <w:br/>
        <w:t>- Show steps of normalization</w:t>
      </w:r>
    </w:p>
    <w:p w14:paraId="148BF5EB" w14:textId="77777777" w:rsidR="00FB5342" w:rsidRPr="00EB2589" w:rsidRDefault="00FB5342" w:rsidP="00EB2589">
      <w:pPr>
        <w:rPr>
          <w:sz w:val="28"/>
          <w:szCs w:val="28"/>
        </w:rPr>
      </w:pPr>
      <w:r w:rsidRPr="00EB2589">
        <w:rPr>
          <w:b/>
          <w:bCs/>
          <w:sz w:val="28"/>
          <w:szCs w:val="28"/>
        </w:rPr>
        <w:t>First formal form (1NF)</w:t>
      </w:r>
    </w:p>
    <w:p w14:paraId="291CFCDD" w14:textId="77777777" w:rsidR="00FB5342" w:rsidRPr="00EB2589" w:rsidRDefault="00FB5342" w:rsidP="00EB2589">
      <w:pPr>
        <w:pStyle w:val="ListParagraph"/>
        <w:numPr>
          <w:ilvl w:val="0"/>
          <w:numId w:val="18"/>
        </w:numPr>
        <w:rPr>
          <w:sz w:val="28"/>
          <w:szCs w:val="28"/>
        </w:rPr>
      </w:pPr>
      <w:r w:rsidRPr="00EB2589">
        <w:rPr>
          <w:sz w:val="28"/>
          <w:szCs w:val="28"/>
        </w:rPr>
        <w:t>Ensured every cell hold only one value.</w:t>
      </w:r>
    </w:p>
    <w:p w14:paraId="6ABBAB9D" w14:textId="77777777" w:rsidR="00FB5342" w:rsidRPr="00EB2589" w:rsidRDefault="00FB5342" w:rsidP="00EB2589">
      <w:pPr>
        <w:pStyle w:val="ListParagraph"/>
        <w:numPr>
          <w:ilvl w:val="0"/>
          <w:numId w:val="18"/>
        </w:numPr>
        <w:rPr>
          <w:sz w:val="28"/>
          <w:szCs w:val="28"/>
        </w:rPr>
      </w:pPr>
      <w:r w:rsidRPr="00EB2589">
        <w:rPr>
          <w:sz w:val="28"/>
          <w:szCs w:val="28"/>
        </w:rPr>
        <w:t>Split full names into first name and last name.</w:t>
      </w:r>
    </w:p>
    <w:p w14:paraId="51CF0BF1" w14:textId="2C3F83A2" w:rsidR="00A36038" w:rsidRPr="00EB2589" w:rsidRDefault="00FB5342" w:rsidP="00EB2589">
      <w:pPr>
        <w:pStyle w:val="ListParagraph"/>
        <w:numPr>
          <w:ilvl w:val="0"/>
          <w:numId w:val="18"/>
        </w:numPr>
        <w:rPr>
          <w:sz w:val="28"/>
          <w:szCs w:val="28"/>
        </w:rPr>
      </w:pPr>
      <w:r w:rsidRPr="00EB2589">
        <w:rPr>
          <w:sz w:val="28"/>
          <w:szCs w:val="28"/>
        </w:rPr>
        <w:t>Added a unique ID number (</w:t>
      </w:r>
      <w:r w:rsidR="00AB3007" w:rsidRPr="00EB2589">
        <w:rPr>
          <w:sz w:val="28"/>
          <w:szCs w:val="28"/>
        </w:rPr>
        <w:t>Primary</w:t>
      </w:r>
      <w:r w:rsidR="00A36038" w:rsidRPr="00EB2589">
        <w:rPr>
          <w:sz w:val="28"/>
          <w:szCs w:val="28"/>
        </w:rPr>
        <w:t xml:space="preserve"> Key) to every record.</w:t>
      </w:r>
    </w:p>
    <w:p w14:paraId="0BBCD1D3" w14:textId="77777777" w:rsidR="00A36038" w:rsidRPr="00EB2589" w:rsidRDefault="00A36038" w:rsidP="00EB2589">
      <w:pPr>
        <w:pStyle w:val="ListParagraph"/>
        <w:rPr>
          <w:sz w:val="28"/>
          <w:szCs w:val="28"/>
        </w:rPr>
      </w:pPr>
    </w:p>
    <w:p w14:paraId="2D808AB7" w14:textId="77777777" w:rsidR="00A36038" w:rsidRPr="00EB2589" w:rsidRDefault="00A36038" w:rsidP="00EB2589">
      <w:pPr>
        <w:pStyle w:val="ListParagraph"/>
        <w:rPr>
          <w:sz w:val="28"/>
          <w:szCs w:val="28"/>
        </w:rPr>
      </w:pPr>
      <w:r w:rsidRPr="00EB2589">
        <w:rPr>
          <w:b/>
          <w:bCs/>
          <w:sz w:val="28"/>
          <w:szCs w:val="28"/>
        </w:rPr>
        <w:t>Second Normal Form (2NF)</w:t>
      </w:r>
    </w:p>
    <w:p w14:paraId="05669A06" w14:textId="77777777" w:rsidR="00A36038" w:rsidRPr="00EB2589" w:rsidRDefault="00A36038" w:rsidP="00EB2589">
      <w:pPr>
        <w:pStyle w:val="ListParagraph"/>
        <w:numPr>
          <w:ilvl w:val="0"/>
          <w:numId w:val="18"/>
        </w:numPr>
        <w:rPr>
          <w:sz w:val="28"/>
          <w:szCs w:val="28"/>
        </w:rPr>
      </w:pPr>
      <w:r w:rsidRPr="00EB2589">
        <w:rPr>
          <w:sz w:val="28"/>
          <w:szCs w:val="28"/>
        </w:rPr>
        <w:t>Split data into separe tables based on what they are about (example: medicines, suppliers, customers).</w:t>
      </w:r>
    </w:p>
    <w:p w14:paraId="7B7CA3B6" w14:textId="1E133D34" w:rsidR="00A36038" w:rsidRPr="00EB2589" w:rsidRDefault="00A36038" w:rsidP="00EB2589">
      <w:pPr>
        <w:pStyle w:val="ListParagraph"/>
        <w:numPr>
          <w:ilvl w:val="0"/>
          <w:numId w:val="18"/>
        </w:numPr>
        <w:rPr>
          <w:sz w:val="28"/>
          <w:szCs w:val="28"/>
        </w:rPr>
      </w:pPr>
      <w:r w:rsidRPr="00EB2589">
        <w:rPr>
          <w:sz w:val="28"/>
          <w:szCs w:val="28"/>
        </w:rPr>
        <w:t xml:space="preserve">Removed repeated data. Example, supplier details are store once, not next to </w:t>
      </w:r>
      <w:r w:rsidR="00AB3007" w:rsidRPr="00EB2589">
        <w:rPr>
          <w:sz w:val="28"/>
          <w:szCs w:val="28"/>
        </w:rPr>
        <w:t>every</w:t>
      </w:r>
      <w:r w:rsidRPr="00EB2589">
        <w:rPr>
          <w:sz w:val="28"/>
          <w:szCs w:val="28"/>
        </w:rPr>
        <w:t xml:space="preserve"> medicine.</w:t>
      </w:r>
    </w:p>
    <w:p w14:paraId="0A5438E6" w14:textId="77777777" w:rsidR="00A36038" w:rsidRPr="00EB2589" w:rsidRDefault="00A36038" w:rsidP="00EB2589">
      <w:pPr>
        <w:pStyle w:val="ListParagraph"/>
        <w:rPr>
          <w:sz w:val="28"/>
          <w:szCs w:val="28"/>
        </w:rPr>
      </w:pPr>
    </w:p>
    <w:p w14:paraId="25004127" w14:textId="77777777" w:rsidR="00A36038" w:rsidRPr="00EB2589" w:rsidRDefault="00A36038" w:rsidP="00EB2589">
      <w:pPr>
        <w:pStyle w:val="ListParagraph"/>
        <w:rPr>
          <w:b/>
          <w:bCs/>
          <w:sz w:val="28"/>
          <w:szCs w:val="28"/>
        </w:rPr>
      </w:pPr>
    </w:p>
    <w:p w14:paraId="6E74AAF2" w14:textId="77777777" w:rsidR="00A36038" w:rsidRPr="00EB2589" w:rsidRDefault="00A36038" w:rsidP="00EB2589">
      <w:pPr>
        <w:pStyle w:val="ListParagraph"/>
        <w:rPr>
          <w:b/>
          <w:bCs/>
          <w:sz w:val="28"/>
          <w:szCs w:val="28"/>
        </w:rPr>
      </w:pPr>
    </w:p>
    <w:p w14:paraId="7BF6EC68" w14:textId="77777777" w:rsidR="00A36038" w:rsidRPr="00EB2589" w:rsidRDefault="00A36038" w:rsidP="00EB2589">
      <w:pPr>
        <w:pStyle w:val="ListParagraph"/>
        <w:rPr>
          <w:b/>
          <w:bCs/>
          <w:sz w:val="28"/>
          <w:szCs w:val="28"/>
        </w:rPr>
      </w:pPr>
    </w:p>
    <w:p w14:paraId="721F78AF" w14:textId="4AD83E21" w:rsidR="00A36038" w:rsidRPr="00EB2589" w:rsidRDefault="00A36038" w:rsidP="00EB2589">
      <w:pPr>
        <w:pStyle w:val="ListParagraph"/>
        <w:rPr>
          <w:b/>
          <w:bCs/>
          <w:sz w:val="28"/>
          <w:szCs w:val="28"/>
        </w:rPr>
      </w:pPr>
      <w:r w:rsidRPr="00EB2589">
        <w:rPr>
          <w:b/>
          <w:bCs/>
          <w:sz w:val="28"/>
          <w:szCs w:val="28"/>
        </w:rPr>
        <w:t>Third Normal Form (3NF)</w:t>
      </w:r>
    </w:p>
    <w:p w14:paraId="64D444A3" w14:textId="71B27664" w:rsidR="00A36038" w:rsidRPr="00EB2589" w:rsidRDefault="00A36038" w:rsidP="00EB2589">
      <w:pPr>
        <w:pStyle w:val="ListParagraph"/>
        <w:numPr>
          <w:ilvl w:val="0"/>
          <w:numId w:val="18"/>
        </w:numPr>
        <w:rPr>
          <w:sz w:val="28"/>
          <w:szCs w:val="28"/>
        </w:rPr>
      </w:pPr>
      <w:r w:rsidRPr="00EB2589">
        <w:rPr>
          <w:sz w:val="28"/>
          <w:szCs w:val="28"/>
        </w:rPr>
        <w:t>Removed any columns that did not depend on the Primary Key.</w:t>
      </w:r>
    </w:p>
    <w:p w14:paraId="6674CA32" w14:textId="1B48E81D" w:rsidR="00A36038" w:rsidRPr="00EB2589" w:rsidRDefault="00A36038" w:rsidP="00EB2589">
      <w:pPr>
        <w:pStyle w:val="ListParagraph"/>
        <w:numPr>
          <w:ilvl w:val="0"/>
          <w:numId w:val="18"/>
        </w:numPr>
        <w:rPr>
          <w:sz w:val="28"/>
          <w:szCs w:val="28"/>
        </w:rPr>
      </w:pPr>
      <w:r w:rsidRPr="00EB2589">
        <w:rPr>
          <w:sz w:val="28"/>
          <w:szCs w:val="28"/>
        </w:rPr>
        <w:t>Ensured that information like phone numbers or addresses stays in their correct tables only.</w:t>
      </w:r>
    </w:p>
    <w:p w14:paraId="56FD5343" w14:textId="77777777" w:rsidR="00A36038" w:rsidRPr="00EB2589" w:rsidRDefault="00A36038" w:rsidP="00EB2589">
      <w:pPr>
        <w:pStyle w:val="ListParagraph"/>
        <w:rPr>
          <w:sz w:val="28"/>
          <w:szCs w:val="28"/>
        </w:rPr>
      </w:pPr>
    </w:p>
    <w:p w14:paraId="02DB105A" w14:textId="62C38F47" w:rsidR="006718C3" w:rsidRPr="00EB2589" w:rsidRDefault="00B734C3" w:rsidP="00EB2589">
      <w:pPr>
        <w:pStyle w:val="ListParagraph"/>
        <w:rPr>
          <w:sz w:val="28"/>
          <w:szCs w:val="28"/>
        </w:rPr>
      </w:pPr>
      <w:r w:rsidRPr="00EB2589">
        <w:rPr>
          <w:sz w:val="28"/>
          <w:szCs w:val="28"/>
        </w:rPr>
        <w:br/>
        <w:t>- Explain decisions</w:t>
      </w:r>
      <w:r w:rsidRPr="00EB2589">
        <w:rPr>
          <w:sz w:val="28"/>
          <w:szCs w:val="28"/>
        </w:rPr>
        <w:br/>
      </w:r>
    </w:p>
    <w:p w14:paraId="035C6F37" w14:textId="5ADB1FA0" w:rsidR="00A36038" w:rsidRPr="00EB2589" w:rsidRDefault="00A36038" w:rsidP="00EB2589">
      <w:pPr>
        <w:pStyle w:val="ListParagraph"/>
        <w:rPr>
          <w:sz w:val="28"/>
          <w:szCs w:val="28"/>
        </w:rPr>
      </w:pPr>
      <w:r w:rsidRPr="00EB2589">
        <w:rPr>
          <w:sz w:val="28"/>
          <w:szCs w:val="28"/>
        </w:rPr>
        <w:t>I normalized to 3NF to make the database clean and error free.</w:t>
      </w:r>
    </w:p>
    <w:p w14:paraId="23592248" w14:textId="77777777" w:rsidR="00E259E8" w:rsidRPr="00EB2589" w:rsidRDefault="00E259E8" w:rsidP="00EB2589">
      <w:pPr>
        <w:pStyle w:val="ListParagraph"/>
        <w:rPr>
          <w:sz w:val="28"/>
          <w:szCs w:val="28"/>
        </w:rPr>
      </w:pPr>
    </w:p>
    <w:p w14:paraId="66382A54" w14:textId="2641ED32" w:rsidR="00A36038" w:rsidRPr="00EB2589" w:rsidRDefault="00A36038" w:rsidP="00EB2589">
      <w:pPr>
        <w:pStyle w:val="ListParagraph"/>
        <w:numPr>
          <w:ilvl w:val="0"/>
          <w:numId w:val="18"/>
        </w:numPr>
        <w:rPr>
          <w:sz w:val="28"/>
          <w:szCs w:val="28"/>
        </w:rPr>
      </w:pPr>
      <w:r w:rsidRPr="00EB2589">
        <w:rPr>
          <w:b/>
          <w:bCs/>
          <w:sz w:val="28"/>
          <w:szCs w:val="28"/>
        </w:rPr>
        <w:t xml:space="preserve">Saves space: </w:t>
      </w:r>
      <w:r w:rsidRPr="00EB2589">
        <w:rPr>
          <w:sz w:val="28"/>
          <w:szCs w:val="28"/>
        </w:rPr>
        <w:t xml:space="preserve">no duplicate </w:t>
      </w:r>
      <w:r w:rsidR="00AB3007" w:rsidRPr="00EB2589">
        <w:rPr>
          <w:sz w:val="28"/>
          <w:szCs w:val="28"/>
        </w:rPr>
        <w:t>information’s</w:t>
      </w:r>
      <w:r w:rsidRPr="00EB2589">
        <w:rPr>
          <w:sz w:val="28"/>
          <w:szCs w:val="28"/>
        </w:rPr>
        <w:t xml:space="preserve"> means the file size stays small and </w:t>
      </w:r>
      <w:r w:rsidR="00E259E8" w:rsidRPr="00EB2589">
        <w:rPr>
          <w:sz w:val="28"/>
          <w:szCs w:val="28"/>
        </w:rPr>
        <w:t>organized.</w:t>
      </w:r>
    </w:p>
    <w:p w14:paraId="3FEBAB13" w14:textId="78D2F782" w:rsidR="00E259E8" w:rsidRPr="00EB2589" w:rsidRDefault="00E259E8" w:rsidP="00EB2589">
      <w:pPr>
        <w:pStyle w:val="ListParagraph"/>
        <w:numPr>
          <w:ilvl w:val="0"/>
          <w:numId w:val="18"/>
        </w:numPr>
        <w:rPr>
          <w:sz w:val="28"/>
          <w:szCs w:val="28"/>
        </w:rPr>
      </w:pPr>
      <w:r w:rsidRPr="00EB2589">
        <w:rPr>
          <w:b/>
          <w:bCs/>
          <w:sz w:val="28"/>
          <w:szCs w:val="28"/>
        </w:rPr>
        <w:t>Easy to update:</w:t>
      </w:r>
      <w:r w:rsidRPr="00EB2589">
        <w:rPr>
          <w:sz w:val="28"/>
          <w:szCs w:val="28"/>
        </w:rPr>
        <w:t xml:space="preserve"> if a supplier changes their number, I only edit it once in the supplier table.</w:t>
      </w:r>
    </w:p>
    <w:p w14:paraId="506E27AB" w14:textId="203361B3" w:rsidR="00E259E8" w:rsidRPr="00EB2589" w:rsidRDefault="00E259E8" w:rsidP="00EB2589">
      <w:pPr>
        <w:pStyle w:val="ListParagraph"/>
        <w:numPr>
          <w:ilvl w:val="0"/>
          <w:numId w:val="18"/>
        </w:numPr>
        <w:rPr>
          <w:sz w:val="28"/>
          <w:szCs w:val="28"/>
        </w:rPr>
      </w:pPr>
      <w:r w:rsidRPr="00EB2589">
        <w:rPr>
          <w:b/>
          <w:bCs/>
          <w:sz w:val="28"/>
          <w:szCs w:val="28"/>
        </w:rPr>
        <w:t>Prevents Mistakes:</w:t>
      </w:r>
      <w:r w:rsidRPr="00EB2589">
        <w:rPr>
          <w:sz w:val="28"/>
          <w:szCs w:val="28"/>
        </w:rPr>
        <w:t xml:space="preserve"> it stops wrong data from being entered because everything is linked pr</w:t>
      </w:r>
      <w:r w:rsidR="006A0AF6" w:rsidRPr="00EB2589">
        <w:rPr>
          <w:sz w:val="28"/>
          <w:szCs w:val="28"/>
        </w:rPr>
        <w:t>operly.</w:t>
      </w:r>
    </w:p>
    <w:p w14:paraId="6E37C719" w14:textId="2F1F4E06" w:rsidR="006A0AF6" w:rsidRPr="00EB2589" w:rsidRDefault="006A0AF6" w:rsidP="00EB2589">
      <w:pPr>
        <w:pStyle w:val="ListParagraph"/>
        <w:numPr>
          <w:ilvl w:val="0"/>
          <w:numId w:val="18"/>
        </w:numPr>
        <w:rPr>
          <w:sz w:val="28"/>
          <w:szCs w:val="28"/>
        </w:rPr>
      </w:pPr>
      <w:r w:rsidRPr="00EB2589">
        <w:rPr>
          <w:b/>
          <w:bCs/>
          <w:sz w:val="28"/>
          <w:szCs w:val="28"/>
        </w:rPr>
        <w:t>Professional Structure:</w:t>
      </w:r>
      <w:r w:rsidRPr="00EB2589">
        <w:rPr>
          <w:sz w:val="28"/>
          <w:szCs w:val="28"/>
        </w:rPr>
        <w:t xml:space="preserve"> it follows standard database rules, making the system easy to use and maintain.</w:t>
      </w:r>
    </w:p>
    <w:p w14:paraId="5F01186A" w14:textId="77777777" w:rsidR="006A0AF6" w:rsidRPr="00EB2589" w:rsidRDefault="006A0AF6" w:rsidP="00EB2589">
      <w:pPr>
        <w:pStyle w:val="ListParagraph"/>
        <w:rPr>
          <w:sz w:val="28"/>
          <w:szCs w:val="28"/>
        </w:rPr>
      </w:pPr>
    </w:p>
    <w:p w14:paraId="0A78C44E" w14:textId="681D975D" w:rsidR="006A0AF6" w:rsidRPr="00EB2589" w:rsidRDefault="00B734C3" w:rsidP="00EB2589">
      <w:pPr>
        <w:rPr>
          <w:sz w:val="28"/>
          <w:szCs w:val="28"/>
        </w:rPr>
      </w:pPr>
      <w:r w:rsidRPr="00EB2589">
        <w:rPr>
          <w:sz w:val="28"/>
          <w:szCs w:val="28"/>
        </w:rPr>
        <w:t>8. Sample Data</w:t>
      </w:r>
    </w:p>
    <w:p w14:paraId="241FB857" w14:textId="77777777" w:rsidR="006A0AF6" w:rsidRPr="00EB2589" w:rsidRDefault="006A0AF6" w:rsidP="00EB2589">
      <w:pPr>
        <w:rPr>
          <w:b/>
          <w:bCs/>
          <w:sz w:val="28"/>
          <w:szCs w:val="28"/>
        </w:rPr>
      </w:pPr>
      <w:r w:rsidRPr="00EB2589">
        <w:rPr>
          <w:b/>
          <w:bCs/>
          <w:sz w:val="28"/>
          <w:szCs w:val="28"/>
        </w:rPr>
        <w:t>tblMedicines</w:t>
      </w:r>
    </w:p>
    <w:tbl>
      <w:tblPr>
        <w:tblW w:w="117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0"/>
        <w:gridCol w:w="2394"/>
        <w:gridCol w:w="1611"/>
        <w:gridCol w:w="1629"/>
        <w:gridCol w:w="2322"/>
        <w:gridCol w:w="1849"/>
      </w:tblGrid>
      <w:tr w:rsidR="006A0AF6" w:rsidRPr="006A0AF6" w14:paraId="6D3BD455" w14:textId="77777777" w:rsidTr="006A0AF6">
        <w:trPr>
          <w:tblHeader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30F1820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MedicineID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51D2963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MedicineName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AC9A9C8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Category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583674D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UnitPrice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D1EC260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StockQuantity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013A8B3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SupplierID</w:t>
            </w:r>
          </w:p>
        </w:tc>
      </w:tr>
      <w:tr w:rsidR="006A0AF6" w:rsidRPr="006A0AF6" w14:paraId="73A0175F" w14:textId="77777777" w:rsidTr="006A0AF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B4DC401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1652F68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Paracetamol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1D888D8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Painkiller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B0674B2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£1.50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1B7D3A3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100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43F189D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1</w:t>
            </w:r>
          </w:p>
        </w:tc>
      </w:tr>
      <w:tr w:rsidR="006A0AF6" w:rsidRPr="006A0AF6" w14:paraId="41525B22" w14:textId="77777777" w:rsidTr="006A0AF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FAD9DA2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2852F16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Ibuprofen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A6C33A9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Painkiller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406BDF9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£2.20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1B2E2A9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85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6AE21C4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1</w:t>
            </w:r>
          </w:p>
        </w:tc>
      </w:tr>
      <w:tr w:rsidR="006A0AF6" w:rsidRPr="006A0AF6" w14:paraId="002B5E40" w14:textId="77777777" w:rsidTr="006A0AF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F7EF5A8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4A2DA64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Amoxicillin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6A0F62F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Antibiotic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8114A55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£8.90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A5D6FE1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D99CBC7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2</w:t>
            </w:r>
          </w:p>
        </w:tc>
      </w:tr>
      <w:tr w:rsidR="006A0AF6" w:rsidRPr="006A0AF6" w14:paraId="3EF2171B" w14:textId="77777777" w:rsidTr="006A0AF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ACB5F45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7129F61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Loratadine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0790EC6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Allergy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F38A728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£4.50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B7192A7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F140ADF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2</w:t>
            </w:r>
          </w:p>
        </w:tc>
      </w:tr>
      <w:tr w:rsidR="006A0AF6" w:rsidRPr="006A0AF6" w14:paraId="4F8925EC" w14:textId="77777777" w:rsidTr="006A0AF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86D37A7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0FD017F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Omeprazole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52F3A55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Stomach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FDD9683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£6.80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2E3EBF1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CDF59E9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3</w:t>
            </w:r>
          </w:p>
        </w:tc>
      </w:tr>
    </w:tbl>
    <w:p w14:paraId="62ECBECE" w14:textId="77777777" w:rsidR="006A0AF6" w:rsidRPr="00EB2589" w:rsidRDefault="006A0AF6" w:rsidP="00EB2589">
      <w:pPr>
        <w:rPr>
          <w:sz w:val="28"/>
          <w:szCs w:val="28"/>
        </w:rPr>
      </w:pPr>
    </w:p>
    <w:p w14:paraId="264D0769" w14:textId="77777777" w:rsidR="006A0AF6" w:rsidRPr="00EB2589" w:rsidRDefault="006A0AF6" w:rsidP="00EB2589">
      <w:pPr>
        <w:rPr>
          <w:b/>
          <w:bCs/>
          <w:sz w:val="28"/>
          <w:szCs w:val="28"/>
        </w:rPr>
      </w:pPr>
    </w:p>
    <w:p w14:paraId="56C6755D" w14:textId="77777777" w:rsidR="006A0AF6" w:rsidRPr="00EB2589" w:rsidRDefault="006A0AF6" w:rsidP="00EB2589">
      <w:pPr>
        <w:rPr>
          <w:b/>
          <w:bCs/>
          <w:sz w:val="28"/>
          <w:szCs w:val="28"/>
        </w:rPr>
      </w:pPr>
    </w:p>
    <w:p w14:paraId="607B1BB1" w14:textId="77777777" w:rsidR="006A0AF6" w:rsidRPr="00EB2589" w:rsidRDefault="006A0AF6" w:rsidP="00EB2589">
      <w:pPr>
        <w:rPr>
          <w:b/>
          <w:bCs/>
          <w:sz w:val="28"/>
          <w:szCs w:val="28"/>
        </w:rPr>
      </w:pPr>
    </w:p>
    <w:p w14:paraId="18EC8D1D" w14:textId="77777777" w:rsidR="006A0AF6" w:rsidRPr="00EB2589" w:rsidRDefault="006A0AF6" w:rsidP="00EB2589">
      <w:pPr>
        <w:rPr>
          <w:b/>
          <w:bCs/>
          <w:sz w:val="28"/>
          <w:szCs w:val="28"/>
        </w:rPr>
      </w:pPr>
    </w:p>
    <w:p w14:paraId="3FCBE29F" w14:textId="6DE22D30" w:rsidR="006A0AF6" w:rsidRPr="00EB2589" w:rsidRDefault="006A0AF6" w:rsidP="00EB2589">
      <w:pPr>
        <w:rPr>
          <w:b/>
          <w:bCs/>
          <w:sz w:val="28"/>
          <w:szCs w:val="28"/>
        </w:rPr>
      </w:pPr>
      <w:r w:rsidRPr="00EB2589">
        <w:rPr>
          <w:b/>
          <w:bCs/>
          <w:sz w:val="28"/>
          <w:szCs w:val="28"/>
        </w:rPr>
        <w:t>tblSuppliers</w:t>
      </w:r>
    </w:p>
    <w:tbl>
      <w:tblPr>
        <w:tblW w:w="117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9"/>
        <w:gridCol w:w="2234"/>
        <w:gridCol w:w="2104"/>
        <w:gridCol w:w="1983"/>
        <w:gridCol w:w="3665"/>
      </w:tblGrid>
      <w:tr w:rsidR="006A0AF6" w:rsidRPr="006A0AF6" w14:paraId="78503863" w14:textId="77777777" w:rsidTr="006A0AF6">
        <w:trPr>
          <w:tblHeader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8190F97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SupplierID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47819F9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SupplierName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E896B0E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ContactName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8DCCCD5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Phone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9AACB91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Email</w:t>
            </w:r>
          </w:p>
        </w:tc>
      </w:tr>
      <w:tr w:rsidR="006A0AF6" w:rsidRPr="006A0AF6" w14:paraId="37C2B839" w14:textId="77777777" w:rsidTr="006A0AF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8902F71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E78D719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MedSupply Ltd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CE093C7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David Brown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E920DE3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07111222333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42B9A14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info@medsupply.com</w:t>
            </w:r>
          </w:p>
        </w:tc>
      </w:tr>
      <w:tr w:rsidR="006A0AF6" w:rsidRPr="006A0AF6" w14:paraId="4378A71C" w14:textId="77777777" w:rsidTr="006A0AF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4223D12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08DB7A0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PharmaGlobal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7CA5809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Sarah Lee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89FFBC0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07444555666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C89F494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orders@pharmaglobal.com</w:t>
            </w:r>
          </w:p>
        </w:tc>
      </w:tr>
      <w:tr w:rsidR="006A0AF6" w:rsidRPr="006A0AF6" w14:paraId="20B3B144" w14:textId="77777777" w:rsidTr="006A0AF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6AFB2BE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D68E723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HealthLine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C77E176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Mike Ross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E114B19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07777888999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87AF91C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sales@healthline.com</w:t>
            </w:r>
          </w:p>
        </w:tc>
      </w:tr>
      <w:tr w:rsidR="006A0AF6" w:rsidRPr="006A0AF6" w14:paraId="0955B7EB" w14:textId="77777777" w:rsidTr="006A0AF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8A44E8D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26650B0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BioCare Ltd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A324521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Emma Clark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592F0FC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07222333444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133BFE7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contact@biocare.co.uk</w:t>
            </w:r>
          </w:p>
        </w:tc>
      </w:tr>
      <w:tr w:rsidR="006A0AF6" w:rsidRPr="006A0AF6" w14:paraId="050C0B02" w14:textId="77777777" w:rsidTr="006A0AF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87D7249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F963209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DirectMed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00A631B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Tom Evans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988C280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07555666777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E9A6B1C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help@directmed.com</w:t>
            </w:r>
          </w:p>
        </w:tc>
      </w:tr>
    </w:tbl>
    <w:p w14:paraId="65582208" w14:textId="77777777" w:rsidR="006A0AF6" w:rsidRPr="00EB2589" w:rsidRDefault="006A0AF6" w:rsidP="00EB2589">
      <w:pPr>
        <w:rPr>
          <w:sz w:val="28"/>
          <w:szCs w:val="28"/>
        </w:rPr>
      </w:pPr>
    </w:p>
    <w:p w14:paraId="724B3EE9" w14:textId="77777777" w:rsidR="006A0AF6" w:rsidRPr="00EB2589" w:rsidRDefault="006A0AF6" w:rsidP="00EB2589">
      <w:pPr>
        <w:rPr>
          <w:b/>
          <w:bCs/>
          <w:sz w:val="28"/>
          <w:szCs w:val="28"/>
        </w:rPr>
      </w:pPr>
      <w:r w:rsidRPr="00EB2589">
        <w:rPr>
          <w:b/>
          <w:bCs/>
          <w:sz w:val="28"/>
          <w:szCs w:val="28"/>
        </w:rPr>
        <w:t>tblCustomers</w:t>
      </w:r>
    </w:p>
    <w:tbl>
      <w:tblPr>
        <w:tblW w:w="117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1"/>
        <w:gridCol w:w="2152"/>
        <w:gridCol w:w="1983"/>
        <w:gridCol w:w="2403"/>
        <w:gridCol w:w="2866"/>
      </w:tblGrid>
      <w:tr w:rsidR="006A0AF6" w:rsidRPr="006A0AF6" w14:paraId="74A3AC8E" w14:textId="77777777" w:rsidTr="006A0AF6">
        <w:trPr>
          <w:tblHeader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B326872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CustomerID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7DDBE86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FirstName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0E2DDBE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LastName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A618B4F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Phone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B29FB89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Address</w:t>
            </w:r>
          </w:p>
        </w:tc>
      </w:tr>
      <w:tr w:rsidR="006A0AF6" w:rsidRPr="006A0AF6" w14:paraId="4233B876" w14:textId="77777777" w:rsidTr="006A0AF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61FB21B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9008CA6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James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520AA27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Smith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12C5895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07999111222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D4F31BB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10 London Road</w:t>
            </w:r>
          </w:p>
        </w:tc>
      </w:tr>
      <w:tr w:rsidR="006A0AF6" w:rsidRPr="006A0AF6" w14:paraId="2AC2DFAE" w14:textId="77777777" w:rsidTr="006A0AF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538656D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F97E947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Emily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1DD2B1A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Jones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CCB43EA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07888222333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CF915B6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25 High Street</w:t>
            </w:r>
          </w:p>
        </w:tc>
      </w:tr>
      <w:tr w:rsidR="006A0AF6" w:rsidRPr="006A0AF6" w14:paraId="7889F267" w14:textId="77777777" w:rsidTr="006A0AF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10BD3BB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DC66548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Mohammed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F28456A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Khan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6FBA736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07777333444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F4A82D5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5 Park Avenue</w:t>
            </w:r>
          </w:p>
        </w:tc>
      </w:tr>
      <w:tr w:rsidR="006A0AF6" w:rsidRPr="006A0AF6" w14:paraId="1886F1AD" w14:textId="77777777" w:rsidTr="006A0AF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F254F21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5598C9D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Lisa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77444E4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Wong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283C135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07666444555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397FB0D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12 Main Road</w:t>
            </w:r>
          </w:p>
        </w:tc>
      </w:tr>
      <w:tr w:rsidR="006A0AF6" w:rsidRPr="006A0AF6" w14:paraId="388384EC" w14:textId="77777777" w:rsidTr="006A0AF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BF2260F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3AAC75E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Robert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9AF4AA6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Taylor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4CF928E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07555555666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A3619AA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8 Queen Street</w:t>
            </w:r>
          </w:p>
        </w:tc>
      </w:tr>
    </w:tbl>
    <w:p w14:paraId="61C97487" w14:textId="77777777" w:rsidR="006A0AF6" w:rsidRPr="00EB2589" w:rsidRDefault="006A0AF6" w:rsidP="00EB2589">
      <w:pPr>
        <w:rPr>
          <w:sz w:val="28"/>
          <w:szCs w:val="28"/>
        </w:rPr>
      </w:pPr>
    </w:p>
    <w:p w14:paraId="7282A53F" w14:textId="77777777" w:rsidR="006A0AF6" w:rsidRPr="00EB2589" w:rsidRDefault="006A0AF6" w:rsidP="00EB2589">
      <w:pPr>
        <w:rPr>
          <w:b/>
          <w:bCs/>
          <w:sz w:val="28"/>
          <w:szCs w:val="28"/>
        </w:rPr>
      </w:pPr>
      <w:r w:rsidRPr="00EB2589">
        <w:rPr>
          <w:b/>
          <w:bCs/>
          <w:sz w:val="28"/>
          <w:szCs w:val="28"/>
        </w:rPr>
        <w:t>tblSales</w:t>
      </w:r>
    </w:p>
    <w:tbl>
      <w:tblPr>
        <w:tblW w:w="117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1"/>
        <w:gridCol w:w="3308"/>
        <w:gridCol w:w="2892"/>
        <w:gridCol w:w="3544"/>
      </w:tblGrid>
      <w:tr w:rsidR="006A0AF6" w:rsidRPr="006A0AF6" w14:paraId="222AC80B" w14:textId="77777777" w:rsidTr="006A0AF6">
        <w:trPr>
          <w:tblHeader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2BB7D75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SaleID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DC8CCC3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CustomerID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B645E30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SaleDate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47E08F6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TotalAmount</w:t>
            </w:r>
          </w:p>
        </w:tc>
      </w:tr>
      <w:tr w:rsidR="006A0AF6" w:rsidRPr="006A0AF6" w14:paraId="1876B515" w14:textId="77777777" w:rsidTr="006A0AF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E491F71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101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6481CE6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7897E26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28/04/2026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0B91C12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£12.50</w:t>
            </w:r>
          </w:p>
        </w:tc>
      </w:tr>
      <w:tr w:rsidR="006A0AF6" w:rsidRPr="006A0AF6" w14:paraId="340662EC" w14:textId="77777777" w:rsidTr="006A0AF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D0DB89A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102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26FBAD9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35FD494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28/04/2026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E6AD8A8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£8.90</w:t>
            </w:r>
          </w:p>
        </w:tc>
      </w:tr>
      <w:tr w:rsidR="006A0AF6" w:rsidRPr="006A0AF6" w14:paraId="2A1DB15A" w14:textId="77777777" w:rsidTr="006A0AF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40DD2EB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103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16183BF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5081253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29/04/2026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1B3CF1F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£15.40</w:t>
            </w:r>
          </w:p>
        </w:tc>
      </w:tr>
      <w:tr w:rsidR="006A0AF6" w:rsidRPr="006A0AF6" w14:paraId="7D525202" w14:textId="77777777" w:rsidTr="006A0AF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029A269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104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8487261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E58E415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29/04/2026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332C23B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£22.00</w:t>
            </w:r>
          </w:p>
        </w:tc>
      </w:tr>
      <w:tr w:rsidR="006A0AF6" w:rsidRPr="006A0AF6" w14:paraId="239ADBA5" w14:textId="77777777" w:rsidTr="006A0AF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A210B3D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105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0B90E62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6699CAC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29/04/2026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CAC2881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£6.70</w:t>
            </w:r>
          </w:p>
        </w:tc>
      </w:tr>
    </w:tbl>
    <w:p w14:paraId="19B80F28" w14:textId="77777777" w:rsidR="006A0AF6" w:rsidRPr="00EB2589" w:rsidRDefault="006A0AF6" w:rsidP="00EB2589">
      <w:pPr>
        <w:rPr>
          <w:sz w:val="28"/>
          <w:szCs w:val="28"/>
        </w:rPr>
      </w:pPr>
    </w:p>
    <w:p w14:paraId="55074B9F" w14:textId="77777777" w:rsidR="006A0AF6" w:rsidRPr="00EB2589" w:rsidRDefault="006A0AF6" w:rsidP="00EB2589">
      <w:pPr>
        <w:rPr>
          <w:b/>
          <w:bCs/>
          <w:sz w:val="28"/>
          <w:szCs w:val="28"/>
        </w:rPr>
      </w:pPr>
    </w:p>
    <w:p w14:paraId="2FB93164" w14:textId="13ECFB4A" w:rsidR="006A0AF6" w:rsidRPr="00EB2589" w:rsidRDefault="006A0AF6" w:rsidP="00EB2589">
      <w:pPr>
        <w:rPr>
          <w:b/>
          <w:bCs/>
          <w:sz w:val="28"/>
          <w:szCs w:val="28"/>
        </w:rPr>
      </w:pPr>
      <w:r w:rsidRPr="00EB2589">
        <w:rPr>
          <w:b/>
          <w:bCs/>
          <w:sz w:val="28"/>
          <w:szCs w:val="28"/>
        </w:rPr>
        <w:t>tblSaleDetails</w:t>
      </w:r>
    </w:p>
    <w:tbl>
      <w:tblPr>
        <w:tblW w:w="117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59"/>
        <w:gridCol w:w="2119"/>
        <w:gridCol w:w="3345"/>
        <w:gridCol w:w="3722"/>
      </w:tblGrid>
      <w:tr w:rsidR="006A0AF6" w:rsidRPr="006A0AF6" w14:paraId="0BEE6909" w14:textId="77777777" w:rsidTr="006A0AF6">
        <w:trPr>
          <w:tblHeader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179EEFB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DetailID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DD1DFD5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SaleID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784E79D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MedicineID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0B647D5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QuantitySold</w:t>
            </w:r>
          </w:p>
        </w:tc>
      </w:tr>
      <w:tr w:rsidR="006A0AF6" w:rsidRPr="006A0AF6" w14:paraId="7045E8C7" w14:textId="77777777" w:rsidTr="006A0AF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44029A7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C8ACC07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101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3C1F2A6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286966F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2</w:t>
            </w:r>
          </w:p>
        </w:tc>
      </w:tr>
      <w:tr w:rsidR="006A0AF6" w:rsidRPr="006A0AF6" w14:paraId="4E536400" w14:textId="77777777" w:rsidTr="006A0AF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5000CEF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DFD035E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101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E76FF1E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626172A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1</w:t>
            </w:r>
          </w:p>
        </w:tc>
      </w:tr>
      <w:tr w:rsidR="006A0AF6" w:rsidRPr="006A0AF6" w14:paraId="6B7AC582" w14:textId="77777777" w:rsidTr="006A0AF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0302140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1787882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102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5B3C834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D14367A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1</w:t>
            </w:r>
          </w:p>
        </w:tc>
      </w:tr>
      <w:tr w:rsidR="006A0AF6" w:rsidRPr="006A0AF6" w14:paraId="64B0264C" w14:textId="77777777" w:rsidTr="006A0AF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FF80F59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A71C4BD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103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99566B9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3927570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2</w:t>
            </w:r>
          </w:p>
        </w:tc>
      </w:tr>
      <w:tr w:rsidR="006A0AF6" w:rsidRPr="006A0AF6" w14:paraId="520DBF9A" w14:textId="77777777" w:rsidTr="006A0AF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4BA1EEE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3416AD4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104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FABFCBC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40BC192" w14:textId="77777777" w:rsidR="006A0AF6" w:rsidRPr="006A0AF6" w:rsidRDefault="006A0AF6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6A0A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3</w:t>
            </w:r>
          </w:p>
        </w:tc>
      </w:tr>
    </w:tbl>
    <w:p w14:paraId="05710846" w14:textId="77777777" w:rsidR="006A0AF6" w:rsidRPr="00EB2589" w:rsidRDefault="006A0AF6" w:rsidP="00EB2589">
      <w:pPr>
        <w:rPr>
          <w:b/>
          <w:bCs/>
          <w:sz w:val="28"/>
          <w:szCs w:val="28"/>
        </w:rPr>
      </w:pPr>
    </w:p>
    <w:p w14:paraId="290EF11D" w14:textId="4B58FB9A" w:rsidR="006718C3" w:rsidRPr="00EB2589" w:rsidRDefault="00B734C3" w:rsidP="00EB2589">
      <w:pPr>
        <w:rPr>
          <w:sz w:val="28"/>
          <w:szCs w:val="28"/>
        </w:rPr>
      </w:pPr>
      <w:r w:rsidRPr="00EB2589">
        <w:rPr>
          <w:sz w:val="28"/>
          <w:szCs w:val="28"/>
        </w:rPr>
        <w:br/>
      </w:r>
    </w:p>
    <w:p w14:paraId="32B9A655" w14:textId="77777777" w:rsidR="006A0AF6" w:rsidRPr="00EB2589" w:rsidRDefault="00B734C3" w:rsidP="00EB2589">
      <w:pPr>
        <w:rPr>
          <w:sz w:val="28"/>
          <w:szCs w:val="28"/>
        </w:rPr>
      </w:pPr>
      <w:r w:rsidRPr="00EB2589">
        <w:rPr>
          <w:sz w:val="28"/>
          <w:szCs w:val="28"/>
        </w:rPr>
        <w:t>9. Queries</w:t>
      </w:r>
      <w:r w:rsidRPr="00EB2589">
        <w:rPr>
          <w:sz w:val="28"/>
          <w:szCs w:val="28"/>
        </w:rPr>
        <w:br/>
        <w:t>- List queries created</w:t>
      </w:r>
    </w:p>
    <w:p w14:paraId="4E38A4E6" w14:textId="77777777" w:rsidR="00E24268" w:rsidRPr="00EB2589" w:rsidRDefault="00E24268" w:rsidP="00EB2589">
      <w:pPr>
        <w:pStyle w:val="ListParagraph"/>
        <w:numPr>
          <w:ilvl w:val="0"/>
          <w:numId w:val="19"/>
        </w:numPr>
        <w:rPr>
          <w:b/>
          <w:bCs/>
          <w:sz w:val="28"/>
          <w:szCs w:val="28"/>
        </w:rPr>
      </w:pPr>
      <w:r w:rsidRPr="00EB2589">
        <w:rPr>
          <w:b/>
          <w:bCs/>
          <w:sz w:val="28"/>
          <w:szCs w:val="28"/>
        </w:rPr>
        <w:t>qryMedicinelist</w:t>
      </w:r>
    </w:p>
    <w:p w14:paraId="18FBE12F" w14:textId="77777777" w:rsidR="00E24268" w:rsidRPr="00EB2589" w:rsidRDefault="00E24268" w:rsidP="00EB2589">
      <w:pPr>
        <w:pStyle w:val="ListParagraph"/>
        <w:numPr>
          <w:ilvl w:val="0"/>
          <w:numId w:val="19"/>
        </w:numPr>
        <w:rPr>
          <w:b/>
          <w:bCs/>
          <w:sz w:val="28"/>
          <w:szCs w:val="28"/>
        </w:rPr>
      </w:pPr>
      <w:r w:rsidRPr="00EB2589">
        <w:rPr>
          <w:b/>
          <w:bCs/>
          <w:sz w:val="28"/>
          <w:szCs w:val="28"/>
        </w:rPr>
        <w:t>qrylowstock</w:t>
      </w:r>
    </w:p>
    <w:p w14:paraId="629FF51D" w14:textId="77777777" w:rsidR="00E24268" w:rsidRPr="00EB2589" w:rsidRDefault="00E24268" w:rsidP="00EB2589">
      <w:pPr>
        <w:pStyle w:val="ListParagraph"/>
        <w:numPr>
          <w:ilvl w:val="0"/>
          <w:numId w:val="19"/>
        </w:numPr>
        <w:rPr>
          <w:b/>
          <w:bCs/>
          <w:sz w:val="28"/>
          <w:szCs w:val="28"/>
        </w:rPr>
      </w:pPr>
      <w:r w:rsidRPr="00EB2589">
        <w:rPr>
          <w:b/>
          <w:bCs/>
          <w:sz w:val="28"/>
          <w:szCs w:val="28"/>
        </w:rPr>
        <w:t>qrycustomersales</w:t>
      </w:r>
    </w:p>
    <w:p w14:paraId="0DD9A62F" w14:textId="77777777" w:rsidR="00E24268" w:rsidRPr="00EB2589" w:rsidRDefault="00E24268" w:rsidP="00EB2589">
      <w:pPr>
        <w:pStyle w:val="ListParagraph"/>
        <w:numPr>
          <w:ilvl w:val="0"/>
          <w:numId w:val="19"/>
        </w:numPr>
        <w:rPr>
          <w:b/>
          <w:bCs/>
          <w:sz w:val="28"/>
          <w:szCs w:val="28"/>
        </w:rPr>
      </w:pPr>
      <w:r w:rsidRPr="00EB2589">
        <w:rPr>
          <w:b/>
          <w:bCs/>
          <w:sz w:val="28"/>
          <w:szCs w:val="28"/>
        </w:rPr>
        <w:t>qydailytotal</w:t>
      </w:r>
    </w:p>
    <w:p w14:paraId="133370B5" w14:textId="77777777" w:rsidR="00C32C20" w:rsidRPr="00EB2589" w:rsidRDefault="00B734C3" w:rsidP="00EB2589">
      <w:pPr>
        <w:rPr>
          <w:sz w:val="28"/>
          <w:szCs w:val="28"/>
        </w:rPr>
      </w:pPr>
      <w:r w:rsidRPr="00EB2589">
        <w:rPr>
          <w:sz w:val="28"/>
          <w:szCs w:val="28"/>
        </w:rPr>
        <w:br/>
        <w:t>- Purpose of each query</w:t>
      </w:r>
    </w:p>
    <w:p w14:paraId="13718F1D" w14:textId="068BF4D3" w:rsidR="00C32C20" w:rsidRPr="00EB2589" w:rsidRDefault="00C32C20" w:rsidP="00EB2589">
      <w:pPr>
        <w:pStyle w:val="ListParagraph"/>
        <w:numPr>
          <w:ilvl w:val="0"/>
          <w:numId w:val="20"/>
        </w:numPr>
        <w:rPr>
          <w:b/>
          <w:bCs/>
          <w:sz w:val="28"/>
          <w:szCs w:val="28"/>
        </w:rPr>
      </w:pPr>
      <w:r w:rsidRPr="00EB2589">
        <w:rPr>
          <w:b/>
          <w:bCs/>
          <w:sz w:val="28"/>
          <w:szCs w:val="28"/>
        </w:rPr>
        <w:t>qrymedicinelist</w:t>
      </w:r>
    </w:p>
    <w:p w14:paraId="24A19027" w14:textId="77777777" w:rsidR="00C32C20" w:rsidRPr="00EB2589" w:rsidRDefault="00C32C20" w:rsidP="00EB2589">
      <w:pPr>
        <w:pStyle w:val="ListParagraph"/>
        <w:numPr>
          <w:ilvl w:val="0"/>
          <w:numId w:val="21"/>
        </w:numPr>
        <w:rPr>
          <w:sz w:val="28"/>
          <w:szCs w:val="28"/>
        </w:rPr>
      </w:pPr>
      <w:r w:rsidRPr="00EB2589">
        <w:rPr>
          <w:b/>
          <w:bCs/>
          <w:sz w:val="28"/>
          <w:szCs w:val="28"/>
        </w:rPr>
        <w:t xml:space="preserve">purpose: </w:t>
      </w:r>
      <w:r w:rsidRPr="00EB2589">
        <w:rPr>
          <w:sz w:val="28"/>
          <w:szCs w:val="28"/>
        </w:rPr>
        <w:t>shows a full list of all medicines and their prices.</w:t>
      </w:r>
    </w:p>
    <w:p w14:paraId="48C92052" w14:textId="3C70BDF4" w:rsidR="00C32C20" w:rsidRPr="00EB2589" w:rsidRDefault="00C32C20" w:rsidP="00EB2589">
      <w:pPr>
        <w:pStyle w:val="ListParagraph"/>
        <w:numPr>
          <w:ilvl w:val="0"/>
          <w:numId w:val="21"/>
        </w:numPr>
        <w:rPr>
          <w:sz w:val="28"/>
          <w:szCs w:val="28"/>
        </w:rPr>
      </w:pPr>
      <w:r w:rsidRPr="00EB2589">
        <w:rPr>
          <w:b/>
          <w:bCs/>
          <w:sz w:val="28"/>
          <w:szCs w:val="28"/>
        </w:rPr>
        <w:t>Why:</w:t>
      </w:r>
      <w:r w:rsidRPr="00EB2589">
        <w:rPr>
          <w:sz w:val="28"/>
          <w:szCs w:val="28"/>
        </w:rPr>
        <w:t xml:space="preserve"> </w:t>
      </w:r>
      <w:r w:rsidR="00AB3007" w:rsidRPr="00EB2589">
        <w:rPr>
          <w:sz w:val="28"/>
          <w:szCs w:val="28"/>
        </w:rPr>
        <w:t>so,</w:t>
      </w:r>
      <w:r w:rsidRPr="00EB2589">
        <w:rPr>
          <w:sz w:val="28"/>
          <w:szCs w:val="28"/>
        </w:rPr>
        <w:t xml:space="preserve"> staff can check what is available without searching manually.</w:t>
      </w:r>
    </w:p>
    <w:p w14:paraId="4959402C" w14:textId="77777777" w:rsidR="00071BF4" w:rsidRPr="00EB2589" w:rsidRDefault="00071BF4" w:rsidP="00EB2589">
      <w:pPr>
        <w:pStyle w:val="ListParagraph"/>
        <w:ind w:left="1440"/>
        <w:rPr>
          <w:sz w:val="28"/>
          <w:szCs w:val="28"/>
        </w:rPr>
      </w:pPr>
    </w:p>
    <w:p w14:paraId="5EE99111" w14:textId="416F1E7B" w:rsidR="00701D75" w:rsidRPr="00EB2589" w:rsidRDefault="00701D75" w:rsidP="00EB2589">
      <w:pPr>
        <w:pStyle w:val="ListParagraph"/>
        <w:numPr>
          <w:ilvl w:val="0"/>
          <w:numId w:val="20"/>
        </w:numPr>
        <w:rPr>
          <w:sz w:val="28"/>
          <w:szCs w:val="28"/>
        </w:rPr>
      </w:pPr>
      <w:r w:rsidRPr="00EB2589">
        <w:rPr>
          <w:b/>
          <w:bCs/>
          <w:sz w:val="28"/>
          <w:szCs w:val="28"/>
        </w:rPr>
        <w:t xml:space="preserve">qryLowStock: </w:t>
      </w:r>
    </w:p>
    <w:p w14:paraId="66B103D3" w14:textId="77777777" w:rsidR="00701D75" w:rsidRPr="00EB2589" w:rsidRDefault="00701D75" w:rsidP="00EB2589">
      <w:pPr>
        <w:pStyle w:val="ListParagraph"/>
        <w:numPr>
          <w:ilvl w:val="0"/>
          <w:numId w:val="22"/>
        </w:numPr>
        <w:rPr>
          <w:sz w:val="28"/>
          <w:szCs w:val="28"/>
        </w:rPr>
      </w:pPr>
      <w:r w:rsidRPr="00EB2589">
        <w:rPr>
          <w:b/>
          <w:bCs/>
          <w:sz w:val="28"/>
          <w:szCs w:val="28"/>
        </w:rPr>
        <w:t xml:space="preserve">purpose: </w:t>
      </w:r>
      <w:r w:rsidRPr="00EB2589">
        <w:rPr>
          <w:sz w:val="28"/>
          <w:szCs w:val="28"/>
        </w:rPr>
        <w:t>shows items where stock is less than</w:t>
      </w:r>
      <w:r w:rsidRPr="00EB2589">
        <w:rPr>
          <w:b/>
          <w:bCs/>
          <w:sz w:val="28"/>
          <w:szCs w:val="28"/>
        </w:rPr>
        <w:t xml:space="preserve"> </w:t>
      </w:r>
      <w:r w:rsidRPr="00EB2589">
        <w:rPr>
          <w:sz w:val="28"/>
          <w:szCs w:val="28"/>
        </w:rPr>
        <w:t>50 units.</w:t>
      </w:r>
    </w:p>
    <w:p w14:paraId="12E26DD8" w14:textId="7FFFBC89" w:rsidR="00701D75" w:rsidRPr="00EB2589" w:rsidRDefault="00701D75" w:rsidP="00EB2589">
      <w:pPr>
        <w:pStyle w:val="ListParagraph"/>
        <w:numPr>
          <w:ilvl w:val="0"/>
          <w:numId w:val="22"/>
        </w:numPr>
        <w:rPr>
          <w:sz w:val="28"/>
          <w:szCs w:val="28"/>
        </w:rPr>
      </w:pPr>
      <w:r w:rsidRPr="00EB2589">
        <w:rPr>
          <w:b/>
          <w:bCs/>
          <w:sz w:val="28"/>
          <w:szCs w:val="28"/>
        </w:rPr>
        <w:t>Why:</w:t>
      </w:r>
      <w:r w:rsidRPr="00EB2589">
        <w:rPr>
          <w:sz w:val="28"/>
          <w:szCs w:val="28"/>
        </w:rPr>
        <w:t xml:space="preserve"> to warn the manager when it is time to reor</w:t>
      </w:r>
      <w:r w:rsidR="00071BF4" w:rsidRPr="00EB2589">
        <w:rPr>
          <w:sz w:val="28"/>
          <w:szCs w:val="28"/>
        </w:rPr>
        <w:t xml:space="preserve">der </w:t>
      </w:r>
      <w:r w:rsidRPr="00EB2589">
        <w:rPr>
          <w:sz w:val="28"/>
          <w:szCs w:val="28"/>
        </w:rPr>
        <w:t>more stock.</w:t>
      </w:r>
    </w:p>
    <w:p w14:paraId="10F0CAD5" w14:textId="77777777" w:rsidR="00071BF4" w:rsidRPr="00EB2589" w:rsidRDefault="00071BF4" w:rsidP="00EB2589">
      <w:pPr>
        <w:pStyle w:val="ListParagraph"/>
        <w:ind w:left="1440"/>
        <w:rPr>
          <w:sz w:val="28"/>
          <w:szCs w:val="28"/>
        </w:rPr>
      </w:pPr>
    </w:p>
    <w:p w14:paraId="35F365C7" w14:textId="5594623A" w:rsidR="00701D75" w:rsidRPr="00EB2589" w:rsidRDefault="00701D75" w:rsidP="00EB2589">
      <w:pPr>
        <w:pStyle w:val="ListParagraph"/>
        <w:numPr>
          <w:ilvl w:val="0"/>
          <w:numId w:val="20"/>
        </w:numPr>
        <w:rPr>
          <w:b/>
          <w:bCs/>
          <w:sz w:val="28"/>
          <w:szCs w:val="28"/>
        </w:rPr>
      </w:pPr>
      <w:r w:rsidRPr="00EB2589">
        <w:rPr>
          <w:b/>
          <w:bCs/>
          <w:sz w:val="28"/>
          <w:szCs w:val="28"/>
        </w:rPr>
        <w:t>qryCustomerSales</w:t>
      </w:r>
    </w:p>
    <w:p w14:paraId="31A7F25F" w14:textId="77777777" w:rsidR="00701D75" w:rsidRPr="00EB2589" w:rsidRDefault="00701D75" w:rsidP="00EB2589">
      <w:pPr>
        <w:pStyle w:val="ListParagraph"/>
        <w:numPr>
          <w:ilvl w:val="0"/>
          <w:numId w:val="23"/>
        </w:numPr>
        <w:rPr>
          <w:sz w:val="28"/>
          <w:szCs w:val="28"/>
        </w:rPr>
      </w:pPr>
      <w:r w:rsidRPr="00EB2589">
        <w:rPr>
          <w:b/>
          <w:bCs/>
          <w:sz w:val="28"/>
          <w:szCs w:val="28"/>
        </w:rPr>
        <w:t xml:space="preserve">purpose: </w:t>
      </w:r>
      <w:r w:rsidRPr="00EB2589">
        <w:rPr>
          <w:sz w:val="28"/>
          <w:szCs w:val="28"/>
        </w:rPr>
        <w:t>links customer names to their purchase history.</w:t>
      </w:r>
    </w:p>
    <w:p w14:paraId="4C2E7ACB" w14:textId="00A218FC" w:rsidR="00701D75" w:rsidRPr="00EB2589" w:rsidRDefault="00701D75" w:rsidP="00EB2589">
      <w:pPr>
        <w:pStyle w:val="ListParagraph"/>
        <w:numPr>
          <w:ilvl w:val="0"/>
          <w:numId w:val="23"/>
        </w:numPr>
        <w:rPr>
          <w:sz w:val="28"/>
          <w:szCs w:val="28"/>
        </w:rPr>
      </w:pPr>
      <w:r w:rsidRPr="00EB2589">
        <w:rPr>
          <w:b/>
          <w:bCs/>
          <w:sz w:val="28"/>
          <w:szCs w:val="28"/>
        </w:rPr>
        <w:t>Why:</w:t>
      </w:r>
      <w:r w:rsidRPr="00EB2589">
        <w:rPr>
          <w:sz w:val="28"/>
          <w:szCs w:val="28"/>
        </w:rPr>
        <w:t xml:space="preserve"> to see exactly who bought what and when.</w:t>
      </w:r>
    </w:p>
    <w:p w14:paraId="65A53996" w14:textId="77777777" w:rsidR="00071BF4" w:rsidRPr="00EB2589" w:rsidRDefault="00071BF4" w:rsidP="00EB2589">
      <w:pPr>
        <w:pStyle w:val="ListParagraph"/>
        <w:ind w:left="1440"/>
        <w:rPr>
          <w:sz w:val="28"/>
          <w:szCs w:val="28"/>
        </w:rPr>
      </w:pPr>
    </w:p>
    <w:p w14:paraId="45A1C96E" w14:textId="6AB94A77" w:rsidR="00701D75" w:rsidRPr="00EB2589" w:rsidRDefault="00701D75" w:rsidP="00EB2589">
      <w:pPr>
        <w:pStyle w:val="ListParagraph"/>
        <w:numPr>
          <w:ilvl w:val="0"/>
          <w:numId w:val="20"/>
        </w:numPr>
        <w:rPr>
          <w:b/>
          <w:bCs/>
          <w:sz w:val="28"/>
          <w:szCs w:val="28"/>
        </w:rPr>
      </w:pPr>
      <w:r w:rsidRPr="00EB2589">
        <w:rPr>
          <w:b/>
          <w:bCs/>
          <w:sz w:val="28"/>
          <w:szCs w:val="28"/>
        </w:rPr>
        <w:t>qryDailyTotal</w:t>
      </w:r>
    </w:p>
    <w:p w14:paraId="60C57706" w14:textId="77777777" w:rsidR="00701D75" w:rsidRPr="00EB2589" w:rsidRDefault="00701D75" w:rsidP="00EB2589">
      <w:pPr>
        <w:pStyle w:val="ListParagraph"/>
        <w:numPr>
          <w:ilvl w:val="0"/>
          <w:numId w:val="24"/>
        </w:numPr>
        <w:rPr>
          <w:sz w:val="28"/>
          <w:szCs w:val="28"/>
        </w:rPr>
      </w:pPr>
      <w:r w:rsidRPr="00EB2589">
        <w:rPr>
          <w:b/>
          <w:bCs/>
          <w:sz w:val="28"/>
          <w:szCs w:val="28"/>
        </w:rPr>
        <w:t xml:space="preserve">purpose: </w:t>
      </w:r>
      <w:r w:rsidRPr="00EB2589">
        <w:rPr>
          <w:sz w:val="28"/>
          <w:szCs w:val="28"/>
        </w:rPr>
        <w:t>calculates the total money taken in one day.</w:t>
      </w:r>
    </w:p>
    <w:p w14:paraId="67A6977E" w14:textId="77777777" w:rsidR="00701D75" w:rsidRPr="00EB2589" w:rsidRDefault="00701D75" w:rsidP="00EB2589">
      <w:pPr>
        <w:pStyle w:val="ListParagraph"/>
        <w:numPr>
          <w:ilvl w:val="0"/>
          <w:numId w:val="24"/>
        </w:numPr>
        <w:rPr>
          <w:sz w:val="28"/>
          <w:szCs w:val="28"/>
        </w:rPr>
      </w:pPr>
      <w:r w:rsidRPr="00EB2589">
        <w:rPr>
          <w:b/>
          <w:bCs/>
          <w:sz w:val="28"/>
          <w:szCs w:val="28"/>
        </w:rPr>
        <w:t>Why:</w:t>
      </w:r>
      <w:r w:rsidRPr="00EB2589">
        <w:rPr>
          <w:sz w:val="28"/>
          <w:szCs w:val="28"/>
        </w:rPr>
        <w:t xml:space="preserve"> to check sales performance easily.</w:t>
      </w:r>
    </w:p>
    <w:p w14:paraId="37412DD7" w14:textId="77777777" w:rsidR="00701D75" w:rsidRPr="00EB2589" w:rsidRDefault="00701D75" w:rsidP="00EB2589">
      <w:pPr>
        <w:pStyle w:val="ListParagraph"/>
        <w:rPr>
          <w:sz w:val="28"/>
          <w:szCs w:val="28"/>
        </w:rPr>
      </w:pPr>
    </w:p>
    <w:p w14:paraId="01D955AD" w14:textId="2BB663C8" w:rsidR="001220C0" w:rsidRPr="00EB2589" w:rsidRDefault="001220C0" w:rsidP="00EB2589">
      <w:pPr>
        <w:pStyle w:val="ListParagraph"/>
        <w:rPr>
          <w:sz w:val="28"/>
          <w:szCs w:val="28"/>
        </w:rPr>
      </w:pPr>
      <w:r w:rsidRPr="00EB2589">
        <w:rPr>
          <w:sz w:val="28"/>
          <w:szCs w:val="28"/>
        </w:rPr>
        <w:t>screenshots</w:t>
      </w:r>
      <w:r w:rsidR="00B734C3" w:rsidRPr="00EB2589">
        <w:rPr>
          <w:sz w:val="28"/>
          <w:szCs w:val="28"/>
        </w:rPr>
        <w:br/>
        <w:t xml:space="preserve">- </w:t>
      </w:r>
      <w:r w:rsidR="00071BF4" w:rsidRPr="00EB2589">
        <w:rPr>
          <w:noProof/>
          <w:sz w:val="28"/>
          <w:szCs w:val="28"/>
        </w:rPr>
        <w:drawing>
          <wp:inline distT="0" distB="0" distL="0" distR="0" wp14:anchorId="0F1EAA1B" wp14:editId="1EED9308">
            <wp:extent cx="4035972" cy="2522483"/>
            <wp:effectExtent l="0" t="0" r="3175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63913" cy="2539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2589">
        <w:rPr>
          <w:noProof/>
          <w:sz w:val="28"/>
          <w:szCs w:val="28"/>
        </w:rPr>
        <w:drawing>
          <wp:inline distT="0" distB="0" distL="0" distR="0" wp14:anchorId="36DD06BD" wp14:editId="51A7DBD1">
            <wp:extent cx="4109545" cy="2568466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42637" cy="2589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44A3A7" w14:textId="5D3A29E9" w:rsidR="006718C3" w:rsidRPr="00EB2589" w:rsidRDefault="001220C0" w:rsidP="00EB2589">
      <w:pPr>
        <w:pStyle w:val="ListParagraph"/>
        <w:rPr>
          <w:b/>
          <w:bCs/>
          <w:sz w:val="28"/>
          <w:szCs w:val="28"/>
        </w:rPr>
      </w:pPr>
      <w:r w:rsidRPr="00EB2589">
        <w:rPr>
          <w:noProof/>
          <w:sz w:val="28"/>
          <w:szCs w:val="28"/>
        </w:rPr>
        <w:drawing>
          <wp:inline distT="0" distB="0" distL="0" distR="0" wp14:anchorId="53A7238C" wp14:editId="0D81C6D6">
            <wp:extent cx="4319752" cy="218059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61863" cy="2201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734C3" w:rsidRPr="00EB2589">
        <w:rPr>
          <w:sz w:val="28"/>
          <w:szCs w:val="28"/>
        </w:rPr>
        <w:br/>
      </w:r>
    </w:p>
    <w:p w14:paraId="658C34F2" w14:textId="77777777" w:rsidR="00B86400" w:rsidRPr="00EB2589" w:rsidRDefault="00B734C3" w:rsidP="00EB2589">
      <w:pPr>
        <w:rPr>
          <w:sz w:val="28"/>
          <w:szCs w:val="28"/>
        </w:rPr>
      </w:pPr>
      <w:r w:rsidRPr="00EB2589">
        <w:rPr>
          <w:sz w:val="28"/>
          <w:szCs w:val="28"/>
        </w:rPr>
        <w:t>10. Forms and Reports</w:t>
      </w:r>
      <w:r w:rsidRPr="00EB2589">
        <w:rPr>
          <w:sz w:val="28"/>
          <w:szCs w:val="28"/>
        </w:rPr>
        <w:br/>
        <w:t>- Screenshots of forms</w:t>
      </w:r>
      <w:r w:rsidRPr="00EB2589">
        <w:rPr>
          <w:sz w:val="28"/>
          <w:szCs w:val="28"/>
        </w:rPr>
        <w:br/>
        <w:t>- Screenshots of reports</w:t>
      </w:r>
      <w:r w:rsidRPr="00EB2589">
        <w:rPr>
          <w:sz w:val="28"/>
          <w:szCs w:val="28"/>
        </w:rPr>
        <w:br/>
        <w:t>- Explanation of functionality</w:t>
      </w:r>
    </w:p>
    <w:p w14:paraId="0D471E67" w14:textId="19114EDC" w:rsidR="006718C3" w:rsidRPr="00EB2589" w:rsidRDefault="00B86400" w:rsidP="00EB2589">
      <w:pPr>
        <w:rPr>
          <w:sz w:val="28"/>
          <w:szCs w:val="28"/>
        </w:rPr>
      </w:pPr>
      <w:r w:rsidRPr="00EB2589">
        <w:rPr>
          <w:sz w:val="28"/>
          <w:szCs w:val="28"/>
        </w:rPr>
        <w:t>This is the main screen used at the counter. It lets you select a customer and choose which medicines they are buying. It automatically links everything together so the system knows exactly what was sold.</w:t>
      </w:r>
      <w:r w:rsidR="00071BF4" w:rsidRPr="00EB2589">
        <w:rPr>
          <w:sz w:val="28"/>
          <w:szCs w:val="28"/>
        </w:rPr>
        <w:t xml:space="preserve"> </w:t>
      </w:r>
      <w:r w:rsidR="00B734C3" w:rsidRPr="00EB2589">
        <w:rPr>
          <w:sz w:val="28"/>
          <w:szCs w:val="28"/>
        </w:rPr>
        <w:br/>
      </w:r>
    </w:p>
    <w:p w14:paraId="50AD8319" w14:textId="77777777" w:rsidR="00071BF4" w:rsidRPr="00EB2589" w:rsidRDefault="00B734C3" w:rsidP="00EB2589">
      <w:pPr>
        <w:rPr>
          <w:sz w:val="28"/>
          <w:szCs w:val="28"/>
        </w:rPr>
      </w:pPr>
      <w:r w:rsidRPr="00EB2589">
        <w:rPr>
          <w:sz w:val="28"/>
          <w:szCs w:val="28"/>
        </w:rPr>
        <w:t>11. Validation and Testing</w:t>
      </w:r>
    </w:p>
    <w:p w14:paraId="015BCA27" w14:textId="77777777" w:rsidR="00071BF4" w:rsidRPr="00EB2589" w:rsidRDefault="00071BF4" w:rsidP="00EB2589">
      <w:pPr>
        <w:rPr>
          <w:sz w:val="28"/>
          <w:szCs w:val="28"/>
        </w:rPr>
      </w:pPr>
      <w:r w:rsidRPr="00EB2589">
        <w:rPr>
          <w:sz w:val="28"/>
          <w:szCs w:val="28"/>
        </w:rPr>
        <w:t>I teste the system carefully to make sure it works correctly and is easy to use.</w:t>
      </w:r>
    </w:p>
    <w:p w14:paraId="3EB18DDA" w14:textId="77777777" w:rsidR="00071BF4" w:rsidRPr="00EB2589" w:rsidRDefault="00B734C3" w:rsidP="00EB2589">
      <w:pPr>
        <w:rPr>
          <w:sz w:val="28"/>
          <w:szCs w:val="28"/>
        </w:rPr>
      </w:pPr>
      <w:r w:rsidRPr="00EB2589">
        <w:rPr>
          <w:sz w:val="28"/>
          <w:szCs w:val="28"/>
        </w:rPr>
        <w:br/>
        <w:t>- Testing methods</w:t>
      </w:r>
    </w:p>
    <w:p w14:paraId="1801B6DB" w14:textId="46C1D559" w:rsidR="00071BF4" w:rsidRPr="00EB2589" w:rsidRDefault="00071BF4" w:rsidP="00EB2589">
      <w:pPr>
        <w:rPr>
          <w:sz w:val="28"/>
          <w:szCs w:val="28"/>
        </w:rPr>
      </w:pPr>
      <w:r w:rsidRPr="00EB2589">
        <w:rPr>
          <w:sz w:val="28"/>
          <w:szCs w:val="28"/>
        </w:rPr>
        <w:t>I used two mai</w:t>
      </w:r>
      <w:r w:rsidR="00861008" w:rsidRPr="00EB2589">
        <w:rPr>
          <w:sz w:val="28"/>
          <w:szCs w:val="28"/>
        </w:rPr>
        <w:t xml:space="preserve">n </w:t>
      </w:r>
      <w:r w:rsidRPr="00EB2589">
        <w:rPr>
          <w:sz w:val="28"/>
          <w:szCs w:val="28"/>
        </w:rPr>
        <w:t>ways to test it:</w:t>
      </w:r>
    </w:p>
    <w:p w14:paraId="1522A1A9" w14:textId="2E7AD8D2" w:rsidR="00861008" w:rsidRPr="00EB2589" w:rsidRDefault="00861008" w:rsidP="00EB2589">
      <w:pPr>
        <w:pStyle w:val="ListParagraph"/>
        <w:numPr>
          <w:ilvl w:val="0"/>
          <w:numId w:val="25"/>
        </w:numPr>
        <w:rPr>
          <w:sz w:val="28"/>
          <w:szCs w:val="28"/>
        </w:rPr>
      </w:pPr>
      <w:r w:rsidRPr="00EB2589">
        <w:rPr>
          <w:b/>
          <w:bCs/>
          <w:sz w:val="28"/>
          <w:szCs w:val="28"/>
        </w:rPr>
        <w:t>Normal Data:</w:t>
      </w:r>
      <w:r w:rsidRPr="00EB2589">
        <w:rPr>
          <w:sz w:val="28"/>
          <w:szCs w:val="28"/>
        </w:rPr>
        <w:t xml:space="preserve"> I entered correct information like names, prices, and dates to see if it saves properly.</w:t>
      </w:r>
    </w:p>
    <w:p w14:paraId="39DCB6DF" w14:textId="4844A0B4" w:rsidR="00861008" w:rsidRPr="00EB2589" w:rsidRDefault="00861008" w:rsidP="00EB2589">
      <w:pPr>
        <w:pStyle w:val="ListParagraph"/>
        <w:numPr>
          <w:ilvl w:val="0"/>
          <w:numId w:val="25"/>
        </w:numPr>
        <w:rPr>
          <w:sz w:val="28"/>
          <w:szCs w:val="28"/>
        </w:rPr>
      </w:pPr>
      <w:r w:rsidRPr="00EB2589">
        <w:rPr>
          <w:b/>
          <w:bCs/>
          <w:sz w:val="28"/>
          <w:szCs w:val="28"/>
        </w:rPr>
        <w:t>Erroneous Data (Validation):</w:t>
      </w:r>
      <w:r w:rsidRPr="00EB2589">
        <w:rPr>
          <w:sz w:val="28"/>
          <w:szCs w:val="28"/>
        </w:rPr>
        <w:t xml:space="preserve"> I tried to enter wrong data on purpose to check if the system stops mistakes.</w:t>
      </w:r>
    </w:p>
    <w:p w14:paraId="0BD5FC9A" w14:textId="795A865E" w:rsidR="00861008" w:rsidRPr="00EB2589" w:rsidRDefault="00861008" w:rsidP="00EB2589">
      <w:pPr>
        <w:pStyle w:val="ListParagraph"/>
        <w:rPr>
          <w:b/>
          <w:bCs/>
          <w:sz w:val="28"/>
          <w:szCs w:val="28"/>
        </w:rPr>
      </w:pPr>
    </w:p>
    <w:p w14:paraId="20E1B704" w14:textId="0E263C3A" w:rsidR="00861008" w:rsidRPr="00EB2589" w:rsidRDefault="00861008" w:rsidP="00EB2589">
      <w:pPr>
        <w:pStyle w:val="ListParagraph"/>
        <w:rPr>
          <w:sz w:val="28"/>
          <w:szCs w:val="28"/>
        </w:rPr>
      </w:pPr>
      <w:r w:rsidRPr="00EB2589">
        <w:rPr>
          <w:b/>
          <w:bCs/>
          <w:sz w:val="28"/>
          <w:szCs w:val="28"/>
        </w:rPr>
        <w:t xml:space="preserve">Example: </w:t>
      </w:r>
      <w:r w:rsidRPr="00EB2589">
        <w:rPr>
          <w:sz w:val="28"/>
          <w:szCs w:val="28"/>
        </w:rPr>
        <w:t>tried to type letters into the price box.</w:t>
      </w:r>
    </w:p>
    <w:p w14:paraId="390D5CA9" w14:textId="77777777" w:rsidR="00861008" w:rsidRPr="00EB2589" w:rsidRDefault="00B734C3" w:rsidP="00EB2589">
      <w:pPr>
        <w:rPr>
          <w:b/>
          <w:bCs/>
          <w:sz w:val="28"/>
          <w:szCs w:val="28"/>
        </w:rPr>
      </w:pPr>
      <w:r w:rsidRPr="00EB2589">
        <w:rPr>
          <w:b/>
          <w:bCs/>
          <w:sz w:val="28"/>
          <w:szCs w:val="28"/>
        </w:rPr>
        <w:br/>
        <w:t>- Results</w:t>
      </w:r>
    </w:p>
    <w:p w14:paraId="4EA6698A" w14:textId="77777777" w:rsidR="00861008" w:rsidRPr="00EB2589" w:rsidRDefault="00861008" w:rsidP="00EB2589">
      <w:pPr>
        <w:pStyle w:val="ListParagraph"/>
        <w:numPr>
          <w:ilvl w:val="0"/>
          <w:numId w:val="26"/>
        </w:numPr>
        <w:rPr>
          <w:sz w:val="28"/>
          <w:szCs w:val="28"/>
        </w:rPr>
      </w:pPr>
      <w:r w:rsidRPr="00EB2589">
        <w:rPr>
          <w:b/>
          <w:bCs/>
          <w:sz w:val="28"/>
          <w:szCs w:val="28"/>
        </w:rPr>
        <w:t>Data Entry</w:t>
      </w:r>
      <w:r w:rsidRPr="00EB2589">
        <w:rPr>
          <w:sz w:val="28"/>
          <w:szCs w:val="28"/>
        </w:rPr>
        <w:t>: all information saves correctly into the tables.</w:t>
      </w:r>
    </w:p>
    <w:p w14:paraId="33B75833" w14:textId="77777777" w:rsidR="00861008" w:rsidRPr="00EB2589" w:rsidRDefault="00861008" w:rsidP="00EB2589">
      <w:pPr>
        <w:pStyle w:val="ListParagraph"/>
        <w:numPr>
          <w:ilvl w:val="0"/>
          <w:numId w:val="26"/>
        </w:numPr>
        <w:rPr>
          <w:sz w:val="28"/>
          <w:szCs w:val="28"/>
        </w:rPr>
      </w:pPr>
      <w:r w:rsidRPr="00EB2589">
        <w:rPr>
          <w:b/>
          <w:bCs/>
          <w:sz w:val="28"/>
          <w:szCs w:val="28"/>
        </w:rPr>
        <w:t>Relationships</w:t>
      </w:r>
      <w:r w:rsidRPr="00EB2589">
        <w:rPr>
          <w:sz w:val="28"/>
          <w:szCs w:val="28"/>
        </w:rPr>
        <w:t>: the links between tables work perfectly when I select a supplier, it shows the right medicines.</w:t>
      </w:r>
    </w:p>
    <w:p w14:paraId="1ADAAAA2" w14:textId="77777777" w:rsidR="00861008" w:rsidRPr="00EB2589" w:rsidRDefault="00861008" w:rsidP="00EB2589">
      <w:pPr>
        <w:pStyle w:val="ListParagraph"/>
        <w:numPr>
          <w:ilvl w:val="0"/>
          <w:numId w:val="26"/>
        </w:numPr>
        <w:rPr>
          <w:sz w:val="28"/>
          <w:szCs w:val="28"/>
        </w:rPr>
      </w:pPr>
      <w:r w:rsidRPr="00EB2589">
        <w:rPr>
          <w:b/>
          <w:bCs/>
          <w:sz w:val="28"/>
          <w:szCs w:val="28"/>
        </w:rPr>
        <w:t>Queries</w:t>
      </w:r>
      <w:r w:rsidRPr="00EB2589">
        <w:rPr>
          <w:sz w:val="28"/>
          <w:szCs w:val="28"/>
        </w:rPr>
        <w:t>: all searches return the correct results quickly.</w:t>
      </w:r>
    </w:p>
    <w:p w14:paraId="6A4CC364" w14:textId="5FC84061" w:rsidR="00861008" w:rsidRPr="0042070F" w:rsidRDefault="00861008" w:rsidP="0042070F">
      <w:pPr>
        <w:pStyle w:val="ListParagraph"/>
        <w:numPr>
          <w:ilvl w:val="0"/>
          <w:numId w:val="26"/>
        </w:numPr>
        <w:rPr>
          <w:sz w:val="28"/>
          <w:szCs w:val="28"/>
        </w:rPr>
      </w:pPr>
      <w:r w:rsidRPr="00EB2589">
        <w:rPr>
          <w:b/>
          <w:bCs/>
          <w:sz w:val="28"/>
          <w:szCs w:val="28"/>
        </w:rPr>
        <w:t>Validation Rules:</w:t>
      </w:r>
      <w:r w:rsidRPr="00EB2589">
        <w:rPr>
          <w:sz w:val="28"/>
          <w:szCs w:val="28"/>
        </w:rPr>
        <w:t xml:space="preserve"> the system successfully shows error messages if wrong data is </w:t>
      </w:r>
      <w:r w:rsidR="00AB3007" w:rsidRPr="00EB2589">
        <w:rPr>
          <w:sz w:val="28"/>
          <w:szCs w:val="28"/>
        </w:rPr>
        <w:t>entered</w:t>
      </w:r>
      <w:r w:rsidRPr="00EB2589">
        <w:rPr>
          <w:sz w:val="28"/>
          <w:szCs w:val="28"/>
        </w:rPr>
        <w:t>, preventing mistakes.</w:t>
      </w:r>
    </w:p>
    <w:p w14:paraId="39EA45D9" w14:textId="77777777" w:rsidR="00861008" w:rsidRPr="00EB2589" w:rsidRDefault="00861008" w:rsidP="00EB2589">
      <w:pPr>
        <w:pStyle w:val="ListParagraph"/>
        <w:rPr>
          <w:sz w:val="28"/>
          <w:szCs w:val="28"/>
        </w:rPr>
      </w:pPr>
    </w:p>
    <w:p w14:paraId="529346F8" w14:textId="10E02A3B" w:rsidR="00861008" w:rsidRPr="0042070F" w:rsidRDefault="00B734C3" w:rsidP="0042070F">
      <w:pPr>
        <w:rPr>
          <w:sz w:val="28"/>
          <w:szCs w:val="28"/>
        </w:rPr>
      </w:pPr>
      <w:r w:rsidRPr="0042070F">
        <w:rPr>
          <w:sz w:val="28"/>
          <w:szCs w:val="28"/>
        </w:rPr>
        <w:t>- Issues found and fixes</w:t>
      </w:r>
    </w:p>
    <w:tbl>
      <w:tblPr>
        <w:tblW w:w="117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9"/>
        <w:gridCol w:w="9146"/>
      </w:tblGrid>
      <w:tr w:rsidR="00861008" w:rsidRPr="00861008" w14:paraId="5FFE6E76" w14:textId="77777777" w:rsidTr="00861008">
        <w:trPr>
          <w:tblHeader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B7CC1A3" w14:textId="77777777" w:rsidR="00861008" w:rsidRPr="00861008" w:rsidRDefault="00861008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86100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Issue Found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C1D6D80" w14:textId="77777777" w:rsidR="00861008" w:rsidRPr="00861008" w:rsidRDefault="00861008" w:rsidP="00EB25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86100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How I Fixed It</w:t>
            </w:r>
          </w:p>
        </w:tc>
      </w:tr>
      <w:tr w:rsidR="00861008" w:rsidRPr="00861008" w14:paraId="737EA09E" w14:textId="77777777" w:rsidTr="00861008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EE09017" w14:textId="77777777" w:rsidR="00861008" w:rsidRPr="00861008" w:rsidRDefault="00861008" w:rsidP="008610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86100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Duplicate Records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804996C" w14:textId="77777777" w:rsidR="00861008" w:rsidRPr="00861008" w:rsidRDefault="00861008" w:rsidP="008610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8610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I set the Primary Key correctly so the same ID cannot be used twice.</w:t>
            </w:r>
          </w:p>
        </w:tc>
      </w:tr>
      <w:tr w:rsidR="00861008" w:rsidRPr="00861008" w14:paraId="20F0D0DE" w14:textId="77777777" w:rsidTr="00861008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BE4CC2D" w14:textId="77777777" w:rsidR="00861008" w:rsidRPr="00861008" w:rsidRDefault="00861008" w:rsidP="008610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86100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Data Too Long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379C112" w14:textId="77777777" w:rsidR="00861008" w:rsidRPr="00861008" w:rsidRDefault="00861008" w:rsidP="008610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8610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I changed the Field Size property so text fits properly without being cut off.</w:t>
            </w:r>
          </w:p>
        </w:tc>
      </w:tr>
      <w:tr w:rsidR="00861008" w:rsidRPr="00861008" w14:paraId="4CCD4122" w14:textId="77777777" w:rsidTr="00861008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1899BE8" w14:textId="77777777" w:rsidR="00861008" w:rsidRPr="00861008" w:rsidRDefault="00861008" w:rsidP="008610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86100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Wrong Format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72EE328" w14:textId="77777777" w:rsidR="00861008" w:rsidRPr="00861008" w:rsidRDefault="00861008" w:rsidP="008610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8610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I set Validation Rules (e.g., must be a number between 0 and 1000) to stop errors.</w:t>
            </w:r>
          </w:p>
        </w:tc>
      </w:tr>
      <w:tr w:rsidR="00861008" w:rsidRPr="00861008" w14:paraId="28DB7A02" w14:textId="77777777" w:rsidTr="00861008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94899C1" w14:textId="77777777" w:rsidR="00861008" w:rsidRPr="00861008" w:rsidRDefault="00861008" w:rsidP="008610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86100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Relationship Errors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13F6A3C" w14:textId="77777777" w:rsidR="00861008" w:rsidRPr="00861008" w:rsidRDefault="00861008" w:rsidP="008610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8610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  <w:t>I made sure both fields had the same Data Type before linking them.</w:t>
            </w:r>
          </w:p>
        </w:tc>
      </w:tr>
    </w:tbl>
    <w:p w14:paraId="7C661BFF" w14:textId="1DB8333E" w:rsidR="006718C3" w:rsidRPr="00EB2589" w:rsidRDefault="00861008" w:rsidP="00861008">
      <w:pPr>
        <w:pStyle w:val="ListParagraph"/>
        <w:rPr>
          <w:sz w:val="28"/>
          <w:szCs w:val="28"/>
        </w:rPr>
      </w:pPr>
      <w:r w:rsidRPr="00EB2589">
        <w:rPr>
          <w:sz w:val="28"/>
          <w:szCs w:val="28"/>
        </w:rPr>
        <w:t xml:space="preserve"> The system is reliable, fast, and stops most errors automatically. It is ready for pharmacy to use.</w:t>
      </w:r>
      <w:r w:rsidR="00B734C3" w:rsidRPr="00EB2589">
        <w:rPr>
          <w:sz w:val="28"/>
          <w:szCs w:val="28"/>
        </w:rPr>
        <w:br/>
      </w:r>
    </w:p>
    <w:p w14:paraId="16B19AEA" w14:textId="77777777" w:rsidR="00861008" w:rsidRPr="00EB2589" w:rsidRDefault="00B734C3">
      <w:pPr>
        <w:rPr>
          <w:sz w:val="28"/>
          <w:szCs w:val="28"/>
        </w:rPr>
      </w:pPr>
      <w:r w:rsidRPr="00EB2589">
        <w:rPr>
          <w:sz w:val="28"/>
          <w:szCs w:val="28"/>
        </w:rPr>
        <w:t>12. Reflection</w:t>
      </w:r>
      <w:r w:rsidRPr="00EB2589">
        <w:rPr>
          <w:sz w:val="28"/>
          <w:szCs w:val="28"/>
        </w:rPr>
        <w:br/>
        <w:t>- Challenges faced</w:t>
      </w:r>
    </w:p>
    <w:p w14:paraId="21B3F18A" w14:textId="3E27E03B" w:rsidR="0027210F" w:rsidRPr="00EB2589" w:rsidRDefault="00AB3007" w:rsidP="0027210F">
      <w:pPr>
        <w:pStyle w:val="ListParagraph"/>
        <w:numPr>
          <w:ilvl w:val="0"/>
          <w:numId w:val="27"/>
        </w:numPr>
        <w:rPr>
          <w:sz w:val="28"/>
          <w:szCs w:val="28"/>
        </w:rPr>
      </w:pPr>
      <w:r w:rsidRPr="00EB2589">
        <w:rPr>
          <w:b/>
          <w:bCs/>
          <w:sz w:val="28"/>
          <w:szCs w:val="28"/>
        </w:rPr>
        <w:t>Relationships</w:t>
      </w:r>
      <w:r w:rsidR="0027210F" w:rsidRPr="00EB2589">
        <w:rPr>
          <w:b/>
          <w:bCs/>
          <w:sz w:val="28"/>
          <w:szCs w:val="28"/>
        </w:rPr>
        <w:t xml:space="preserve">: </w:t>
      </w:r>
      <w:r w:rsidR="0027210F" w:rsidRPr="00EB2589">
        <w:rPr>
          <w:sz w:val="28"/>
          <w:szCs w:val="28"/>
        </w:rPr>
        <w:t>linking tables was difficult at first because data types had to match exactly.</w:t>
      </w:r>
    </w:p>
    <w:p w14:paraId="7B38CCD8" w14:textId="063B6FA2" w:rsidR="0027210F" w:rsidRPr="00EB2589" w:rsidRDefault="00AB3007" w:rsidP="0027210F">
      <w:pPr>
        <w:pStyle w:val="ListParagraph"/>
        <w:numPr>
          <w:ilvl w:val="0"/>
          <w:numId w:val="27"/>
        </w:numPr>
        <w:rPr>
          <w:sz w:val="28"/>
          <w:szCs w:val="28"/>
        </w:rPr>
      </w:pPr>
      <w:r w:rsidRPr="00EB2589">
        <w:rPr>
          <w:b/>
          <w:bCs/>
          <w:sz w:val="28"/>
          <w:szCs w:val="28"/>
        </w:rPr>
        <w:t>Normalization</w:t>
      </w:r>
      <w:r w:rsidR="0027210F" w:rsidRPr="00EB2589">
        <w:rPr>
          <w:b/>
          <w:bCs/>
          <w:sz w:val="28"/>
          <w:szCs w:val="28"/>
        </w:rPr>
        <w:t>:</w:t>
      </w:r>
      <w:r w:rsidR="0027210F" w:rsidRPr="00EB2589">
        <w:rPr>
          <w:sz w:val="28"/>
          <w:szCs w:val="28"/>
        </w:rPr>
        <w:t xml:space="preserve"> splitting data into the correct tables took time to understand properly.</w:t>
      </w:r>
    </w:p>
    <w:p w14:paraId="60E24C1F" w14:textId="77777777" w:rsidR="0027210F" w:rsidRPr="00EB2589" w:rsidRDefault="0027210F" w:rsidP="0027210F">
      <w:pPr>
        <w:pStyle w:val="ListParagraph"/>
        <w:numPr>
          <w:ilvl w:val="0"/>
          <w:numId w:val="27"/>
        </w:numPr>
        <w:rPr>
          <w:sz w:val="28"/>
          <w:szCs w:val="28"/>
        </w:rPr>
      </w:pPr>
      <w:r w:rsidRPr="00EB2589">
        <w:rPr>
          <w:b/>
          <w:bCs/>
          <w:sz w:val="28"/>
          <w:szCs w:val="28"/>
        </w:rPr>
        <w:t>Queries:</w:t>
      </w:r>
      <w:r w:rsidRPr="00EB2589">
        <w:rPr>
          <w:sz w:val="28"/>
          <w:szCs w:val="28"/>
        </w:rPr>
        <w:t xml:space="preserve"> writing the SQL code and joins required a lot of testing to get right.</w:t>
      </w:r>
    </w:p>
    <w:p w14:paraId="654E153B" w14:textId="77777777" w:rsidR="0027210F" w:rsidRPr="00EB2589" w:rsidRDefault="0027210F" w:rsidP="0027210F">
      <w:pPr>
        <w:pStyle w:val="ListParagraph"/>
        <w:rPr>
          <w:b/>
          <w:bCs/>
          <w:sz w:val="28"/>
          <w:szCs w:val="28"/>
        </w:rPr>
      </w:pPr>
    </w:p>
    <w:p w14:paraId="07417FC2" w14:textId="77777777" w:rsidR="0027210F" w:rsidRPr="00EB2589" w:rsidRDefault="00B734C3" w:rsidP="0027210F">
      <w:pPr>
        <w:pStyle w:val="ListParagraph"/>
        <w:rPr>
          <w:sz w:val="28"/>
          <w:szCs w:val="28"/>
        </w:rPr>
      </w:pPr>
      <w:r w:rsidRPr="00EB2589">
        <w:rPr>
          <w:sz w:val="28"/>
          <w:szCs w:val="28"/>
        </w:rPr>
        <w:br/>
        <w:t>- Improvements for future</w:t>
      </w:r>
    </w:p>
    <w:p w14:paraId="3E68A5E8" w14:textId="77777777" w:rsidR="0027210F" w:rsidRPr="00EB2589" w:rsidRDefault="0027210F" w:rsidP="0027210F">
      <w:pPr>
        <w:pStyle w:val="ListParagraph"/>
        <w:numPr>
          <w:ilvl w:val="0"/>
          <w:numId w:val="27"/>
        </w:numPr>
        <w:rPr>
          <w:sz w:val="28"/>
          <w:szCs w:val="28"/>
        </w:rPr>
      </w:pPr>
      <w:r w:rsidRPr="00EB2589">
        <w:rPr>
          <w:b/>
          <w:bCs/>
          <w:sz w:val="28"/>
          <w:szCs w:val="28"/>
        </w:rPr>
        <w:t>Security:</w:t>
      </w:r>
      <w:r w:rsidRPr="00EB2589">
        <w:rPr>
          <w:sz w:val="28"/>
          <w:szCs w:val="28"/>
        </w:rPr>
        <w:t xml:space="preserve"> ad a login system with password to protect the data.</w:t>
      </w:r>
    </w:p>
    <w:p w14:paraId="08E6BBD9" w14:textId="0C74F35A" w:rsidR="0027210F" w:rsidRPr="00EB2589" w:rsidRDefault="0027210F" w:rsidP="0027210F">
      <w:pPr>
        <w:pStyle w:val="ListParagraph"/>
        <w:numPr>
          <w:ilvl w:val="0"/>
          <w:numId w:val="27"/>
        </w:numPr>
        <w:rPr>
          <w:sz w:val="28"/>
          <w:szCs w:val="28"/>
        </w:rPr>
      </w:pPr>
      <w:r w:rsidRPr="00EB2589">
        <w:rPr>
          <w:b/>
          <w:bCs/>
          <w:sz w:val="28"/>
          <w:szCs w:val="28"/>
        </w:rPr>
        <w:t>Design:</w:t>
      </w:r>
      <w:r w:rsidRPr="00EB2589">
        <w:rPr>
          <w:sz w:val="28"/>
          <w:szCs w:val="28"/>
        </w:rPr>
        <w:t xml:space="preserve"> make the forms look more professional with better </w:t>
      </w:r>
      <w:r w:rsidR="00AB3007" w:rsidRPr="00EB2589">
        <w:rPr>
          <w:sz w:val="28"/>
          <w:szCs w:val="28"/>
        </w:rPr>
        <w:t>colors</w:t>
      </w:r>
      <w:r w:rsidRPr="00EB2589">
        <w:rPr>
          <w:sz w:val="28"/>
          <w:szCs w:val="28"/>
        </w:rPr>
        <w:t xml:space="preserve"> and buttons.</w:t>
      </w:r>
    </w:p>
    <w:p w14:paraId="3CC387B2" w14:textId="77777777" w:rsidR="00136D8F" w:rsidRPr="00EB2589" w:rsidRDefault="0027210F" w:rsidP="0027210F">
      <w:pPr>
        <w:pStyle w:val="ListParagraph"/>
        <w:numPr>
          <w:ilvl w:val="0"/>
          <w:numId w:val="27"/>
        </w:numPr>
        <w:rPr>
          <w:sz w:val="28"/>
          <w:szCs w:val="28"/>
        </w:rPr>
      </w:pPr>
      <w:r w:rsidRPr="00EB2589">
        <w:rPr>
          <w:b/>
          <w:bCs/>
          <w:sz w:val="28"/>
          <w:szCs w:val="28"/>
        </w:rPr>
        <w:t>Backup:</w:t>
      </w:r>
      <w:r w:rsidRPr="00EB2589">
        <w:rPr>
          <w:sz w:val="28"/>
          <w:szCs w:val="28"/>
        </w:rPr>
        <w:t xml:space="preserve"> set up automatic saving so information is never lost.</w:t>
      </w:r>
    </w:p>
    <w:p w14:paraId="744D09E2" w14:textId="59EB8E6B" w:rsidR="006718C3" w:rsidRPr="00EB2589" w:rsidRDefault="00B734C3" w:rsidP="00136D8F">
      <w:pPr>
        <w:pStyle w:val="ListParagraph"/>
        <w:rPr>
          <w:sz w:val="28"/>
          <w:szCs w:val="28"/>
        </w:rPr>
      </w:pPr>
      <w:r w:rsidRPr="00EB2589">
        <w:rPr>
          <w:sz w:val="28"/>
          <w:szCs w:val="28"/>
        </w:rPr>
        <w:br/>
      </w:r>
    </w:p>
    <w:p w14:paraId="384EF56A" w14:textId="208040D6" w:rsidR="00136D8F" w:rsidRPr="00EB2589" w:rsidRDefault="00B734C3">
      <w:pPr>
        <w:rPr>
          <w:sz w:val="28"/>
          <w:szCs w:val="28"/>
        </w:rPr>
      </w:pPr>
      <w:r w:rsidRPr="00EB2589">
        <w:rPr>
          <w:sz w:val="28"/>
          <w:szCs w:val="28"/>
        </w:rPr>
        <w:t>13. Conclusion</w:t>
      </w:r>
      <w:r w:rsidRPr="00EB2589">
        <w:rPr>
          <w:sz w:val="28"/>
          <w:szCs w:val="28"/>
        </w:rPr>
        <w:br/>
      </w:r>
      <w:r w:rsidR="00136D8F" w:rsidRPr="00EB2589">
        <w:rPr>
          <w:sz w:val="28"/>
          <w:szCs w:val="28"/>
        </w:rPr>
        <w:t xml:space="preserve">the MediLink Pharmacy system is now </w:t>
      </w:r>
      <w:r w:rsidR="00AB3007" w:rsidRPr="00EB2589">
        <w:rPr>
          <w:sz w:val="28"/>
          <w:szCs w:val="28"/>
        </w:rPr>
        <w:t>complete</w:t>
      </w:r>
      <w:r w:rsidR="00136D8F" w:rsidRPr="00EB2589">
        <w:rPr>
          <w:sz w:val="28"/>
          <w:szCs w:val="28"/>
        </w:rPr>
        <w:t xml:space="preserve"> and works successfully.</w:t>
      </w:r>
    </w:p>
    <w:p w14:paraId="6AC3443C" w14:textId="6E070260" w:rsidR="00136D8F" w:rsidRPr="00EB2589" w:rsidRDefault="00136D8F">
      <w:pPr>
        <w:rPr>
          <w:sz w:val="28"/>
          <w:szCs w:val="28"/>
        </w:rPr>
      </w:pPr>
      <w:r w:rsidRPr="00EB2589">
        <w:rPr>
          <w:sz w:val="28"/>
          <w:szCs w:val="28"/>
        </w:rPr>
        <w:t xml:space="preserve">I </w:t>
      </w:r>
      <w:r w:rsidR="00AB3007" w:rsidRPr="00EB2589">
        <w:rPr>
          <w:sz w:val="28"/>
          <w:szCs w:val="28"/>
        </w:rPr>
        <w:t>created</w:t>
      </w:r>
      <w:r w:rsidRPr="00EB2589">
        <w:rPr>
          <w:sz w:val="28"/>
          <w:szCs w:val="28"/>
        </w:rPr>
        <w:t xml:space="preserve"> all the necessary </w:t>
      </w:r>
      <w:r w:rsidR="00AB3007" w:rsidRPr="00EB2589">
        <w:rPr>
          <w:sz w:val="28"/>
          <w:szCs w:val="28"/>
        </w:rPr>
        <w:t>tables, queries</w:t>
      </w:r>
      <w:r w:rsidRPr="00EB2589">
        <w:rPr>
          <w:sz w:val="28"/>
          <w:szCs w:val="28"/>
        </w:rPr>
        <w:t>, forms, and reports. The database is normalized to 3NF, which keeps the data clean and organized.</w:t>
      </w:r>
    </w:p>
    <w:p w14:paraId="18255F62" w14:textId="08BB34BC" w:rsidR="00136D8F" w:rsidRPr="00EB2589" w:rsidRDefault="00136D8F" w:rsidP="00136D8F">
      <w:pPr>
        <w:pStyle w:val="ListParagraph"/>
        <w:numPr>
          <w:ilvl w:val="0"/>
          <w:numId w:val="28"/>
        </w:numPr>
        <w:rPr>
          <w:sz w:val="28"/>
          <w:szCs w:val="28"/>
        </w:rPr>
      </w:pPr>
      <w:r w:rsidRPr="00EB2589">
        <w:rPr>
          <w:sz w:val="28"/>
          <w:szCs w:val="28"/>
        </w:rPr>
        <w:t>The system helps staff:</w:t>
      </w:r>
    </w:p>
    <w:p w14:paraId="3F57D945" w14:textId="77777777" w:rsidR="00136D8F" w:rsidRPr="00EB2589" w:rsidRDefault="00136D8F" w:rsidP="00136D8F">
      <w:pPr>
        <w:pStyle w:val="ListParagraph"/>
        <w:numPr>
          <w:ilvl w:val="0"/>
          <w:numId w:val="28"/>
        </w:numPr>
        <w:rPr>
          <w:sz w:val="28"/>
          <w:szCs w:val="28"/>
        </w:rPr>
      </w:pPr>
      <w:r w:rsidRPr="00EB2589">
        <w:rPr>
          <w:sz w:val="28"/>
          <w:szCs w:val="28"/>
        </w:rPr>
        <w:t>Keep track of stock easily</w:t>
      </w:r>
    </w:p>
    <w:p w14:paraId="6FB61B38" w14:textId="77777777" w:rsidR="00136D8F" w:rsidRPr="00EB2589" w:rsidRDefault="00136D8F" w:rsidP="00136D8F">
      <w:pPr>
        <w:pStyle w:val="ListParagraph"/>
        <w:numPr>
          <w:ilvl w:val="0"/>
          <w:numId w:val="28"/>
        </w:numPr>
        <w:rPr>
          <w:sz w:val="28"/>
          <w:szCs w:val="28"/>
        </w:rPr>
      </w:pPr>
      <w:r w:rsidRPr="00EB2589">
        <w:rPr>
          <w:sz w:val="28"/>
          <w:szCs w:val="28"/>
        </w:rPr>
        <w:t>Record sales quickly</w:t>
      </w:r>
    </w:p>
    <w:p w14:paraId="74F56BAE" w14:textId="7B579CBB" w:rsidR="00136D8F" w:rsidRPr="00EB2589" w:rsidRDefault="00136D8F" w:rsidP="00136D8F">
      <w:pPr>
        <w:pStyle w:val="ListParagraph"/>
        <w:numPr>
          <w:ilvl w:val="0"/>
          <w:numId w:val="28"/>
        </w:numPr>
        <w:rPr>
          <w:sz w:val="28"/>
          <w:szCs w:val="28"/>
        </w:rPr>
      </w:pPr>
      <w:r w:rsidRPr="00EB2589">
        <w:rPr>
          <w:sz w:val="28"/>
          <w:szCs w:val="28"/>
        </w:rPr>
        <w:t>Find customer information fast</w:t>
      </w:r>
    </w:p>
    <w:p w14:paraId="6B24AA57" w14:textId="78A7C7E9" w:rsidR="00136D8F" w:rsidRPr="00EB2589" w:rsidRDefault="00136D8F" w:rsidP="00136D8F">
      <w:pPr>
        <w:pStyle w:val="ListParagraph"/>
        <w:rPr>
          <w:sz w:val="28"/>
          <w:szCs w:val="28"/>
        </w:rPr>
      </w:pPr>
    </w:p>
    <w:p w14:paraId="57AD1CAB" w14:textId="290432C8" w:rsidR="00136D8F" w:rsidRPr="00EB2589" w:rsidRDefault="00136D8F" w:rsidP="00136D8F">
      <w:pPr>
        <w:pStyle w:val="ListParagraph"/>
        <w:rPr>
          <w:sz w:val="28"/>
          <w:szCs w:val="28"/>
        </w:rPr>
      </w:pPr>
      <w:r w:rsidRPr="00EB2589">
        <w:rPr>
          <w:sz w:val="28"/>
          <w:szCs w:val="28"/>
        </w:rPr>
        <w:t xml:space="preserve">Testing showed that the system is reliable, user friendly, and ready to use. </w:t>
      </w:r>
    </w:p>
    <w:p w14:paraId="211CF2AF" w14:textId="0F6DE2C3" w:rsidR="00136D8F" w:rsidRPr="00EB2589" w:rsidRDefault="00136D8F" w:rsidP="00136D8F">
      <w:pPr>
        <w:pStyle w:val="ListParagraph"/>
        <w:rPr>
          <w:sz w:val="28"/>
          <w:szCs w:val="28"/>
        </w:rPr>
      </w:pPr>
      <w:r w:rsidRPr="00EB2589">
        <w:rPr>
          <w:sz w:val="28"/>
          <w:szCs w:val="28"/>
        </w:rPr>
        <w:t>Overall, the p</w:t>
      </w:r>
      <w:r w:rsidR="003E56C4" w:rsidRPr="00EB2589">
        <w:rPr>
          <w:sz w:val="28"/>
          <w:szCs w:val="28"/>
        </w:rPr>
        <w:t>roject met all the requirements successfully.</w:t>
      </w:r>
    </w:p>
    <w:p w14:paraId="4A8113DE" w14:textId="4C08496B" w:rsidR="006718C3" w:rsidRPr="00EB2589" w:rsidRDefault="00B734C3">
      <w:pPr>
        <w:rPr>
          <w:sz w:val="28"/>
          <w:szCs w:val="28"/>
        </w:rPr>
      </w:pPr>
      <w:r w:rsidRPr="00EB2589">
        <w:rPr>
          <w:sz w:val="28"/>
          <w:szCs w:val="28"/>
        </w:rPr>
        <w:br/>
      </w:r>
    </w:p>
    <w:p w14:paraId="57F06871" w14:textId="77777777" w:rsidR="003E56C4" w:rsidRPr="00EB2589" w:rsidRDefault="00B734C3">
      <w:pPr>
        <w:rPr>
          <w:rFonts w:ascii="Arial" w:hAnsi="Arial" w:cs="Arial"/>
          <w:color w:val="000000"/>
          <w:sz w:val="28"/>
          <w:szCs w:val="28"/>
        </w:rPr>
      </w:pPr>
      <w:r w:rsidRPr="00EB2589">
        <w:rPr>
          <w:sz w:val="28"/>
          <w:szCs w:val="28"/>
        </w:rPr>
        <w:t>14. References</w:t>
      </w:r>
      <w:r w:rsidRPr="00EB2589">
        <w:rPr>
          <w:sz w:val="28"/>
          <w:szCs w:val="28"/>
        </w:rPr>
        <w:br/>
      </w:r>
      <w:r w:rsidR="003E56C4" w:rsidRPr="00EB2589">
        <w:rPr>
          <w:rFonts w:ascii="Arial" w:hAnsi="Arial" w:cs="Arial"/>
          <w:color w:val="000000"/>
          <w:sz w:val="28"/>
          <w:szCs w:val="28"/>
        </w:rPr>
        <w:t>1] Microsoft, "Access Help &amp; Learning", Available: https://support.microsoft.com/en-us/access [Accessed: 29-Apr-2026].</w:t>
      </w:r>
    </w:p>
    <w:p w14:paraId="2F1FF414" w14:textId="77777777" w:rsidR="003E56C4" w:rsidRPr="00EB2589" w:rsidRDefault="003E56C4">
      <w:pPr>
        <w:rPr>
          <w:rFonts w:ascii="Arial" w:hAnsi="Arial" w:cs="Arial"/>
          <w:color w:val="000000"/>
          <w:sz w:val="28"/>
          <w:szCs w:val="28"/>
        </w:rPr>
      </w:pPr>
      <w:r w:rsidRPr="00EB2589">
        <w:rPr>
          <w:rFonts w:ascii="Arial" w:hAnsi="Arial" w:cs="Arial"/>
          <w:color w:val="000000"/>
          <w:sz w:val="28"/>
          <w:szCs w:val="28"/>
        </w:rPr>
        <w:t>[2] W3Schools, "SQL Tutorial", Available: https://www.w3schools.com/sql [Accessed: 29-Apr-2026].</w:t>
      </w:r>
    </w:p>
    <w:p w14:paraId="18213E93" w14:textId="77777777" w:rsidR="00B41BB1" w:rsidRPr="00EB2589" w:rsidRDefault="00B41BB1">
      <w:pPr>
        <w:rPr>
          <w:rFonts w:ascii="Arial" w:hAnsi="Arial" w:cs="Arial"/>
          <w:color w:val="000000"/>
          <w:sz w:val="28"/>
          <w:szCs w:val="28"/>
        </w:rPr>
      </w:pPr>
      <w:r w:rsidRPr="00EB2589">
        <w:rPr>
          <w:rFonts w:ascii="Arial" w:hAnsi="Arial" w:cs="Arial"/>
          <w:color w:val="000000"/>
          <w:sz w:val="28"/>
          <w:szCs w:val="28"/>
        </w:rPr>
        <w:t>[3] T. Connolly and C. Begg, Database Systems: A Practical Approach to Design, Implementation, and Management, 6th ed. Harlow: Pearson Education, 2015.</w:t>
      </w:r>
    </w:p>
    <w:p w14:paraId="75ECD7D5" w14:textId="77777777" w:rsidR="00B41BB1" w:rsidRPr="00EB2589" w:rsidRDefault="00B41BB1">
      <w:pPr>
        <w:rPr>
          <w:rFonts w:ascii="Arial" w:hAnsi="Arial" w:cs="Arial"/>
          <w:color w:val="000000"/>
          <w:sz w:val="28"/>
          <w:szCs w:val="28"/>
        </w:rPr>
      </w:pPr>
      <w:r w:rsidRPr="00EB2589">
        <w:rPr>
          <w:rFonts w:ascii="Arial" w:hAnsi="Arial" w:cs="Arial"/>
          <w:color w:val="000000"/>
          <w:sz w:val="28"/>
          <w:szCs w:val="28"/>
        </w:rPr>
        <w:t>[4] BBC Bitesize, "Database Concepts", Available: https://www.bbc.co.uk/bitesize [Accessed: 29-Apr-2026].</w:t>
      </w:r>
    </w:p>
    <w:p w14:paraId="54E413B9" w14:textId="4EE4A651" w:rsidR="006718C3" w:rsidRPr="00EB2589" w:rsidRDefault="00B41BB1">
      <w:pPr>
        <w:rPr>
          <w:rFonts w:ascii="Arial" w:hAnsi="Arial" w:cs="Arial"/>
          <w:color w:val="000000"/>
          <w:sz w:val="28"/>
          <w:szCs w:val="28"/>
        </w:rPr>
      </w:pPr>
      <w:r w:rsidRPr="00EB2589">
        <w:rPr>
          <w:rFonts w:ascii="Arial" w:hAnsi="Arial" w:cs="Arial"/>
          <w:color w:val="000000"/>
          <w:sz w:val="28"/>
          <w:szCs w:val="28"/>
        </w:rPr>
        <w:t>[5] TutorialsPoint, "Normalization Process", Available: https://www.tutorialspoint.com/dbms [Accessed: 29-Apr-2026].</w:t>
      </w:r>
      <w:r w:rsidR="00B734C3" w:rsidRPr="00EB2589">
        <w:rPr>
          <w:sz w:val="28"/>
          <w:szCs w:val="28"/>
        </w:rPr>
        <w:br/>
      </w:r>
    </w:p>
    <w:p w14:paraId="4CD58582" w14:textId="0C8DBABB" w:rsidR="006718C3" w:rsidRPr="00EB2589" w:rsidRDefault="006718C3">
      <w:pPr>
        <w:rPr>
          <w:sz w:val="28"/>
          <w:szCs w:val="28"/>
        </w:rPr>
      </w:pPr>
    </w:p>
    <w:sectPr w:rsidR="006718C3" w:rsidRPr="00EB2589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B0604020202020204"/>
    <w:charset w:val="00"/>
    <w:family w:val="auto"/>
    <w:pitch w:val="variable"/>
    <w:sig w:usb0="00000003" w:usb1="00000000" w:usb2="00000000" w:usb3="00000000" w:csb0="00000003" w:csb1="00000000"/>
  </w:font>
  <w:font w:name="American Typewriter">
    <w:panose1 w:val="02090604020004020304"/>
    <w:charset w:val="4D"/>
    <w:family w:val="roman"/>
    <w:pitch w:val="variable"/>
    <w:sig w:usb0="A000006F" w:usb1="00000019" w:usb2="00000000" w:usb3="00000000" w:csb0="0000011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5385B02"/>
    <w:multiLevelType w:val="hybridMultilevel"/>
    <w:tmpl w:val="E0BC35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7F605D"/>
    <w:multiLevelType w:val="hybridMultilevel"/>
    <w:tmpl w:val="20AA9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C7473D0"/>
    <w:multiLevelType w:val="hybridMultilevel"/>
    <w:tmpl w:val="9A264B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775D49"/>
    <w:multiLevelType w:val="multilevel"/>
    <w:tmpl w:val="B204ED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164C2684"/>
    <w:multiLevelType w:val="hybridMultilevel"/>
    <w:tmpl w:val="BBD42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7C92677"/>
    <w:multiLevelType w:val="hybridMultilevel"/>
    <w:tmpl w:val="CCF45B5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06169CC"/>
    <w:multiLevelType w:val="hybridMultilevel"/>
    <w:tmpl w:val="FE12B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E816D1"/>
    <w:multiLevelType w:val="hybridMultilevel"/>
    <w:tmpl w:val="FC30523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B00251"/>
    <w:multiLevelType w:val="hybridMultilevel"/>
    <w:tmpl w:val="24702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D971C1"/>
    <w:multiLevelType w:val="hybridMultilevel"/>
    <w:tmpl w:val="B14418F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3DB5C18"/>
    <w:multiLevelType w:val="hybridMultilevel"/>
    <w:tmpl w:val="B812293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4A2320C"/>
    <w:multiLevelType w:val="hybridMultilevel"/>
    <w:tmpl w:val="4C245E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42C6B01"/>
    <w:multiLevelType w:val="hybridMultilevel"/>
    <w:tmpl w:val="0812DE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BE13A8"/>
    <w:multiLevelType w:val="hybridMultilevel"/>
    <w:tmpl w:val="876CBC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6967D70"/>
    <w:multiLevelType w:val="hybridMultilevel"/>
    <w:tmpl w:val="26C0DDC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B60E42"/>
    <w:multiLevelType w:val="hybridMultilevel"/>
    <w:tmpl w:val="44F49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856B06"/>
    <w:multiLevelType w:val="hybridMultilevel"/>
    <w:tmpl w:val="3A9A78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2D95997"/>
    <w:multiLevelType w:val="hybridMultilevel"/>
    <w:tmpl w:val="9C3C15FA"/>
    <w:lvl w:ilvl="0" w:tplc="08090013">
      <w:start w:val="1"/>
      <w:numFmt w:val="upp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E48511F"/>
    <w:multiLevelType w:val="hybridMultilevel"/>
    <w:tmpl w:val="95901D64"/>
    <w:lvl w:ilvl="0" w:tplc="0809000F">
      <w:start w:val="1"/>
      <w:numFmt w:val="decimal"/>
      <w:lvlText w:val="%1."/>
      <w:lvlJc w:val="left"/>
      <w:pPr>
        <w:ind w:left="2520" w:hanging="360"/>
      </w:p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num w:numId="1" w16cid:durableId="1689215078">
    <w:abstractNumId w:val="8"/>
  </w:num>
  <w:num w:numId="2" w16cid:durableId="301738855">
    <w:abstractNumId w:val="6"/>
  </w:num>
  <w:num w:numId="3" w16cid:durableId="992369623">
    <w:abstractNumId w:val="5"/>
  </w:num>
  <w:num w:numId="4" w16cid:durableId="350424168">
    <w:abstractNumId w:val="4"/>
  </w:num>
  <w:num w:numId="5" w16cid:durableId="748042521">
    <w:abstractNumId w:val="7"/>
  </w:num>
  <w:num w:numId="6" w16cid:durableId="1542356415">
    <w:abstractNumId w:val="3"/>
  </w:num>
  <w:num w:numId="7" w16cid:durableId="492574958">
    <w:abstractNumId w:val="2"/>
  </w:num>
  <w:num w:numId="8" w16cid:durableId="100078857">
    <w:abstractNumId w:val="1"/>
  </w:num>
  <w:num w:numId="9" w16cid:durableId="1777869621">
    <w:abstractNumId w:val="0"/>
  </w:num>
  <w:num w:numId="10" w16cid:durableId="1945769348">
    <w:abstractNumId w:val="12"/>
  </w:num>
  <w:num w:numId="11" w16cid:durableId="482547960">
    <w:abstractNumId w:val="13"/>
  </w:num>
  <w:num w:numId="12" w16cid:durableId="39013266">
    <w:abstractNumId w:val="26"/>
  </w:num>
  <w:num w:numId="13" w16cid:durableId="1896427938">
    <w:abstractNumId w:val="23"/>
  </w:num>
  <w:num w:numId="14" w16cid:durableId="1552185697">
    <w:abstractNumId w:val="24"/>
  </w:num>
  <w:num w:numId="15" w16cid:durableId="1342977163">
    <w:abstractNumId w:val="27"/>
  </w:num>
  <w:num w:numId="16" w16cid:durableId="2120176523">
    <w:abstractNumId w:val="18"/>
  </w:num>
  <w:num w:numId="17" w16cid:durableId="1856918468">
    <w:abstractNumId w:val="22"/>
  </w:num>
  <w:num w:numId="18" w16cid:durableId="904687436">
    <w:abstractNumId w:val="10"/>
  </w:num>
  <w:num w:numId="19" w16cid:durableId="784617337">
    <w:abstractNumId w:val="11"/>
  </w:num>
  <w:num w:numId="20" w16cid:durableId="1300455266">
    <w:abstractNumId w:val="21"/>
  </w:num>
  <w:num w:numId="21" w16cid:durableId="2015260193">
    <w:abstractNumId w:val="19"/>
  </w:num>
  <w:num w:numId="22" w16cid:durableId="1691032327">
    <w:abstractNumId w:val="14"/>
  </w:num>
  <w:num w:numId="23" w16cid:durableId="2013530130">
    <w:abstractNumId w:val="20"/>
  </w:num>
  <w:num w:numId="24" w16cid:durableId="1153915732">
    <w:abstractNumId w:val="25"/>
  </w:num>
  <w:num w:numId="25" w16cid:durableId="466775543">
    <w:abstractNumId w:val="9"/>
  </w:num>
  <w:num w:numId="26" w16cid:durableId="2047295556">
    <w:abstractNumId w:val="15"/>
  </w:num>
  <w:num w:numId="27" w16cid:durableId="1349065357">
    <w:abstractNumId w:val="17"/>
  </w:num>
  <w:num w:numId="28" w16cid:durableId="20652545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71BF4"/>
    <w:rsid w:val="000A189F"/>
    <w:rsid w:val="000A2CF8"/>
    <w:rsid w:val="001220C0"/>
    <w:rsid w:val="00136D8F"/>
    <w:rsid w:val="0015074B"/>
    <w:rsid w:val="00165FB7"/>
    <w:rsid w:val="001A3418"/>
    <w:rsid w:val="001B3751"/>
    <w:rsid w:val="00205565"/>
    <w:rsid w:val="00245599"/>
    <w:rsid w:val="0027210F"/>
    <w:rsid w:val="0029639D"/>
    <w:rsid w:val="003143E7"/>
    <w:rsid w:val="00326F90"/>
    <w:rsid w:val="003E56C4"/>
    <w:rsid w:val="003F11E2"/>
    <w:rsid w:val="0042070F"/>
    <w:rsid w:val="0059505D"/>
    <w:rsid w:val="005A004D"/>
    <w:rsid w:val="005A0973"/>
    <w:rsid w:val="006134EA"/>
    <w:rsid w:val="00653EE7"/>
    <w:rsid w:val="006718C3"/>
    <w:rsid w:val="006A0AF6"/>
    <w:rsid w:val="006A260B"/>
    <w:rsid w:val="006C2FF2"/>
    <w:rsid w:val="00701D75"/>
    <w:rsid w:val="00767BE1"/>
    <w:rsid w:val="00861008"/>
    <w:rsid w:val="008B2F59"/>
    <w:rsid w:val="00917795"/>
    <w:rsid w:val="00A36038"/>
    <w:rsid w:val="00AA1D8D"/>
    <w:rsid w:val="00AB3007"/>
    <w:rsid w:val="00B41BB1"/>
    <w:rsid w:val="00B47730"/>
    <w:rsid w:val="00B734C3"/>
    <w:rsid w:val="00B86400"/>
    <w:rsid w:val="00B96F3F"/>
    <w:rsid w:val="00C32C20"/>
    <w:rsid w:val="00CB0664"/>
    <w:rsid w:val="00E24268"/>
    <w:rsid w:val="00E259E8"/>
    <w:rsid w:val="00EB2589"/>
    <w:rsid w:val="00EC6857"/>
    <w:rsid w:val="00F00E09"/>
    <w:rsid w:val="00F17513"/>
    <w:rsid w:val="00FB534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C587E07"/>
  <w14:defaultImageDpi w14:val="300"/>
  <w15:docId w15:val="{46191A8D-4F01-4280-805B-7E48C63AF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5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8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8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2068</Words>
  <Characters>11791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13832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Giulia Marchio (2436462)</cp:lastModifiedBy>
  <cp:revision>4</cp:revision>
  <cp:lastPrinted>2026-04-29T15:15:00Z</cp:lastPrinted>
  <dcterms:created xsi:type="dcterms:W3CDTF">2026-04-29T18:51:00Z</dcterms:created>
  <dcterms:modified xsi:type="dcterms:W3CDTF">2026-07-07T15:31:00Z</dcterms:modified>
  <cp:category/>
</cp:coreProperties>
</file>