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5723F" w14:textId="77777777" w:rsidR="0045691B" w:rsidRDefault="00000000">
      <w:pPr>
        <w:pStyle w:val="Title"/>
      </w:pPr>
      <w:r>
        <w:t>Pharmacy Database System Report</w:t>
      </w:r>
    </w:p>
    <w:p w14:paraId="5EACAA62" w14:textId="77777777" w:rsidR="0045691B" w:rsidRDefault="00000000">
      <w:pPr>
        <w:pStyle w:val="Heading1"/>
      </w:pPr>
      <w:r>
        <w:t>Table of Contents</w:t>
      </w:r>
    </w:p>
    <w:p w14:paraId="21116717" w14:textId="77777777" w:rsidR="0045691B" w:rsidRDefault="00000000">
      <w:r>
        <w:t>1. Introduction</w:t>
      </w:r>
    </w:p>
    <w:p w14:paraId="33ACB001" w14:textId="77777777" w:rsidR="0045691B" w:rsidRDefault="00000000">
      <w:r>
        <w:t>2. Literature Review</w:t>
      </w:r>
    </w:p>
    <w:p w14:paraId="02E8D741" w14:textId="77777777" w:rsidR="0045691B" w:rsidRDefault="00000000">
      <w:r>
        <w:t>3. Entity Relationship Diagram (ERD)</w:t>
      </w:r>
    </w:p>
    <w:p w14:paraId="399697A1" w14:textId="77777777" w:rsidR="0045691B" w:rsidRDefault="00000000">
      <w:r>
        <w:t>4. Database Design</w:t>
      </w:r>
    </w:p>
    <w:p w14:paraId="6143CC1D" w14:textId="77777777" w:rsidR="0045691B" w:rsidRDefault="00000000">
      <w:r>
        <w:t>5. Queries</w:t>
      </w:r>
    </w:p>
    <w:p w14:paraId="00FA501A" w14:textId="77777777" w:rsidR="0045691B" w:rsidRDefault="00000000">
      <w:r>
        <w:t>6. Forms</w:t>
      </w:r>
    </w:p>
    <w:p w14:paraId="1DDFA793" w14:textId="77777777" w:rsidR="0045691B" w:rsidRDefault="00000000">
      <w:r>
        <w:t>7. Reports</w:t>
      </w:r>
    </w:p>
    <w:p w14:paraId="282C79BD" w14:textId="77777777" w:rsidR="0045691B" w:rsidRDefault="00000000">
      <w:r>
        <w:t>8. Conclusion</w:t>
      </w:r>
    </w:p>
    <w:p w14:paraId="4D4703A4" w14:textId="77777777" w:rsidR="0045691B" w:rsidRDefault="00000000">
      <w:r>
        <w:t>9. References</w:t>
      </w:r>
    </w:p>
    <w:p w14:paraId="386380B5" w14:textId="77777777" w:rsidR="0045691B" w:rsidRDefault="00000000">
      <w:pPr>
        <w:pStyle w:val="Heading1"/>
      </w:pPr>
      <w:r>
        <w:t>1. Introduction</w:t>
      </w:r>
    </w:p>
    <w:p w14:paraId="5C4D84E8" w14:textId="77777777" w:rsidR="0045691B" w:rsidRDefault="00000000">
      <w:r>
        <w:t xml:space="preserve">This project presents the design and development of a relational database system for a pharmacy. </w:t>
      </w:r>
    </w:p>
    <w:p w14:paraId="24F09A5D" w14:textId="77777777" w:rsidR="0045691B" w:rsidRDefault="00000000">
      <w:r>
        <w:t xml:space="preserve">The purpose of the database is to manage and organize information related to customers, medicines, </w:t>
      </w:r>
    </w:p>
    <w:p w14:paraId="3D5EB2B5" w14:textId="77777777" w:rsidR="0045691B" w:rsidRDefault="00000000">
      <w:r>
        <w:t>suppliers, prescriptions, and sales transactions.</w:t>
      </w:r>
    </w:p>
    <w:p w14:paraId="74FAAA2F" w14:textId="77777777" w:rsidR="0045691B" w:rsidRDefault="0045691B"/>
    <w:p w14:paraId="4F5FC482" w14:textId="77777777" w:rsidR="0045691B" w:rsidRDefault="00000000">
      <w:r>
        <w:t xml:space="preserve">A database system improves the efficiency of storing and retrieving data while maintaining data </w:t>
      </w:r>
    </w:p>
    <w:p w14:paraId="28029DBF" w14:textId="77777777" w:rsidR="0045691B" w:rsidRDefault="00000000">
      <w:r>
        <w:t xml:space="preserve">integrity. The pharmacy database allows staff to track medicine stock, record customer purchases, </w:t>
      </w:r>
    </w:p>
    <w:p w14:paraId="076A7F28" w14:textId="77777777" w:rsidR="0045691B" w:rsidRDefault="00000000">
      <w:r>
        <w:t>manage prescriptions, and monitor supplier information.</w:t>
      </w:r>
    </w:p>
    <w:p w14:paraId="1B9CE20C" w14:textId="77777777" w:rsidR="0045691B" w:rsidRDefault="0045691B"/>
    <w:p w14:paraId="37943E6C" w14:textId="3FCBB0CD" w:rsidR="0045691B" w:rsidRDefault="00000000">
      <w:r>
        <w:t>Microsoft Access was used to design and implement the database. The system includes tables, relationships, queries, forms, and reports to support the daily operations of a pharmacy.</w:t>
      </w:r>
    </w:p>
    <w:p w14:paraId="4D2B77FF" w14:textId="77777777" w:rsidR="0045691B" w:rsidRDefault="00000000">
      <w:pPr>
        <w:pStyle w:val="Heading1"/>
      </w:pPr>
      <w:r>
        <w:lastRenderedPageBreak/>
        <w:t>2. Literature Review</w:t>
      </w:r>
    </w:p>
    <w:p w14:paraId="17A74569" w14:textId="77777777" w:rsidR="0045691B" w:rsidRDefault="00000000">
      <w:r>
        <w:t xml:space="preserve">Database systems are widely used to store and manage structured data efficiently. According to </w:t>
      </w:r>
    </w:p>
    <w:p w14:paraId="071E8379" w14:textId="77777777" w:rsidR="0045691B" w:rsidRDefault="00000000">
      <w:r>
        <w:t xml:space="preserve">Connolly and Begg, relational databases organize data into tables and use relationships to ensure </w:t>
      </w:r>
    </w:p>
    <w:p w14:paraId="38A66085" w14:textId="77777777" w:rsidR="0045691B" w:rsidRDefault="00000000">
      <w:r>
        <w:t>data integrity and reduce redundancy.</w:t>
      </w:r>
    </w:p>
    <w:p w14:paraId="61D1A48F" w14:textId="77777777" w:rsidR="0045691B" w:rsidRDefault="0045691B"/>
    <w:p w14:paraId="42A2DE69" w14:textId="77777777" w:rsidR="0045691B" w:rsidRDefault="00000000">
      <w:r>
        <w:t xml:space="preserve">Relational database management systems (RDBMS) such as Microsoft Access allow users to create </w:t>
      </w:r>
    </w:p>
    <w:p w14:paraId="7D3B4186" w14:textId="77777777" w:rsidR="0045691B" w:rsidRDefault="00000000">
      <w:r>
        <w:t xml:space="preserve">structured data models using entities, attributes, and relationships. These systems support </w:t>
      </w:r>
    </w:p>
    <w:p w14:paraId="654DBAA6" w14:textId="77777777" w:rsidR="0045691B" w:rsidRDefault="00000000">
      <w:r>
        <w:t>querying, reporting, and user-friendly forms for data entry.</w:t>
      </w:r>
    </w:p>
    <w:p w14:paraId="71FE4DA4" w14:textId="77777777" w:rsidR="0045691B" w:rsidRDefault="0045691B"/>
    <w:p w14:paraId="43F57687" w14:textId="77777777" w:rsidR="0045691B" w:rsidRDefault="00000000">
      <w:r>
        <w:t xml:space="preserve">Normalization is an important concept in database design. Third Normal Form (3NF) ensures that </w:t>
      </w:r>
    </w:p>
    <w:p w14:paraId="3AD0ECE3" w14:textId="77777777" w:rsidR="0045691B" w:rsidRDefault="00000000">
      <w:r>
        <w:t>data redundancy is minimized and that each table contains data related to a single entity.</w:t>
      </w:r>
    </w:p>
    <w:p w14:paraId="7C1CA41E" w14:textId="77777777" w:rsidR="0045691B" w:rsidRDefault="00000000">
      <w:pPr>
        <w:pStyle w:val="Heading1"/>
      </w:pPr>
      <w:r>
        <w:t>3. Entity Relationship Diagram (ERD)</w:t>
      </w:r>
    </w:p>
    <w:p w14:paraId="71D10310" w14:textId="77777777" w:rsidR="0045691B" w:rsidRDefault="00000000">
      <w:r>
        <w:t xml:space="preserve">The Entity Relationship Diagram (ERD) represents the structure of the pharmacy database and shows </w:t>
      </w:r>
    </w:p>
    <w:p w14:paraId="7A6F79DD" w14:textId="77777777" w:rsidR="0045691B" w:rsidRDefault="00000000">
      <w:r>
        <w:t>how the different entities interact with each other.</w:t>
      </w:r>
    </w:p>
    <w:p w14:paraId="21A319A2" w14:textId="77777777" w:rsidR="0045691B" w:rsidRDefault="0045691B"/>
    <w:p w14:paraId="091B298E" w14:textId="77777777" w:rsidR="0045691B" w:rsidRDefault="00000000">
      <w:r>
        <w:t>Entities in the system include:</w:t>
      </w:r>
    </w:p>
    <w:p w14:paraId="7215EDEC" w14:textId="77777777" w:rsidR="0045691B" w:rsidRDefault="00000000">
      <w:r>
        <w:t>• Customers</w:t>
      </w:r>
    </w:p>
    <w:p w14:paraId="4E555F8F" w14:textId="77777777" w:rsidR="0045691B" w:rsidRDefault="00000000">
      <w:r>
        <w:t>• Medicines</w:t>
      </w:r>
    </w:p>
    <w:p w14:paraId="3C3FCF49" w14:textId="77777777" w:rsidR="0045691B" w:rsidRDefault="00000000">
      <w:r>
        <w:t>• Suppliers</w:t>
      </w:r>
    </w:p>
    <w:p w14:paraId="76FFF14B" w14:textId="77777777" w:rsidR="0045691B" w:rsidRDefault="00000000">
      <w:r>
        <w:t>• Prescriptions</w:t>
      </w:r>
    </w:p>
    <w:p w14:paraId="53D8B8EA" w14:textId="77777777" w:rsidR="0045691B" w:rsidRDefault="00000000">
      <w:r>
        <w:t>• Sales</w:t>
      </w:r>
    </w:p>
    <w:p w14:paraId="3C3ACDC9" w14:textId="77777777" w:rsidR="0045691B" w:rsidRDefault="0045691B"/>
    <w:p w14:paraId="36F57DA0" w14:textId="77777777" w:rsidR="0045691B" w:rsidRDefault="00000000">
      <w:r>
        <w:t>Relationships:</w:t>
      </w:r>
    </w:p>
    <w:p w14:paraId="02E1224B" w14:textId="77777777" w:rsidR="0045691B" w:rsidRDefault="00000000">
      <w:r>
        <w:lastRenderedPageBreak/>
        <w:t>• One customer can have many prescriptions.</w:t>
      </w:r>
    </w:p>
    <w:p w14:paraId="11ED4F72" w14:textId="77777777" w:rsidR="0045691B" w:rsidRDefault="00000000">
      <w:r>
        <w:t>• One customer can make many sales.</w:t>
      </w:r>
    </w:p>
    <w:p w14:paraId="580D84BC" w14:textId="77777777" w:rsidR="0045691B" w:rsidRDefault="00000000">
      <w:r>
        <w:t>• One medicine can appear in many sales.</w:t>
      </w:r>
    </w:p>
    <w:p w14:paraId="19A9F33F" w14:textId="77777777" w:rsidR="0045691B" w:rsidRDefault="00000000">
      <w:r>
        <w:t>• One supplier can supply many medicines.</w:t>
      </w:r>
    </w:p>
    <w:p w14:paraId="27E56E49" w14:textId="77777777" w:rsidR="0045691B" w:rsidRDefault="0045691B"/>
    <w:p w14:paraId="27C4BB6A" w14:textId="77777777" w:rsidR="0045691B" w:rsidRDefault="00000000">
      <w:r>
        <w:t>Insert ERD Screenshot Here</w:t>
      </w:r>
    </w:p>
    <w:p w14:paraId="4156A3A1" w14:textId="77777777" w:rsidR="0045691B" w:rsidRDefault="00000000">
      <w:r>
        <w:t>Figure 1: Entity Relationship Diagram of the Pharmacy Database</w:t>
      </w:r>
    </w:p>
    <w:p w14:paraId="33D03453" w14:textId="77777777" w:rsidR="0045691B" w:rsidRDefault="00000000">
      <w:pPr>
        <w:pStyle w:val="Heading1"/>
      </w:pPr>
      <w:r>
        <w:t>4. Database Design</w:t>
      </w:r>
    </w:p>
    <w:p w14:paraId="6562D774" w14:textId="3DBB603C" w:rsidR="0045691B" w:rsidRDefault="00000000">
      <w:r>
        <w:t>The database was implemented in Microsoft Access using several tables. Each table represents a specific entity within the pharmacy system.</w:t>
      </w:r>
    </w:p>
    <w:p w14:paraId="1BF05A5B" w14:textId="42F51DF8" w:rsidR="0045691B" w:rsidRDefault="0045691B"/>
    <w:p w14:paraId="6EC70709" w14:textId="77777777" w:rsidR="0045691B" w:rsidRPr="00E57AC6" w:rsidRDefault="00000000">
      <w:pPr>
        <w:rPr>
          <w:b/>
          <w:bCs/>
        </w:rPr>
      </w:pPr>
      <w:r w:rsidRPr="00E57AC6">
        <w:rPr>
          <w:b/>
          <w:bCs/>
        </w:rPr>
        <w:t>Customers Table</w:t>
      </w:r>
    </w:p>
    <w:p w14:paraId="6465C407" w14:textId="77777777" w:rsidR="0045691B" w:rsidRDefault="00000000">
      <w:r>
        <w:t>Fields:</w:t>
      </w:r>
    </w:p>
    <w:p w14:paraId="31B5E9F7" w14:textId="77777777" w:rsidR="0045691B" w:rsidRDefault="00000000">
      <w:r>
        <w:t>• Name</w:t>
      </w:r>
    </w:p>
    <w:p w14:paraId="2ADD65F3" w14:textId="77777777" w:rsidR="0045691B" w:rsidRDefault="00000000">
      <w:r>
        <w:t>• DOB</w:t>
      </w:r>
    </w:p>
    <w:p w14:paraId="5F76B8D4" w14:textId="77777777" w:rsidR="00E57AC6" w:rsidRDefault="00000000">
      <w:pPr>
        <w:rPr>
          <w:lang w:val="ru-RU"/>
        </w:rPr>
      </w:pPr>
      <w:r>
        <w:t>• Phone</w:t>
      </w:r>
    </w:p>
    <w:p w14:paraId="0A9CDE1E" w14:textId="75CD4902" w:rsidR="0045691B" w:rsidRDefault="00E57AC6">
      <w:r>
        <w:rPr>
          <w:noProof/>
        </w:rPr>
        <w:drawing>
          <wp:inline distT="0" distB="0" distL="0" distR="0" wp14:anchorId="7165C879" wp14:editId="68C8AE22">
            <wp:extent cx="4248150" cy="1581150"/>
            <wp:effectExtent l="0" t="0" r="0" b="0"/>
            <wp:docPr id="1062611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1D946" w14:textId="0687CC67" w:rsidR="0045691B" w:rsidRDefault="0045691B"/>
    <w:p w14:paraId="5459B470" w14:textId="77777777" w:rsidR="00E57AC6" w:rsidRDefault="00E57AC6">
      <w:pPr>
        <w:rPr>
          <w:lang w:val="ru-RU"/>
        </w:rPr>
      </w:pPr>
    </w:p>
    <w:p w14:paraId="1BD5D41F" w14:textId="77777777" w:rsidR="00E57AC6" w:rsidRDefault="00E57AC6">
      <w:pPr>
        <w:rPr>
          <w:lang w:val="ru-RU"/>
        </w:rPr>
      </w:pPr>
    </w:p>
    <w:p w14:paraId="3B5BD2E1" w14:textId="77777777" w:rsidR="00E57AC6" w:rsidRDefault="00E57AC6">
      <w:pPr>
        <w:rPr>
          <w:b/>
          <w:bCs/>
        </w:rPr>
      </w:pPr>
    </w:p>
    <w:p w14:paraId="76C1396D" w14:textId="77777777" w:rsidR="00E57AC6" w:rsidRDefault="00E57AC6">
      <w:pPr>
        <w:rPr>
          <w:b/>
          <w:bCs/>
        </w:rPr>
      </w:pPr>
    </w:p>
    <w:p w14:paraId="44F92AFF" w14:textId="4CB5D535" w:rsidR="0045691B" w:rsidRPr="00E57AC6" w:rsidRDefault="00000000">
      <w:pPr>
        <w:rPr>
          <w:b/>
          <w:bCs/>
        </w:rPr>
      </w:pPr>
      <w:r w:rsidRPr="00E57AC6">
        <w:rPr>
          <w:b/>
          <w:bCs/>
        </w:rPr>
        <w:lastRenderedPageBreak/>
        <w:t>Medicines Table</w:t>
      </w:r>
    </w:p>
    <w:p w14:paraId="25F346F0" w14:textId="6C7C6462" w:rsidR="0045691B" w:rsidRDefault="00000000">
      <w:r>
        <w:t>Fields:</w:t>
      </w:r>
      <w:r w:rsidR="00E57AC6" w:rsidRPr="00E57AC6">
        <w:rPr>
          <w:noProof/>
        </w:rPr>
        <w:t xml:space="preserve"> </w:t>
      </w:r>
    </w:p>
    <w:p w14:paraId="5A6EAD80" w14:textId="46E1232A" w:rsidR="0045691B" w:rsidRDefault="00000000">
      <w:r>
        <w:t>• Name</w:t>
      </w:r>
    </w:p>
    <w:p w14:paraId="6302E8C2" w14:textId="77777777" w:rsidR="0045691B" w:rsidRDefault="00000000">
      <w:r>
        <w:t>• Category</w:t>
      </w:r>
    </w:p>
    <w:p w14:paraId="01A836F1" w14:textId="77777777" w:rsidR="0045691B" w:rsidRDefault="00000000">
      <w:r>
        <w:t>• Price</w:t>
      </w:r>
    </w:p>
    <w:p w14:paraId="0294E7A6" w14:textId="362C0271" w:rsidR="0045691B" w:rsidRDefault="00000000">
      <w:pPr>
        <w:rPr>
          <w:lang w:val="ru-RU"/>
        </w:rPr>
      </w:pPr>
      <w:r>
        <w:t xml:space="preserve">• </w:t>
      </w:r>
      <w:proofErr w:type="spellStart"/>
      <w:r>
        <w:t>StockQuantity</w:t>
      </w:r>
      <w:proofErr w:type="spellEnd"/>
    </w:p>
    <w:p w14:paraId="61B0196B" w14:textId="352FDF2B" w:rsidR="00E57AC6" w:rsidRPr="00E57AC6" w:rsidRDefault="00E57AC6">
      <w:pPr>
        <w:rPr>
          <w:lang w:val="ru-RU"/>
        </w:rPr>
      </w:pPr>
      <w:r>
        <w:rPr>
          <w:noProof/>
        </w:rPr>
        <w:drawing>
          <wp:inline distT="0" distB="0" distL="0" distR="0" wp14:anchorId="08914399" wp14:editId="47DB094B">
            <wp:extent cx="5314950" cy="1581150"/>
            <wp:effectExtent l="0" t="0" r="0" b="0"/>
            <wp:docPr id="26953653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878BC8" w14:textId="77777777" w:rsidR="0045691B" w:rsidRDefault="0045691B"/>
    <w:p w14:paraId="5C0A49E4" w14:textId="77777777" w:rsidR="0045691B" w:rsidRPr="00E57AC6" w:rsidRDefault="00000000">
      <w:pPr>
        <w:rPr>
          <w:b/>
          <w:bCs/>
        </w:rPr>
      </w:pPr>
      <w:r w:rsidRPr="00E57AC6">
        <w:rPr>
          <w:b/>
          <w:bCs/>
        </w:rPr>
        <w:t>Suppliers Table</w:t>
      </w:r>
    </w:p>
    <w:p w14:paraId="11C19AF1" w14:textId="77777777" w:rsidR="0045691B" w:rsidRDefault="00000000">
      <w:r>
        <w:t>Fields:</w:t>
      </w:r>
    </w:p>
    <w:p w14:paraId="4B61C8F2" w14:textId="77777777" w:rsidR="0045691B" w:rsidRDefault="00000000">
      <w:r>
        <w:t>• SupplierID (Primary Key)</w:t>
      </w:r>
    </w:p>
    <w:p w14:paraId="0166CB01" w14:textId="77777777" w:rsidR="0045691B" w:rsidRDefault="00000000">
      <w:r>
        <w:t>• Name</w:t>
      </w:r>
    </w:p>
    <w:p w14:paraId="5F8685BB" w14:textId="77777777" w:rsidR="0045691B" w:rsidRDefault="00000000">
      <w:r>
        <w:t>• Phone</w:t>
      </w:r>
    </w:p>
    <w:p w14:paraId="46C542C2" w14:textId="77777777" w:rsidR="0045691B" w:rsidRDefault="00000000">
      <w:pPr>
        <w:rPr>
          <w:lang w:val="ru-RU"/>
        </w:rPr>
      </w:pPr>
      <w:r>
        <w:t>• Address</w:t>
      </w:r>
    </w:p>
    <w:p w14:paraId="6A8CFDF3" w14:textId="62AB46C0" w:rsidR="00E57AC6" w:rsidRDefault="00E57AC6">
      <w:pPr>
        <w:rPr>
          <w:lang w:val="ru-RU"/>
        </w:rPr>
      </w:pPr>
      <w:r>
        <w:rPr>
          <w:noProof/>
        </w:rPr>
        <w:drawing>
          <wp:inline distT="0" distB="0" distL="0" distR="0" wp14:anchorId="5FC6232B" wp14:editId="4F400648">
            <wp:extent cx="4905375" cy="1543050"/>
            <wp:effectExtent l="0" t="0" r="9525" b="0"/>
            <wp:docPr id="86764560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D4E3AD" w14:textId="77777777" w:rsidR="00E57AC6" w:rsidRPr="00E57AC6" w:rsidRDefault="00E57AC6">
      <w:pPr>
        <w:rPr>
          <w:lang w:val="ru-RU"/>
        </w:rPr>
      </w:pPr>
    </w:p>
    <w:p w14:paraId="189EDA08" w14:textId="77777777" w:rsidR="0045691B" w:rsidRDefault="0045691B"/>
    <w:p w14:paraId="211F184F" w14:textId="77777777" w:rsidR="0045691B" w:rsidRPr="00E57AC6" w:rsidRDefault="00000000">
      <w:pPr>
        <w:rPr>
          <w:b/>
          <w:bCs/>
        </w:rPr>
      </w:pPr>
      <w:r w:rsidRPr="00E57AC6">
        <w:rPr>
          <w:b/>
          <w:bCs/>
        </w:rPr>
        <w:lastRenderedPageBreak/>
        <w:t>Sales Table</w:t>
      </w:r>
    </w:p>
    <w:p w14:paraId="40F45967" w14:textId="77777777" w:rsidR="0045691B" w:rsidRDefault="00000000">
      <w:r>
        <w:t>Fields:</w:t>
      </w:r>
    </w:p>
    <w:p w14:paraId="7916A1ED" w14:textId="77777777" w:rsidR="0045691B" w:rsidRDefault="00000000">
      <w:r>
        <w:t>• SaleID (Primary Key)</w:t>
      </w:r>
    </w:p>
    <w:p w14:paraId="744EF54F" w14:textId="77777777" w:rsidR="0045691B" w:rsidRDefault="00000000">
      <w:r>
        <w:t>• MedicineID (Foreign Key)</w:t>
      </w:r>
    </w:p>
    <w:p w14:paraId="1425CD6A" w14:textId="77777777" w:rsidR="0045691B" w:rsidRDefault="00000000">
      <w:r>
        <w:t>• CustomerID (Foreign Key)</w:t>
      </w:r>
    </w:p>
    <w:p w14:paraId="09461CC6" w14:textId="77777777" w:rsidR="0045691B" w:rsidRDefault="00000000">
      <w:r>
        <w:t>• Quantity</w:t>
      </w:r>
    </w:p>
    <w:p w14:paraId="61CA936C" w14:textId="77777777" w:rsidR="0045691B" w:rsidRDefault="00000000">
      <w:r>
        <w:t>• Date</w:t>
      </w:r>
    </w:p>
    <w:p w14:paraId="3386789E" w14:textId="4C1600F1" w:rsidR="0045691B" w:rsidRDefault="00E57AC6">
      <w:r>
        <w:rPr>
          <w:noProof/>
        </w:rPr>
        <w:drawing>
          <wp:inline distT="0" distB="0" distL="0" distR="0" wp14:anchorId="032F0448" wp14:editId="3DC3F2C2">
            <wp:extent cx="4686300" cy="1562100"/>
            <wp:effectExtent l="0" t="0" r="0" b="0"/>
            <wp:docPr id="17464311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02A6E" w14:textId="77777777" w:rsidR="00E57AC6" w:rsidRDefault="00E57AC6">
      <w:pPr>
        <w:rPr>
          <w:lang w:val="ru-RU"/>
        </w:rPr>
      </w:pPr>
    </w:p>
    <w:p w14:paraId="48CE0BD5" w14:textId="2144C397" w:rsidR="0045691B" w:rsidRDefault="00000000">
      <w:r>
        <w:t>Prescriptions Table</w:t>
      </w:r>
    </w:p>
    <w:p w14:paraId="23A8BA54" w14:textId="77777777" w:rsidR="0045691B" w:rsidRDefault="00000000">
      <w:r>
        <w:t>Fields:</w:t>
      </w:r>
    </w:p>
    <w:p w14:paraId="1B00FB17" w14:textId="77777777" w:rsidR="0045691B" w:rsidRDefault="00000000">
      <w:r>
        <w:t>• PrescriptionID (Primary Key)</w:t>
      </w:r>
    </w:p>
    <w:p w14:paraId="0FAD5B47" w14:textId="77777777" w:rsidR="0045691B" w:rsidRDefault="00000000">
      <w:r>
        <w:t>• CustomerID (Foreign Key)</w:t>
      </w:r>
    </w:p>
    <w:p w14:paraId="089375EF" w14:textId="77777777" w:rsidR="0045691B" w:rsidRDefault="00000000">
      <w:pPr>
        <w:rPr>
          <w:lang w:val="ru-RU"/>
        </w:rPr>
      </w:pPr>
      <w:r>
        <w:t>• Date</w:t>
      </w:r>
    </w:p>
    <w:p w14:paraId="3AA25CED" w14:textId="774A2A90" w:rsidR="00E57AC6" w:rsidRPr="00E57AC6" w:rsidRDefault="00E57AC6">
      <w:pPr>
        <w:rPr>
          <w:lang w:val="ru-RU"/>
        </w:rPr>
      </w:pPr>
      <w:r>
        <w:rPr>
          <w:noProof/>
          <w:lang w:val="ru-RU"/>
        </w:rPr>
        <w:drawing>
          <wp:inline distT="0" distB="0" distL="0" distR="0" wp14:anchorId="40A2EBD7" wp14:editId="1FB4D488">
            <wp:extent cx="3390900" cy="1552575"/>
            <wp:effectExtent l="0" t="0" r="0" b="9525"/>
            <wp:docPr id="163906763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FFBB6" w14:textId="77777777" w:rsidR="0045691B" w:rsidRDefault="0045691B"/>
    <w:p w14:paraId="61209D53" w14:textId="32B5F7AF" w:rsidR="0045691B" w:rsidRDefault="00000000">
      <w:r>
        <w:t>The database follows Third Normal Form (3NF). Each table contains information about only one entity, and relationships between tables prevent duplication of data.</w:t>
      </w:r>
    </w:p>
    <w:p w14:paraId="3B406427" w14:textId="77777777" w:rsidR="0045691B" w:rsidRDefault="00000000">
      <w:pPr>
        <w:pStyle w:val="Heading1"/>
      </w:pPr>
      <w:r>
        <w:lastRenderedPageBreak/>
        <w:t>5. Queries</w:t>
      </w:r>
    </w:p>
    <w:p w14:paraId="304EEE55" w14:textId="77777777" w:rsidR="0045691B" w:rsidRDefault="00000000">
      <w:r>
        <w:t>Queries are used to retrieve and analyse information from the database.</w:t>
      </w:r>
    </w:p>
    <w:p w14:paraId="7DDCE990" w14:textId="77777777" w:rsidR="0045691B" w:rsidRPr="00954B04" w:rsidRDefault="0045691B">
      <w:pPr>
        <w:rPr>
          <w:lang w:val="ru-RU"/>
        </w:rPr>
      </w:pPr>
    </w:p>
    <w:p w14:paraId="1EF92BBC" w14:textId="77777777" w:rsidR="0045691B" w:rsidRDefault="00000000">
      <w:r>
        <w:t>1. Customer Purchases Query</w:t>
      </w:r>
    </w:p>
    <w:p w14:paraId="580F7D6C" w14:textId="77777777" w:rsidR="0045691B" w:rsidRDefault="00000000">
      <w:pPr>
        <w:rPr>
          <w:lang w:val="ru-RU"/>
        </w:rPr>
      </w:pPr>
      <w:r>
        <w:t>Displays which medicines each customer has purchased.</w:t>
      </w:r>
    </w:p>
    <w:p w14:paraId="451F826E" w14:textId="3C4E7D5E" w:rsidR="00E57AC6" w:rsidRPr="00E57AC6" w:rsidRDefault="00E57AC6">
      <w:pPr>
        <w:rPr>
          <w:lang w:val="ru-RU"/>
        </w:rPr>
      </w:pPr>
      <w:r w:rsidRPr="00E57AC6">
        <w:rPr>
          <w:lang w:val="ru-RU"/>
        </w:rPr>
        <w:drawing>
          <wp:inline distT="0" distB="0" distL="0" distR="0" wp14:anchorId="2A2C643A" wp14:editId="1EB4F19A">
            <wp:extent cx="5486400" cy="1029335"/>
            <wp:effectExtent l="0" t="0" r="0" b="0"/>
            <wp:docPr id="19981323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13238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29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B85ED" w14:textId="77777777" w:rsidR="0045691B" w:rsidRDefault="0045691B"/>
    <w:p w14:paraId="1D5DD24E" w14:textId="77777777" w:rsidR="0045691B" w:rsidRDefault="00000000">
      <w:r>
        <w:t>2. Medicine Stock Query</w:t>
      </w:r>
    </w:p>
    <w:p w14:paraId="3359C1D2" w14:textId="77777777" w:rsidR="0045691B" w:rsidRDefault="00000000">
      <w:pPr>
        <w:rPr>
          <w:lang w:val="ru-RU"/>
        </w:rPr>
      </w:pPr>
      <w:r>
        <w:t>Shows current stock levels for all medicines.</w:t>
      </w:r>
    </w:p>
    <w:p w14:paraId="4811BFFE" w14:textId="4BD7C767" w:rsidR="00E57AC6" w:rsidRPr="00E57AC6" w:rsidRDefault="00E57AC6">
      <w:pPr>
        <w:rPr>
          <w:lang w:val="ru-RU"/>
        </w:rPr>
      </w:pPr>
      <w:r w:rsidRPr="00E57AC6">
        <w:rPr>
          <w:lang w:val="ru-RU"/>
        </w:rPr>
        <w:drawing>
          <wp:inline distT="0" distB="0" distL="0" distR="0" wp14:anchorId="30098D4A" wp14:editId="797E25AC">
            <wp:extent cx="3219899" cy="1600423"/>
            <wp:effectExtent l="0" t="0" r="0" b="0"/>
            <wp:docPr id="7182278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22785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19899" cy="1600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105FF" w14:textId="77777777" w:rsidR="0045691B" w:rsidRDefault="00000000">
      <w:r>
        <w:t>3. Sales Report Query</w:t>
      </w:r>
    </w:p>
    <w:p w14:paraId="59BFC6CD" w14:textId="77777777" w:rsidR="0045691B" w:rsidRPr="00E57AC6" w:rsidRDefault="00000000">
      <w:proofErr w:type="gramStart"/>
      <w:r>
        <w:t>Displays</w:t>
      </w:r>
      <w:proofErr w:type="gramEnd"/>
      <w:r>
        <w:t xml:space="preserve"> sales transactions including customer name, medicine name, quantity, and date.</w:t>
      </w:r>
    </w:p>
    <w:p w14:paraId="59DD8E08" w14:textId="7E15A90B" w:rsidR="00E57AC6" w:rsidRPr="00E57AC6" w:rsidRDefault="00E57AC6">
      <w:r w:rsidRPr="00E57AC6">
        <w:rPr>
          <w:lang w:val="ru-RU"/>
        </w:rPr>
        <w:drawing>
          <wp:inline distT="0" distB="0" distL="0" distR="0" wp14:anchorId="2003188A" wp14:editId="31D11E41">
            <wp:extent cx="4201111" cy="1543265"/>
            <wp:effectExtent l="0" t="0" r="9525" b="0"/>
            <wp:docPr id="6107012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70129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01111" cy="154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47F9F0" w14:textId="77777777" w:rsidR="0045691B" w:rsidRDefault="00000000">
      <w:pPr>
        <w:pStyle w:val="Heading1"/>
      </w:pPr>
      <w:r>
        <w:lastRenderedPageBreak/>
        <w:t>6. Forms</w:t>
      </w:r>
    </w:p>
    <w:p w14:paraId="6A4C4054" w14:textId="77777777" w:rsidR="0045691B" w:rsidRDefault="00000000">
      <w:r>
        <w:t>Forms provide a user-friendly interface for entering and viewing data.</w:t>
      </w:r>
    </w:p>
    <w:p w14:paraId="0A4CD60C" w14:textId="77777777" w:rsidR="0045691B" w:rsidRDefault="0045691B"/>
    <w:p w14:paraId="40BC43AE" w14:textId="77777777" w:rsidR="0045691B" w:rsidRDefault="00000000">
      <w:r>
        <w:t>Forms created in this system include:</w:t>
      </w:r>
    </w:p>
    <w:p w14:paraId="117D4254" w14:textId="77777777" w:rsidR="0045691B" w:rsidRDefault="0045691B"/>
    <w:p w14:paraId="0D665B5F" w14:textId="7A0BA2A2" w:rsidR="0045691B" w:rsidRDefault="00000000">
      <w:r>
        <w:t>• Customer Form – used to add or edit customer information.</w:t>
      </w:r>
      <w:r w:rsidR="00E57AC6" w:rsidRPr="00E57AC6">
        <w:rPr>
          <w:noProof/>
        </w:rPr>
        <w:t xml:space="preserve"> </w:t>
      </w:r>
      <w:r w:rsidR="00E57AC6">
        <w:rPr>
          <w:noProof/>
        </w:rPr>
        <w:drawing>
          <wp:inline distT="0" distB="0" distL="0" distR="0" wp14:anchorId="60AE87E5" wp14:editId="22A0488A">
            <wp:extent cx="5476875" cy="1457325"/>
            <wp:effectExtent l="0" t="0" r="9525" b="9525"/>
            <wp:docPr id="145975370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CC1099" w14:textId="29FF80AA" w:rsidR="0045691B" w:rsidRDefault="00000000">
      <w:r>
        <w:t>• Medicine Form – used to manage medicine records.</w:t>
      </w:r>
      <w:r w:rsidR="00E57AC6" w:rsidRPr="00E57AC6">
        <w:rPr>
          <w:noProof/>
        </w:rPr>
        <w:t xml:space="preserve"> </w:t>
      </w:r>
      <w:r w:rsidR="00E57AC6">
        <w:rPr>
          <w:noProof/>
        </w:rPr>
        <w:drawing>
          <wp:inline distT="0" distB="0" distL="0" distR="0" wp14:anchorId="72BB5B2D" wp14:editId="18A5C190">
            <wp:extent cx="5476875" cy="1514475"/>
            <wp:effectExtent l="0" t="0" r="9525" b="9525"/>
            <wp:docPr id="59782249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58330" w14:textId="79B1526A" w:rsidR="0045691B" w:rsidRDefault="00000000">
      <w:r>
        <w:t>• Sales Form – used to record sales transactions.</w:t>
      </w:r>
      <w:r w:rsidR="00E57AC6" w:rsidRPr="00E57AC6">
        <w:rPr>
          <w:noProof/>
        </w:rPr>
        <w:t xml:space="preserve"> </w:t>
      </w:r>
      <w:r w:rsidR="00E57AC6">
        <w:rPr>
          <w:noProof/>
        </w:rPr>
        <w:drawing>
          <wp:inline distT="0" distB="0" distL="0" distR="0" wp14:anchorId="23DA36FA" wp14:editId="6442F39C">
            <wp:extent cx="5486400" cy="1552575"/>
            <wp:effectExtent l="0" t="0" r="0" b="9525"/>
            <wp:docPr id="143914608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A6BED2" w14:textId="77777777" w:rsidR="0045691B" w:rsidRDefault="0045691B"/>
    <w:p w14:paraId="503CFA09" w14:textId="49F7BAF2" w:rsidR="0045691B" w:rsidRDefault="00000000">
      <w:r>
        <w:t>Forms improve usability by allowing staff to interact with the database without directly editing tables.</w:t>
      </w:r>
    </w:p>
    <w:p w14:paraId="4E511C1C" w14:textId="77777777" w:rsidR="0045691B" w:rsidRDefault="0045691B"/>
    <w:p w14:paraId="24586366" w14:textId="49F373CE" w:rsidR="0045691B" w:rsidRDefault="00000000">
      <w:pPr>
        <w:pStyle w:val="Heading1"/>
      </w:pPr>
      <w:r>
        <w:lastRenderedPageBreak/>
        <w:t>7. Reports</w:t>
      </w:r>
    </w:p>
    <w:p w14:paraId="6DEA04D6" w14:textId="77777777" w:rsidR="0045691B" w:rsidRDefault="00000000">
      <w:r>
        <w:t>Reports are used to present data in a structured and printable format.</w:t>
      </w:r>
    </w:p>
    <w:p w14:paraId="45C87C34" w14:textId="77777777" w:rsidR="0045691B" w:rsidRDefault="0045691B"/>
    <w:p w14:paraId="3751B779" w14:textId="77777777" w:rsidR="0045691B" w:rsidRDefault="00000000">
      <w:r>
        <w:t>Reports created in the database include:</w:t>
      </w:r>
    </w:p>
    <w:p w14:paraId="5BB898DB" w14:textId="25620685" w:rsidR="0045691B" w:rsidRDefault="00000000">
      <w:r>
        <w:t xml:space="preserve">• Sales Report – </w:t>
      </w:r>
      <w:proofErr w:type="spellStart"/>
      <w:r>
        <w:t>summarises</w:t>
      </w:r>
      <w:proofErr w:type="spellEnd"/>
      <w:r>
        <w:t xml:space="preserve"> sales transactions.</w:t>
      </w:r>
      <w:r w:rsidR="00E57AC6" w:rsidRPr="00E57AC6">
        <w:rPr>
          <w:noProof/>
        </w:rPr>
        <w:t xml:space="preserve"> </w:t>
      </w:r>
      <w:r w:rsidR="00954B04" w:rsidRPr="00954B04">
        <w:rPr>
          <w:noProof/>
        </w:rPr>
        <w:drawing>
          <wp:inline distT="0" distB="0" distL="0" distR="0" wp14:anchorId="3CA0F21C" wp14:editId="0574F531">
            <wp:extent cx="2962688" cy="1676634"/>
            <wp:effectExtent l="0" t="0" r="9525" b="0"/>
            <wp:docPr id="10637276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727695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62688" cy="1676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2030F" w14:textId="77777777" w:rsidR="00954B04" w:rsidRDefault="00000000">
      <w:pPr>
        <w:rPr>
          <w:noProof/>
          <w:lang w:val="ru-RU"/>
        </w:rPr>
      </w:pPr>
      <w:r>
        <w:t>• Medicine Stock Report – displays current stock levels.</w:t>
      </w:r>
      <w:r w:rsidR="00954B04" w:rsidRPr="00954B04">
        <w:rPr>
          <w:noProof/>
        </w:rPr>
        <w:t xml:space="preserve"> </w:t>
      </w:r>
    </w:p>
    <w:p w14:paraId="53CCF980" w14:textId="1B91D7D7" w:rsidR="0045691B" w:rsidRDefault="00954B04">
      <w:r w:rsidRPr="00954B04">
        <w:drawing>
          <wp:inline distT="0" distB="0" distL="0" distR="0" wp14:anchorId="7505AA58" wp14:editId="7564F338">
            <wp:extent cx="2133898" cy="990738"/>
            <wp:effectExtent l="0" t="0" r="0" b="0"/>
            <wp:docPr id="6201094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109409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33898" cy="990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8C8B92" w14:textId="3D061764" w:rsidR="0045691B" w:rsidRDefault="00000000">
      <w:pPr>
        <w:rPr>
          <w:lang w:val="ru-RU"/>
        </w:rPr>
      </w:pPr>
      <w:r>
        <w:t>• Customer Purchase Report – shows which medicines customers have purchased.</w:t>
      </w:r>
    </w:p>
    <w:p w14:paraId="73154800" w14:textId="0169B5C4" w:rsidR="00954B04" w:rsidRPr="00954B04" w:rsidRDefault="00954B04">
      <w:pPr>
        <w:rPr>
          <w:lang w:val="ru-RU"/>
        </w:rPr>
      </w:pPr>
      <w:r w:rsidRPr="00954B04">
        <w:rPr>
          <w:lang w:val="ru-RU"/>
        </w:rPr>
        <w:drawing>
          <wp:inline distT="0" distB="0" distL="0" distR="0" wp14:anchorId="4F6ECEA8" wp14:editId="68FAF48C">
            <wp:extent cx="3038899" cy="1657581"/>
            <wp:effectExtent l="0" t="0" r="9525" b="0"/>
            <wp:docPr id="18728903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89036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38899" cy="1657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36BB5" w14:textId="77777777" w:rsidR="0045691B" w:rsidRDefault="0045691B"/>
    <w:p w14:paraId="0CD7C869" w14:textId="2A5965B2" w:rsidR="0045691B" w:rsidRDefault="00000000">
      <w:r>
        <w:t>Reports may include calculations such as totals and summaries to provide useful insights.</w:t>
      </w:r>
    </w:p>
    <w:p w14:paraId="3DE01CA0" w14:textId="77777777" w:rsidR="00954B04" w:rsidRDefault="00954B04">
      <w:pPr>
        <w:pStyle w:val="Heading1"/>
        <w:rPr>
          <w:lang w:val="ru-RU"/>
        </w:rPr>
      </w:pPr>
    </w:p>
    <w:p w14:paraId="7BFB9316" w14:textId="7E848B47" w:rsidR="0045691B" w:rsidRDefault="00000000">
      <w:pPr>
        <w:pStyle w:val="Heading1"/>
      </w:pPr>
      <w:r>
        <w:t>8. Conclusion</w:t>
      </w:r>
    </w:p>
    <w:p w14:paraId="7D46A5EE" w14:textId="77777777" w:rsidR="0045691B" w:rsidRDefault="00000000">
      <w:r>
        <w:t xml:space="preserve">The pharmacy database system successfully organizes information related to customers, medicines, </w:t>
      </w:r>
    </w:p>
    <w:p w14:paraId="1A588DE1" w14:textId="77777777" w:rsidR="0045691B" w:rsidRDefault="00000000">
      <w:r>
        <w:t xml:space="preserve">suppliers, prescriptions, and sales. The use of relational database design ensures that data is </w:t>
      </w:r>
    </w:p>
    <w:p w14:paraId="5247B24D" w14:textId="77777777" w:rsidR="0045691B" w:rsidRDefault="00000000">
      <w:r>
        <w:t>stored efficiently and accurately.</w:t>
      </w:r>
    </w:p>
    <w:p w14:paraId="23900B57" w14:textId="77777777" w:rsidR="0045691B" w:rsidRDefault="0045691B"/>
    <w:p w14:paraId="680FDA80" w14:textId="77777777" w:rsidR="0045691B" w:rsidRDefault="00000000">
      <w:r>
        <w:t xml:space="preserve">Microsoft Access provides powerful tools such as tables, relationships, queries, forms, and </w:t>
      </w:r>
    </w:p>
    <w:p w14:paraId="433E4ECB" w14:textId="77777777" w:rsidR="0045691B" w:rsidRDefault="00000000">
      <w:r>
        <w:t xml:space="preserve">reports that allow users to manage data effectively. This system demonstrates how database </w:t>
      </w:r>
    </w:p>
    <w:p w14:paraId="4861A9F9" w14:textId="77777777" w:rsidR="0045691B" w:rsidRDefault="00000000">
      <w:r>
        <w:t>technology can improve the management of pharmacy operations.</w:t>
      </w:r>
    </w:p>
    <w:p w14:paraId="65C28255" w14:textId="77777777" w:rsidR="0045691B" w:rsidRDefault="00000000">
      <w:pPr>
        <w:pStyle w:val="Heading1"/>
      </w:pPr>
      <w:r>
        <w:t>9. References</w:t>
      </w:r>
    </w:p>
    <w:p w14:paraId="720EDEA7" w14:textId="77777777" w:rsidR="0045691B" w:rsidRDefault="00000000">
      <w:r>
        <w:t xml:space="preserve">[1] T. Connolly and C. Begg, Database Systems: A Practical Approach to Design, Implementation, </w:t>
      </w:r>
    </w:p>
    <w:p w14:paraId="3F809C76" w14:textId="77777777" w:rsidR="0045691B" w:rsidRDefault="00000000">
      <w:r>
        <w:t>and Management. Pearson Education.</w:t>
      </w:r>
    </w:p>
    <w:p w14:paraId="43FF3502" w14:textId="77777777" w:rsidR="0045691B" w:rsidRDefault="0045691B"/>
    <w:p w14:paraId="30A154E9" w14:textId="77777777" w:rsidR="0045691B" w:rsidRDefault="00000000">
      <w:r>
        <w:t>[2] Microsoft, "Introduction to Microsoft Access," Microsoft Learn.</w:t>
      </w:r>
    </w:p>
    <w:p w14:paraId="3843378D" w14:textId="77777777" w:rsidR="0045691B" w:rsidRDefault="0045691B"/>
    <w:p w14:paraId="05B6EBF3" w14:textId="77777777" w:rsidR="0045691B" w:rsidRDefault="00000000">
      <w:r>
        <w:t>[3] R. Elmasri and S. Navathe, Fundamentals of Database Systems, Pearson.</w:t>
      </w:r>
    </w:p>
    <w:sectPr w:rsidR="0045691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83264862">
    <w:abstractNumId w:val="8"/>
  </w:num>
  <w:num w:numId="2" w16cid:durableId="589002357">
    <w:abstractNumId w:val="6"/>
  </w:num>
  <w:num w:numId="3" w16cid:durableId="1631473950">
    <w:abstractNumId w:val="5"/>
  </w:num>
  <w:num w:numId="4" w16cid:durableId="1218666111">
    <w:abstractNumId w:val="4"/>
  </w:num>
  <w:num w:numId="5" w16cid:durableId="738476350">
    <w:abstractNumId w:val="7"/>
  </w:num>
  <w:num w:numId="6" w16cid:durableId="1092895889">
    <w:abstractNumId w:val="3"/>
  </w:num>
  <w:num w:numId="7" w16cid:durableId="1061829159">
    <w:abstractNumId w:val="2"/>
  </w:num>
  <w:num w:numId="8" w16cid:durableId="849835979">
    <w:abstractNumId w:val="1"/>
  </w:num>
  <w:num w:numId="9" w16cid:durableId="404425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5691B"/>
    <w:rsid w:val="00736EA8"/>
    <w:rsid w:val="00954B04"/>
    <w:rsid w:val="00AA1D8D"/>
    <w:rsid w:val="00B47730"/>
    <w:rsid w:val="00CB0664"/>
    <w:rsid w:val="00E57AC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E20EF2"/>
  <w14:defaultImageDpi w14:val="300"/>
  <w15:docId w15:val="{BECD8F00-E0B4-425A-8B58-2ECC29387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718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Tymur Andrieiev (2441353)</cp:lastModifiedBy>
  <cp:revision>2</cp:revision>
  <dcterms:created xsi:type="dcterms:W3CDTF">2026-03-20T16:08:00Z</dcterms:created>
  <dcterms:modified xsi:type="dcterms:W3CDTF">2026-03-20T16:08:00Z</dcterms:modified>
  <cp:category/>
</cp:coreProperties>
</file>