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P="5DA947BB" w14:paraId="4D415CD2" wp14:textId="7FC78568">
      <w:pPr>
        <w:spacing w:before="240" w:beforeAutospacing="off" w:after="240" w:afterAutospacing="off" w:line="24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26D37007">
        <w:rPr>
          <w:rFonts w:ascii="Arial" w:hAnsi="Arial" w:eastAsia="Arial" w:cs="Arial"/>
          <w:noProof w:val="0"/>
          <w:sz w:val="22"/>
          <w:szCs w:val="22"/>
          <w:lang w:val="en-US"/>
        </w:rPr>
        <w:t>Student Name: Neculai Stoenica</w:t>
      </w:r>
    </w:p>
    <w:p xmlns:wp14="http://schemas.microsoft.com/office/word/2010/wordml" w:rsidP="5DA947BB" w14:paraId="0FA1B13F" wp14:textId="05ACF57E">
      <w:pPr>
        <w:pStyle w:val="Normal"/>
        <w:suppressLineNumbers w:val="0"/>
        <w:bidi w:val="0"/>
        <w:spacing w:before="240" w:beforeAutospacing="off" w:after="240" w:afterAutospacing="off" w:line="240" w:lineRule="auto"/>
        <w:ind w:left="0" w:right="0"/>
        <w:jc w:val="left"/>
      </w:pPr>
      <w:r w:rsidRPr="5DA947BB" w:rsidR="26D37007">
        <w:rPr>
          <w:rFonts w:ascii="Arial" w:hAnsi="Arial" w:eastAsia="Arial" w:cs="Arial"/>
          <w:noProof w:val="0"/>
          <w:sz w:val="22"/>
          <w:szCs w:val="22"/>
          <w:lang w:val="en-US"/>
        </w:rPr>
        <w:t>Student ID: 2525222</w:t>
      </w:r>
    </w:p>
    <w:p xmlns:wp14="http://schemas.microsoft.com/office/word/2010/wordml" w14:paraId="24E7F937" wp14:textId="50FE0428">
      <w:pPr>
        <w:jc w:val="center"/>
      </w:pPr>
      <w:r w:rsidRPr="5DA947BB" w:rsidR="5DA947BB">
        <w:rPr>
          <w:b w:val="1"/>
          <w:bCs w:val="1"/>
          <w:sz w:val="32"/>
          <w:szCs w:val="32"/>
        </w:rPr>
        <w:t>NECULAI STOENICA</w:t>
      </w:r>
    </w:p>
    <w:p xmlns:wp14="http://schemas.microsoft.com/office/word/2010/wordml" w:rsidP="5DA947BB" w14:paraId="6D5ABED9" wp14:textId="77777777">
      <w:pPr>
        <w:jc w:val="center"/>
        <w:rPr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 xml:space="preserve">Nottingham, UK  |  +44 7405 036113  |  </w:t>
      </w:r>
      <w:hyperlink r:id="R2235482d339345de">
        <w:r w:rsidRPr="5DA947BB" w:rsidR="5DA947BB">
          <w:rPr>
            <w:rStyle w:val="Hyperlink"/>
            <w:b w:val="0"/>
            <w:bCs w:val="0"/>
            <w:sz w:val="22"/>
            <w:szCs w:val="22"/>
          </w:rPr>
          <w:t>neculai.stoenica@gmail.com</w:t>
        </w:r>
      </w:hyperlink>
    </w:p>
    <w:p w:rsidR="5DA947BB" w:rsidP="5DA947BB" w:rsidRDefault="5DA947BB" w14:paraId="35259EAD" w14:textId="13BCE1C2">
      <w:pPr>
        <w:jc w:val="center"/>
        <w:rPr>
          <w:b w:val="0"/>
          <w:bCs w:val="0"/>
          <w:sz w:val="22"/>
          <w:szCs w:val="22"/>
        </w:rPr>
      </w:pPr>
    </w:p>
    <w:p xmlns:wp14="http://schemas.microsoft.com/office/word/2010/wordml" w:rsidP="5DA947BB" w14:paraId="2335754A" wp14:textId="77777777">
      <w:pPr>
        <w:spacing w:before="160" w:after="60"/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PROFESSIONAL PROFILE</w:t>
      </w:r>
    </w:p>
    <w:p xmlns:wp14="http://schemas.microsoft.com/office/word/2010/wordml" w:rsidP="5DA947BB" w14:paraId="2164B98E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Live streamer and digital content creator with four years of experience across TikTok, YouTube, Twitch and Kick. Experienced in gaming community engagement, tournament organisation, video and photo editing, and live-stream production. Seeking to apply hands-on content creation and technical production skills in a Social Media Content Creator role.</w:t>
      </w:r>
    </w:p>
    <w:p w:rsidR="5DA947BB" w:rsidP="5DA947BB" w:rsidRDefault="5DA947BB" w14:paraId="12A33079" w14:textId="4BEDBDB8">
      <w:pPr>
        <w:rPr>
          <w:b w:val="0"/>
          <w:bCs w:val="0"/>
          <w:sz w:val="22"/>
          <w:szCs w:val="22"/>
        </w:rPr>
      </w:pPr>
    </w:p>
    <w:p xmlns:wp14="http://schemas.microsoft.com/office/word/2010/wordml" w:rsidP="5DA947BB" w14:paraId="19588DB7" wp14:textId="77777777">
      <w:pPr>
        <w:spacing w:before="160" w:after="60"/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RELEVANT CONTENT CREATION EXPERIENCE</w:t>
      </w:r>
    </w:p>
    <w:p xmlns:wp14="http://schemas.microsoft.com/office/word/2010/wordml" w:rsidP="5DA947BB" w14:paraId="78B9378E" wp14:textId="77777777">
      <w:pPr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Independent Live Streamer &amp; Content Creator  |  2022–Present</w:t>
      </w:r>
    </w:p>
    <w:p xmlns:wp14="http://schemas.microsoft.com/office/word/2010/wordml" w:rsidP="5DA947BB" w14:paraId="15D80BE8" wp14:textId="77777777">
      <w:pPr>
        <w:pStyle w:val="ListBullet"/>
        <w:spacing w:after="20"/>
        <w:ind w:left="259"/>
        <w:rPr>
          <w:sz w:val="22"/>
          <w:szCs w:val="22"/>
        </w:rPr>
      </w:pPr>
      <w:r w:rsidRPr="5DA947BB" w:rsidR="5DA947BB">
        <w:rPr>
          <w:sz w:val="22"/>
          <w:szCs w:val="22"/>
        </w:rPr>
        <w:t>Produce live gaming content across TikTok, YouTube, Twitch and Kick, using streaming and capture software to manage broadcasts.</w:t>
      </w:r>
    </w:p>
    <w:p xmlns:wp14="http://schemas.microsoft.com/office/word/2010/wordml" w:rsidP="5DA947BB" w14:paraId="2AF84D6C" wp14:textId="77777777">
      <w:pPr>
        <w:pStyle w:val="ListBullet"/>
        <w:spacing w:after="20"/>
        <w:ind w:left="259"/>
        <w:rPr>
          <w:sz w:val="22"/>
          <w:szCs w:val="22"/>
        </w:rPr>
      </w:pPr>
      <w:r w:rsidRPr="5DA947BB" w:rsidR="5DA947BB">
        <w:rPr>
          <w:sz w:val="22"/>
          <w:szCs w:val="22"/>
        </w:rPr>
        <w:t>Edit video and photographic content using CapCut and Adobe Photoshop.</w:t>
      </w:r>
    </w:p>
    <w:p xmlns:wp14="http://schemas.microsoft.com/office/word/2010/wordml" w:rsidP="5DA947BB" w14:paraId="769DCCA8" wp14:textId="77777777">
      <w:pPr>
        <w:pStyle w:val="ListBullet"/>
        <w:spacing w:after="20"/>
        <w:ind w:left="259"/>
        <w:rPr>
          <w:sz w:val="22"/>
          <w:szCs w:val="22"/>
        </w:rPr>
      </w:pPr>
      <w:r w:rsidRPr="5DA947BB" w:rsidR="5DA947BB">
        <w:rPr>
          <w:sz w:val="22"/>
          <w:szCs w:val="22"/>
        </w:rPr>
        <w:t>Organise gaming tournaments and support event coordination and audience engagement.</w:t>
      </w:r>
    </w:p>
    <w:p xmlns:wp14="http://schemas.microsoft.com/office/word/2010/wordml" w:rsidP="5DA947BB" w14:paraId="333E5977" wp14:textId="77777777">
      <w:pPr>
        <w:pStyle w:val="ListBullet"/>
        <w:spacing w:after="20"/>
        <w:ind w:left="259"/>
        <w:rPr>
          <w:sz w:val="22"/>
          <w:szCs w:val="22"/>
        </w:rPr>
      </w:pPr>
      <w:r w:rsidRPr="5DA947BB" w:rsidR="5DA947BB">
        <w:rPr>
          <w:sz w:val="22"/>
          <w:szCs w:val="22"/>
        </w:rPr>
        <w:t>Participated as part of the organising team at IEST 2023 in Iași, Romania.</w:t>
      </w:r>
    </w:p>
    <w:p w:rsidR="5DA947BB" w:rsidP="5DA947BB" w:rsidRDefault="5DA947BB" w14:paraId="2B868ABA" w14:textId="7159CE11">
      <w:pPr>
        <w:pStyle w:val="ListBullet"/>
        <w:numPr>
          <w:ilvl w:val="0"/>
          <w:numId w:val="0"/>
        </w:numPr>
        <w:spacing w:after="20"/>
        <w:ind w:left="259"/>
        <w:rPr>
          <w:sz w:val="22"/>
          <w:szCs w:val="22"/>
        </w:rPr>
      </w:pPr>
    </w:p>
    <w:p xmlns:wp14="http://schemas.microsoft.com/office/word/2010/wordml" w:rsidP="5DA947BB" w14:paraId="6D57CA49" wp14:textId="77777777">
      <w:pPr>
        <w:spacing w:before="160" w:after="60"/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DIGITAL AND TRANSFERABLE SKILLS</w:t>
      </w:r>
    </w:p>
    <w:p xmlns:wp14="http://schemas.microsoft.com/office/word/2010/wordml" w:rsidP="5DA947BB" w14:paraId="246DE8B7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Social platforms: TikTok, YouTube, Twitch, Kick  |  Editing: CapCut, Adobe Photoshop</w:t>
      </w:r>
    </w:p>
    <w:p xmlns:wp14="http://schemas.microsoft.com/office/word/2010/wordml" w:rsidP="5DA947BB" w14:paraId="14EE84EF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Production: live-stream setup, screen/video capture, broadcast software, live content delivery</w:t>
      </w:r>
    </w:p>
    <w:p xmlns:wp14="http://schemas.microsoft.com/office/word/2010/wordml" w:rsidP="5DA947BB" w14:paraId="0B8BE01C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Other: event organisation, community engagement, teamwork, leadership and time management</w:t>
      </w:r>
    </w:p>
    <w:p w:rsidR="5DA947BB" w:rsidP="5DA947BB" w:rsidRDefault="5DA947BB" w14:paraId="7AFC278D" w14:textId="0A7B2203">
      <w:pPr>
        <w:rPr>
          <w:b w:val="0"/>
          <w:bCs w:val="0"/>
          <w:sz w:val="22"/>
          <w:szCs w:val="22"/>
        </w:rPr>
      </w:pPr>
    </w:p>
    <w:p xmlns:wp14="http://schemas.microsoft.com/office/word/2010/wordml" w:rsidP="5DA947BB" w14:paraId="13C39A90" wp14:textId="77777777">
      <w:pPr>
        <w:spacing w:before="160" w:after="60"/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ADDITIONAL WORK EXPERIENCE</w:t>
      </w:r>
    </w:p>
    <w:p xmlns:wp14="http://schemas.microsoft.com/office/word/2010/wordml" w:rsidP="5DA947BB" w14:paraId="4CECB2E8" wp14:textId="0A715B4A">
      <w:pPr>
        <w:pStyle w:val="Normal"/>
      </w:pPr>
      <w:r w:rsidRPr="5DA947BB" w:rsidR="799CCD83">
        <w:rPr>
          <w:rFonts w:ascii="Arial" w:hAnsi="Arial" w:eastAsia="Arial" w:cs="Arial"/>
          <w:noProof w:val="0"/>
          <w:sz w:val="22"/>
          <w:szCs w:val="22"/>
          <w:lang w:val="en-US"/>
        </w:rPr>
        <w:t>Content Creator &amp; Live Streamer | Self-Employed | 2022–Present</w:t>
      </w:r>
    </w:p>
    <w:p xmlns:wp14="http://schemas.microsoft.com/office/word/2010/wordml" w:rsidP="5DA947BB" w14:paraId="13DDCBD1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Welder  |  Meyer Werft, Papenburg, Germany  |  Sep 2022–Jan 2025</w:t>
      </w:r>
    </w:p>
    <w:p xmlns:wp14="http://schemas.microsoft.com/office/word/2010/wordml" w:rsidP="5DA947BB" w14:paraId="15ABF5DF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Supervisor  |  Games Workshop, Nottingham  |  Mar–Oct 2021</w:t>
      </w:r>
    </w:p>
    <w:p xmlns:wp14="http://schemas.microsoft.com/office/word/2010/wordml" w:rsidP="5DA947BB" w14:paraId="3C0A6B8E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Warehouse Operative  |  Clipper Logistics PLC, Ollerton  |  Sep–Dec 2020</w:t>
      </w:r>
    </w:p>
    <w:p xmlns:wp14="http://schemas.microsoft.com/office/word/2010/wordml" w:rsidP="5DA947BB" w14:paraId="3D27B6F9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Supervisor  |  Royal Mail, Coventry  |  Nov 2018–Apr 2019</w:t>
      </w:r>
    </w:p>
    <w:p xmlns:wp14="http://schemas.microsoft.com/office/word/2010/wordml" w:rsidP="5DA947BB" w14:paraId="2C7F18B9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Team Leader / Stock Controller / Warehouse Operative  |  Harveys Furniture, Rugby  |  Nov 2016–Nov 2018</w:t>
      </w:r>
    </w:p>
    <w:p w:rsidR="5DA947BB" w:rsidP="5DA947BB" w:rsidRDefault="5DA947BB" w14:paraId="3CC580CF" w14:textId="6B687280">
      <w:pPr>
        <w:rPr>
          <w:b w:val="0"/>
          <w:bCs w:val="0"/>
          <w:sz w:val="22"/>
          <w:szCs w:val="22"/>
        </w:rPr>
      </w:pPr>
    </w:p>
    <w:p xmlns:wp14="http://schemas.microsoft.com/office/word/2010/wordml" w:rsidP="5DA947BB" w14:paraId="07DEE553" wp14:textId="77777777">
      <w:pPr>
        <w:spacing w:before="160" w:after="60"/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EDUCATION</w:t>
      </w:r>
    </w:p>
    <w:p xmlns:wp14="http://schemas.microsoft.com/office/word/2010/wordml" w:rsidP="5DA947BB" w14:paraId="02C62631" wp14:textId="77777777">
      <w:pPr>
        <w:rPr>
          <w:sz w:val="22"/>
          <w:szCs w:val="22"/>
        </w:rPr>
      </w:pPr>
      <w:r w:rsidRPr="5DA947BB" w:rsidR="5DA947BB">
        <w:rPr>
          <w:sz w:val="22"/>
          <w:szCs w:val="22"/>
        </w:rPr>
        <w:t>CertHE Business Skills for the Workplace  |  University of Wales Trinity Saint David (UWTSD)  |  Currently studying</w:t>
      </w:r>
    </w:p>
    <w:p xmlns:wp14="http://schemas.microsoft.com/office/word/2010/wordml" w:rsidP="5DA947BB" w14:paraId="2ABCBF0D" wp14:textId="77777777">
      <w:pPr>
        <w:rPr>
          <w:b w:val="0"/>
          <w:bCs w:val="0"/>
          <w:sz w:val="22"/>
          <w:szCs w:val="22"/>
        </w:rPr>
      </w:pPr>
      <w:r w:rsidRPr="5DA947BB" w:rsidR="5DA947BB">
        <w:rPr>
          <w:b w:val="0"/>
          <w:bCs w:val="0"/>
          <w:sz w:val="22"/>
          <w:szCs w:val="22"/>
        </w:rPr>
        <w:t>Diploma in Welding  |  GSI Ion Bănescu, Mangalia, Romania  |  2011–2015</w:t>
      </w:r>
    </w:p>
    <w:p w:rsidR="5DA947BB" w:rsidP="5DA947BB" w:rsidRDefault="5DA947BB" w14:paraId="331B665D" w14:textId="1EABD66A">
      <w:pPr>
        <w:rPr>
          <w:b w:val="0"/>
          <w:bCs w:val="0"/>
          <w:sz w:val="22"/>
          <w:szCs w:val="22"/>
        </w:rPr>
      </w:pPr>
    </w:p>
    <w:p xmlns:wp14="http://schemas.microsoft.com/office/word/2010/wordml" w:rsidP="5DA947BB" w14:paraId="479B2E0B" wp14:textId="77777777">
      <w:pPr>
        <w:spacing w:before="160" w:after="60"/>
        <w:rPr>
          <w:b w:val="1"/>
          <w:bCs w:val="1"/>
          <w:sz w:val="22"/>
          <w:szCs w:val="22"/>
        </w:rPr>
      </w:pPr>
      <w:r w:rsidRPr="5DA947BB" w:rsidR="5DA947BB">
        <w:rPr>
          <w:b w:val="1"/>
          <w:bCs w:val="1"/>
          <w:sz w:val="22"/>
          <w:szCs w:val="22"/>
        </w:rPr>
        <w:t>LANGUAGES</w:t>
      </w:r>
    </w:p>
    <w:p xmlns:wp14="http://schemas.microsoft.com/office/word/2010/wordml" w:rsidP="5DA947BB" w14:paraId="6EB03FD0" wp14:textId="77777777">
      <w:pPr>
        <w:rPr>
          <w:sz w:val="22"/>
          <w:szCs w:val="22"/>
        </w:rPr>
      </w:pPr>
      <w:r w:rsidRPr="5DA947BB" w:rsidR="5DA947BB">
        <w:rPr>
          <w:sz w:val="22"/>
          <w:szCs w:val="22"/>
        </w:rPr>
        <w:t>Romanian – Native  |  English – Fluent</w:t>
      </w:r>
    </w:p>
    <w:p w:rsidR="5DA947BB" w:rsidRDefault="5DA947BB" w14:paraId="1EC8ADC9" w14:textId="7F5C17E7"/>
    <w:p w:rsidR="5DA947BB" w:rsidRDefault="5DA947BB" w14:paraId="62E343BC" w14:textId="50CD4334"/>
    <w:p w:rsidR="5DA947BB" w:rsidRDefault="5DA947BB" w14:paraId="49E87E7F" w14:textId="747BACB4"/>
    <w:p w:rsidR="5DA947BB" w:rsidRDefault="5DA947BB" w14:paraId="2AC80ED2" w14:textId="43D348B9"/>
    <w:p w:rsidR="6E8C6047" w:rsidP="5DA947BB" w:rsidRDefault="6E8C6047" w14:paraId="3F45E304" w14:textId="5E050C1B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Neculai </w:t>
      </w:r>
      <w:r w:rsidRPr="5DA947BB" w:rsidR="6E8C60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Stoenica</w:t>
      </w:r>
    </w:p>
    <w:p w:rsidR="6E8C6047" w:rsidP="5DA947BB" w:rsidRDefault="6E8C6047" w14:paraId="30B7E886" w14:textId="78223F6D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Nottingham, United Kingdom</w:t>
      </w:r>
    </w:p>
    <w:p w:rsidR="6E8C6047" w:rsidP="5DA947BB" w:rsidRDefault="6E8C6047" w14:paraId="6973E2AD" w14:textId="663E89A1">
      <w:pPr>
        <w:spacing w:before="240" w:beforeAutospacing="off" w:after="240" w:afterAutospacing="off"/>
        <w:rPr>
          <w:sz w:val="22"/>
          <w:szCs w:val="22"/>
        </w:rPr>
      </w:pPr>
      <w:hyperlink r:id="R23863355a1244803">
        <w:r w:rsidRPr="5DA947BB" w:rsidR="6E8C6047">
          <w:rPr>
            <w:rStyle w:val="Hyperlink"/>
            <w:noProof w:val="0"/>
            <w:sz w:val="22"/>
            <w:szCs w:val="22"/>
            <w:lang w:val="en-US"/>
          </w:rPr>
          <w:t>neculai.stoenica@gmail.com</w:t>
        </w:r>
      </w:hyperlink>
    </w:p>
    <w:p w:rsidR="6E8C6047" w:rsidP="5DA947BB" w:rsidRDefault="6E8C6047" w14:paraId="4C1FEFD8" w14:textId="55D97796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+44 7405 036113</w:t>
      </w:r>
    </w:p>
    <w:p w:rsidR="6E8C6047" w:rsidP="5DA947BB" w:rsidRDefault="6E8C6047" w14:paraId="1E1B8F63" w14:textId="329BA4FB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Hiring Manager</w:t>
      </w:r>
    </w:p>
    <w:p w:rsidR="6E8C6047" w:rsidP="5DA947BB" w:rsidRDefault="6E8C6047" w14:paraId="12D99EE6" w14:textId="50B0552E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TLM Agency</w:t>
      </w:r>
    </w:p>
    <w:p w:rsidR="6E8C6047" w:rsidP="5DA947BB" w:rsidRDefault="6E8C6047" w14:paraId="64CA5A4C" w14:textId="6C805361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Nottingham, United Kingdom</w:t>
      </w:r>
    </w:p>
    <w:p w:rsidR="6E8C6047" w:rsidP="5DA947BB" w:rsidRDefault="6E8C6047" w14:paraId="775CFAF1" w14:textId="55368E59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1</w:t>
      </w:r>
      <w:r w:rsidRPr="5DA947BB" w:rsidR="174EDE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7 </w:t>
      </w: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October 2026</w:t>
      </w:r>
    </w:p>
    <w:p w:rsidR="6E8C6047" w:rsidP="5DA947BB" w:rsidRDefault="6E8C6047" w14:paraId="4FCF85B8" w14:textId="0A4B6C94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Dear Hiring Manager,</w:t>
      </w:r>
    </w:p>
    <w:p w:rsidR="6E8C6047" w:rsidP="5DA947BB" w:rsidRDefault="6E8C6047" w14:paraId="2B6B3273" w14:textId="1B955876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I wish to apply for the position of Social Media Content Creator at TLM Agency, as advertised online. Please find enclosed my CV for your consideration.</w:t>
      </w:r>
    </w:p>
    <w:p w:rsidR="6E8C6047" w:rsidP="5DA947BB" w:rsidRDefault="6E8C6047" w14:paraId="45138B6B" w14:textId="13D9AA52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I have four years of experience in live streaming and digital content creation, producing content across TikTok, YouTube, Twitch and Kick. During this time, I have developed practical skills in video production, photo editing, live broadcasting and audience engagement.</w:t>
      </w:r>
    </w:p>
    <w:p w:rsidR="6E8C6047" w:rsidP="5DA947BB" w:rsidRDefault="6E8C6047" w14:paraId="23447922" w14:textId="363835E9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As an independent content creator and streamer, I have gained experience using CapCut and Adobe Photoshop to create and edit digital content. I am also familiar with broadcasting and screen capture software, allowing me to manage live streams and produce videos for different online platforms.</w:t>
      </w:r>
    </w:p>
    <w:p w:rsidR="6E8C6047" w:rsidP="5DA947BB" w:rsidRDefault="6E8C6047" w14:paraId="0687FE1F" w14:textId="1F0A2176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In addition, I have helped organise gaming tournaments and participated as part of the organising team at IEST 2023 in Iași, Romania. These experiences have strengthened my teamwork, communication, organisation and problem-solving skills.</w:t>
      </w:r>
    </w:p>
    <w:p w:rsidR="6E8C6047" w:rsidP="5DA947BB" w:rsidRDefault="6E8C6047" w14:paraId="7FF7745F" w14:textId="253A7F78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I am currently studying CertHE Business Skills for the Workplace at the University of Wales Trinity Saint David, where I am developing additional business and professional skills.</w:t>
      </w:r>
    </w:p>
    <w:p w:rsidR="6E8C6047" w:rsidP="5DA947BB" w:rsidRDefault="6E8C6047" w14:paraId="13A2734F" w14:textId="6E66AD05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I am interested in joining TLM Agency because I would like to apply my creative and technical experience in a professional social media environment. I am particularly motivated by the opportunity to produce engaging content, develop new ideas and contribute to effective digital marketing campaigns.</w:t>
      </w:r>
    </w:p>
    <w:p w:rsidR="6E8C6047" w:rsidP="5DA947BB" w:rsidRDefault="6E8C6047" w14:paraId="2D78825A" w14:textId="5272596A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Thank you for considering my application. I would welcome the opportunity to discuss how my experience and skills could contribute to your team.</w:t>
      </w:r>
    </w:p>
    <w:p w:rsidR="6E8C6047" w:rsidP="5DA947BB" w:rsidRDefault="6E8C6047" w14:paraId="59E2C984" w14:textId="0220EBA8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5DA947BB" w:rsidR="6E8C60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Yours faithfully,</w:t>
      </w:r>
    </w:p>
    <w:p w:rsidR="6E8C6047" w:rsidP="5DA947BB" w:rsidRDefault="6E8C6047" w14:paraId="6F0FD0C5" w14:textId="60E2D642">
      <w:pPr>
        <w:spacing w:before="240" w:beforeAutospacing="off" w:after="240" w:afterAutospacing="off"/>
      </w:pPr>
      <w:r w:rsidRPr="5DA947BB" w:rsidR="6E8C6047">
        <w:rPr>
          <w:rFonts w:ascii="Arial" w:hAnsi="Arial" w:eastAsia="Arial" w:cs="Arial"/>
          <w:noProof w:val="0"/>
          <w:sz w:val="22"/>
          <w:szCs w:val="22"/>
          <w:lang w:val="en-US"/>
        </w:rPr>
        <w:t>Neculai Stoenica</w:t>
      </w:r>
    </w:p>
    <w:p w:rsidR="5DA947BB" w:rsidP="5DA947BB" w:rsidRDefault="5DA947BB" w14:paraId="5A24C3BD" w14:textId="735514ED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4B7F7C2" w:rsidP="5DA947BB" w:rsidRDefault="34B7F7C2" w14:paraId="7668A6B8" w14:textId="5B963B02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="34B7F7C2">
        <w:drawing>
          <wp:inline wp14:editId="5081105F" wp14:anchorId="35960F9A">
            <wp:extent cx="6457950" cy="1800225"/>
            <wp:effectExtent l="0" t="0" r="0" b="0"/>
            <wp:docPr id="8982198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9615036" name="Picture 1769615036"/>
                    <pic:cNvPicPr/>
                  </pic:nvPicPr>
                  <pic:blipFill>
                    <a:blip xmlns:r="http://schemas.openxmlformats.org/officeDocument/2006/relationships" r:embed="rId2045253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B7F7C2">
        <w:drawing>
          <wp:inline wp14:editId="30A84542" wp14:anchorId="65A9AD76">
            <wp:extent cx="6457950" cy="6334125"/>
            <wp:effectExtent l="0" t="0" r="0" b="0"/>
            <wp:docPr id="17946705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4670553" name="Picture 1794670553"/>
                    <pic:cNvPicPr/>
                  </pic:nvPicPr>
                  <pic:blipFill>
                    <a:blip xmlns:r="http://schemas.openxmlformats.org/officeDocument/2006/relationships" r:embed="rId354847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A947BB" w:rsidRDefault="5DA947BB" w14:paraId="3A07DD14" w14:textId="3CBF45C5"/>
    <w:sectPr w:rsidRPr="0006063C" w:rsidR="00FC693F" w:rsidSect="00034616">
      <w:pgSz w:w="12240" w:h="15840" w:orient="portrait"/>
      <w:pgMar w:top="792" w:right="1037" w:bottom="720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D016A0"/>
    <w:rsid w:val="05C670EF"/>
    <w:rsid w:val="070CAEDE"/>
    <w:rsid w:val="070CAEDE"/>
    <w:rsid w:val="174EDE1D"/>
    <w:rsid w:val="22154E86"/>
    <w:rsid w:val="26D37007"/>
    <w:rsid w:val="34B7F7C2"/>
    <w:rsid w:val="461EC537"/>
    <w:rsid w:val="461EC537"/>
    <w:rsid w:val="56EECAA3"/>
    <w:rsid w:val="5DA947BB"/>
    <w:rsid w:val="6E8C6047"/>
    <w:rsid w:val="78671065"/>
    <w:rsid w:val="799CCD83"/>
    <w:rsid w:val="7BBB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6E187803-A6E3-42ED-8371-CAC56FFB89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spacing w:after="4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uiPriority w:val="99"/>
    <w:name w:val="Hyperlink"/>
    <w:basedOn w:val="DefaultParagraphFont"/>
    <w:unhideWhenUsed/>
    <w:rsid w:val="5DA947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yperlink" Target="mailto:neculai.stoenica@gmail.com" TargetMode="External" Id="R2235482d339345de" /><Relationship Type="http://schemas.openxmlformats.org/officeDocument/2006/relationships/hyperlink" Target="mailto:neculai.stoenica@gmail.com" TargetMode="External" Id="R23863355a1244803" /><Relationship Type="http://schemas.openxmlformats.org/officeDocument/2006/relationships/image" Target="/media/image.png" Id="rId204525357" /><Relationship Type="http://schemas.openxmlformats.org/officeDocument/2006/relationships/image" Target="/media/image2.png" Id="rId354847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Gabriela-Florentina Niculae (2525169)</lastModifiedBy>
  <revision>2</revision>
  <dcterms:created xsi:type="dcterms:W3CDTF">2013-12-23T23:15:00.0000000Z</dcterms:created>
  <dcterms:modified xsi:type="dcterms:W3CDTF">2026-10-18T16:01:09.6118413Z</dcterms:modified>
  <category/>
</coreProperties>
</file>