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230D0" w14:textId="77777777" w:rsidR="00863D3F" w:rsidRDefault="00A45528">
      <w:pPr>
        <w:jc w:val="center"/>
      </w:pPr>
      <w:r>
        <w:rPr>
          <w:b/>
          <w:sz w:val="42"/>
        </w:rPr>
        <w:t>ELEMENT 1 – STUDENT BREAKDOWN GUIDE</w:t>
      </w:r>
    </w:p>
    <w:p w14:paraId="38078A4F" w14:textId="77777777" w:rsidR="00863D3F" w:rsidRDefault="00A45528">
      <w:pPr>
        <w:jc w:val="center"/>
      </w:pPr>
      <w:r>
        <w:rPr>
          <w:b/>
          <w:sz w:val="28"/>
        </w:rPr>
        <w:t>Research Project Proposal – 2,500 Words</w:t>
      </w:r>
    </w:p>
    <w:p w14:paraId="26EAF125" w14:textId="77777777" w:rsidR="00863D3F" w:rsidRDefault="00A45528">
      <w:pPr>
        <w:pStyle w:val="Heading1"/>
      </w:pPr>
      <w:r>
        <w:t>Element 1 at a Glance</w:t>
      </w:r>
    </w:p>
    <w:tbl>
      <w:tblPr>
        <w:tblStyle w:val="TableGrid"/>
        <w:tblW w:w="0" w:type="auto"/>
        <w:jc w:val="center"/>
        <w:tblLook w:val="04A0" w:firstRow="1" w:lastRow="0" w:firstColumn="1" w:lastColumn="0" w:noHBand="0" w:noVBand="1"/>
      </w:tblPr>
      <w:tblGrid>
        <w:gridCol w:w="3405"/>
        <w:gridCol w:w="3404"/>
        <w:gridCol w:w="3405"/>
      </w:tblGrid>
      <w:tr w:rsidR="00863D3F" w14:paraId="62F74DB7" w14:textId="77777777">
        <w:trPr>
          <w:jc w:val="center"/>
        </w:trPr>
        <w:tc>
          <w:tcPr>
            <w:tcW w:w="3408" w:type="dxa"/>
          </w:tcPr>
          <w:p w14:paraId="1E31E2FF" w14:textId="77777777" w:rsidR="00863D3F" w:rsidRPr="00624F10" w:rsidRDefault="00A45528">
            <w:pPr>
              <w:rPr>
                <w:b/>
                <w:bCs/>
                <w:sz w:val="24"/>
                <w:szCs w:val="28"/>
              </w:rPr>
            </w:pPr>
            <w:r w:rsidRPr="00624F10">
              <w:rPr>
                <w:b/>
                <w:bCs/>
                <w:sz w:val="24"/>
                <w:szCs w:val="28"/>
              </w:rPr>
              <w:t>Section</w:t>
            </w:r>
          </w:p>
        </w:tc>
        <w:tc>
          <w:tcPr>
            <w:tcW w:w="3408" w:type="dxa"/>
          </w:tcPr>
          <w:p w14:paraId="7ADE2035" w14:textId="77777777" w:rsidR="00863D3F" w:rsidRPr="00624F10" w:rsidRDefault="00A45528">
            <w:pPr>
              <w:rPr>
                <w:b/>
                <w:bCs/>
                <w:sz w:val="24"/>
                <w:szCs w:val="28"/>
              </w:rPr>
            </w:pPr>
            <w:r w:rsidRPr="00624F10">
              <w:rPr>
                <w:b/>
                <w:bCs/>
                <w:sz w:val="24"/>
                <w:szCs w:val="28"/>
              </w:rPr>
              <w:t>Word Guide</w:t>
            </w:r>
          </w:p>
        </w:tc>
        <w:tc>
          <w:tcPr>
            <w:tcW w:w="3408" w:type="dxa"/>
          </w:tcPr>
          <w:p w14:paraId="36868DB6" w14:textId="77777777" w:rsidR="00863D3F" w:rsidRPr="00624F10" w:rsidRDefault="00A45528">
            <w:pPr>
              <w:rPr>
                <w:b/>
                <w:bCs/>
                <w:sz w:val="24"/>
                <w:szCs w:val="28"/>
              </w:rPr>
            </w:pPr>
            <w:r w:rsidRPr="00624F10">
              <w:rPr>
                <w:b/>
                <w:bCs/>
                <w:sz w:val="24"/>
                <w:szCs w:val="28"/>
              </w:rPr>
              <w:t>The question you are answering</w:t>
            </w:r>
          </w:p>
        </w:tc>
      </w:tr>
      <w:tr w:rsidR="00863D3F" w14:paraId="1FF0505F" w14:textId="77777777">
        <w:trPr>
          <w:jc w:val="center"/>
        </w:trPr>
        <w:tc>
          <w:tcPr>
            <w:tcW w:w="3408" w:type="dxa"/>
          </w:tcPr>
          <w:p w14:paraId="446D5413" w14:textId="77777777" w:rsidR="00863D3F" w:rsidRPr="00624F10" w:rsidRDefault="00A45528">
            <w:pPr>
              <w:rPr>
                <w:sz w:val="24"/>
                <w:szCs w:val="28"/>
              </w:rPr>
            </w:pPr>
            <w:r w:rsidRPr="00624F10">
              <w:rPr>
                <w:sz w:val="24"/>
                <w:szCs w:val="28"/>
              </w:rPr>
              <w:t>1. Research Problem &amp; Objectives</w:t>
            </w:r>
          </w:p>
        </w:tc>
        <w:tc>
          <w:tcPr>
            <w:tcW w:w="3408" w:type="dxa"/>
          </w:tcPr>
          <w:p w14:paraId="313F3AA4" w14:textId="77777777" w:rsidR="00863D3F" w:rsidRPr="00624F10" w:rsidRDefault="00A45528">
            <w:pPr>
              <w:rPr>
                <w:sz w:val="24"/>
                <w:szCs w:val="28"/>
              </w:rPr>
            </w:pPr>
            <w:r w:rsidRPr="00624F10">
              <w:rPr>
                <w:sz w:val="24"/>
                <w:szCs w:val="28"/>
              </w:rPr>
              <w:t>250</w:t>
            </w:r>
          </w:p>
        </w:tc>
        <w:tc>
          <w:tcPr>
            <w:tcW w:w="3408" w:type="dxa"/>
          </w:tcPr>
          <w:p w14:paraId="61B961F8" w14:textId="77777777" w:rsidR="00863D3F" w:rsidRPr="00624F10" w:rsidRDefault="00A45528">
            <w:pPr>
              <w:rPr>
                <w:sz w:val="24"/>
                <w:szCs w:val="28"/>
              </w:rPr>
            </w:pPr>
            <w:r w:rsidRPr="00624F10">
              <w:rPr>
                <w:sz w:val="24"/>
                <w:szCs w:val="28"/>
              </w:rPr>
              <w:t>What am I researching and what do I want to achieve?</w:t>
            </w:r>
          </w:p>
        </w:tc>
      </w:tr>
      <w:tr w:rsidR="00863D3F" w14:paraId="3066C8D5" w14:textId="77777777">
        <w:trPr>
          <w:jc w:val="center"/>
        </w:trPr>
        <w:tc>
          <w:tcPr>
            <w:tcW w:w="3408" w:type="dxa"/>
          </w:tcPr>
          <w:p w14:paraId="614807DA" w14:textId="77777777" w:rsidR="00863D3F" w:rsidRPr="00624F10" w:rsidRDefault="00A45528">
            <w:pPr>
              <w:rPr>
                <w:sz w:val="24"/>
                <w:szCs w:val="28"/>
              </w:rPr>
            </w:pPr>
            <w:r w:rsidRPr="00624F10">
              <w:rPr>
                <w:sz w:val="24"/>
                <w:szCs w:val="28"/>
              </w:rPr>
              <w:t>2. Research Questions</w:t>
            </w:r>
          </w:p>
        </w:tc>
        <w:tc>
          <w:tcPr>
            <w:tcW w:w="3408" w:type="dxa"/>
          </w:tcPr>
          <w:p w14:paraId="23623101" w14:textId="77777777" w:rsidR="00863D3F" w:rsidRPr="00624F10" w:rsidRDefault="00A45528">
            <w:pPr>
              <w:rPr>
                <w:sz w:val="24"/>
                <w:szCs w:val="28"/>
              </w:rPr>
            </w:pPr>
            <w:r w:rsidRPr="00624F10">
              <w:rPr>
                <w:sz w:val="24"/>
                <w:szCs w:val="28"/>
              </w:rPr>
              <w:t>250</w:t>
            </w:r>
          </w:p>
        </w:tc>
        <w:tc>
          <w:tcPr>
            <w:tcW w:w="3408" w:type="dxa"/>
          </w:tcPr>
          <w:p w14:paraId="08FEC20B" w14:textId="77777777" w:rsidR="00863D3F" w:rsidRPr="00624F10" w:rsidRDefault="00A45528">
            <w:pPr>
              <w:rPr>
                <w:sz w:val="24"/>
                <w:szCs w:val="28"/>
              </w:rPr>
            </w:pPr>
            <w:r w:rsidRPr="00624F10">
              <w:rPr>
                <w:sz w:val="24"/>
                <w:szCs w:val="28"/>
              </w:rPr>
              <w:t>What specifically do I want to find out?</w:t>
            </w:r>
          </w:p>
        </w:tc>
      </w:tr>
      <w:tr w:rsidR="00863D3F" w14:paraId="59C80CF4" w14:textId="77777777">
        <w:trPr>
          <w:jc w:val="center"/>
        </w:trPr>
        <w:tc>
          <w:tcPr>
            <w:tcW w:w="3408" w:type="dxa"/>
          </w:tcPr>
          <w:p w14:paraId="72336CFE" w14:textId="77777777" w:rsidR="00863D3F" w:rsidRPr="00624F10" w:rsidRDefault="00A45528">
            <w:pPr>
              <w:rPr>
                <w:sz w:val="24"/>
                <w:szCs w:val="28"/>
              </w:rPr>
            </w:pPr>
            <w:r w:rsidRPr="00624F10">
              <w:rPr>
                <w:sz w:val="24"/>
                <w:szCs w:val="28"/>
              </w:rPr>
              <w:t>3. Proposed Methodology</w:t>
            </w:r>
          </w:p>
        </w:tc>
        <w:tc>
          <w:tcPr>
            <w:tcW w:w="3408" w:type="dxa"/>
          </w:tcPr>
          <w:p w14:paraId="39E92F67" w14:textId="77777777" w:rsidR="00863D3F" w:rsidRPr="00624F10" w:rsidRDefault="00A45528">
            <w:pPr>
              <w:rPr>
                <w:sz w:val="24"/>
                <w:szCs w:val="28"/>
              </w:rPr>
            </w:pPr>
            <w:r w:rsidRPr="00624F10">
              <w:rPr>
                <w:sz w:val="24"/>
                <w:szCs w:val="28"/>
              </w:rPr>
              <w:t>1,000</w:t>
            </w:r>
          </w:p>
        </w:tc>
        <w:tc>
          <w:tcPr>
            <w:tcW w:w="3408" w:type="dxa"/>
          </w:tcPr>
          <w:p w14:paraId="41CC683F" w14:textId="77777777" w:rsidR="00863D3F" w:rsidRPr="00624F10" w:rsidRDefault="00A45528">
            <w:pPr>
              <w:rPr>
                <w:sz w:val="24"/>
                <w:szCs w:val="28"/>
              </w:rPr>
            </w:pPr>
            <w:r w:rsidRPr="00624F10">
              <w:rPr>
                <w:sz w:val="24"/>
                <w:szCs w:val="28"/>
              </w:rPr>
              <w:t>How will I find out, and why is this approach suitable?</w:t>
            </w:r>
          </w:p>
        </w:tc>
      </w:tr>
      <w:tr w:rsidR="00863D3F" w14:paraId="1213A737" w14:textId="77777777">
        <w:trPr>
          <w:jc w:val="center"/>
        </w:trPr>
        <w:tc>
          <w:tcPr>
            <w:tcW w:w="3408" w:type="dxa"/>
          </w:tcPr>
          <w:p w14:paraId="6AA5E533" w14:textId="77777777" w:rsidR="00863D3F" w:rsidRPr="00624F10" w:rsidRDefault="00A45528">
            <w:pPr>
              <w:rPr>
                <w:sz w:val="24"/>
                <w:szCs w:val="28"/>
              </w:rPr>
            </w:pPr>
            <w:r w:rsidRPr="00624F10">
              <w:rPr>
                <w:sz w:val="24"/>
                <w:szCs w:val="28"/>
              </w:rPr>
              <w:t>4. Preliminary Literature Review</w:t>
            </w:r>
          </w:p>
        </w:tc>
        <w:tc>
          <w:tcPr>
            <w:tcW w:w="3408" w:type="dxa"/>
          </w:tcPr>
          <w:p w14:paraId="7956B954" w14:textId="77777777" w:rsidR="00863D3F" w:rsidRPr="00624F10" w:rsidRDefault="00A45528">
            <w:pPr>
              <w:rPr>
                <w:sz w:val="24"/>
                <w:szCs w:val="28"/>
              </w:rPr>
            </w:pPr>
            <w:r w:rsidRPr="00624F10">
              <w:rPr>
                <w:sz w:val="24"/>
                <w:szCs w:val="28"/>
              </w:rPr>
              <w:t>1,000</w:t>
            </w:r>
          </w:p>
        </w:tc>
        <w:tc>
          <w:tcPr>
            <w:tcW w:w="3408" w:type="dxa"/>
          </w:tcPr>
          <w:p w14:paraId="0F10C9A0" w14:textId="77777777" w:rsidR="00863D3F" w:rsidRPr="00624F10" w:rsidRDefault="00A45528">
            <w:pPr>
              <w:rPr>
                <w:sz w:val="24"/>
                <w:szCs w:val="28"/>
              </w:rPr>
            </w:pPr>
            <w:r w:rsidRPr="00624F10">
              <w:rPr>
                <w:sz w:val="24"/>
                <w:szCs w:val="28"/>
              </w:rPr>
              <w:t>What does existing research tell me, and where is the gap?</w:t>
            </w:r>
          </w:p>
        </w:tc>
      </w:tr>
    </w:tbl>
    <w:p w14:paraId="1702A347" w14:textId="77777777" w:rsidR="00863D3F" w:rsidRDefault="00A45528">
      <w:pPr>
        <w:pStyle w:val="Heading1"/>
      </w:pPr>
      <w:r>
        <w:t>1. Research Problem &amp; Objectives – 250 words</w:t>
      </w:r>
    </w:p>
    <w:p w14:paraId="5B3E9A68" w14:textId="77777777" w:rsidR="00863D3F" w:rsidRPr="00624F10" w:rsidRDefault="00A45528">
      <w:pPr>
        <w:rPr>
          <w:sz w:val="24"/>
          <w:szCs w:val="28"/>
        </w:rPr>
      </w:pPr>
      <w:r w:rsidRPr="00624F10">
        <w:rPr>
          <w:sz w:val="24"/>
          <w:szCs w:val="28"/>
        </w:rPr>
        <w:t>Your job: Explain what you want to investigate, why the research is needed, and what you want the project to achieve.</w:t>
      </w:r>
    </w:p>
    <w:p w14:paraId="0BB669CA" w14:textId="77777777" w:rsidR="00863D3F" w:rsidRPr="00624F10" w:rsidRDefault="00A45528">
      <w:pPr>
        <w:pStyle w:val="Heading2"/>
        <w:rPr>
          <w:sz w:val="28"/>
          <w:szCs w:val="28"/>
        </w:rPr>
      </w:pPr>
      <w:r w:rsidRPr="00624F10">
        <w:rPr>
          <w:sz w:val="28"/>
          <w:szCs w:val="28"/>
        </w:rPr>
        <w:t>Step 1 – Introduce Your Topic</w:t>
      </w:r>
    </w:p>
    <w:p w14:paraId="70053456" w14:textId="77777777" w:rsidR="00863D3F" w:rsidRPr="00624F10" w:rsidRDefault="00A45528">
      <w:pPr>
        <w:rPr>
          <w:sz w:val="24"/>
          <w:szCs w:val="28"/>
        </w:rPr>
      </w:pPr>
      <w:r w:rsidRPr="00624F10">
        <w:rPr>
          <w:sz w:val="24"/>
          <w:szCs w:val="28"/>
        </w:rPr>
        <w:t>In 2–3 sentences, introduce the general area you are interested in. Ask yourself:</w:t>
      </w:r>
    </w:p>
    <w:p w14:paraId="12B5ABCD" w14:textId="77777777" w:rsidR="00863D3F" w:rsidRPr="00624F10" w:rsidRDefault="00A45528">
      <w:pPr>
        <w:pStyle w:val="ListBullet"/>
        <w:rPr>
          <w:sz w:val="24"/>
          <w:szCs w:val="28"/>
        </w:rPr>
      </w:pPr>
      <w:r w:rsidRPr="00624F10">
        <w:rPr>
          <w:sz w:val="24"/>
          <w:szCs w:val="28"/>
        </w:rPr>
        <w:t>What is my topic?</w:t>
      </w:r>
    </w:p>
    <w:p w14:paraId="5E8C81F5" w14:textId="77777777" w:rsidR="00863D3F" w:rsidRPr="00624F10" w:rsidRDefault="00A45528">
      <w:pPr>
        <w:pStyle w:val="ListBullet"/>
        <w:rPr>
          <w:sz w:val="24"/>
          <w:szCs w:val="28"/>
        </w:rPr>
      </w:pPr>
      <w:r w:rsidRPr="00624F10">
        <w:rPr>
          <w:sz w:val="24"/>
          <w:szCs w:val="28"/>
        </w:rPr>
        <w:t>Is it clearly related to Tourism, Hospitality or Events?</w:t>
      </w:r>
    </w:p>
    <w:p w14:paraId="4F626D78" w14:textId="77777777" w:rsidR="00863D3F" w:rsidRPr="00624F10" w:rsidRDefault="00A45528">
      <w:pPr>
        <w:pStyle w:val="ListBullet"/>
        <w:rPr>
          <w:sz w:val="24"/>
          <w:szCs w:val="28"/>
        </w:rPr>
      </w:pPr>
      <w:r w:rsidRPr="00624F10">
        <w:rPr>
          <w:sz w:val="24"/>
          <w:szCs w:val="28"/>
        </w:rPr>
        <w:t>What specific part of the topic interests me?</w:t>
      </w:r>
    </w:p>
    <w:p w14:paraId="0E0E69CA" w14:textId="77777777" w:rsidR="00863D3F" w:rsidRPr="00624F10" w:rsidRDefault="00A45528">
      <w:pPr>
        <w:rPr>
          <w:sz w:val="24"/>
          <w:szCs w:val="28"/>
        </w:rPr>
      </w:pPr>
      <w:r w:rsidRPr="00624F10">
        <w:rPr>
          <w:b/>
          <w:sz w:val="24"/>
          <w:szCs w:val="28"/>
        </w:rPr>
        <w:t xml:space="preserve">Sentence starter: </w:t>
      </w:r>
      <w:r w:rsidRPr="00624F10">
        <w:rPr>
          <w:i/>
          <w:sz w:val="24"/>
          <w:szCs w:val="28"/>
        </w:rPr>
        <w:t>This research will focus on...</w:t>
      </w:r>
    </w:p>
    <w:p w14:paraId="59FD3203" w14:textId="77777777" w:rsidR="00863D3F" w:rsidRDefault="00A45528">
      <w:pPr>
        <w:pStyle w:val="Heading2"/>
      </w:pPr>
      <w:r>
        <w:t>Step 2 – Identify the Research Problem</w:t>
      </w:r>
    </w:p>
    <w:p w14:paraId="61748FCE" w14:textId="77777777" w:rsidR="00863D3F" w:rsidRPr="00624F10" w:rsidRDefault="00A45528">
      <w:pPr>
        <w:rPr>
          <w:sz w:val="24"/>
          <w:szCs w:val="28"/>
        </w:rPr>
      </w:pPr>
      <w:r w:rsidRPr="00624F10">
        <w:rPr>
          <w:sz w:val="24"/>
          <w:szCs w:val="28"/>
        </w:rPr>
        <w:t>Make the topic more specific. Explain what issue, problem or gap makes the research worth doing.</w:t>
      </w:r>
    </w:p>
    <w:p w14:paraId="4FBDAF32" w14:textId="77777777" w:rsidR="00863D3F" w:rsidRPr="00624F10" w:rsidRDefault="00A45528">
      <w:pPr>
        <w:pStyle w:val="ListBullet"/>
        <w:rPr>
          <w:sz w:val="24"/>
          <w:szCs w:val="28"/>
        </w:rPr>
      </w:pPr>
      <w:r w:rsidRPr="00624F10">
        <w:rPr>
          <w:sz w:val="24"/>
          <w:szCs w:val="28"/>
        </w:rPr>
        <w:t>What issue have I noticed?</w:t>
      </w:r>
    </w:p>
    <w:p w14:paraId="3AF6F771" w14:textId="77777777" w:rsidR="00863D3F" w:rsidRPr="00624F10" w:rsidRDefault="00A45528">
      <w:pPr>
        <w:pStyle w:val="ListBullet"/>
        <w:rPr>
          <w:sz w:val="24"/>
          <w:szCs w:val="28"/>
        </w:rPr>
      </w:pPr>
      <w:r w:rsidRPr="00624F10">
        <w:rPr>
          <w:sz w:val="24"/>
          <w:szCs w:val="28"/>
        </w:rPr>
        <w:t>What do we not fully understand?</w:t>
      </w:r>
    </w:p>
    <w:p w14:paraId="2F7F8192" w14:textId="77777777" w:rsidR="00863D3F" w:rsidRPr="00624F10" w:rsidRDefault="00A45528">
      <w:pPr>
        <w:pStyle w:val="ListBullet"/>
        <w:rPr>
          <w:sz w:val="24"/>
          <w:szCs w:val="28"/>
        </w:rPr>
      </w:pPr>
      <w:r w:rsidRPr="00624F10">
        <w:rPr>
          <w:sz w:val="24"/>
          <w:szCs w:val="28"/>
        </w:rPr>
        <w:t>Why would it be useful to investigate this?</w:t>
      </w:r>
    </w:p>
    <w:p w14:paraId="499A7782" w14:textId="77777777" w:rsidR="00863D3F" w:rsidRPr="00624F10" w:rsidRDefault="00A45528">
      <w:pPr>
        <w:pStyle w:val="ListBullet"/>
        <w:rPr>
          <w:sz w:val="24"/>
          <w:szCs w:val="28"/>
        </w:rPr>
      </w:pPr>
      <w:r w:rsidRPr="00624F10">
        <w:rPr>
          <w:sz w:val="24"/>
          <w:szCs w:val="28"/>
        </w:rPr>
        <w:t>Who could benefit from knowing more?</w:t>
      </w:r>
    </w:p>
    <w:p w14:paraId="45E79C47" w14:textId="77777777" w:rsidR="00863D3F" w:rsidRPr="00624F10" w:rsidRDefault="00A45528">
      <w:pPr>
        <w:rPr>
          <w:sz w:val="24"/>
          <w:szCs w:val="28"/>
        </w:rPr>
      </w:pPr>
      <w:r w:rsidRPr="00624F10">
        <w:rPr>
          <w:b/>
          <w:sz w:val="24"/>
          <w:szCs w:val="28"/>
        </w:rPr>
        <w:t xml:space="preserve">Useful starters: </w:t>
      </w:r>
      <w:r w:rsidRPr="00624F10">
        <w:rPr>
          <w:i/>
          <w:sz w:val="24"/>
          <w:szCs w:val="28"/>
        </w:rPr>
        <w:t>However, there is a need to understand... / A particular issue within this area is... / Further research could help to understand...</w:t>
      </w:r>
    </w:p>
    <w:p w14:paraId="616338C4" w14:textId="77777777" w:rsidR="00863D3F" w:rsidRDefault="00A45528">
      <w:pPr>
        <w:pStyle w:val="Heading2"/>
      </w:pPr>
      <w:r>
        <w:t>Step 3 – Write ONE Research Aim</w:t>
      </w:r>
    </w:p>
    <w:p w14:paraId="3685A367" w14:textId="77777777" w:rsidR="00863D3F" w:rsidRPr="00624F10" w:rsidRDefault="00A45528">
      <w:pPr>
        <w:rPr>
          <w:sz w:val="24"/>
          <w:szCs w:val="28"/>
        </w:rPr>
      </w:pPr>
      <w:r w:rsidRPr="00624F10">
        <w:rPr>
          <w:sz w:val="24"/>
          <w:szCs w:val="28"/>
        </w:rPr>
        <w:t>Your aim is one clear sentence explaining the overall purpose of the project.</w:t>
      </w:r>
    </w:p>
    <w:p w14:paraId="3FDA64FC" w14:textId="77777777" w:rsidR="00863D3F" w:rsidRPr="00624F10" w:rsidRDefault="00A45528">
      <w:pPr>
        <w:rPr>
          <w:sz w:val="24"/>
          <w:szCs w:val="28"/>
        </w:rPr>
      </w:pPr>
      <w:r w:rsidRPr="00624F10">
        <w:rPr>
          <w:sz w:val="24"/>
          <w:szCs w:val="28"/>
        </w:rPr>
        <w:lastRenderedPageBreak/>
        <w:t>Useful starting words: To investigate... / To explore... / To examine... / To evaluate...</w:t>
      </w:r>
    </w:p>
    <w:p w14:paraId="3860E4B9" w14:textId="77777777" w:rsidR="00863D3F" w:rsidRPr="00624F10" w:rsidRDefault="00A45528">
      <w:pPr>
        <w:pStyle w:val="Heading2"/>
        <w:rPr>
          <w:sz w:val="28"/>
          <w:szCs w:val="28"/>
        </w:rPr>
      </w:pPr>
      <w:r w:rsidRPr="00624F10">
        <w:rPr>
          <w:sz w:val="28"/>
          <w:szCs w:val="28"/>
        </w:rPr>
        <w:t>Step 4 – Write 3–4 Objectives</w:t>
      </w:r>
    </w:p>
    <w:p w14:paraId="78336A7D" w14:textId="77777777" w:rsidR="00863D3F" w:rsidRPr="00624F10" w:rsidRDefault="00A45528">
      <w:pPr>
        <w:rPr>
          <w:sz w:val="24"/>
          <w:szCs w:val="28"/>
        </w:rPr>
      </w:pPr>
      <w:r w:rsidRPr="00624F10">
        <w:rPr>
          <w:sz w:val="24"/>
          <w:szCs w:val="28"/>
        </w:rPr>
        <w:t>Objectives break your aim into smaller, achievable tasks.</w:t>
      </w:r>
    </w:p>
    <w:p w14:paraId="67894315" w14:textId="77777777" w:rsidR="00863D3F" w:rsidRPr="00624F10" w:rsidRDefault="00A45528">
      <w:pPr>
        <w:rPr>
          <w:sz w:val="24"/>
          <w:szCs w:val="28"/>
        </w:rPr>
      </w:pPr>
      <w:r w:rsidRPr="00624F10">
        <w:rPr>
          <w:sz w:val="24"/>
          <w:szCs w:val="28"/>
        </w:rPr>
        <w:t>Useful words: Identify – Explore – Examine – Compare – Evaluate – Analyse</w:t>
      </w:r>
    </w:p>
    <w:p w14:paraId="17DF5845" w14:textId="77777777" w:rsidR="00863D3F" w:rsidRPr="00624F10" w:rsidRDefault="00A45528">
      <w:pPr>
        <w:pStyle w:val="Heading2"/>
        <w:rPr>
          <w:sz w:val="28"/>
          <w:szCs w:val="28"/>
        </w:rPr>
      </w:pPr>
      <w:r w:rsidRPr="00624F10">
        <w:rPr>
          <w:sz w:val="28"/>
          <w:szCs w:val="28"/>
        </w:rPr>
        <w:t>Section 1 Check</w:t>
      </w:r>
    </w:p>
    <w:p w14:paraId="6E4A0829" w14:textId="77777777" w:rsidR="00863D3F" w:rsidRPr="00624F10" w:rsidRDefault="00A45528">
      <w:pPr>
        <w:rPr>
          <w:sz w:val="24"/>
          <w:szCs w:val="28"/>
        </w:rPr>
      </w:pPr>
      <w:r w:rsidRPr="00624F10">
        <w:rPr>
          <w:sz w:val="24"/>
          <w:szCs w:val="28"/>
        </w:rPr>
        <w:t>☐</w:t>
      </w:r>
      <w:r w:rsidRPr="00624F10">
        <w:rPr>
          <w:sz w:val="24"/>
          <w:szCs w:val="28"/>
        </w:rPr>
        <w:t xml:space="preserve"> My research problem is clear.</w:t>
      </w:r>
    </w:p>
    <w:p w14:paraId="2927F678" w14:textId="77777777" w:rsidR="00863D3F" w:rsidRPr="00624F10" w:rsidRDefault="00A45528">
      <w:pPr>
        <w:rPr>
          <w:sz w:val="24"/>
          <w:szCs w:val="28"/>
        </w:rPr>
      </w:pPr>
      <w:r w:rsidRPr="00624F10">
        <w:rPr>
          <w:sz w:val="24"/>
          <w:szCs w:val="28"/>
        </w:rPr>
        <w:t>☐</w:t>
      </w:r>
      <w:r w:rsidRPr="00624F10">
        <w:rPr>
          <w:sz w:val="24"/>
          <w:szCs w:val="28"/>
        </w:rPr>
        <w:t xml:space="preserve"> It is relevant to my subject area.</w:t>
      </w:r>
    </w:p>
    <w:p w14:paraId="7D2730E2" w14:textId="77777777" w:rsidR="00863D3F" w:rsidRPr="00624F10" w:rsidRDefault="00A45528">
      <w:pPr>
        <w:rPr>
          <w:sz w:val="24"/>
          <w:szCs w:val="28"/>
        </w:rPr>
      </w:pPr>
      <w:r w:rsidRPr="00624F10">
        <w:rPr>
          <w:sz w:val="24"/>
          <w:szCs w:val="28"/>
        </w:rPr>
        <w:t>☐</w:t>
      </w:r>
      <w:r w:rsidRPr="00624F10">
        <w:rPr>
          <w:sz w:val="24"/>
          <w:szCs w:val="28"/>
        </w:rPr>
        <w:t xml:space="preserve"> I have ONE overall aim.</w:t>
      </w:r>
    </w:p>
    <w:p w14:paraId="638B3F64" w14:textId="77777777" w:rsidR="00863D3F" w:rsidRPr="00624F10" w:rsidRDefault="00A45528">
      <w:pPr>
        <w:rPr>
          <w:sz w:val="24"/>
          <w:szCs w:val="28"/>
        </w:rPr>
      </w:pPr>
      <w:r w:rsidRPr="00624F10">
        <w:rPr>
          <w:sz w:val="24"/>
          <w:szCs w:val="28"/>
        </w:rPr>
        <w:t>☐</w:t>
      </w:r>
      <w:r w:rsidRPr="00624F10">
        <w:rPr>
          <w:sz w:val="24"/>
          <w:szCs w:val="28"/>
        </w:rPr>
        <w:t xml:space="preserve"> I have 3–4 achievable objectives.</w:t>
      </w:r>
    </w:p>
    <w:p w14:paraId="700BD1BE" w14:textId="77777777" w:rsidR="00863D3F" w:rsidRPr="00624F10" w:rsidRDefault="00A45528">
      <w:pPr>
        <w:rPr>
          <w:sz w:val="24"/>
          <w:szCs w:val="28"/>
        </w:rPr>
      </w:pPr>
      <w:r w:rsidRPr="00624F10">
        <w:rPr>
          <w:sz w:val="24"/>
          <w:szCs w:val="28"/>
        </w:rPr>
        <w:t>☐</w:t>
      </w:r>
      <w:r w:rsidRPr="00624F10">
        <w:rPr>
          <w:sz w:val="24"/>
          <w:szCs w:val="28"/>
        </w:rPr>
        <w:t xml:space="preserve"> My objectives clearly connect to my aim.</w:t>
      </w:r>
    </w:p>
    <w:p w14:paraId="107A4DE1" w14:textId="77777777" w:rsidR="00863D3F" w:rsidRDefault="00A45528">
      <w:pPr>
        <w:pStyle w:val="Heading1"/>
      </w:pPr>
      <w:r>
        <w:t>2. Research Questions – 250 words</w:t>
      </w:r>
    </w:p>
    <w:p w14:paraId="3F0A5AEC" w14:textId="77777777" w:rsidR="00863D3F" w:rsidRPr="00624F10" w:rsidRDefault="00A45528">
      <w:pPr>
        <w:rPr>
          <w:sz w:val="24"/>
          <w:szCs w:val="28"/>
        </w:rPr>
      </w:pPr>
      <w:r w:rsidRPr="00624F10">
        <w:rPr>
          <w:sz w:val="24"/>
          <w:szCs w:val="28"/>
        </w:rPr>
        <w:t>Your job: Turn your research objectives into focused questions that your project will answer.</w:t>
      </w:r>
    </w:p>
    <w:p w14:paraId="0B4EF3B1" w14:textId="77777777" w:rsidR="00863D3F" w:rsidRPr="00624F10" w:rsidRDefault="00A45528">
      <w:pPr>
        <w:pStyle w:val="Heading2"/>
        <w:rPr>
          <w:sz w:val="28"/>
          <w:szCs w:val="28"/>
        </w:rPr>
      </w:pPr>
      <w:r w:rsidRPr="00624F10">
        <w:rPr>
          <w:sz w:val="28"/>
          <w:szCs w:val="28"/>
        </w:rPr>
        <w:t>Step 1 – Look at Each Objective</w:t>
      </w:r>
    </w:p>
    <w:p w14:paraId="6EE78C9D" w14:textId="77777777" w:rsidR="00863D3F" w:rsidRPr="00624F10" w:rsidRDefault="00A45528">
      <w:pPr>
        <w:rPr>
          <w:sz w:val="24"/>
          <w:szCs w:val="28"/>
        </w:rPr>
      </w:pPr>
      <w:r w:rsidRPr="00624F10">
        <w:rPr>
          <w:sz w:val="24"/>
          <w:szCs w:val="28"/>
        </w:rPr>
        <w:t>For each objective, ask: What question would I need to answer to achieve this objective?</w:t>
      </w:r>
    </w:p>
    <w:p w14:paraId="440A4F88" w14:textId="77777777" w:rsidR="00863D3F" w:rsidRPr="00624F10" w:rsidRDefault="00A45528">
      <w:pPr>
        <w:rPr>
          <w:sz w:val="24"/>
          <w:szCs w:val="28"/>
        </w:rPr>
      </w:pPr>
      <w:r w:rsidRPr="00624F10">
        <w:rPr>
          <w:b/>
          <w:sz w:val="24"/>
          <w:szCs w:val="28"/>
        </w:rPr>
        <w:t>Example:</w:t>
      </w:r>
      <w:r w:rsidRPr="00624F10">
        <w:rPr>
          <w:b/>
          <w:sz w:val="24"/>
          <w:szCs w:val="28"/>
        </w:rPr>
        <w:br/>
        <w:t xml:space="preserve">Objective: </w:t>
      </w:r>
      <w:r w:rsidRPr="00624F10">
        <w:rPr>
          <w:sz w:val="24"/>
          <w:szCs w:val="28"/>
        </w:rPr>
        <w:t>To explore how social media influences tourists' destination choices.</w:t>
      </w:r>
      <w:r w:rsidRPr="00624F10">
        <w:rPr>
          <w:sz w:val="24"/>
          <w:szCs w:val="28"/>
        </w:rPr>
        <w:br/>
      </w:r>
      <w:r w:rsidRPr="00624F10">
        <w:rPr>
          <w:b/>
          <w:sz w:val="24"/>
          <w:szCs w:val="28"/>
        </w:rPr>
        <w:t xml:space="preserve">Research Question: </w:t>
      </w:r>
      <w:r w:rsidRPr="00624F10">
        <w:rPr>
          <w:sz w:val="24"/>
          <w:szCs w:val="28"/>
        </w:rPr>
        <w:t>How does social media influence tourists when choosing a destination?</w:t>
      </w:r>
    </w:p>
    <w:p w14:paraId="5A99EED8" w14:textId="77777777" w:rsidR="00863D3F" w:rsidRPr="00624F10" w:rsidRDefault="00A45528">
      <w:pPr>
        <w:pStyle w:val="Heading2"/>
        <w:rPr>
          <w:sz w:val="28"/>
          <w:szCs w:val="28"/>
        </w:rPr>
      </w:pPr>
      <w:r w:rsidRPr="00624F10">
        <w:rPr>
          <w:sz w:val="28"/>
          <w:szCs w:val="28"/>
        </w:rPr>
        <w:t>Step 2 – Develop Approximately 3–4 Questions</w:t>
      </w:r>
    </w:p>
    <w:p w14:paraId="5E6CB786" w14:textId="77777777" w:rsidR="00863D3F" w:rsidRPr="00624F10" w:rsidRDefault="00A45528">
      <w:pPr>
        <w:rPr>
          <w:sz w:val="24"/>
          <w:szCs w:val="28"/>
        </w:rPr>
      </w:pPr>
      <w:r w:rsidRPr="00624F10">
        <w:rPr>
          <w:sz w:val="24"/>
          <w:szCs w:val="28"/>
        </w:rPr>
        <w:t>Useful starters: What...? / How...? / Why...? / To what extent...? / What are the...?</w:t>
      </w:r>
    </w:p>
    <w:p w14:paraId="0BC96E78" w14:textId="77777777" w:rsidR="00863D3F" w:rsidRPr="00624F10" w:rsidRDefault="00A45528">
      <w:pPr>
        <w:rPr>
          <w:sz w:val="24"/>
          <w:szCs w:val="28"/>
        </w:rPr>
      </w:pPr>
      <w:r w:rsidRPr="00624F10">
        <w:rPr>
          <w:sz w:val="24"/>
          <w:szCs w:val="28"/>
        </w:rPr>
        <w:t>Avoid questions that can simply be answered yes or no.</w:t>
      </w:r>
    </w:p>
    <w:p w14:paraId="499F9C74" w14:textId="77777777" w:rsidR="00863D3F" w:rsidRPr="00624F10" w:rsidRDefault="00A45528">
      <w:pPr>
        <w:pStyle w:val="Heading2"/>
        <w:rPr>
          <w:sz w:val="28"/>
          <w:szCs w:val="28"/>
        </w:rPr>
      </w:pPr>
      <w:r w:rsidRPr="00624F10">
        <w:rPr>
          <w:sz w:val="28"/>
          <w:szCs w:val="28"/>
        </w:rPr>
        <w:t>Step 3 – Check They Are Realistic</w:t>
      </w:r>
    </w:p>
    <w:p w14:paraId="0B41E416" w14:textId="77777777" w:rsidR="00863D3F" w:rsidRDefault="00A45528">
      <w:r w:rsidRPr="00624F10">
        <w:rPr>
          <w:sz w:val="24"/>
          <w:szCs w:val="28"/>
        </w:rPr>
        <w:t>Ask yourself: Can I realistically answer this question through the research I am proposing?</w:t>
      </w:r>
    </w:p>
    <w:p w14:paraId="79D7E094" w14:textId="77777777" w:rsidR="00863D3F" w:rsidRDefault="00A45528">
      <w:pPr>
        <w:jc w:val="center"/>
      </w:pPr>
      <w:r>
        <w:rPr>
          <w:b/>
          <w:sz w:val="24"/>
        </w:rPr>
        <w:t>Aim  →  Objectives  →  Research Questions</w:t>
      </w:r>
    </w:p>
    <w:p w14:paraId="69CF7DA2" w14:textId="77777777" w:rsidR="00863D3F" w:rsidRPr="00624F10" w:rsidRDefault="00A45528">
      <w:pPr>
        <w:pStyle w:val="Heading2"/>
        <w:rPr>
          <w:sz w:val="28"/>
          <w:szCs w:val="28"/>
        </w:rPr>
      </w:pPr>
      <w:r w:rsidRPr="00624F10">
        <w:rPr>
          <w:sz w:val="28"/>
          <w:szCs w:val="28"/>
        </w:rPr>
        <w:t>Section 2 Check</w:t>
      </w:r>
    </w:p>
    <w:p w14:paraId="58139108" w14:textId="77777777" w:rsidR="00863D3F" w:rsidRPr="00624F10" w:rsidRDefault="00A45528">
      <w:pPr>
        <w:rPr>
          <w:sz w:val="24"/>
          <w:szCs w:val="28"/>
        </w:rPr>
      </w:pPr>
      <w:r w:rsidRPr="00624F10">
        <w:rPr>
          <w:sz w:val="24"/>
          <w:szCs w:val="28"/>
        </w:rPr>
        <w:t>☐</w:t>
      </w:r>
      <w:r w:rsidRPr="00624F10">
        <w:rPr>
          <w:sz w:val="24"/>
          <w:szCs w:val="28"/>
        </w:rPr>
        <w:t xml:space="preserve"> I have clear research questions.</w:t>
      </w:r>
    </w:p>
    <w:p w14:paraId="01AFD04E" w14:textId="77777777" w:rsidR="00863D3F" w:rsidRPr="00624F10" w:rsidRDefault="00A45528">
      <w:pPr>
        <w:rPr>
          <w:sz w:val="24"/>
          <w:szCs w:val="28"/>
        </w:rPr>
      </w:pPr>
      <w:r w:rsidRPr="00624F10">
        <w:rPr>
          <w:sz w:val="24"/>
          <w:szCs w:val="28"/>
        </w:rPr>
        <w:t>☐</w:t>
      </w:r>
      <w:r w:rsidRPr="00624F10">
        <w:rPr>
          <w:sz w:val="24"/>
          <w:szCs w:val="28"/>
        </w:rPr>
        <w:t xml:space="preserve"> They link directly to my objectives.</w:t>
      </w:r>
    </w:p>
    <w:p w14:paraId="50D6DF21" w14:textId="77777777" w:rsidR="00863D3F" w:rsidRPr="00624F10" w:rsidRDefault="00A45528">
      <w:pPr>
        <w:rPr>
          <w:sz w:val="24"/>
          <w:szCs w:val="28"/>
        </w:rPr>
      </w:pPr>
      <w:r w:rsidRPr="00624F10">
        <w:rPr>
          <w:sz w:val="24"/>
          <w:szCs w:val="28"/>
        </w:rPr>
        <w:t>☐</w:t>
      </w:r>
      <w:r w:rsidRPr="00624F10">
        <w:rPr>
          <w:sz w:val="24"/>
          <w:szCs w:val="28"/>
        </w:rPr>
        <w:t xml:space="preserve"> They are specific rather than too broad.</w:t>
      </w:r>
    </w:p>
    <w:p w14:paraId="5E3AE7EE" w14:textId="77777777" w:rsidR="00863D3F" w:rsidRPr="00624F10" w:rsidRDefault="00A45528">
      <w:pPr>
        <w:rPr>
          <w:sz w:val="24"/>
          <w:szCs w:val="28"/>
        </w:rPr>
      </w:pPr>
      <w:r w:rsidRPr="00624F10">
        <w:rPr>
          <w:sz w:val="24"/>
          <w:szCs w:val="28"/>
        </w:rPr>
        <w:t>☐</w:t>
      </w:r>
      <w:r w:rsidRPr="00624F10">
        <w:rPr>
          <w:sz w:val="24"/>
          <w:szCs w:val="28"/>
        </w:rPr>
        <w:t xml:space="preserve"> They can realistically be answered during this project.</w:t>
      </w:r>
    </w:p>
    <w:p w14:paraId="14E0785F" w14:textId="77777777" w:rsidR="00863D3F" w:rsidRDefault="00A45528">
      <w:pPr>
        <w:pStyle w:val="Heading1"/>
      </w:pPr>
      <w:r>
        <w:lastRenderedPageBreak/>
        <w:t>3. Proposed Methodology – 1,000 words</w:t>
      </w:r>
    </w:p>
    <w:p w14:paraId="02767F00" w14:textId="77777777" w:rsidR="00863D3F" w:rsidRPr="00624F10" w:rsidRDefault="00A45528">
      <w:pPr>
        <w:rPr>
          <w:sz w:val="24"/>
          <w:szCs w:val="28"/>
        </w:rPr>
      </w:pPr>
      <w:r w:rsidRPr="00624F10">
        <w:rPr>
          <w:sz w:val="24"/>
          <w:szCs w:val="28"/>
        </w:rPr>
        <w:t>Your job: Explain HOW you plan to conduct the research and WHY your chosen approach is appropriate. This is the largest section of Element 1.</w:t>
      </w:r>
    </w:p>
    <w:p w14:paraId="16F2D61B" w14:textId="77777777" w:rsidR="00863D3F" w:rsidRDefault="00A45528">
      <w:pPr>
        <w:pStyle w:val="Heading2"/>
      </w:pPr>
      <w:r>
        <w:t>3.1 Research Approach</w:t>
      </w:r>
    </w:p>
    <w:p w14:paraId="7D0C78A3" w14:textId="77777777" w:rsidR="00863D3F" w:rsidRPr="00624F10" w:rsidRDefault="00A45528">
      <w:pPr>
        <w:rPr>
          <w:sz w:val="24"/>
          <w:szCs w:val="28"/>
        </w:rPr>
      </w:pPr>
      <w:r w:rsidRPr="00624F10">
        <w:rPr>
          <w:sz w:val="24"/>
          <w:szCs w:val="28"/>
        </w:rPr>
        <w:t>Decide whether your project is qualitative, quantitative or mixed methods.</w:t>
      </w:r>
    </w:p>
    <w:p w14:paraId="627D0A36" w14:textId="77777777" w:rsidR="00863D3F" w:rsidRPr="00624F10" w:rsidRDefault="00A45528">
      <w:pPr>
        <w:pStyle w:val="ListBullet"/>
        <w:rPr>
          <w:sz w:val="24"/>
          <w:szCs w:val="28"/>
        </w:rPr>
      </w:pPr>
      <w:r w:rsidRPr="00624F10">
        <w:rPr>
          <w:sz w:val="24"/>
          <w:szCs w:val="28"/>
        </w:rPr>
        <w:t>Qualitative – detailed opinions, experiences and perspectives.</w:t>
      </w:r>
    </w:p>
    <w:p w14:paraId="71FDA357" w14:textId="77777777" w:rsidR="00863D3F" w:rsidRPr="00624F10" w:rsidRDefault="00A45528">
      <w:pPr>
        <w:pStyle w:val="ListBullet"/>
        <w:rPr>
          <w:sz w:val="24"/>
          <w:szCs w:val="28"/>
        </w:rPr>
      </w:pPr>
      <w:r w:rsidRPr="00624F10">
        <w:rPr>
          <w:sz w:val="24"/>
          <w:szCs w:val="28"/>
        </w:rPr>
        <w:t>Quantitative – numerical information and patterns.</w:t>
      </w:r>
    </w:p>
    <w:p w14:paraId="2A7025C3" w14:textId="77777777" w:rsidR="00863D3F" w:rsidRPr="00624F10" w:rsidRDefault="00A45528">
      <w:pPr>
        <w:pStyle w:val="ListBullet"/>
        <w:rPr>
          <w:sz w:val="24"/>
          <w:szCs w:val="28"/>
        </w:rPr>
      </w:pPr>
      <w:r w:rsidRPr="00624F10">
        <w:rPr>
          <w:sz w:val="24"/>
          <w:szCs w:val="28"/>
        </w:rPr>
        <w:t>Mixed Methods – a combination of both.</w:t>
      </w:r>
    </w:p>
    <w:p w14:paraId="2B6565B6" w14:textId="77777777" w:rsidR="00863D3F" w:rsidRPr="00624F10" w:rsidRDefault="00A45528">
      <w:pPr>
        <w:rPr>
          <w:sz w:val="24"/>
          <w:szCs w:val="28"/>
        </w:rPr>
      </w:pPr>
      <w:r w:rsidRPr="00624F10">
        <w:rPr>
          <w:b/>
          <w:sz w:val="24"/>
          <w:szCs w:val="28"/>
        </w:rPr>
        <w:t xml:space="preserve">Key question: </w:t>
      </w:r>
      <w:r w:rsidRPr="00624F10">
        <w:rPr>
          <w:i/>
          <w:sz w:val="24"/>
          <w:szCs w:val="28"/>
        </w:rPr>
        <w:t>Why is this approach suitable for MY research questions?</w:t>
      </w:r>
    </w:p>
    <w:p w14:paraId="6BFBAF9C" w14:textId="77777777" w:rsidR="00863D3F" w:rsidRPr="00624F10" w:rsidRDefault="00A45528">
      <w:pPr>
        <w:pStyle w:val="Heading2"/>
        <w:rPr>
          <w:sz w:val="28"/>
          <w:szCs w:val="28"/>
        </w:rPr>
      </w:pPr>
      <w:r w:rsidRPr="00624F10">
        <w:rPr>
          <w:sz w:val="28"/>
          <w:szCs w:val="28"/>
        </w:rPr>
        <w:t>3.2 Data Collection</w:t>
      </w:r>
    </w:p>
    <w:p w14:paraId="318CF23A" w14:textId="77777777" w:rsidR="00863D3F" w:rsidRPr="00624F10" w:rsidRDefault="00A45528">
      <w:pPr>
        <w:rPr>
          <w:sz w:val="24"/>
          <w:szCs w:val="28"/>
        </w:rPr>
      </w:pPr>
      <w:r w:rsidRPr="00624F10">
        <w:rPr>
          <w:sz w:val="24"/>
          <w:szCs w:val="28"/>
        </w:rPr>
        <w:t>Explain exactly how you intend to collect your information.</w:t>
      </w:r>
    </w:p>
    <w:p w14:paraId="07356CF9" w14:textId="77777777" w:rsidR="00863D3F" w:rsidRPr="00624F10" w:rsidRDefault="00A45528">
      <w:pPr>
        <w:pStyle w:val="ListBullet"/>
        <w:rPr>
          <w:sz w:val="24"/>
          <w:szCs w:val="28"/>
        </w:rPr>
      </w:pPr>
      <w:r w:rsidRPr="00624F10">
        <w:rPr>
          <w:sz w:val="24"/>
          <w:szCs w:val="28"/>
        </w:rPr>
        <w:t>Possible methods include questionnaires, interviews, focus groups or another appropriate research method.</w:t>
      </w:r>
    </w:p>
    <w:p w14:paraId="27A22E07" w14:textId="77777777" w:rsidR="00863D3F" w:rsidRPr="00624F10" w:rsidRDefault="00A45528">
      <w:pPr>
        <w:pStyle w:val="ListBullet"/>
        <w:rPr>
          <w:sz w:val="24"/>
          <w:szCs w:val="28"/>
        </w:rPr>
      </w:pPr>
      <w:r w:rsidRPr="00624F10">
        <w:rPr>
          <w:sz w:val="24"/>
          <w:szCs w:val="28"/>
        </w:rPr>
        <w:t>Explain what method you will use, what participants will be asked about, how it will be carried out, and why it is suitable.</w:t>
      </w:r>
    </w:p>
    <w:p w14:paraId="13CC8468" w14:textId="77777777" w:rsidR="00863D3F" w:rsidRPr="00624F10" w:rsidRDefault="00A45528">
      <w:pPr>
        <w:rPr>
          <w:sz w:val="24"/>
          <w:szCs w:val="28"/>
        </w:rPr>
      </w:pPr>
      <w:r w:rsidRPr="00624F10">
        <w:rPr>
          <w:b/>
          <w:sz w:val="24"/>
          <w:szCs w:val="28"/>
        </w:rPr>
        <w:t xml:space="preserve">Key question: </w:t>
      </w:r>
      <w:r w:rsidRPr="00624F10">
        <w:rPr>
          <w:i/>
          <w:sz w:val="24"/>
          <w:szCs w:val="28"/>
        </w:rPr>
        <w:t>Why is this data collection method appropriate for my project?</w:t>
      </w:r>
    </w:p>
    <w:p w14:paraId="280056A9" w14:textId="77777777" w:rsidR="00863D3F" w:rsidRPr="00624F10" w:rsidRDefault="00A45528">
      <w:pPr>
        <w:pStyle w:val="Heading2"/>
        <w:rPr>
          <w:sz w:val="28"/>
          <w:szCs w:val="28"/>
        </w:rPr>
      </w:pPr>
      <w:r w:rsidRPr="00624F10">
        <w:rPr>
          <w:sz w:val="28"/>
          <w:szCs w:val="28"/>
        </w:rPr>
        <w:t>3.3 Sampling &amp; Participants</w:t>
      </w:r>
    </w:p>
    <w:p w14:paraId="300952CF" w14:textId="77777777" w:rsidR="00863D3F" w:rsidRPr="00624F10" w:rsidRDefault="00A45528">
      <w:pPr>
        <w:rPr>
          <w:sz w:val="24"/>
          <w:szCs w:val="28"/>
        </w:rPr>
      </w:pPr>
      <w:r w:rsidRPr="00624F10">
        <w:rPr>
          <w:sz w:val="24"/>
          <w:szCs w:val="28"/>
        </w:rPr>
        <w:t>Explain who you need information from and why.</w:t>
      </w:r>
    </w:p>
    <w:p w14:paraId="70BA98A0" w14:textId="77777777" w:rsidR="00863D3F" w:rsidRPr="00624F10" w:rsidRDefault="00A45528">
      <w:pPr>
        <w:pStyle w:val="ListBullet"/>
        <w:rPr>
          <w:sz w:val="24"/>
          <w:szCs w:val="28"/>
        </w:rPr>
      </w:pPr>
      <w:r w:rsidRPr="00624F10">
        <w:rPr>
          <w:sz w:val="24"/>
          <w:szCs w:val="28"/>
        </w:rPr>
        <w:t>Who are my target participants?</w:t>
      </w:r>
    </w:p>
    <w:p w14:paraId="417E32A1" w14:textId="77777777" w:rsidR="00863D3F" w:rsidRPr="00624F10" w:rsidRDefault="00A45528">
      <w:pPr>
        <w:pStyle w:val="ListBullet"/>
        <w:rPr>
          <w:sz w:val="24"/>
          <w:szCs w:val="28"/>
        </w:rPr>
      </w:pPr>
      <w:r w:rsidRPr="00624F10">
        <w:rPr>
          <w:sz w:val="24"/>
          <w:szCs w:val="28"/>
        </w:rPr>
        <w:t>Why have I chosen them?</w:t>
      </w:r>
    </w:p>
    <w:p w14:paraId="216911BF" w14:textId="77777777" w:rsidR="00863D3F" w:rsidRPr="00624F10" w:rsidRDefault="00A45528">
      <w:pPr>
        <w:pStyle w:val="ListBullet"/>
        <w:rPr>
          <w:sz w:val="24"/>
          <w:szCs w:val="28"/>
        </w:rPr>
      </w:pPr>
      <w:r w:rsidRPr="00624F10">
        <w:rPr>
          <w:sz w:val="24"/>
          <w:szCs w:val="28"/>
        </w:rPr>
        <w:t>How many participants am I aiming for?</w:t>
      </w:r>
    </w:p>
    <w:p w14:paraId="56DA9C42" w14:textId="77777777" w:rsidR="00863D3F" w:rsidRPr="00624F10" w:rsidRDefault="00A45528">
      <w:pPr>
        <w:pStyle w:val="ListBullet"/>
        <w:rPr>
          <w:sz w:val="24"/>
          <w:szCs w:val="28"/>
        </w:rPr>
      </w:pPr>
      <w:r w:rsidRPr="00624F10">
        <w:rPr>
          <w:sz w:val="24"/>
          <w:szCs w:val="28"/>
        </w:rPr>
        <w:t>How will I recruit them?</w:t>
      </w:r>
    </w:p>
    <w:p w14:paraId="1BA981F2" w14:textId="77777777" w:rsidR="00863D3F" w:rsidRPr="00624F10" w:rsidRDefault="00A45528">
      <w:pPr>
        <w:pStyle w:val="ListBullet"/>
        <w:rPr>
          <w:sz w:val="24"/>
          <w:szCs w:val="28"/>
        </w:rPr>
      </w:pPr>
      <w:r w:rsidRPr="00624F10">
        <w:rPr>
          <w:sz w:val="24"/>
          <w:szCs w:val="28"/>
        </w:rPr>
        <w:t>Can I realistically access them?</w:t>
      </w:r>
    </w:p>
    <w:p w14:paraId="50EADEF4" w14:textId="77777777" w:rsidR="00863D3F" w:rsidRPr="00624F10" w:rsidRDefault="00A45528">
      <w:pPr>
        <w:rPr>
          <w:sz w:val="24"/>
          <w:szCs w:val="28"/>
        </w:rPr>
      </w:pPr>
      <w:r w:rsidRPr="00624F10">
        <w:rPr>
          <w:b/>
          <w:sz w:val="24"/>
          <w:szCs w:val="28"/>
        </w:rPr>
        <w:t xml:space="preserve">Key question: </w:t>
      </w:r>
      <w:r w:rsidRPr="00624F10">
        <w:rPr>
          <w:i/>
          <w:sz w:val="24"/>
          <w:szCs w:val="28"/>
        </w:rPr>
        <w:t>Be specific: which participants, where, why them, and how many?</w:t>
      </w:r>
    </w:p>
    <w:p w14:paraId="5D781FC3" w14:textId="77777777" w:rsidR="00863D3F" w:rsidRPr="00624F10" w:rsidRDefault="00A45528">
      <w:pPr>
        <w:pStyle w:val="Heading2"/>
        <w:rPr>
          <w:sz w:val="28"/>
          <w:szCs w:val="28"/>
        </w:rPr>
      </w:pPr>
      <w:r w:rsidRPr="00624F10">
        <w:rPr>
          <w:sz w:val="28"/>
          <w:szCs w:val="28"/>
        </w:rPr>
        <w:t>3.4 Data Analysis</w:t>
      </w:r>
    </w:p>
    <w:p w14:paraId="646775F9" w14:textId="77777777" w:rsidR="00863D3F" w:rsidRPr="00624F10" w:rsidRDefault="00A45528">
      <w:pPr>
        <w:rPr>
          <w:sz w:val="24"/>
          <w:szCs w:val="28"/>
        </w:rPr>
      </w:pPr>
      <w:r w:rsidRPr="00624F10">
        <w:rPr>
          <w:sz w:val="24"/>
          <w:szCs w:val="28"/>
        </w:rPr>
        <w:t>Explain what you will do after collecting the data.</w:t>
      </w:r>
    </w:p>
    <w:p w14:paraId="7025AE24" w14:textId="77777777" w:rsidR="00863D3F" w:rsidRPr="00624F10" w:rsidRDefault="00A45528">
      <w:pPr>
        <w:pStyle w:val="ListBullet"/>
        <w:rPr>
          <w:sz w:val="24"/>
          <w:szCs w:val="28"/>
        </w:rPr>
      </w:pPr>
      <w:r w:rsidRPr="00624F10">
        <w:rPr>
          <w:sz w:val="24"/>
          <w:szCs w:val="28"/>
        </w:rPr>
        <w:t>Questionnaires may use percentages, frequencies, tables, charts and comparisons.</w:t>
      </w:r>
    </w:p>
    <w:p w14:paraId="70968F5D" w14:textId="77777777" w:rsidR="00863D3F" w:rsidRPr="00624F10" w:rsidRDefault="00A45528">
      <w:pPr>
        <w:pStyle w:val="ListBullet"/>
        <w:rPr>
          <w:sz w:val="24"/>
          <w:szCs w:val="28"/>
        </w:rPr>
      </w:pPr>
      <w:r w:rsidRPr="00624F10">
        <w:rPr>
          <w:sz w:val="24"/>
          <w:szCs w:val="28"/>
        </w:rPr>
        <w:t>Interviews may be analysed by identifying themes, patterns, similarities and differences.</w:t>
      </w:r>
    </w:p>
    <w:p w14:paraId="5B06DF64" w14:textId="77777777" w:rsidR="00863D3F" w:rsidRPr="00624F10" w:rsidRDefault="00A45528">
      <w:pPr>
        <w:rPr>
          <w:sz w:val="24"/>
          <w:szCs w:val="28"/>
        </w:rPr>
      </w:pPr>
      <w:r w:rsidRPr="00624F10">
        <w:rPr>
          <w:b/>
          <w:sz w:val="24"/>
          <w:szCs w:val="28"/>
        </w:rPr>
        <w:t xml:space="preserve">Key question: </w:t>
      </w:r>
      <w:r w:rsidRPr="00624F10">
        <w:rPr>
          <w:i/>
          <w:sz w:val="24"/>
          <w:szCs w:val="28"/>
        </w:rPr>
        <w:t>How will this analysis help me answer my research questions?</w:t>
      </w:r>
    </w:p>
    <w:p w14:paraId="31B4DBDE" w14:textId="77777777" w:rsidR="00863D3F" w:rsidRPr="00624F10" w:rsidRDefault="00A45528">
      <w:pPr>
        <w:pStyle w:val="Heading2"/>
        <w:rPr>
          <w:sz w:val="28"/>
          <w:szCs w:val="28"/>
        </w:rPr>
      </w:pPr>
      <w:r w:rsidRPr="00624F10">
        <w:rPr>
          <w:sz w:val="28"/>
          <w:szCs w:val="28"/>
        </w:rPr>
        <w:t>3.5 Ethical Considerations</w:t>
      </w:r>
    </w:p>
    <w:p w14:paraId="026393A4" w14:textId="77777777" w:rsidR="00863D3F" w:rsidRPr="00624F10" w:rsidRDefault="00A45528">
      <w:pPr>
        <w:rPr>
          <w:sz w:val="24"/>
          <w:szCs w:val="28"/>
        </w:rPr>
      </w:pPr>
      <w:r w:rsidRPr="00624F10">
        <w:rPr>
          <w:sz w:val="24"/>
          <w:szCs w:val="28"/>
        </w:rPr>
        <w:t>Explain how you will protect your participants.</w:t>
      </w:r>
    </w:p>
    <w:p w14:paraId="4123B2B3" w14:textId="77777777" w:rsidR="00863D3F" w:rsidRPr="00624F10" w:rsidRDefault="00A45528">
      <w:pPr>
        <w:pStyle w:val="ListBullet"/>
        <w:rPr>
          <w:sz w:val="24"/>
          <w:szCs w:val="28"/>
        </w:rPr>
      </w:pPr>
      <w:r w:rsidRPr="00624F10">
        <w:rPr>
          <w:sz w:val="24"/>
          <w:szCs w:val="28"/>
        </w:rPr>
        <w:t>Consider informed consent, anonymity, confidentiality, voluntary participation, right to withdraw and secure data storage.</w:t>
      </w:r>
    </w:p>
    <w:p w14:paraId="118B58BF" w14:textId="77777777" w:rsidR="00863D3F" w:rsidRPr="00624F10" w:rsidRDefault="00A45528">
      <w:pPr>
        <w:pStyle w:val="ListBullet"/>
        <w:rPr>
          <w:sz w:val="24"/>
          <w:szCs w:val="28"/>
        </w:rPr>
      </w:pPr>
      <w:r w:rsidRPr="00624F10">
        <w:rPr>
          <w:sz w:val="24"/>
          <w:szCs w:val="28"/>
        </w:rPr>
        <w:t>Ethical approval must be obtained before primary research begins.</w:t>
      </w:r>
    </w:p>
    <w:p w14:paraId="29D84817" w14:textId="77777777" w:rsidR="00863D3F" w:rsidRPr="00624F10" w:rsidRDefault="00A45528">
      <w:pPr>
        <w:rPr>
          <w:sz w:val="24"/>
          <w:szCs w:val="28"/>
        </w:rPr>
      </w:pPr>
      <w:r w:rsidRPr="00624F10">
        <w:rPr>
          <w:b/>
          <w:sz w:val="24"/>
          <w:szCs w:val="28"/>
        </w:rPr>
        <w:lastRenderedPageBreak/>
        <w:t xml:space="preserve">Key question: </w:t>
      </w:r>
      <w:r w:rsidRPr="00624F10">
        <w:rPr>
          <w:i/>
          <w:sz w:val="24"/>
          <w:szCs w:val="28"/>
        </w:rPr>
        <w:t>How will I make sure my research is safe, fair and ethical?</w:t>
      </w:r>
    </w:p>
    <w:p w14:paraId="695276BD" w14:textId="77777777" w:rsidR="00863D3F" w:rsidRPr="00624F10" w:rsidRDefault="00A45528">
      <w:pPr>
        <w:pStyle w:val="Heading2"/>
        <w:rPr>
          <w:sz w:val="28"/>
          <w:szCs w:val="28"/>
        </w:rPr>
      </w:pPr>
      <w:r w:rsidRPr="00624F10">
        <w:rPr>
          <w:sz w:val="28"/>
          <w:szCs w:val="28"/>
        </w:rPr>
        <w:t>3.6 Feasibility &amp; Limitations</w:t>
      </w:r>
    </w:p>
    <w:p w14:paraId="1BA22F71" w14:textId="77777777" w:rsidR="00863D3F" w:rsidRPr="00624F10" w:rsidRDefault="00A45528">
      <w:pPr>
        <w:rPr>
          <w:sz w:val="24"/>
          <w:szCs w:val="28"/>
        </w:rPr>
      </w:pPr>
      <w:r w:rsidRPr="00624F10">
        <w:rPr>
          <w:sz w:val="24"/>
          <w:szCs w:val="28"/>
        </w:rPr>
        <w:t>Show that your project is realistic and that you have considered possible problems.</w:t>
      </w:r>
    </w:p>
    <w:p w14:paraId="3802C26A" w14:textId="77777777" w:rsidR="00863D3F" w:rsidRPr="00624F10" w:rsidRDefault="00A45528">
      <w:pPr>
        <w:pStyle w:val="ListBullet"/>
        <w:rPr>
          <w:sz w:val="24"/>
          <w:szCs w:val="28"/>
        </w:rPr>
      </w:pPr>
      <w:r w:rsidRPr="00624F10">
        <w:rPr>
          <w:sz w:val="24"/>
          <w:szCs w:val="28"/>
        </w:rPr>
        <w:t>Can I complete this within the available time?</w:t>
      </w:r>
    </w:p>
    <w:p w14:paraId="5CE93778" w14:textId="77777777" w:rsidR="00863D3F" w:rsidRPr="00624F10" w:rsidRDefault="00A45528">
      <w:pPr>
        <w:pStyle w:val="ListBullet"/>
        <w:rPr>
          <w:sz w:val="24"/>
          <w:szCs w:val="28"/>
        </w:rPr>
      </w:pPr>
      <w:r w:rsidRPr="00624F10">
        <w:rPr>
          <w:sz w:val="24"/>
          <w:szCs w:val="28"/>
        </w:rPr>
        <w:t>Can I access my participants?</w:t>
      </w:r>
    </w:p>
    <w:p w14:paraId="7A01E410" w14:textId="77777777" w:rsidR="00863D3F" w:rsidRPr="00624F10" w:rsidRDefault="00A45528">
      <w:pPr>
        <w:pStyle w:val="ListBullet"/>
        <w:rPr>
          <w:sz w:val="24"/>
          <w:szCs w:val="28"/>
        </w:rPr>
      </w:pPr>
      <w:r w:rsidRPr="00624F10">
        <w:rPr>
          <w:sz w:val="24"/>
          <w:szCs w:val="28"/>
        </w:rPr>
        <w:t>Could I struggle to get enough responses?</w:t>
      </w:r>
    </w:p>
    <w:p w14:paraId="3597221D" w14:textId="77777777" w:rsidR="00863D3F" w:rsidRPr="00624F10" w:rsidRDefault="00A45528">
      <w:pPr>
        <w:pStyle w:val="ListBullet"/>
        <w:rPr>
          <w:sz w:val="24"/>
          <w:szCs w:val="28"/>
        </w:rPr>
      </w:pPr>
      <w:r w:rsidRPr="00624F10">
        <w:rPr>
          <w:sz w:val="24"/>
          <w:szCs w:val="28"/>
        </w:rPr>
        <w:t>Is my geographical area manageable?</w:t>
      </w:r>
    </w:p>
    <w:p w14:paraId="02048662" w14:textId="77777777" w:rsidR="00863D3F" w:rsidRPr="00624F10" w:rsidRDefault="00A45528">
      <w:pPr>
        <w:pStyle w:val="ListBullet"/>
        <w:rPr>
          <w:sz w:val="24"/>
          <w:szCs w:val="28"/>
        </w:rPr>
      </w:pPr>
      <w:r w:rsidRPr="00624F10">
        <w:rPr>
          <w:sz w:val="24"/>
          <w:szCs w:val="28"/>
        </w:rPr>
        <w:t>Could my sample create bias?</w:t>
      </w:r>
    </w:p>
    <w:p w14:paraId="02A41AE6" w14:textId="77777777" w:rsidR="00863D3F" w:rsidRPr="00624F10" w:rsidRDefault="00A45528">
      <w:pPr>
        <w:pStyle w:val="ListBullet"/>
        <w:rPr>
          <w:sz w:val="24"/>
          <w:szCs w:val="28"/>
        </w:rPr>
      </w:pPr>
      <w:r w:rsidRPr="00624F10">
        <w:rPr>
          <w:sz w:val="24"/>
          <w:szCs w:val="28"/>
        </w:rPr>
        <w:t>What could I do to reduce these problems?</w:t>
      </w:r>
    </w:p>
    <w:p w14:paraId="6CA88CFF" w14:textId="77777777" w:rsidR="00863D3F" w:rsidRPr="00624F10" w:rsidRDefault="00A45528">
      <w:pPr>
        <w:rPr>
          <w:sz w:val="24"/>
          <w:szCs w:val="28"/>
        </w:rPr>
      </w:pPr>
      <w:r w:rsidRPr="00624F10">
        <w:rPr>
          <w:b/>
          <w:sz w:val="24"/>
          <w:szCs w:val="28"/>
        </w:rPr>
        <w:t xml:space="preserve">Key question: </w:t>
      </w:r>
      <w:r w:rsidRPr="00624F10">
        <w:rPr>
          <w:i/>
          <w:sz w:val="24"/>
          <w:szCs w:val="28"/>
        </w:rPr>
        <w:t>Do not just identify a limitation – explain why it matters and how you could manage it.</w:t>
      </w:r>
    </w:p>
    <w:p w14:paraId="19360041" w14:textId="77777777" w:rsidR="00863D3F" w:rsidRDefault="00A45528">
      <w:pPr>
        <w:jc w:val="center"/>
      </w:pPr>
      <w:r>
        <w:rPr>
          <w:b/>
          <w:sz w:val="24"/>
        </w:rPr>
        <w:t>Methodology Golden Rule</w:t>
      </w:r>
    </w:p>
    <w:p w14:paraId="47B485EB" w14:textId="77777777" w:rsidR="00863D3F" w:rsidRPr="00624F10" w:rsidRDefault="00A45528">
      <w:pPr>
        <w:jc w:val="center"/>
        <w:rPr>
          <w:sz w:val="24"/>
          <w:szCs w:val="28"/>
        </w:rPr>
      </w:pPr>
      <w:r w:rsidRPr="00624F10">
        <w:rPr>
          <w:b/>
          <w:sz w:val="24"/>
          <w:szCs w:val="28"/>
        </w:rPr>
        <w:t>WHAT will I do?  →  WHY have I chosen it?  →  HOW will it help answer my research questions?</w:t>
      </w:r>
    </w:p>
    <w:p w14:paraId="73826D12" w14:textId="77777777" w:rsidR="00863D3F" w:rsidRDefault="00A45528">
      <w:pPr>
        <w:pStyle w:val="Heading1"/>
      </w:pPr>
      <w:r>
        <w:t>4. Preliminary Literature Review – 1,000 words</w:t>
      </w:r>
    </w:p>
    <w:p w14:paraId="6D9F5089" w14:textId="77777777" w:rsidR="00863D3F" w:rsidRPr="00624F10" w:rsidRDefault="00A45528">
      <w:pPr>
        <w:rPr>
          <w:sz w:val="24"/>
          <w:szCs w:val="28"/>
        </w:rPr>
      </w:pPr>
      <w:r w:rsidRPr="00624F10">
        <w:rPr>
          <w:sz w:val="24"/>
          <w:szCs w:val="28"/>
        </w:rPr>
        <w:t>Your job: Explain what academic research already tells us about your topic and what may still need investigating.</w:t>
      </w:r>
    </w:p>
    <w:p w14:paraId="13E1817F" w14:textId="77777777" w:rsidR="00863D3F" w:rsidRPr="00624F10" w:rsidRDefault="00A45528">
      <w:pPr>
        <w:pStyle w:val="Heading2"/>
        <w:rPr>
          <w:sz w:val="28"/>
          <w:szCs w:val="28"/>
        </w:rPr>
      </w:pPr>
      <w:r w:rsidRPr="00624F10">
        <w:rPr>
          <w:sz w:val="28"/>
          <w:szCs w:val="28"/>
        </w:rPr>
        <w:t>Step 1 – Identify 3–4 Themes</w:t>
      </w:r>
    </w:p>
    <w:p w14:paraId="4D31A400" w14:textId="77777777" w:rsidR="00863D3F" w:rsidRPr="00624F10" w:rsidRDefault="00A45528">
      <w:pPr>
        <w:rPr>
          <w:sz w:val="24"/>
          <w:szCs w:val="28"/>
        </w:rPr>
      </w:pPr>
      <w:r w:rsidRPr="00624F10">
        <w:rPr>
          <w:sz w:val="24"/>
          <w:szCs w:val="28"/>
        </w:rPr>
        <w:t>Organise your literature review by topics or themes, not by author.</w:t>
      </w:r>
    </w:p>
    <w:p w14:paraId="046D7D0E" w14:textId="77777777" w:rsidR="00863D3F" w:rsidRPr="00624F10" w:rsidRDefault="00A45528">
      <w:pPr>
        <w:rPr>
          <w:sz w:val="24"/>
          <w:szCs w:val="28"/>
        </w:rPr>
      </w:pPr>
      <w:r w:rsidRPr="00624F10">
        <w:rPr>
          <w:sz w:val="24"/>
          <w:szCs w:val="28"/>
        </w:rPr>
        <w:t>Example themes for a project on social media and tourist destination choice:</w:t>
      </w:r>
    </w:p>
    <w:p w14:paraId="77632885" w14:textId="77777777" w:rsidR="00863D3F" w:rsidRPr="00624F10" w:rsidRDefault="00A45528">
      <w:pPr>
        <w:pStyle w:val="ListBullet"/>
        <w:rPr>
          <w:sz w:val="24"/>
          <w:szCs w:val="28"/>
        </w:rPr>
      </w:pPr>
      <w:r w:rsidRPr="00624F10">
        <w:rPr>
          <w:sz w:val="24"/>
          <w:szCs w:val="28"/>
        </w:rPr>
        <w:t>Theme 1: Development of Social Media in Tourism</w:t>
      </w:r>
    </w:p>
    <w:p w14:paraId="32167D7D" w14:textId="77777777" w:rsidR="00863D3F" w:rsidRPr="00624F10" w:rsidRDefault="00A45528">
      <w:pPr>
        <w:pStyle w:val="ListBullet"/>
        <w:rPr>
          <w:sz w:val="24"/>
          <w:szCs w:val="28"/>
        </w:rPr>
      </w:pPr>
      <w:r w:rsidRPr="00624F10">
        <w:rPr>
          <w:sz w:val="24"/>
          <w:szCs w:val="28"/>
        </w:rPr>
        <w:t>Theme 2: Social Media and Tourist Behaviour</w:t>
      </w:r>
    </w:p>
    <w:p w14:paraId="23D8F1F7" w14:textId="77777777" w:rsidR="00863D3F" w:rsidRPr="00624F10" w:rsidRDefault="00A45528">
      <w:pPr>
        <w:pStyle w:val="ListBullet"/>
        <w:rPr>
          <w:sz w:val="24"/>
          <w:szCs w:val="28"/>
        </w:rPr>
      </w:pPr>
      <w:r w:rsidRPr="00624F10">
        <w:rPr>
          <w:sz w:val="24"/>
          <w:szCs w:val="28"/>
        </w:rPr>
        <w:t>Theme 3: Destination Image and Decision-Making</w:t>
      </w:r>
    </w:p>
    <w:p w14:paraId="54C74421" w14:textId="77777777" w:rsidR="00863D3F" w:rsidRPr="00624F10" w:rsidRDefault="00A45528">
      <w:pPr>
        <w:pStyle w:val="ListBullet"/>
        <w:rPr>
          <w:sz w:val="24"/>
          <w:szCs w:val="28"/>
        </w:rPr>
      </w:pPr>
      <w:r w:rsidRPr="00624F10">
        <w:rPr>
          <w:sz w:val="24"/>
          <w:szCs w:val="28"/>
        </w:rPr>
        <w:t>Theme 4: Social Media Marketing in the Selected Destination</w:t>
      </w:r>
    </w:p>
    <w:p w14:paraId="7B8D970D" w14:textId="77777777" w:rsidR="00863D3F" w:rsidRPr="00624F10" w:rsidRDefault="00A45528">
      <w:pPr>
        <w:pStyle w:val="Heading2"/>
        <w:rPr>
          <w:sz w:val="28"/>
          <w:szCs w:val="28"/>
        </w:rPr>
      </w:pPr>
      <w:r w:rsidRPr="00624F10">
        <w:rPr>
          <w:sz w:val="28"/>
          <w:szCs w:val="28"/>
        </w:rPr>
        <w:t>Step 2 – Find Relevant Literature</w:t>
      </w:r>
    </w:p>
    <w:p w14:paraId="01E8D19A" w14:textId="77777777" w:rsidR="00863D3F" w:rsidRDefault="00A45528">
      <w:r>
        <w:t>Look for relevant journal articles, academic books, industry research and appropriate reports. Prioritise recent and relevant academic research, while older sources may still be useful for important theories or foundational work.</w:t>
      </w:r>
    </w:p>
    <w:p w14:paraId="5BBDA86E" w14:textId="77777777" w:rsidR="00863D3F" w:rsidRPr="00624F10" w:rsidRDefault="00A45528">
      <w:pPr>
        <w:pStyle w:val="Heading2"/>
        <w:rPr>
          <w:sz w:val="28"/>
          <w:szCs w:val="28"/>
        </w:rPr>
      </w:pPr>
      <w:r w:rsidRPr="00624F10">
        <w:rPr>
          <w:sz w:val="28"/>
          <w:szCs w:val="28"/>
        </w:rPr>
        <w:t>Step 3 – Compare the Literature</w:t>
      </w:r>
    </w:p>
    <w:p w14:paraId="15F3799B" w14:textId="77777777" w:rsidR="00863D3F" w:rsidRPr="00624F10" w:rsidRDefault="00A45528">
      <w:pPr>
        <w:rPr>
          <w:sz w:val="24"/>
          <w:szCs w:val="28"/>
        </w:rPr>
      </w:pPr>
      <w:r w:rsidRPr="00624F10">
        <w:rPr>
          <w:sz w:val="24"/>
          <w:szCs w:val="28"/>
        </w:rPr>
        <w:t>Do not simply write one paragraph explaining what each author says. Bring sources together and compare them.</w:t>
      </w:r>
    </w:p>
    <w:p w14:paraId="388CDA2B" w14:textId="77777777" w:rsidR="00863D3F" w:rsidRPr="00624F10" w:rsidRDefault="00A45528">
      <w:pPr>
        <w:rPr>
          <w:sz w:val="24"/>
          <w:szCs w:val="28"/>
        </w:rPr>
      </w:pPr>
      <w:r w:rsidRPr="00624F10">
        <w:rPr>
          <w:b/>
          <w:sz w:val="24"/>
          <w:szCs w:val="28"/>
        </w:rPr>
        <w:t xml:space="preserve">Instead of: </w:t>
      </w:r>
      <w:r w:rsidRPr="00624F10">
        <w:rPr>
          <w:i/>
          <w:sz w:val="24"/>
          <w:szCs w:val="28"/>
        </w:rPr>
        <w:t>Smith (2024) says... Jones (2023) says... Brown (2022) says...</w:t>
      </w:r>
    </w:p>
    <w:p w14:paraId="0E9A7991" w14:textId="77777777" w:rsidR="00863D3F" w:rsidRPr="00624F10" w:rsidRDefault="00A45528">
      <w:pPr>
        <w:rPr>
          <w:sz w:val="24"/>
          <w:szCs w:val="28"/>
        </w:rPr>
      </w:pPr>
      <w:r w:rsidRPr="00624F10">
        <w:rPr>
          <w:b/>
          <w:sz w:val="24"/>
          <w:szCs w:val="28"/>
        </w:rPr>
        <w:t xml:space="preserve">Try: </w:t>
      </w:r>
      <w:r w:rsidRPr="00624F10">
        <w:rPr>
          <w:i/>
          <w:sz w:val="24"/>
          <w:szCs w:val="28"/>
        </w:rPr>
        <w:t>Several studies suggest that... (Smith, 2024; Jones, 2023). However, Brown (2022) argues that...</w:t>
      </w:r>
    </w:p>
    <w:p w14:paraId="57367043" w14:textId="77777777" w:rsidR="00863D3F" w:rsidRPr="00624F10" w:rsidRDefault="00A45528">
      <w:pPr>
        <w:pStyle w:val="Heading2"/>
        <w:rPr>
          <w:sz w:val="28"/>
          <w:szCs w:val="28"/>
        </w:rPr>
      </w:pPr>
      <w:r w:rsidRPr="00624F10">
        <w:rPr>
          <w:sz w:val="28"/>
          <w:szCs w:val="28"/>
        </w:rPr>
        <w:lastRenderedPageBreak/>
        <w:t>Step 4 – Look for the Research Gap</w:t>
      </w:r>
    </w:p>
    <w:p w14:paraId="5E7DAA35" w14:textId="77777777" w:rsidR="00863D3F" w:rsidRPr="00624F10" w:rsidRDefault="00A45528">
      <w:pPr>
        <w:rPr>
          <w:sz w:val="24"/>
          <w:szCs w:val="28"/>
        </w:rPr>
      </w:pPr>
      <w:r w:rsidRPr="00624F10">
        <w:rPr>
          <w:sz w:val="24"/>
          <w:szCs w:val="28"/>
        </w:rPr>
        <w:t>Ask: What has not been fully answered?</w:t>
      </w:r>
    </w:p>
    <w:p w14:paraId="15F7945D" w14:textId="77777777" w:rsidR="00863D3F" w:rsidRPr="00624F10" w:rsidRDefault="00A45528">
      <w:pPr>
        <w:pStyle w:val="ListBullet"/>
        <w:rPr>
          <w:sz w:val="24"/>
          <w:szCs w:val="28"/>
        </w:rPr>
      </w:pPr>
      <w:r w:rsidRPr="00624F10">
        <w:rPr>
          <w:sz w:val="24"/>
          <w:szCs w:val="28"/>
        </w:rPr>
        <w:t>A location has not been studied.</w:t>
      </w:r>
    </w:p>
    <w:p w14:paraId="560376D8" w14:textId="77777777" w:rsidR="00863D3F" w:rsidRPr="00624F10" w:rsidRDefault="00A45528">
      <w:pPr>
        <w:pStyle w:val="ListBullet"/>
        <w:rPr>
          <w:sz w:val="24"/>
          <w:szCs w:val="28"/>
        </w:rPr>
      </w:pPr>
      <w:r w:rsidRPr="00624F10">
        <w:rPr>
          <w:sz w:val="24"/>
          <w:szCs w:val="28"/>
        </w:rPr>
        <w:t>A particular group has not been considered.</w:t>
      </w:r>
    </w:p>
    <w:p w14:paraId="5DF32C1C" w14:textId="77777777" w:rsidR="00863D3F" w:rsidRPr="00624F10" w:rsidRDefault="00A45528">
      <w:pPr>
        <w:pStyle w:val="ListBullet"/>
        <w:rPr>
          <w:sz w:val="24"/>
          <w:szCs w:val="28"/>
        </w:rPr>
      </w:pPr>
      <w:r w:rsidRPr="00624F10">
        <w:rPr>
          <w:sz w:val="24"/>
          <w:szCs w:val="28"/>
        </w:rPr>
        <w:t>Research provides conflicting findings.</w:t>
      </w:r>
    </w:p>
    <w:p w14:paraId="54F020BC" w14:textId="77777777" w:rsidR="00863D3F" w:rsidRPr="00624F10" w:rsidRDefault="00A45528">
      <w:pPr>
        <w:pStyle w:val="ListBullet"/>
        <w:rPr>
          <w:sz w:val="24"/>
          <w:szCs w:val="28"/>
        </w:rPr>
      </w:pPr>
      <w:r w:rsidRPr="00624F10">
        <w:rPr>
          <w:sz w:val="24"/>
          <w:szCs w:val="28"/>
        </w:rPr>
        <w:t>The industry has changed.</w:t>
      </w:r>
    </w:p>
    <w:p w14:paraId="1B24C216" w14:textId="77777777" w:rsidR="00863D3F" w:rsidRPr="00624F10" w:rsidRDefault="00A45528">
      <w:pPr>
        <w:pStyle w:val="ListBullet"/>
        <w:rPr>
          <w:sz w:val="24"/>
          <w:szCs w:val="28"/>
        </w:rPr>
      </w:pPr>
      <w:r w:rsidRPr="00624F10">
        <w:rPr>
          <w:sz w:val="24"/>
          <w:szCs w:val="28"/>
        </w:rPr>
        <w:t>There is limited research on your specific topic.</w:t>
      </w:r>
    </w:p>
    <w:p w14:paraId="6C368E25" w14:textId="77777777" w:rsidR="00863D3F" w:rsidRPr="00624F10" w:rsidRDefault="00A45528">
      <w:pPr>
        <w:rPr>
          <w:sz w:val="24"/>
          <w:szCs w:val="28"/>
        </w:rPr>
      </w:pPr>
      <w:r w:rsidRPr="00624F10">
        <w:rPr>
          <w:sz w:val="24"/>
          <w:szCs w:val="28"/>
        </w:rPr>
        <w:t>The research gap helps you explain why your own project is needed.</w:t>
      </w:r>
    </w:p>
    <w:p w14:paraId="03F81E93" w14:textId="77777777" w:rsidR="00863D3F" w:rsidRDefault="00A45528">
      <w:pPr>
        <w:pStyle w:val="Heading1"/>
      </w:pPr>
      <w:r>
        <w:t>Final Element 1 Checklist</w:t>
      </w:r>
    </w:p>
    <w:tbl>
      <w:tblPr>
        <w:tblStyle w:val="TableGrid"/>
        <w:tblW w:w="0" w:type="auto"/>
        <w:jc w:val="center"/>
        <w:tblLook w:val="04A0" w:firstRow="1" w:lastRow="0" w:firstColumn="1" w:lastColumn="0" w:noHBand="0" w:noVBand="1"/>
      </w:tblPr>
      <w:tblGrid>
        <w:gridCol w:w="5108"/>
        <w:gridCol w:w="5106"/>
      </w:tblGrid>
      <w:tr w:rsidR="00863D3F" w14:paraId="10A1C74B" w14:textId="77777777">
        <w:trPr>
          <w:jc w:val="center"/>
        </w:trPr>
        <w:tc>
          <w:tcPr>
            <w:tcW w:w="5112" w:type="dxa"/>
          </w:tcPr>
          <w:p w14:paraId="60B9AE10" w14:textId="77777777" w:rsidR="00863D3F" w:rsidRPr="00624F10" w:rsidRDefault="00A45528">
            <w:pPr>
              <w:rPr>
                <w:sz w:val="24"/>
                <w:szCs w:val="28"/>
              </w:rPr>
            </w:pPr>
            <w:r w:rsidRPr="00624F10">
              <w:rPr>
                <w:sz w:val="24"/>
                <w:szCs w:val="28"/>
              </w:rPr>
              <w:t>Question</w:t>
            </w:r>
          </w:p>
        </w:tc>
        <w:tc>
          <w:tcPr>
            <w:tcW w:w="5112" w:type="dxa"/>
          </w:tcPr>
          <w:p w14:paraId="4E5792A6" w14:textId="77777777" w:rsidR="00863D3F" w:rsidRPr="00624F10" w:rsidRDefault="00A45528">
            <w:pPr>
              <w:rPr>
                <w:sz w:val="24"/>
                <w:szCs w:val="28"/>
              </w:rPr>
            </w:pPr>
            <w:r w:rsidRPr="00624F10">
              <w:rPr>
                <w:sz w:val="24"/>
                <w:szCs w:val="28"/>
              </w:rPr>
              <w:t>✓</w:t>
            </w:r>
          </w:p>
        </w:tc>
      </w:tr>
      <w:tr w:rsidR="00863D3F" w14:paraId="7B9720D6" w14:textId="77777777">
        <w:trPr>
          <w:jc w:val="center"/>
        </w:trPr>
        <w:tc>
          <w:tcPr>
            <w:tcW w:w="5112" w:type="dxa"/>
          </w:tcPr>
          <w:p w14:paraId="29674BAF" w14:textId="77777777" w:rsidR="00863D3F" w:rsidRPr="00624F10" w:rsidRDefault="00A45528">
            <w:pPr>
              <w:rPr>
                <w:sz w:val="24"/>
                <w:szCs w:val="28"/>
              </w:rPr>
            </w:pPr>
            <w:r w:rsidRPr="00624F10">
              <w:rPr>
                <w:sz w:val="24"/>
                <w:szCs w:val="28"/>
              </w:rPr>
              <w:t>Is my research topic focused and achievable?</w:t>
            </w:r>
          </w:p>
        </w:tc>
        <w:tc>
          <w:tcPr>
            <w:tcW w:w="5112" w:type="dxa"/>
          </w:tcPr>
          <w:p w14:paraId="7ACF3E54" w14:textId="77777777" w:rsidR="00863D3F" w:rsidRPr="00624F10" w:rsidRDefault="00A45528">
            <w:pPr>
              <w:rPr>
                <w:sz w:val="24"/>
                <w:szCs w:val="28"/>
              </w:rPr>
            </w:pPr>
            <w:r w:rsidRPr="00624F10">
              <w:rPr>
                <w:sz w:val="24"/>
                <w:szCs w:val="28"/>
              </w:rPr>
              <w:t>☐</w:t>
            </w:r>
          </w:p>
        </w:tc>
      </w:tr>
      <w:tr w:rsidR="00863D3F" w14:paraId="2C2D7A13" w14:textId="77777777">
        <w:trPr>
          <w:jc w:val="center"/>
        </w:trPr>
        <w:tc>
          <w:tcPr>
            <w:tcW w:w="5112" w:type="dxa"/>
          </w:tcPr>
          <w:p w14:paraId="6FD3A98D" w14:textId="77777777" w:rsidR="00863D3F" w:rsidRPr="00624F10" w:rsidRDefault="00A45528">
            <w:pPr>
              <w:rPr>
                <w:sz w:val="24"/>
                <w:szCs w:val="28"/>
              </w:rPr>
            </w:pPr>
            <w:r w:rsidRPr="00624F10">
              <w:rPr>
                <w:sz w:val="24"/>
                <w:szCs w:val="28"/>
              </w:rPr>
              <w:t>Have I clearly explained the research problem?</w:t>
            </w:r>
          </w:p>
        </w:tc>
        <w:tc>
          <w:tcPr>
            <w:tcW w:w="5112" w:type="dxa"/>
          </w:tcPr>
          <w:p w14:paraId="261C7126" w14:textId="77777777" w:rsidR="00863D3F" w:rsidRPr="00624F10" w:rsidRDefault="00A45528">
            <w:pPr>
              <w:rPr>
                <w:sz w:val="24"/>
                <w:szCs w:val="28"/>
              </w:rPr>
            </w:pPr>
            <w:r w:rsidRPr="00624F10">
              <w:rPr>
                <w:sz w:val="24"/>
                <w:szCs w:val="28"/>
              </w:rPr>
              <w:t>☐</w:t>
            </w:r>
          </w:p>
        </w:tc>
      </w:tr>
      <w:tr w:rsidR="00863D3F" w14:paraId="1CB14C19" w14:textId="77777777">
        <w:trPr>
          <w:jc w:val="center"/>
        </w:trPr>
        <w:tc>
          <w:tcPr>
            <w:tcW w:w="5112" w:type="dxa"/>
          </w:tcPr>
          <w:p w14:paraId="67B0F860" w14:textId="77777777" w:rsidR="00863D3F" w:rsidRPr="00624F10" w:rsidRDefault="00A45528">
            <w:pPr>
              <w:rPr>
                <w:sz w:val="24"/>
                <w:szCs w:val="28"/>
              </w:rPr>
            </w:pPr>
            <w:r w:rsidRPr="00624F10">
              <w:rPr>
                <w:sz w:val="24"/>
                <w:szCs w:val="28"/>
              </w:rPr>
              <w:t>Do I have one clear research aim?</w:t>
            </w:r>
          </w:p>
        </w:tc>
        <w:tc>
          <w:tcPr>
            <w:tcW w:w="5112" w:type="dxa"/>
          </w:tcPr>
          <w:p w14:paraId="0B35740A" w14:textId="77777777" w:rsidR="00863D3F" w:rsidRPr="00624F10" w:rsidRDefault="00A45528">
            <w:pPr>
              <w:rPr>
                <w:sz w:val="24"/>
                <w:szCs w:val="28"/>
              </w:rPr>
            </w:pPr>
            <w:r w:rsidRPr="00624F10">
              <w:rPr>
                <w:sz w:val="24"/>
                <w:szCs w:val="28"/>
              </w:rPr>
              <w:t>☐</w:t>
            </w:r>
          </w:p>
        </w:tc>
      </w:tr>
      <w:tr w:rsidR="00863D3F" w14:paraId="28F3C158" w14:textId="77777777">
        <w:trPr>
          <w:jc w:val="center"/>
        </w:trPr>
        <w:tc>
          <w:tcPr>
            <w:tcW w:w="5112" w:type="dxa"/>
          </w:tcPr>
          <w:p w14:paraId="58C111DA" w14:textId="77777777" w:rsidR="00863D3F" w:rsidRPr="00624F10" w:rsidRDefault="00A45528">
            <w:pPr>
              <w:rPr>
                <w:sz w:val="24"/>
                <w:szCs w:val="28"/>
              </w:rPr>
            </w:pPr>
            <w:r w:rsidRPr="00624F10">
              <w:rPr>
                <w:sz w:val="24"/>
                <w:szCs w:val="28"/>
              </w:rPr>
              <w:t>Do I have 3–4 achievable objectives?</w:t>
            </w:r>
          </w:p>
        </w:tc>
        <w:tc>
          <w:tcPr>
            <w:tcW w:w="5112" w:type="dxa"/>
          </w:tcPr>
          <w:p w14:paraId="01D6CFEF" w14:textId="77777777" w:rsidR="00863D3F" w:rsidRPr="00624F10" w:rsidRDefault="00A45528">
            <w:pPr>
              <w:rPr>
                <w:sz w:val="24"/>
                <w:szCs w:val="28"/>
              </w:rPr>
            </w:pPr>
            <w:r w:rsidRPr="00624F10">
              <w:rPr>
                <w:sz w:val="24"/>
                <w:szCs w:val="28"/>
              </w:rPr>
              <w:t>☐</w:t>
            </w:r>
          </w:p>
        </w:tc>
      </w:tr>
      <w:tr w:rsidR="00863D3F" w14:paraId="77FF6B92" w14:textId="77777777">
        <w:trPr>
          <w:jc w:val="center"/>
        </w:trPr>
        <w:tc>
          <w:tcPr>
            <w:tcW w:w="5112" w:type="dxa"/>
          </w:tcPr>
          <w:p w14:paraId="2A4D0552" w14:textId="77777777" w:rsidR="00863D3F" w:rsidRPr="00624F10" w:rsidRDefault="00A45528">
            <w:pPr>
              <w:rPr>
                <w:sz w:val="24"/>
                <w:szCs w:val="28"/>
              </w:rPr>
            </w:pPr>
            <w:r w:rsidRPr="00624F10">
              <w:rPr>
                <w:sz w:val="24"/>
                <w:szCs w:val="28"/>
              </w:rPr>
              <w:t>Do my research questions connect to my objectives?</w:t>
            </w:r>
          </w:p>
        </w:tc>
        <w:tc>
          <w:tcPr>
            <w:tcW w:w="5112" w:type="dxa"/>
          </w:tcPr>
          <w:p w14:paraId="67D1D5AE" w14:textId="77777777" w:rsidR="00863D3F" w:rsidRPr="00624F10" w:rsidRDefault="00A45528">
            <w:pPr>
              <w:rPr>
                <w:sz w:val="24"/>
                <w:szCs w:val="28"/>
              </w:rPr>
            </w:pPr>
            <w:r w:rsidRPr="00624F10">
              <w:rPr>
                <w:sz w:val="24"/>
                <w:szCs w:val="28"/>
              </w:rPr>
              <w:t>☐</w:t>
            </w:r>
          </w:p>
        </w:tc>
      </w:tr>
      <w:tr w:rsidR="00863D3F" w14:paraId="274E59BF" w14:textId="77777777">
        <w:trPr>
          <w:jc w:val="center"/>
        </w:trPr>
        <w:tc>
          <w:tcPr>
            <w:tcW w:w="5112" w:type="dxa"/>
          </w:tcPr>
          <w:p w14:paraId="1CCEA771" w14:textId="77777777" w:rsidR="00863D3F" w:rsidRPr="00624F10" w:rsidRDefault="00A45528">
            <w:pPr>
              <w:rPr>
                <w:sz w:val="24"/>
                <w:szCs w:val="28"/>
              </w:rPr>
            </w:pPr>
            <w:r w:rsidRPr="00624F10">
              <w:rPr>
                <w:sz w:val="24"/>
                <w:szCs w:val="28"/>
              </w:rPr>
              <w:t>Have I explained and justified my methodology?</w:t>
            </w:r>
          </w:p>
        </w:tc>
        <w:tc>
          <w:tcPr>
            <w:tcW w:w="5112" w:type="dxa"/>
          </w:tcPr>
          <w:p w14:paraId="3EFA6701" w14:textId="77777777" w:rsidR="00863D3F" w:rsidRPr="00624F10" w:rsidRDefault="00A45528">
            <w:pPr>
              <w:rPr>
                <w:sz w:val="24"/>
                <w:szCs w:val="28"/>
              </w:rPr>
            </w:pPr>
            <w:r w:rsidRPr="00624F10">
              <w:rPr>
                <w:sz w:val="24"/>
                <w:szCs w:val="28"/>
              </w:rPr>
              <w:t>☐</w:t>
            </w:r>
          </w:p>
        </w:tc>
      </w:tr>
      <w:tr w:rsidR="00863D3F" w14:paraId="29DCF45F" w14:textId="77777777">
        <w:trPr>
          <w:jc w:val="center"/>
        </w:trPr>
        <w:tc>
          <w:tcPr>
            <w:tcW w:w="5112" w:type="dxa"/>
          </w:tcPr>
          <w:p w14:paraId="03D5B9B3" w14:textId="77777777" w:rsidR="00863D3F" w:rsidRPr="00624F10" w:rsidRDefault="00A45528">
            <w:pPr>
              <w:rPr>
                <w:sz w:val="24"/>
                <w:szCs w:val="28"/>
              </w:rPr>
            </w:pPr>
            <w:r w:rsidRPr="00624F10">
              <w:rPr>
                <w:sz w:val="24"/>
                <w:szCs w:val="28"/>
              </w:rPr>
              <w:t>Have I identified who my participants will be?</w:t>
            </w:r>
          </w:p>
        </w:tc>
        <w:tc>
          <w:tcPr>
            <w:tcW w:w="5112" w:type="dxa"/>
          </w:tcPr>
          <w:p w14:paraId="3941BC2E" w14:textId="77777777" w:rsidR="00863D3F" w:rsidRPr="00624F10" w:rsidRDefault="00A45528">
            <w:pPr>
              <w:rPr>
                <w:sz w:val="24"/>
                <w:szCs w:val="28"/>
              </w:rPr>
            </w:pPr>
            <w:r w:rsidRPr="00624F10">
              <w:rPr>
                <w:sz w:val="24"/>
                <w:szCs w:val="28"/>
              </w:rPr>
              <w:t>☐</w:t>
            </w:r>
          </w:p>
        </w:tc>
      </w:tr>
      <w:tr w:rsidR="00863D3F" w14:paraId="55B6DC56" w14:textId="77777777">
        <w:trPr>
          <w:jc w:val="center"/>
        </w:trPr>
        <w:tc>
          <w:tcPr>
            <w:tcW w:w="5112" w:type="dxa"/>
          </w:tcPr>
          <w:p w14:paraId="1C97BB2D" w14:textId="77777777" w:rsidR="00863D3F" w:rsidRPr="00624F10" w:rsidRDefault="00A45528">
            <w:pPr>
              <w:rPr>
                <w:sz w:val="24"/>
                <w:szCs w:val="28"/>
              </w:rPr>
            </w:pPr>
            <w:r w:rsidRPr="00624F10">
              <w:rPr>
                <w:sz w:val="24"/>
                <w:szCs w:val="28"/>
              </w:rPr>
              <w:t>Have I explained how I will analyse my data?</w:t>
            </w:r>
          </w:p>
        </w:tc>
        <w:tc>
          <w:tcPr>
            <w:tcW w:w="5112" w:type="dxa"/>
          </w:tcPr>
          <w:p w14:paraId="03F47EF3" w14:textId="77777777" w:rsidR="00863D3F" w:rsidRPr="00624F10" w:rsidRDefault="00A45528">
            <w:pPr>
              <w:rPr>
                <w:sz w:val="24"/>
                <w:szCs w:val="28"/>
              </w:rPr>
            </w:pPr>
            <w:r w:rsidRPr="00624F10">
              <w:rPr>
                <w:sz w:val="24"/>
                <w:szCs w:val="28"/>
              </w:rPr>
              <w:t>☐</w:t>
            </w:r>
          </w:p>
        </w:tc>
      </w:tr>
      <w:tr w:rsidR="00863D3F" w14:paraId="623E724B" w14:textId="77777777">
        <w:trPr>
          <w:jc w:val="center"/>
        </w:trPr>
        <w:tc>
          <w:tcPr>
            <w:tcW w:w="5112" w:type="dxa"/>
          </w:tcPr>
          <w:p w14:paraId="632FA196" w14:textId="77777777" w:rsidR="00863D3F" w:rsidRPr="00624F10" w:rsidRDefault="00A45528">
            <w:pPr>
              <w:rPr>
                <w:sz w:val="24"/>
                <w:szCs w:val="28"/>
              </w:rPr>
            </w:pPr>
            <w:r w:rsidRPr="00624F10">
              <w:rPr>
                <w:sz w:val="24"/>
                <w:szCs w:val="28"/>
              </w:rPr>
              <w:t>Have I considered ethics?</w:t>
            </w:r>
          </w:p>
        </w:tc>
        <w:tc>
          <w:tcPr>
            <w:tcW w:w="5112" w:type="dxa"/>
          </w:tcPr>
          <w:p w14:paraId="3556E93C" w14:textId="77777777" w:rsidR="00863D3F" w:rsidRPr="00624F10" w:rsidRDefault="00A45528">
            <w:pPr>
              <w:rPr>
                <w:sz w:val="24"/>
                <w:szCs w:val="28"/>
              </w:rPr>
            </w:pPr>
            <w:r w:rsidRPr="00624F10">
              <w:rPr>
                <w:sz w:val="24"/>
                <w:szCs w:val="28"/>
              </w:rPr>
              <w:t>☐</w:t>
            </w:r>
          </w:p>
        </w:tc>
      </w:tr>
      <w:tr w:rsidR="00863D3F" w14:paraId="29FAC6CE" w14:textId="77777777">
        <w:trPr>
          <w:jc w:val="center"/>
        </w:trPr>
        <w:tc>
          <w:tcPr>
            <w:tcW w:w="5112" w:type="dxa"/>
          </w:tcPr>
          <w:p w14:paraId="10B39CBD" w14:textId="77777777" w:rsidR="00863D3F" w:rsidRPr="00624F10" w:rsidRDefault="00A45528">
            <w:pPr>
              <w:rPr>
                <w:sz w:val="24"/>
                <w:szCs w:val="28"/>
              </w:rPr>
            </w:pPr>
            <w:r w:rsidRPr="00624F10">
              <w:rPr>
                <w:sz w:val="24"/>
                <w:szCs w:val="28"/>
              </w:rPr>
              <w:t>Have I considered feasibility and limitations?</w:t>
            </w:r>
          </w:p>
        </w:tc>
        <w:tc>
          <w:tcPr>
            <w:tcW w:w="5112" w:type="dxa"/>
          </w:tcPr>
          <w:p w14:paraId="5590AAF1" w14:textId="77777777" w:rsidR="00863D3F" w:rsidRPr="00624F10" w:rsidRDefault="00A45528">
            <w:pPr>
              <w:rPr>
                <w:sz w:val="24"/>
                <w:szCs w:val="28"/>
              </w:rPr>
            </w:pPr>
            <w:r w:rsidRPr="00624F10">
              <w:rPr>
                <w:sz w:val="24"/>
                <w:szCs w:val="28"/>
              </w:rPr>
              <w:t>☐</w:t>
            </w:r>
          </w:p>
        </w:tc>
      </w:tr>
      <w:tr w:rsidR="00863D3F" w14:paraId="54B10ED9" w14:textId="77777777">
        <w:trPr>
          <w:jc w:val="center"/>
        </w:trPr>
        <w:tc>
          <w:tcPr>
            <w:tcW w:w="5112" w:type="dxa"/>
          </w:tcPr>
          <w:p w14:paraId="14A98BDB" w14:textId="77777777" w:rsidR="00863D3F" w:rsidRPr="00624F10" w:rsidRDefault="00A45528">
            <w:pPr>
              <w:rPr>
                <w:sz w:val="24"/>
                <w:szCs w:val="28"/>
              </w:rPr>
            </w:pPr>
            <w:r w:rsidRPr="00624F10">
              <w:rPr>
                <w:sz w:val="24"/>
                <w:szCs w:val="28"/>
              </w:rPr>
              <w:t>Is my literature review organised into themes?</w:t>
            </w:r>
          </w:p>
        </w:tc>
        <w:tc>
          <w:tcPr>
            <w:tcW w:w="5112" w:type="dxa"/>
          </w:tcPr>
          <w:p w14:paraId="4766FAD1" w14:textId="77777777" w:rsidR="00863D3F" w:rsidRPr="00624F10" w:rsidRDefault="00A45528">
            <w:pPr>
              <w:rPr>
                <w:sz w:val="24"/>
                <w:szCs w:val="28"/>
              </w:rPr>
            </w:pPr>
            <w:r w:rsidRPr="00624F10">
              <w:rPr>
                <w:sz w:val="24"/>
                <w:szCs w:val="28"/>
              </w:rPr>
              <w:t>☐</w:t>
            </w:r>
          </w:p>
        </w:tc>
      </w:tr>
      <w:tr w:rsidR="00863D3F" w14:paraId="0C66BEAA" w14:textId="77777777">
        <w:trPr>
          <w:jc w:val="center"/>
        </w:trPr>
        <w:tc>
          <w:tcPr>
            <w:tcW w:w="5112" w:type="dxa"/>
          </w:tcPr>
          <w:p w14:paraId="27937C64" w14:textId="77777777" w:rsidR="00863D3F" w:rsidRPr="00624F10" w:rsidRDefault="00A45528">
            <w:pPr>
              <w:rPr>
                <w:sz w:val="24"/>
                <w:szCs w:val="28"/>
              </w:rPr>
            </w:pPr>
            <w:r w:rsidRPr="00624F10">
              <w:rPr>
                <w:sz w:val="24"/>
                <w:szCs w:val="28"/>
              </w:rPr>
              <w:t>Have I compared academic sources rather than just described them?</w:t>
            </w:r>
          </w:p>
        </w:tc>
        <w:tc>
          <w:tcPr>
            <w:tcW w:w="5112" w:type="dxa"/>
          </w:tcPr>
          <w:p w14:paraId="6017CED6" w14:textId="77777777" w:rsidR="00863D3F" w:rsidRPr="00624F10" w:rsidRDefault="00A45528">
            <w:pPr>
              <w:rPr>
                <w:sz w:val="24"/>
                <w:szCs w:val="28"/>
              </w:rPr>
            </w:pPr>
            <w:r w:rsidRPr="00624F10">
              <w:rPr>
                <w:sz w:val="24"/>
                <w:szCs w:val="28"/>
              </w:rPr>
              <w:t>☐</w:t>
            </w:r>
          </w:p>
        </w:tc>
      </w:tr>
      <w:tr w:rsidR="00863D3F" w14:paraId="649A339A" w14:textId="77777777">
        <w:trPr>
          <w:jc w:val="center"/>
        </w:trPr>
        <w:tc>
          <w:tcPr>
            <w:tcW w:w="5112" w:type="dxa"/>
          </w:tcPr>
          <w:p w14:paraId="5CAD27D8" w14:textId="77777777" w:rsidR="00863D3F" w:rsidRPr="00624F10" w:rsidRDefault="00A45528">
            <w:pPr>
              <w:rPr>
                <w:sz w:val="24"/>
                <w:szCs w:val="28"/>
              </w:rPr>
            </w:pPr>
            <w:r w:rsidRPr="00624F10">
              <w:rPr>
                <w:sz w:val="24"/>
                <w:szCs w:val="28"/>
              </w:rPr>
              <w:t>Have I identified a possible research gap?</w:t>
            </w:r>
          </w:p>
        </w:tc>
        <w:tc>
          <w:tcPr>
            <w:tcW w:w="5112" w:type="dxa"/>
          </w:tcPr>
          <w:p w14:paraId="79DE6A1F" w14:textId="77777777" w:rsidR="00863D3F" w:rsidRPr="00624F10" w:rsidRDefault="00A45528">
            <w:pPr>
              <w:rPr>
                <w:sz w:val="24"/>
                <w:szCs w:val="28"/>
              </w:rPr>
            </w:pPr>
            <w:r w:rsidRPr="00624F10">
              <w:rPr>
                <w:sz w:val="24"/>
                <w:szCs w:val="28"/>
              </w:rPr>
              <w:t>☐</w:t>
            </w:r>
          </w:p>
        </w:tc>
      </w:tr>
      <w:tr w:rsidR="00863D3F" w14:paraId="5BAB23A9" w14:textId="77777777">
        <w:trPr>
          <w:jc w:val="center"/>
        </w:trPr>
        <w:tc>
          <w:tcPr>
            <w:tcW w:w="5112" w:type="dxa"/>
          </w:tcPr>
          <w:p w14:paraId="0ABA7D08" w14:textId="77777777" w:rsidR="00863D3F" w:rsidRPr="00624F10" w:rsidRDefault="00A45528">
            <w:pPr>
              <w:rPr>
                <w:sz w:val="24"/>
                <w:szCs w:val="28"/>
              </w:rPr>
            </w:pPr>
            <w:r w:rsidRPr="00624F10">
              <w:rPr>
                <w:sz w:val="24"/>
                <w:szCs w:val="28"/>
              </w:rPr>
              <w:t>Does everything connect back to my research topic?</w:t>
            </w:r>
          </w:p>
        </w:tc>
        <w:tc>
          <w:tcPr>
            <w:tcW w:w="5112" w:type="dxa"/>
          </w:tcPr>
          <w:p w14:paraId="2F5B4678" w14:textId="77777777" w:rsidR="00863D3F" w:rsidRPr="00624F10" w:rsidRDefault="00A45528">
            <w:pPr>
              <w:rPr>
                <w:sz w:val="24"/>
                <w:szCs w:val="28"/>
              </w:rPr>
            </w:pPr>
            <w:r w:rsidRPr="00624F10">
              <w:rPr>
                <w:sz w:val="24"/>
                <w:szCs w:val="28"/>
              </w:rPr>
              <w:t>☐</w:t>
            </w:r>
          </w:p>
        </w:tc>
      </w:tr>
    </w:tbl>
    <w:p w14:paraId="4F8401D4" w14:textId="77777777" w:rsidR="00863D3F" w:rsidRDefault="00A45528">
      <w:pPr>
        <w:pStyle w:val="Heading1"/>
      </w:pPr>
      <w:r>
        <w:t>The One Thing to Remember</w:t>
      </w:r>
    </w:p>
    <w:p w14:paraId="16471063" w14:textId="77777777" w:rsidR="00863D3F" w:rsidRDefault="00A45528">
      <w:pPr>
        <w:jc w:val="center"/>
      </w:pPr>
      <w:r>
        <w:rPr>
          <w:b/>
          <w:sz w:val="24"/>
        </w:rPr>
        <w:t>WHAT?  →  WHY?  →  WHAT DO I WANT TO FIND OUT?  →  HOW WILL I FIND OUT?  →  WHAT DOES THE LITERATURE SAY?</w:t>
      </w:r>
    </w:p>
    <w:p w14:paraId="3F4C6ECC" w14:textId="77777777" w:rsidR="00863D3F" w:rsidRPr="00624F10" w:rsidRDefault="00A45528">
      <w:pPr>
        <w:rPr>
          <w:sz w:val="24"/>
          <w:szCs w:val="28"/>
        </w:rPr>
      </w:pPr>
      <w:r w:rsidRPr="00624F10">
        <w:rPr>
          <w:sz w:val="24"/>
          <w:szCs w:val="28"/>
        </w:rPr>
        <w:t>If you can clearly answer these five questions, you have the foundations of your Element 1 proposal.</w:t>
      </w:r>
    </w:p>
    <w:p w14:paraId="724350DD" w14:textId="77777777" w:rsidR="00863D3F" w:rsidRDefault="00A45528">
      <w:pPr>
        <w:pStyle w:val="Heading1"/>
      </w:pPr>
      <w:r>
        <w:lastRenderedPageBreak/>
        <w:t>My Element 1 Planning Notes</w:t>
      </w:r>
    </w:p>
    <w:p w14:paraId="1B821670" w14:textId="77777777" w:rsidR="00863D3F" w:rsidRPr="00624F10" w:rsidRDefault="00A45528">
      <w:pPr>
        <w:rPr>
          <w:sz w:val="24"/>
          <w:szCs w:val="28"/>
        </w:rPr>
      </w:pPr>
      <w:r w:rsidRPr="00624F10">
        <w:rPr>
          <w:b/>
          <w:sz w:val="24"/>
          <w:szCs w:val="28"/>
        </w:rPr>
        <w:t>My working title:</w:t>
      </w:r>
    </w:p>
    <w:p w14:paraId="68A38CBE" w14:textId="77777777" w:rsidR="00863D3F" w:rsidRDefault="00A45528">
      <w:r>
        <w:t>________________________________________________________________________________</w:t>
      </w:r>
    </w:p>
    <w:p w14:paraId="655B4EDB" w14:textId="77777777" w:rsidR="00863D3F" w:rsidRDefault="00A45528">
      <w:r>
        <w:t>________________________________________________________________________________</w:t>
      </w:r>
    </w:p>
    <w:p w14:paraId="7AED0EBB" w14:textId="77777777" w:rsidR="00863D3F" w:rsidRPr="00624F10" w:rsidRDefault="00A45528">
      <w:pPr>
        <w:rPr>
          <w:sz w:val="24"/>
          <w:szCs w:val="28"/>
        </w:rPr>
      </w:pPr>
      <w:r w:rsidRPr="00624F10">
        <w:rPr>
          <w:b/>
          <w:sz w:val="24"/>
          <w:szCs w:val="28"/>
        </w:rPr>
        <w:t>My research problem:</w:t>
      </w:r>
    </w:p>
    <w:p w14:paraId="735B20B4" w14:textId="77777777" w:rsidR="00863D3F" w:rsidRDefault="00A45528">
      <w:r>
        <w:t>________________________________________________________________________________</w:t>
      </w:r>
    </w:p>
    <w:p w14:paraId="0A029480" w14:textId="77777777" w:rsidR="00863D3F" w:rsidRDefault="00A45528">
      <w:r>
        <w:t>________________________________________________________________________________</w:t>
      </w:r>
    </w:p>
    <w:p w14:paraId="2007B6C3" w14:textId="77777777" w:rsidR="00863D3F" w:rsidRPr="00624F10" w:rsidRDefault="00A45528">
      <w:pPr>
        <w:rPr>
          <w:sz w:val="24"/>
          <w:szCs w:val="28"/>
        </w:rPr>
      </w:pPr>
      <w:r w:rsidRPr="00624F10">
        <w:rPr>
          <w:b/>
          <w:sz w:val="24"/>
          <w:szCs w:val="28"/>
        </w:rPr>
        <w:t>My research aim:</w:t>
      </w:r>
    </w:p>
    <w:p w14:paraId="62FB1C85" w14:textId="77777777" w:rsidR="00863D3F" w:rsidRDefault="00A45528">
      <w:r>
        <w:t>________________________________________________________________________________</w:t>
      </w:r>
    </w:p>
    <w:p w14:paraId="568217AC" w14:textId="77777777" w:rsidR="00863D3F" w:rsidRDefault="00A45528">
      <w:r>
        <w:t>________________________________________________________________________________</w:t>
      </w:r>
    </w:p>
    <w:p w14:paraId="57D2F6E7" w14:textId="77777777" w:rsidR="00863D3F" w:rsidRPr="00624F10" w:rsidRDefault="00A45528">
      <w:pPr>
        <w:rPr>
          <w:sz w:val="24"/>
          <w:szCs w:val="28"/>
        </w:rPr>
      </w:pPr>
      <w:r w:rsidRPr="00624F10">
        <w:rPr>
          <w:b/>
          <w:sz w:val="24"/>
          <w:szCs w:val="28"/>
        </w:rPr>
        <w:t>My 3–4 objectives:</w:t>
      </w:r>
    </w:p>
    <w:p w14:paraId="5356D874" w14:textId="77777777" w:rsidR="00863D3F" w:rsidRDefault="00A45528">
      <w:r>
        <w:t>________________________________________________________________________________</w:t>
      </w:r>
    </w:p>
    <w:p w14:paraId="45BAC07E" w14:textId="77777777" w:rsidR="00863D3F" w:rsidRDefault="00A45528">
      <w:r>
        <w:t>________________________________________________________________________________</w:t>
      </w:r>
    </w:p>
    <w:p w14:paraId="28778043" w14:textId="77777777" w:rsidR="00863D3F" w:rsidRPr="00624F10" w:rsidRDefault="00A45528">
      <w:pPr>
        <w:rPr>
          <w:sz w:val="24"/>
          <w:szCs w:val="28"/>
        </w:rPr>
      </w:pPr>
      <w:r w:rsidRPr="00624F10">
        <w:rPr>
          <w:b/>
          <w:sz w:val="24"/>
          <w:szCs w:val="28"/>
        </w:rPr>
        <w:t>My 3–4 research questions:</w:t>
      </w:r>
    </w:p>
    <w:p w14:paraId="0B803FB1" w14:textId="77777777" w:rsidR="00863D3F" w:rsidRDefault="00A45528">
      <w:r>
        <w:t>________________________________________________________________________________</w:t>
      </w:r>
    </w:p>
    <w:p w14:paraId="5218295D" w14:textId="77777777" w:rsidR="00863D3F" w:rsidRDefault="00A45528">
      <w:r>
        <w:t>________________________________________________________________________________</w:t>
      </w:r>
    </w:p>
    <w:p w14:paraId="03F7BA3E" w14:textId="77777777" w:rsidR="00863D3F" w:rsidRPr="00624F10" w:rsidRDefault="00A45528">
      <w:pPr>
        <w:rPr>
          <w:sz w:val="24"/>
          <w:szCs w:val="28"/>
        </w:rPr>
      </w:pPr>
      <w:r w:rsidRPr="00624F10">
        <w:rPr>
          <w:b/>
          <w:sz w:val="24"/>
          <w:szCs w:val="28"/>
        </w:rPr>
        <w:t>My proposed participants:</w:t>
      </w:r>
    </w:p>
    <w:p w14:paraId="51B08DC0" w14:textId="77777777" w:rsidR="00863D3F" w:rsidRDefault="00A45528">
      <w:r>
        <w:t>________________________________________________________________________________</w:t>
      </w:r>
    </w:p>
    <w:p w14:paraId="7D3AE58C" w14:textId="77777777" w:rsidR="00863D3F" w:rsidRDefault="00A45528">
      <w:r>
        <w:t>________________________________________________________________________________</w:t>
      </w:r>
    </w:p>
    <w:p w14:paraId="57853427" w14:textId="77777777" w:rsidR="00863D3F" w:rsidRPr="00624F10" w:rsidRDefault="00A45528">
      <w:pPr>
        <w:rPr>
          <w:sz w:val="24"/>
          <w:szCs w:val="28"/>
        </w:rPr>
      </w:pPr>
      <w:r w:rsidRPr="00624F10">
        <w:rPr>
          <w:b/>
          <w:sz w:val="24"/>
          <w:szCs w:val="28"/>
        </w:rPr>
        <w:t>My proposed data collection method(s):</w:t>
      </w:r>
    </w:p>
    <w:p w14:paraId="2C2EA598" w14:textId="77777777" w:rsidR="00863D3F" w:rsidRDefault="00A45528">
      <w:r>
        <w:t>________________________________________________________________________________</w:t>
      </w:r>
    </w:p>
    <w:p w14:paraId="14938180" w14:textId="77777777" w:rsidR="00863D3F" w:rsidRDefault="00A45528">
      <w:r>
        <w:t>________________________________________________________________________________</w:t>
      </w:r>
    </w:p>
    <w:p w14:paraId="79DBD7B3" w14:textId="77777777" w:rsidR="00863D3F" w:rsidRPr="00624F10" w:rsidRDefault="00A45528">
      <w:pPr>
        <w:rPr>
          <w:sz w:val="24"/>
          <w:szCs w:val="28"/>
        </w:rPr>
      </w:pPr>
      <w:r w:rsidRPr="00624F10">
        <w:rPr>
          <w:b/>
          <w:sz w:val="24"/>
          <w:szCs w:val="28"/>
        </w:rPr>
        <w:t>My 3–4 literature review themes:</w:t>
      </w:r>
    </w:p>
    <w:p w14:paraId="01EEE3D2" w14:textId="77777777" w:rsidR="00863D3F" w:rsidRDefault="00A45528">
      <w:r>
        <w:t>________________________________________________________________________________</w:t>
      </w:r>
    </w:p>
    <w:p w14:paraId="44A69115" w14:textId="77777777" w:rsidR="00863D3F" w:rsidRDefault="00A45528">
      <w:r>
        <w:t>________________________________________________________________________________</w:t>
      </w:r>
    </w:p>
    <w:p w14:paraId="4518A966" w14:textId="77777777" w:rsidR="00863D3F" w:rsidRPr="00624F10" w:rsidRDefault="00A45528">
      <w:pPr>
        <w:rPr>
          <w:sz w:val="24"/>
          <w:szCs w:val="28"/>
        </w:rPr>
      </w:pPr>
      <w:r w:rsidRPr="00624F10">
        <w:rPr>
          <w:b/>
          <w:sz w:val="24"/>
          <w:szCs w:val="28"/>
        </w:rPr>
        <w:t>My possible research gap:</w:t>
      </w:r>
    </w:p>
    <w:p w14:paraId="5E278592" w14:textId="77777777" w:rsidR="00863D3F" w:rsidRDefault="00A45528">
      <w:r>
        <w:t>________________________________________________________________________________</w:t>
      </w:r>
    </w:p>
    <w:p w14:paraId="2D3C11E0" w14:textId="77777777" w:rsidR="00863D3F" w:rsidRDefault="00A45528">
      <w:r>
        <w:t>________________________________________________________________________________</w:t>
      </w:r>
    </w:p>
    <w:sectPr w:rsidR="00863D3F" w:rsidSect="00034616">
      <w:footerReference w:type="default" r:id="rId8"/>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BF9CD" w14:textId="77777777" w:rsidR="00A45528" w:rsidRDefault="00A45528">
      <w:pPr>
        <w:spacing w:after="0" w:line="240" w:lineRule="auto"/>
      </w:pPr>
      <w:r>
        <w:separator/>
      </w:r>
    </w:p>
  </w:endnote>
  <w:endnote w:type="continuationSeparator" w:id="0">
    <w:p w14:paraId="0E0B0DFC" w14:textId="77777777" w:rsidR="00A45528" w:rsidRDefault="00A4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E3A89" w14:textId="5D3736C1" w:rsidR="00863D3F" w:rsidRDefault="00863D3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A0EC0" w14:textId="77777777" w:rsidR="00A45528" w:rsidRDefault="00A45528">
      <w:pPr>
        <w:spacing w:after="0" w:line="240" w:lineRule="auto"/>
      </w:pPr>
      <w:r>
        <w:separator/>
      </w:r>
    </w:p>
  </w:footnote>
  <w:footnote w:type="continuationSeparator" w:id="0">
    <w:p w14:paraId="2C9A6004" w14:textId="77777777" w:rsidR="00A45528" w:rsidRDefault="00A45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293799">
    <w:abstractNumId w:val="8"/>
  </w:num>
  <w:num w:numId="2" w16cid:durableId="2085833480">
    <w:abstractNumId w:val="6"/>
  </w:num>
  <w:num w:numId="3" w16cid:durableId="2005739947">
    <w:abstractNumId w:val="5"/>
  </w:num>
  <w:num w:numId="4" w16cid:durableId="1271089252">
    <w:abstractNumId w:val="4"/>
  </w:num>
  <w:num w:numId="5" w16cid:durableId="1476725100">
    <w:abstractNumId w:val="7"/>
  </w:num>
  <w:num w:numId="6" w16cid:durableId="812023087">
    <w:abstractNumId w:val="3"/>
  </w:num>
  <w:num w:numId="7" w16cid:durableId="717440729">
    <w:abstractNumId w:val="2"/>
  </w:num>
  <w:num w:numId="8" w16cid:durableId="462237691">
    <w:abstractNumId w:val="1"/>
  </w:num>
  <w:num w:numId="9" w16cid:durableId="1703943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24F10"/>
    <w:rsid w:val="00863D3F"/>
    <w:rsid w:val="00A45528"/>
    <w:rsid w:val="00AA1D8D"/>
    <w:rsid w:val="00B47730"/>
    <w:rsid w:val="00CB0664"/>
    <w:rsid w:val="00E158C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827AB6"/>
  <w14:defaultImageDpi w14:val="300"/>
  <w15:docId w15:val="{CED83A43-AA65-42D9-87E0-1C48F402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Scott James</cp:lastModifiedBy>
  <cp:revision>2</cp:revision>
  <dcterms:created xsi:type="dcterms:W3CDTF">2026-10-06T10:28:00Z</dcterms:created>
  <dcterms:modified xsi:type="dcterms:W3CDTF">2026-10-06T10:28:00Z</dcterms:modified>
  <cp:category/>
</cp:coreProperties>
</file>