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1EE8F" w14:textId="77777777" w:rsidR="00E50ACC" w:rsidRDefault="00DA4174">
      <w:pPr>
        <w:pStyle w:val="Title"/>
      </w:pPr>
      <w:r>
        <w:t>REPORT TEMPLATE</w:t>
      </w:r>
    </w:p>
    <w:p w14:paraId="49D9C462" w14:textId="77777777" w:rsidR="00E50ACC" w:rsidRDefault="00DA4174">
      <w:r>
        <w:t>Module: Introduction to Web and Database Concepts (ACCA4023)</w:t>
      </w:r>
    </w:p>
    <w:p w14:paraId="424FB4AD" w14:textId="77777777" w:rsidR="00E50ACC" w:rsidRDefault="00DA4174">
      <w:r>
        <w:t>Assignment: HTML &amp; CSS Web Development</w:t>
      </w:r>
      <w:r>
        <w:br/>
      </w:r>
    </w:p>
    <w:p w14:paraId="06D318DC" w14:textId="77777777" w:rsidR="00E50ACC" w:rsidRDefault="00DA4174">
      <w:r>
        <w:t>Student Name: __________________________</w:t>
      </w:r>
    </w:p>
    <w:p w14:paraId="6B6D5263" w14:textId="77777777" w:rsidR="00E50ACC" w:rsidRDefault="00DA4174">
      <w:r>
        <w:t>Student ID: __________________________</w:t>
      </w:r>
    </w:p>
    <w:p w14:paraId="5BFE8F15" w14:textId="77777777" w:rsidR="00E50ACC" w:rsidRDefault="00DA4174">
      <w:r>
        <w:t>Course: __________________________</w:t>
      </w:r>
    </w:p>
    <w:p w14:paraId="4FC400DB" w14:textId="77777777" w:rsidR="00E50ACC" w:rsidRDefault="00DA4174">
      <w:r>
        <w:t>Submission Date: __________________________</w:t>
      </w:r>
    </w:p>
    <w:p w14:paraId="2D619E70" w14:textId="77777777" w:rsidR="00E50ACC" w:rsidRDefault="00DA4174">
      <w:r>
        <w:br w:type="page"/>
      </w:r>
    </w:p>
    <w:p w14:paraId="1507F01A" w14:textId="77777777" w:rsidR="00E50ACC" w:rsidRDefault="00DA4174">
      <w:pPr>
        <w:pStyle w:val="Heading1"/>
      </w:pPr>
      <w:r>
        <w:t>Table of Contents</w:t>
      </w:r>
    </w:p>
    <w:p w14:paraId="6C92DEDF" w14:textId="77777777" w:rsidR="00E50ACC" w:rsidRDefault="00DA4174">
      <w:r>
        <w:t>(Update this automatically in Word)</w:t>
      </w:r>
      <w:r>
        <w:br/>
      </w:r>
    </w:p>
    <w:p w14:paraId="597D1183" w14:textId="77777777" w:rsidR="00E50ACC" w:rsidRDefault="00DA4174">
      <w:pPr>
        <w:pStyle w:val="Heading1"/>
      </w:pPr>
      <w:r>
        <w:t>1. Introduction (Abstract)</w:t>
      </w:r>
    </w:p>
    <w:p w14:paraId="2E15BC36" w14:textId="77777777" w:rsidR="00E50ACC" w:rsidRDefault="00DA4174">
      <w:r>
        <w:t>Write your content here...</w:t>
      </w:r>
      <w:r>
        <w:br/>
      </w:r>
    </w:p>
    <w:p w14:paraId="12E2337E" w14:textId="77777777" w:rsidR="00E50ACC" w:rsidRDefault="00DA4174">
      <w:pPr>
        <w:pStyle w:val="Heading1"/>
      </w:pPr>
      <w:r>
        <w:t>2. Requirements</w:t>
      </w:r>
    </w:p>
    <w:p w14:paraId="0ADE3461" w14:textId="77777777" w:rsidR="00E50ACC" w:rsidRDefault="00DA4174">
      <w:r>
        <w:t>Write your content here...</w:t>
      </w:r>
      <w:r>
        <w:br/>
      </w:r>
    </w:p>
    <w:p w14:paraId="098C2B48" w14:textId="77777777" w:rsidR="00E50ACC" w:rsidRDefault="00DA4174">
      <w:pPr>
        <w:pStyle w:val="Heading1"/>
      </w:pPr>
      <w:r>
        <w:t>3. Implementation</w:t>
      </w:r>
    </w:p>
    <w:p w14:paraId="61652BEA" w14:textId="77777777" w:rsidR="00E50ACC" w:rsidRDefault="00DA4174">
      <w:r>
        <w:t>• Include screenshots of all website pages.</w:t>
      </w:r>
      <w:r>
        <w:br/>
        <w:t>• Provide validation results (HTML &amp; CSS).</w:t>
      </w:r>
      <w:r>
        <w:br/>
        <w:t>• Explain errors and fixes.</w:t>
      </w:r>
      <w:r>
        <w:br/>
      </w:r>
    </w:p>
    <w:p w14:paraId="0152AA25" w14:textId="77777777" w:rsidR="00E50ACC" w:rsidRDefault="00DA4174">
      <w:pPr>
        <w:pStyle w:val="Heading1"/>
      </w:pPr>
      <w:r>
        <w:t>4. Evaluation</w:t>
      </w:r>
    </w:p>
    <w:p w14:paraId="5B5603C3" w14:textId="77777777" w:rsidR="00E50ACC" w:rsidRDefault="00DA4174">
      <w:r>
        <w:t>a) Research:</w:t>
      </w:r>
      <w:r>
        <w:br/>
        <w:t>- Usability</w:t>
      </w:r>
      <w:r>
        <w:br/>
        <w:t>- Accessibility</w:t>
      </w:r>
      <w:r>
        <w:br/>
        <w:t>- SEO</w:t>
      </w:r>
      <w:r>
        <w:br/>
        <w:t>(Include academic sources)</w:t>
      </w:r>
      <w:r>
        <w:br/>
      </w:r>
    </w:p>
    <w:p w14:paraId="0DDB4422" w14:textId="77777777" w:rsidR="00E50ACC" w:rsidRDefault="00DA4174">
      <w:r>
        <w:t>b) Website Evaluation:</w:t>
      </w:r>
      <w:r>
        <w:br/>
        <w:t>- Usability &amp; Utility</w:t>
      </w:r>
      <w:r>
        <w:br/>
        <w:t>- SEO Techniques Used</w:t>
      </w:r>
      <w:r>
        <w:br/>
        <w:t>- Accessibility (WCAG 2.1)</w:t>
      </w:r>
      <w:r>
        <w:br/>
      </w:r>
    </w:p>
    <w:p w14:paraId="2FD187B2" w14:textId="77777777" w:rsidR="00E50ACC" w:rsidRDefault="00DA4174">
      <w:r>
        <w:t>c) Website Comparison:</w:t>
      </w:r>
      <w:r>
        <w:br/>
        <w:t>- Usability</w:t>
      </w:r>
      <w:r>
        <w:br/>
        <w:t>- Accessibility</w:t>
      </w:r>
      <w:r>
        <w:br/>
        <w:t>- SEO</w:t>
      </w:r>
      <w:r>
        <w:br/>
        <w:t>- Mobile Friendliness</w:t>
      </w:r>
      <w:r>
        <w:br/>
        <w:t>- Conclusion</w:t>
      </w:r>
      <w:r>
        <w:br/>
      </w:r>
    </w:p>
    <w:p w14:paraId="144F8C1C" w14:textId="77777777" w:rsidR="00E50ACC" w:rsidRDefault="00DA4174">
      <w:pPr>
        <w:pStyle w:val="Heading1"/>
      </w:pPr>
      <w:r>
        <w:t>5. Conclusion</w:t>
      </w:r>
    </w:p>
    <w:p w14:paraId="4ABEDCD9" w14:textId="77777777" w:rsidR="00E50ACC" w:rsidRDefault="00DA4174">
      <w:r>
        <w:t>Write your content here...</w:t>
      </w:r>
      <w:r>
        <w:br/>
      </w:r>
    </w:p>
    <w:p w14:paraId="172B4009" w14:textId="77777777" w:rsidR="00E50ACC" w:rsidRDefault="00DA4174">
      <w:pPr>
        <w:pStyle w:val="Heading1"/>
      </w:pPr>
      <w:r>
        <w:t>6. References (IEEE Format)</w:t>
      </w:r>
    </w:p>
    <w:p w14:paraId="71444C85" w14:textId="77777777" w:rsidR="00E50ACC" w:rsidRDefault="00DA4174">
      <w:r>
        <w:t>Use IEEE referencing style.</w:t>
      </w:r>
      <w:r>
        <w:br/>
      </w:r>
    </w:p>
    <w:p w14:paraId="64386D72" w14:textId="77777777" w:rsidR="00E50ACC" w:rsidRDefault="00DA4174">
      <w:pPr>
        <w:pStyle w:val="Heading1"/>
      </w:pPr>
      <w:r>
        <w:t>7. Appendices</w:t>
      </w:r>
    </w:p>
    <w:p w14:paraId="63CB943D" w14:textId="77777777" w:rsidR="00E50ACC" w:rsidRDefault="00DA4174">
      <w:r>
        <w:t>Include full HTML and CSS code listings.</w:t>
      </w:r>
      <w:r>
        <w:br/>
      </w:r>
    </w:p>
    <w:sectPr w:rsidR="00E50AC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35081215">
    <w:abstractNumId w:val="8"/>
  </w:num>
  <w:num w:numId="2" w16cid:durableId="1381054053">
    <w:abstractNumId w:val="6"/>
  </w:num>
  <w:num w:numId="3" w16cid:durableId="1250508629">
    <w:abstractNumId w:val="5"/>
  </w:num>
  <w:num w:numId="4" w16cid:durableId="1567298742">
    <w:abstractNumId w:val="4"/>
  </w:num>
  <w:num w:numId="5" w16cid:durableId="719595930">
    <w:abstractNumId w:val="7"/>
  </w:num>
  <w:num w:numId="6" w16cid:durableId="801384523">
    <w:abstractNumId w:val="3"/>
  </w:num>
  <w:num w:numId="7" w16cid:durableId="768084824">
    <w:abstractNumId w:val="2"/>
  </w:num>
  <w:num w:numId="8" w16cid:durableId="1199664101">
    <w:abstractNumId w:val="1"/>
  </w:num>
  <w:num w:numId="9" w16cid:durableId="1380087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E221A"/>
    <w:rsid w:val="007F0FB1"/>
    <w:rsid w:val="00AA1D8D"/>
    <w:rsid w:val="00B47730"/>
    <w:rsid w:val="00CB0664"/>
    <w:rsid w:val="00DA4174"/>
    <w:rsid w:val="00E50AC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FA7D6F"/>
  <w14:defaultImageDpi w14:val="300"/>
  <w15:docId w15:val="{CD171B3F-229F-C84C-AFB5-EC54C33B8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Kurtis Anthony Roy Douglas (2512503)</cp:lastModifiedBy>
  <cp:revision>2</cp:revision>
  <dcterms:created xsi:type="dcterms:W3CDTF">2026-03-25T12:16:00Z</dcterms:created>
  <dcterms:modified xsi:type="dcterms:W3CDTF">2026-03-25T12:16:00Z</dcterms:modified>
  <cp:category/>
</cp:coreProperties>
</file>