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FF1E5" w14:textId="452E5B9A" w:rsidR="005960E2" w:rsidRPr="00AC5D69" w:rsidRDefault="002A3B78">
      <w:pPr>
        <w:pStyle w:val="Title"/>
        <w:jc w:val="center"/>
        <w:rPr>
          <w:color w:val="000000" w:themeColor="text1"/>
          <w:sz w:val="28"/>
          <w:szCs w:val="28"/>
        </w:rPr>
      </w:pPr>
      <w:r w:rsidRPr="00AC5D69">
        <w:rPr>
          <w:color w:val="000000" w:themeColor="text1"/>
          <w:sz w:val="28"/>
          <w:szCs w:val="28"/>
        </w:rPr>
        <w:t>Health and Social Care Employability Portfoli</w:t>
      </w:r>
      <w:r w:rsidR="00AC5D69">
        <w:rPr>
          <w:color w:val="000000" w:themeColor="text1"/>
          <w:sz w:val="28"/>
          <w:szCs w:val="28"/>
        </w:rPr>
        <w:t>o</w:t>
      </w:r>
    </w:p>
    <w:p w14:paraId="7702620B" w14:textId="77777777" w:rsidR="00D4707B" w:rsidRDefault="00D4707B">
      <w:pPr>
        <w:spacing w:line="360" w:lineRule="auto"/>
        <w:rPr>
          <w:sz w:val="28"/>
          <w:szCs w:val="28"/>
        </w:rPr>
      </w:pPr>
    </w:p>
    <w:p w14:paraId="10FFAB85" w14:textId="624E7599" w:rsidR="005960E2" w:rsidRPr="00D4707B" w:rsidRDefault="002A3B78">
      <w:pPr>
        <w:spacing w:line="360" w:lineRule="auto"/>
        <w:rPr>
          <w:sz w:val="28"/>
          <w:szCs w:val="28"/>
        </w:rPr>
      </w:pPr>
      <w:r w:rsidRPr="00D4707B">
        <w:rPr>
          <w:sz w:val="28"/>
          <w:szCs w:val="28"/>
        </w:rPr>
        <w:t xml:space="preserve">Student Name: </w:t>
      </w:r>
      <w:r w:rsidR="008626E3" w:rsidRPr="00D4707B">
        <w:rPr>
          <w:sz w:val="28"/>
          <w:szCs w:val="28"/>
        </w:rPr>
        <w:t>Tayyaba Nadeem</w:t>
      </w:r>
    </w:p>
    <w:p w14:paraId="3B63D22D" w14:textId="107BB4D5" w:rsidR="005960E2" w:rsidRPr="00D4707B" w:rsidRDefault="002A3B78">
      <w:pPr>
        <w:spacing w:line="360" w:lineRule="auto"/>
        <w:rPr>
          <w:sz w:val="28"/>
          <w:szCs w:val="28"/>
        </w:rPr>
      </w:pPr>
      <w:r w:rsidRPr="00D4707B">
        <w:rPr>
          <w:sz w:val="28"/>
          <w:szCs w:val="28"/>
        </w:rPr>
        <w:t xml:space="preserve">Student Number: </w:t>
      </w:r>
      <w:r w:rsidR="008626E3" w:rsidRPr="00D4707B">
        <w:rPr>
          <w:sz w:val="28"/>
          <w:szCs w:val="28"/>
        </w:rPr>
        <w:t>2432012</w:t>
      </w:r>
    </w:p>
    <w:p w14:paraId="7F82DF69" w14:textId="77777777" w:rsidR="005960E2" w:rsidRPr="00D4707B" w:rsidRDefault="002A3B78">
      <w:pPr>
        <w:spacing w:line="360" w:lineRule="auto"/>
        <w:rPr>
          <w:sz w:val="28"/>
          <w:szCs w:val="28"/>
        </w:rPr>
      </w:pPr>
      <w:r w:rsidRPr="00D4707B">
        <w:rPr>
          <w:sz w:val="28"/>
          <w:szCs w:val="28"/>
        </w:rPr>
        <w:t>Module Code: LCHS4009</w:t>
      </w:r>
    </w:p>
    <w:p w14:paraId="5AC1C1E5" w14:textId="77777777" w:rsidR="005960E2" w:rsidRPr="00D4707B" w:rsidRDefault="002A3B78">
      <w:pPr>
        <w:spacing w:line="360" w:lineRule="auto"/>
        <w:rPr>
          <w:sz w:val="28"/>
          <w:szCs w:val="28"/>
        </w:rPr>
      </w:pPr>
      <w:r w:rsidRPr="00D4707B">
        <w:rPr>
          <w:sz w:val="28"/>
          <w:szCs w:val="28"/>
        </w:rPr>
        <w:t>Module Title: Skills for Health and Social Care Employability</w:t>
      </w:r>
    </w:p>
    <w:p w14:paraId="563846AE" w14:textId="04361783" w:rsidR="005960E2" w:rsidRPr="00D4707B" w:rsidRDefault="002A3B78">
      <w:pPr>
        <w:spacing w:line="360" w:lineRule="auto"/>
        <w:rPr>
          <w:sz w:val="28"/>
          <w:szCs w:val="28"/>
        </w:rPr>
      </w:pPr>
      <w:r w:rsidRPr="00D4707B">
        <w:rPr>
          <w:sz w:val="28"/>
          <w:szCs w:val="28"/>
        </w:rPr>
        <w:t xml:space="preserve">Lecturer Name: </w:t>
      </w:r>
      <w:proofErr w:type="spellStart"/>
      <w:r w:rsidR="008626E3" w:rsidRPr="00D4707B">
        <w:rPr>
          <w:sz w:val="28"/>
          <w:szCs w:val="28"/>
        </w:rPr>
        <w:t>Olubukola</w:t>
      </w:r>
      <w:proofErr w:type="spellEnd"/>
      <w:r w:rsidR="008626E3" w:rsidRPr="00D4707B">
        <w:rPr>
          <w:sz w:val="28"/>
          <w:szCs w:val="28"/>
        </w:rPr>
        <w:t xml:space="preserve"> </w:t>
      </w:r>
      <w:proofErr w:type="spellStart"/>
      <w:r w:rsidR="008626E3" w:rsidRPr="00D4707B">
        <w:rPr>
          <w:sz w:val="28"/>
          <w:szCs w:val="28"/>
        </w:rPr>
        <w:t>Adegbite</w:t>
      </w:r>
      <w:proofErr w:type="spellEnd"/>
    </w:p>
    <w:p w14:paraId="47FC6EE8" w14:textId="77777777" w:rsidR="005960E2" w:rsidRDefault="002A3B78">
      <w:pPr>
        <w:spacing w:line="360" w:lineRule="auto"/>
      </w:pPr>
      <w:r w:rsidRPr="00D4707B">
        <w:rPr>
          <w:sz w:val="28"/>
          <w:szCs w:val="28"/>
        </w:rPr>
        <w:t>Assignment Title: Employability Portfolio for Health and Social Care</w:t>
      </w:r>
    </w:p>
    <w:p w14:paraId="3A379120" w14:textId="77777777" w:rsidR="005960E2" w:rsidRDefault="002A3B78">
      <w:r>
        <w:br w:type="page"/>
      </w:r>
    </w:p>
    <w:p w14:paraId="00C7401C" w14:textId="77777777" w:rsidR="005960E2" w:rsidRPr="00C17AD0" w:rsidRDefault="002A3B78">
      <w:pPr>
        <w:pStyle w:val="Heading1"/>
        <w:rPr>
          <w:color w:val="000000" w:themeColor="text1"/>
        </w:rPr>
      </w:pPr>
      <w:r w:rsidRPr="00C17AD0">
        <w:rPr>
          <w:rFonts w:ascii="Arial" w:hAnsi="Arial"/>
          <w:color w:val="000000" w:themeColor="text1"/>
        </w:rPr>
        <w:lastRenderedPageBreak/>
        <w:t>Chosen Job Role</w:t>
      </w:r>
    </w:p>
    <w:p w14:paraId="76F33096" w14:textId="77777777" w:rsidR="005960E2" w:rsidRDefault="002A3B78">
      <w:pPr>
        <w:spacing w:line="360" w:lineRule="auto"/>
      </w:pPr>
      <w:r>
        <w:t>Job Title: Health Care Assistant (Supporting patients with personal care and daily activities)</w:t>
      </w:r>
    </w:p>
    <w:p w14:paraId="6A9BD018" w14:textId="77777777" w:rsidR="005960E2" w:rsidRDefault="002A3B78">
      <w:pPr>
        <w:spacing w:line="360" w:lineRule="auto"/>
      </w:pPr>
      <w:r>
        <w:t>Typical Responsibilities:</w:t>
      </w:r>
    </w:p>
    <w:p w14:paraId="768B19C8" w14:textId="77777777" w:rsidR="005960E2" w:rsidRDefault="002A3B78">
      <w:pPr>
        <w:spacing w:line="360" w:lineRule="auto"/>
      </w:pPr>
      <w:r>
        <w:t>• Supporting patients with personal care such as washing, dressing, and hygiene.</w:t>
      </w:r>
    </w:p>
    <w:p w14:paraId="51691188" w14:textId="00974114" w:rsidR="005960E2" w:rsidRDefault="002A3B78">
      <w:pPr>
        <w:spacing w:line="360" w:lineRule="auto"/>
      </w:pPr>
      <w:r>
        <w:t xml:space="preserve">• </w:t>
      </w:r>
      <w:r w:rsidR="000233EF">
        <w:t>Helping</w:t>
      </w:r>
      <w:r>
        <w:t xml:space="preserve"> patients with daily activities including eating, mobility, and medication reminders.</w:t>
      </w:r>
    </w:p>
    <w:p w14:paraId="46D25C42" w14:textId="6CCD3026" w:rsidR="005960E2" w:rsidRDefault="002A3B78">
      <w:pPr>
        <w:spacing w:line="360" w:lineRule="auto"/>
      </w:pPr>
      <w:r>
        <w:t xml:space="preserve">• </w:t>
      </w:r>
      <w:r w:rsidR="00D443EB">
        <w:t>Checking</w:t>
      </w:r>
      <w:r>
        <w:t xml:space="preserve"> patient wellbeing and reporting any concerns to nurses or healthcare professionals.</w:t>
      </w:r>
    </w:p>
    <w:p w14:paraId="0F2A1F41" w14:textId="77777777" w:rsidR="005960E2" w:rsidRDefault="002A3B78">
      <w:pPr>
        <w:spacing w:line="360" w:lineRule="auto"/>
      </w:pPr>
      <w:r>
        <w:t>• Providing emotional support and companionship to patients.</w:t>
      </w:r>
    </w:p>
    <w:p w14:paraId="5DFDBAD5" w14:textId="6C2B4DCF" w:rsidR="005960E2" w:rsidRDefault="002A3B78">
      <w:pPr>
        <w:spacing w:line="360" w:lineRule="auto"/>
      </w:pPr>
      <w:r>
        <w:t xml:space="preserve">• </w:t>
      </w:r>
      <w:r w:rsidR="00D443EB">
        <w:t>Supporting</w:t>
      </w:r>
      <w:r>
        <w:t xml:space="preserve"> cleanliness and safety within the care environment.</w:t>
      </w:r>
    </w:p>
    <w:p w14:paraId="69F55C63" w14:textId="77777777" w:rsidR="005960E2" w:rsidRDefault="002A3B78">
      <w:pPr>
        <w:spacing w:line="360" w:lineRule="auto"/>
      </w:pPr>
      <w:r>
        <w:t>Note: Insert a screenshot or copy of a real job advertisement here.</w:t>
      </w:r>
    </w:p>
    <w:p w14:paraId="04E62819" w14:textId="77777777" w:rsidR="005960E2" w:rsidRDefault="002A3B78">
      <w:r>
        <w:br w:type="page"/>
      </w:r>
    </w:p>
    <w:p w14:paraId="0C9CEA4D" w14:textId="77777777" w:rsidR="005960E2" w:rsidRDefault="002A3B78">
      <w:pPr>
        <w:pStyle w:val="Heading1"/>
      </w:pPr>
      <w:r w:rsidRPr="002969A3">
        <w:rPr>
          <w:rFonts w:ascii="Arial" w:hAnsi="Arial"/>
          <w:color w:val="000000" w:themeColor="text1"/>
        </w:rPr>
        <w:lastRenderedPageBreak/>
        <w:t>Task 1: Professional CV</w:t>
      </w:r>
    </w:p>
    <w:p w14:paraId="7AD54DAE" w14:textId="5E8A8D3D" w:rsidR="005960E2" w:rsidRDefault="002A3B78">
      <w:pPr>
        <w:spacing w:line="360" w:lineRule="auto"/>
      </w:pPr>
      <w:r>
        <w:t xml:space="preserve">Name: </w:t>
      </w:r>
      <w:r w:rsidR="002969A3">
        <w:t xml:space="preserve">Tayyaba </w:t>
      </w:r>
      <w:r w:rsidR="00106457">
        <w:t xml:space="preserve">Nadeem </w:t>
      </w:r>
    </w:p>
    <w:p w14:paraId="641217E0" w14:textId="32434331" w:rsidR="005960E2" w:rsidRDefault="002A3B78">
      <w:pPr>
        <w:spacing w:line="360" w:lineRule="auto"/>
      </w:pPr>
      <w:r>
        <w:t xml:space="preserve">Address: </w:t>
      </w:r>
      <w:r w:rsidR="00106457">
        <w:t>56</w:t>
      </w:r>
      <w:r w:rsidR="00E87373">
        <w:t xml:space="preserve"> hermitage </w:t>
      </w:r>
      <w:r w:rsidR="00A56C70">
        <w:t>road</w:t>
      </w:r>
    </w:p>
    <w:p w14:paraId="252ADC65" w14:textId="161EAFCA" w:rsidR="005960E2" w:rsidRDefault="002A3B78">
      <w:pPr>
        <w:spacing w:line="360" w:lineRule="auto"/>
      </w:pPr>
      <w:r>
        <w:t xml:space="preserve">Phone: </w:t>
      </w:r>
      <w:r w:rsidR="00A56C70">
        <w:t>07738767325</w:t>
      </w:r>
    </w:p>
    <w:p w14:paraId="3EC30FA5" w14:textId="42B500C2" w:rsidR="005B3237" w:rsidRDefault="000234D7">
      <w:pPr>
        <w:spacing w:line="360" w:lineRule="auto"/>
      </w:pPr>
      <w:r>
        <w:t xml:space="preserve">Email: </w:t>
      </w:r>
      <w:proofErr w:type="spellStart"/>
      <w:r>
        <w:t>Tayyaba</w:t>
      </w:r>
      <w:r w:rsidR="005B3237">
        <w:t>nadeem2011</w:t>
      </w:r>
      <w:proofErr w:type="spellEnd"/>
      <w:r w:rsidR="005B3237">
        <w:t>@hotmail.com</w:t>
      </w:r>
    </w:p>
    <w:p w14:paraId="103438B2" w14:textId="77777777" w:rsidR="005960E2" w:rsidRDefault="002A3B78">
      <w:pPr>
        <w:spacing w:line="360" w:lineRule="auto"/>
      </w:pPr>
      <w:r>
        <w:t>Personal Profile</w:t>
      </w:r>
    </w:p>
    <w:p w14:paraId="3E6FCEC5" w14:textId="5B155ABE" w:rsidR="005960E2" w:rsidRDefault="002A3B78">
      <w:pPr>
        <w:spacing w:line="360" w:lineRule="auto"/>
      </w:pPr>
      <w:r>
        <w:t xml:space="preserve">A compassionate and dedicated individual seeking a role as a Health Care Assistant. I am passionate about supporting patients with personal care and daily activities while ensuring their dignity, comfort, and wellbeing. I have </w:t>
      </w:r>
      <w:r w:rsidR="000234D7">
        <w:t>good  communication</w:t>
      </w:r>
      <w:r>
        <w:t xml:space="preserve"> skills, empathy, and the ability to work effectively within a healthcare team.</w:t>
      </w:r>
    </w:p>
    <w:p w14:paraId="625C27B1" w14:textId="77777777" w:rsidR="005960E2" w:rsidRDefault="002A3B78">
      <w:pPr>
        <w:spacing w:line="360" w:lineRule="auto"/>
      </w:pPr>
      <w:r>
        <w:t>Education</w:t>
      </w:r>
    </w:p>
    <w:p w14:paraId="046BA020" w14:textId="77777777" w:rsidR="005960E2" w:rsidRDefault="002A3B78">
      <w:pPr>
        <w:spacing w:line="360" w:lineRule="auto"/>
      </w:pPr>
      <w:r>
        <w:t>• Current Course/Diploma in Health and Social Care – College/University Name</w:t>
      </w:r>
    </w:p>
    <w:p w14:paraId="2FEA918A" w14:textId="77777777" w:rsidR="005960E2" w:rsidRDefault="002A3B78">
      <w:pPr>
        <w:spacing w:line="360" w:lineRule="auto"/>
      </w:pPr>
      <w:r>
        <w:t>• High School Qualification – School Name</w:t>
      </w:r>
    </w:p>
    <w:p w14:paraId="54DE3186" w14:textId="77777777" w:rsidR="005960E2" w:rsidRDefault="002A3B78">
      <w:pPr>
        <w:spacing w:line="360" w:lineRule="auto"/>
      </w:pPr>
      <w:r>
        <w:t>Work or Voluntary Experience</w:t>
      </w:r>
    </w:p>
    <w:p w14:paraId="6B1ECC13" w14:textId="77777777" w:rsidR="005960E2" w:rsidRDefault="002A3B78">
      <w:pPr>
        <w:spacing w:line="360" w:lineRule="auto"/>
      </w:pPr>
      <w:r>
        <w:t>• Volunteer – Community Care Centre</w:t>
      </w:r>
    </w:p>
    <w:p w14:paraId="1787F269" w14:textId="57F911E5" w:rsidR="005960E2" w:rsidRDefault="002A3B78">
      <w:pPr>
        <w:spacing w:line="360" w:lineRule="auto"/>
      </w:pPr>
      <w:r>
        <w:t xml:space="preserve">  </w:t>
      </w:r>
      <w:r w:rsidR="00D443EB">
        <w:t>Helped</w:t>
      </w:r>
      <w:r>
        <w:t xml:space="preserve"> elderly individuals with daily activities and provided companionship.</w:t>
      </w:r>
    </w:p>
    <w:p w14:paraId="556B6336" w14:textId="77777777" w:rsidR="005960E2" w:rsidRDefault="002A3B78">
      <w:pPr>
        <w:spacing w:line="360" w:lineRule="auto"/>
      </w:pPr>
      <w:r>
        <w:t>• Part-time Work – Customer Service Role</w:t>
      </w:r>
    </w:p>
    <w:p w14:paraId="13C9E9E2" w14:textId="77777777" w:rsidR="005960E2" w:rsidRDefault="002A3B78">
      <w:pPr>
        <w:spacing w:line="360" w:lineRule="auto"/>
      </w:pPr>
      <w:r>
        <w:t xml:space="preserve">  Developed communication, teamwork, and problem-solving skills.</w:t>
      </w:r>
    </w:p>
    <w:p w14:paraId="441E3FB8" w14:textId="77777777" w:rsidR="005960E2" w:rsidRDefault="002A3B78">
      <w:pPr>
        <w:spacing w:line="360" w:lineRule="auto"/>
      </w:pPr>
      <w:r>
        <w:t>Key Skills</w:t>
      </w:r>
    </w:p>
    <w:p w14:paraId="577F4DA9" w14:textId="77777777" w:rsidR="005960E2" w:rsidRDefault="002A3B78">
      <w:pPr>
        <w:spacing w:line="360" w:lineRule="auto"/>
      </w:pPr>
      <w:r>
        <w:t>• Communication and interpersonal skills</w:t>
      </w:r>
    </w:p>
    <w:p w14:paraId="49D321BD" w14:textId="77777777" w:rsidR="005960E2" w:rsidRDefault="002A3B78">
      <w:pPr>
        <w:spacing w:line="360" w:lineRule="auto"/>
      </w:pPr>
      <w:r>
        <w:t>• Compassion and empathy</w:t>
      </w:r>
    </w:p>
    <w:p w14:paraId="43C2253A" w14:textId="77777777" w:rsidR="005960E2" w:rsidRDefault="002A3B78">
      <w:pPr>
        <w:spacing w:line="360" w:lineRule="auto"/>
      </w:pPr>
      <w:r>
        <w:t>• Teamwork and collaboration</w:t>
      </w:r>
    </w:p>
    <w:p w14:paraId="0A1B0C8C" w14:textId="77777777" w:rsidR="005960E2" w:rsidRDefault="002A3B78">
      <w:pPr>
        <w:spacing w:line="360" w:lineRule="auto"/>
      </w:pPr>
      <w:r>
        <w:t>• Time management</w:t>
      </w:r>
    </w:p>
    <w:p w14:paraId="4ABD0E9B" w14:textId="77777777" w:rsidR="005960E2" w:rsidRDefault="002A3B78">
      <w:pPr>
        <w:spacing w:line="360" w:lineRule="auto"/>
      </w:pPr>
      <w:r>
        <w:t>• Basic patient care support</w:t>
      </w:r>
    </w:p>
    <w:p w14:paraId="51E62F8B" w14:textId="77777777" w:rsidR="005960E2" w:rsidRDefault="002A3B78">
      <w:pPr>
        <w:spacing w:line="360" w:lineRule="auto"/>
      </w:pPr>
      <w:r>
        <w:lastRenderedPageBreak/>
        <w:t>Achievements</w:t>
      </w:r>
    </w:p>
    <w:p w14:paraId="06BABC2B" w14:textId="77777777" w:rsidR="005960E2" w:rsidRDefault="002A3B78">
      <w:pPr>
        <w:spacing w:line="360" w:lineRule="auto"/>
      </w:pPr>
      <w:r>
        <w:t>• First Aid Training</w:t>
      </w:r>
    </w:p>
    <w:p w14:paraId="44D17AD6" w14:textId="77777777" w:rsidR="005960E2" w:rsidRDefault="002A3B78">
      <w:pPr>
        <w:spacing w:line="360" w:lineRule="auto"/>
      </w:pPr>
      <w:r>
        <w:t>• Safeguarding Awareness Certificate</w:t>
      </w:r>
    </w:p>
    <w:p w14:paraId="33624CF1" w14:textId="77777777" w:rsidR="005960E2" w:rsidRDefault="002A3B78">
      <w:pPr>
        <w:spacing w:line="360" w:lineRule="auto"/>
      </w:pPr>
      <w:r>
        <w:t>Interests and Hobbies</w:t>
      </w:r>
    </w:p>
    <w:p w14:paraId="5D2E944A" w14:textId="77777777" w:rsidR="005960E2" w:rsidRDefault="002A3B78">
      <w:pPr>
        <w:spacing w:line="360" w:lineRule="auto"/>
      </w:pPr>
      <w:r>
        <w:t>• Volunteering in community activities</w:t>
      </w:r>
    </w:p>
    <w:p w14:paraId="5EFBB372" w14:textId="77777777" w:rsidR="005960E2" w:rsidRDefault="002A3B78">
      <w:pPr>
        <w:spacing w:line="360" w:lineRule="auto"/>
      </w:pPr>
      <w:r>
        <w:t>• Learning about healthcare and wellbeing</w:t>
      </w:r>
    </w:p>
    <w:p w14:paraId="79201113" w14:textId="77777777" w:rsidR="005960E2" w:rsidRDefault="002A3B78">
      <w:pPr>
        <w:spacing w:line="360" w:lineRule="auto"/>
      </w:pPr>
      <w:r>
        <w:t>• Reading and fitness</w:t>
      </w:r>
    </w:p>
    <w:p w14:paraId="5E3BFEFC" w14:textId="77777777" w:rsidR="005960E2" w:rsidRDefault="002A3B78">
      <w:pPr>
        <w:spacing w:line="360" w:lineRule="auto"/>
      </w:pPr>
      <w:r>
        <w:t>References</w:t>
      </w:r>
    </w:p>
    <w:p w14:paraId="3EB1F7C4" w14:textId="77777777" w:rsidR="005960E2" w:rsidRDefault="002A3B78">
      <w:pPr>
        <w:spacing w:line="360" w:lineRule="auto"/>
      </w:pPr>
      <w:r>
        <w:t>Available upon request.</w:t>
      </w:r>
    </w:p>
    <w:p w14:paraId="4C7AFB76" w14:textId="77777777" w:rsidR="005960E2" w:rsidRDefault="002A3B78">
      <w:r>
        <w:br w:type="page"/>
      </w:r>
    </w:p>
    <w:p w14:paraId="250DAEDE" w14:textId="77777777" w:rsidR="005960E2" w:rsidRDefault="002A3B78">
      <w:pPr>
        <w:pStyle w:val="Heading1"/>
      </w:pPr>
      <w:r>
        <w:rPr>
          <w:rFonts w:ascii="Arial" w:hAnsi="Arial"/>
        </w:rPr>
        <w:lastRenderedPageBreak/>
        <w:t>Task 2: Personal Statement (Approx. 500 Words)</w:t>
      </w:r>
    </w:p>
    <w:p w14:paraId="18FA3BB0" w14:textId="29437913" w:rsidR="005960E2" w:rsidRDefault="002A3B78">
      <w:pPr>
        <w:spacing w:line="360" w:lineRule="auto"/>
      </w:pPr>
      <w:r>
        <w:t xml:space="preserve">I am highly motivated to pursue a career within the health and social care sector, particularly in the role of a Health Care Assistant. My main career goal is to support individuals who </w:t>
      </w:r>
      <w:r w:rsidR="00D443EB">
        <w:t>need</w:t>
      </w:r>
      <w:r>
        <w:t xml:space="preserve"> </w:t>
      </w:r>
      <w:r w:rsidR="009E719D">
        <w:t>help</w:t>
      </w:r>
      <w:r>
        <w:t xml:space="preserve"> with their personal care and daily activities while ensuring they </w:t>
      </w:r>
      <w:bookmarkStart w:id="0" w:name="_Int_PBFmQlZA"/>
      <w:r>
        <w:t>are treated</w:t>
      </w:r>
      <w:bookmarkEnd w:id="0"/>
      <w:r>
        <w:t xml:space="preserve"> with dignity, respect, and compassion.</w:t>
      </w:r>
    </w:p>
    <w:p w14:paraId="52D09BE3" w14:textId="6EAD8338" w:rsidR="005960E2" w:rsidRDefault="002A3B78">
      <w:pPr>
        <w:spacing w:line="360" w:lineRule="auto"/>
      </w:pPr>
      <w:r>
        <w:t xml:space="preserve">My education in health and social care has provided me with a strong understanding of the principles required for providing effective care. Through my studies, I have learned about safeguarding, communication in care environments, and the importance of </w:t>
      </w:r>
      <w:r w:rsidR="00771F94">
        <w:t>supporting</w:t>
      </w:r>
      <w:r>
        <w:t xml:space="preserve"> patient safety and wellbeing.</w:t>
      </w:r>
    </w:p>
    <w:p w14:paraId="27F94236" w14:textId="77777777" w:rsidR="005960E2" w:rsidRDefault="002A3B78">
      <w:pPr>
        <w:spacing w:line="360" w:lineRule="auto"/>
      </w:pPr>
      <w:r>
        <w:t>One of my strongest qualities is my ability to communicate effectively with others. In a healthcare setting, communication is essential for understanding patient needs and ensuring that individuals feel comfortable and respected. I am also a patient and empathetic person, which helps me build positive relationships with people who may be vulnerable or experiencing health challenges.</w:t>
      </w:r>
    </w:p>
    <w:p w14:paraId="206DD6EE" w14:textId="77777777" w:rsidR="005960E2" w:rsidRDefault="002A3B78">
      <w:pPr>
        <w:spacing w:line="360" w:lineRule="auto"/>
      </w:pPr>
      <w:r>
        <w:t>I am also a reliable and responsible individual who understands the importance of professionalism in healthcare. Supporting patients with tasks such as washing, dressing, mobility, and daily routines requires patience, attention to detail, and strong teamwork with other healthcare professionals.</w:t>
      </w:r>
    </w:p>
    <w:p w14:paraId="30DB1C9D" w14:textId="05D22DA8" w:rsidR="005960E2" w:rsidRDefault="002A3B78">
      <w:pPr>
        <w:spacing w:line="360" w:lineRule="auto"/>
      </w:pPr>
      <w:r>
        <w:t xml:space="preserve">My aim is to gain practical experience as a Health Care Assistant so that I can develop my skills further and make a positive difference in people's lives. In the future, I hope to continue progressing within the healthcare field by gaining </w:t>
      </w:r>
      <w:r w:rsidR="00B7116F">
        <w:t>added</w:t>
      </w:r>
      <w:r>
        <w:t xml:space="preserve"> training and qualifications.</w:t>
      </w:r>
    </w:p>
    <w:p w14:paraId="60E576B2" w14:textId="66B8D976" w:rsidR="005960E2" w:rsidRDefault="002A3B78">
      <w:pPr>
        <w:spacing w:line="360" w:lineRule="auto"/>
      </w:pPr>
      <w:r>
        <w:t xml:space="preserve">I believe that my compassion, motivation, and willingness to learn would make me a valuable member of any healthcare team. I am eager to contribute to providing high-quality care and ensuring patients receive the support they need to </w:t>
      </w:r>
      <w:r w:rsidR="00B7116F">
        <w:t>keep</w:t>
      </w:r>
      <w:r>
        <w:t xml:space="preserve"> their wellbeing and independence.</w:t>
      </w:r>
    </w:p>
    <w:p w14:paraId="5E076553" w14:textId="77777777" w:rsidR="005960E2" w:rsidRDefault="002A3B78">
      <w:r>
        <w:br w:type="page"/>
      </w:r>
    </w:p>
    <w:p w14:paraId="5CC7191C" w14:textId="77777777" w:rsidR="005960E2" w:rsidRPr="0026332D" w:rsidRDefault="002A3B78">
      <w:pPr>
        <w:pStyle w:val="Heading1"/>
        <w:rPr>
          <w:color w:val="000000" w:themeColor="text1"/>
          <w:sz w:val="26"/>
          <w:szCs w:val="26"/>
        </w:rPr>
      </w:pPr>
      <w:r w:rsidRPr="0026332D">
        <w:rPr>
          <w:rFonts w:ascii="Arial" w:hAnsi="Arial"/>
          <w:color w:val="000000" w:themeColor="text1"/>
          <w:sz w:val="26"/>
          <w:szCs w:val="26"/>
        </w:rPr>
        <w:lastRenderedPageBreak/>
        <w:t>Task 3a: SWOT Analysis</w:t>
      </w:r>
    </w:p>
    <w:p w14:paraId="5D1B3FF4" w14:textId="77777777" w:rsidR="005960E2" w:rsidRDefault="002A3B78">
      <w:pPr>
        <w:spacing w:line="360" w:lineRule="auto"/>
      </w:pPr>
      <w:r>
        <w:t>Strengths</w:t>
      </w:r>
    </w:p>
    <w:p w14:paraId="79716C59" w14:textId="77777777" w:rsidR="005960E2" w:rsidRDefault="002A3B78">
      <w:pPr>
        <w:spacing w:line="360" w:lineRule="auto"/>
      </w:pPr>
      <w:r>
        <w:t>• Compassionate and caring personality</w:t>
      </w:r>
    </w:p>
    <w:p w14:paraId="0F568414" w14:textId="77777777" w:rsidR="005960E2" w:rsidRDefault="002A3B78">
      <w:pPr>
        <w:spacing w:line="360" w:lineRule="auto"/>
      </w:pPr>
      <w:r>
        <w:t>• Good communication skills</w:t>
      </w:r>
    </w:p>
    <w:p w14:paraId="05159C68" w14:textId="77777777" w:rsidR="005960E2" w:rsidRDefault="002A3B78">
      <w:pPr>
        <w:spacing w:line="360" w:lineRule="auto"/>
      </w:pPr>
      <w:r>
        <w:t>• Ability to work well in a team</w:t>
      </w:r>
    </w:p>
    <w:p w14:paraId="291DEA8B" w14:textId="77777777" w:rsidR="005960E2" w:rsidRDefault="002A3B78">
      <w:pPr>
        <w:spacing w:line="360" w:lineRule="auto"/>
      </w:pPr>
      <w:r>
        <w:t>Weaknesses</w:t>
      </w:r>
    </w:p>
    <w:p w14:paraId="7BBBA924" w14:textId="77777777" w:rsidR="005960E2" w:rsidRDefault="002A3B78">
      <w:pPr>
        <w:spacing w:line="360" w:lineRule="auto"/>
      </w:pPr>
      <w:r>
        <w:t>• Limited professional healthcare experience</w:t>
      </w:r>
    </w:p>
    <w:p w14:paraId="6954B154" w14:textId="77777777" w:rsidR="005960E2" w:rsidRDefault="002A3B78">
      <w:pPr>
        <w:spacing w:line="360" w:lineRule="auto"/>
      </w:pPr>
      <w:r>
        <w:t>• Need to build confidence in clinical environments</w:t>
      </w:r>
    </w:p>
    <w:p w14:paraId="7123C8E4" w14:textId="77777777" w:rsidR="005960E2" w:rsidRDefault="002A3B78">
      <w:pPr>
        <w:spacing w:line="360" w:lineRule="auto"/>
      </w:pPr>
      <w:r>
        <w:t>Opportunities</w:t>
      </w:r>
    </w:p>
    <w:p w14:paraId="04DEC9D1" w14:textId="77777777" w:rsidR="005960E2" w:rsidRDefault="002A3B78">
      <w:pPr>
        <w:spacing w:line="360" w:lineRule="auto"/>
      </w:pPr>
      <w:r>
        <w:t>• Training and certifications in healthcare</w:t>
      </w:r>
    </w:p>
    <w:p w14:paraId="71F11B7C" w14:textId="77777777" w:rsidR="005960E2" w:rsidRDefault="002A3B78">
      <w:pPr>
        <w:spacing w:line="360" w:lineRule="auto"/>
      </w:pPr>
      <w:r>
        <w:t>• Work experience in hospitals or care homes</w:t>
      </w:r>
    </w:p>
    <w:p w14:paraId="49B8459A" w14:textId="77777777" w:rsidR="005960E2" w:rsidRDefault="002A3B78">
      <w:pPr>
        <w:spacing w:line="360" w:lineRule="auto"/>
      </w:pPr>
      <w:r>
        <w:t>Threats</w:t>
      </w:r>
    </w:p>
    <w:p w14:paraId="3D5311D1" w14:textId="77777777" w:rsidR="005960E2" w:rsidRDefault="002A3B78">
      <w:pPr>
        <w:spacing w:line="360" w:lineRule="auto"/>
      </w:pPr>
      <w:r>
        <w:t>• Competitive job market</w:t>
      </w:r>
    </w:p>
    <w:p w14:paraId="36DF55D8" w14:textId="77777777" w:rsidR="005960E2" w:rsidRDefault="002A3B78">
      <w:pPr>
        <w:spacing w:line="360" w:lineRule="auto"/>
      </w:pPr>
      <w:r>
        <w:t>• Emotional stress when working with vulnerable patients</w:t>
      </w:r>
    </w:p>
    <w:p w14:paraId="30ED0DEB" w14:textId="77777777" w:rsidR="005960E2" w:rsidRPr="0026332D" w:rsidRDefault="002A3B78">
      <w:pPr>
        <w:pStyle w:val="Heading1"/>
        <w:rPr>
          <w:color w:val="000000" w:themeColor="text1"/>
          <w:sz w:val="26"/>
          <w:szCs w:val="26"/>
        </w:rPr>
      </w:pPr>
      <w:r w:rsidRPr="0026332D">
        <w:rPr>
          <w:rFonts w:ascii="Arial" w:hAnsi="Arial"/>
          <w:color w:val="000000" w:themeColor="text1"/>
          <w:sz w:val="26"/>
          <w:szCs w:val="26"/>
        </w:rPr>
        <w:t>Task 3b: Personal Development Plan</w:t>
      </w:r>
    </w:p>
    <w:p w14:paraId="113BD108" w14:textId="77777777" w:rsidR="005960E2" w:rsidRDefault="002A3B78">
      <w:pPr>
        <w:spacing w:line="360" w:lineRule="auto"/>
      </w:pPr>
      <w:r>
        <w:t>Goal 1: Improve communication skills in healthcare environments.</w:t>
      </w:r>
    </w:p>
    <w:p w14:paraId="3ECEDF85" w14:textId="77777777" w:rsidR="005960E2" w:rsidRDefault="002A3B78">
      <w:pPr>
        <w:spacing w:line="360" w:lineRule="auto"/>
      </w:pPr>
      <w:r>
        <w:t>Action: Attend communication training and practice during volunteering.</w:t>
      </w:r>
    </w:p>
    <w:p w14:paraId="2161D353" w14:textId="0ED68DB1" w:rsidR="005960E2" w:rsidRDefault="00B7116F">
      <w:pPr>
        <w:spacing w:line="360" w:lineRule="auto"/>
      </w:pPr>
      <w:r>
        <w:t>Time limit</w:t>
      </w:r>
      <w:r w:rsidR="002A3B78">
        <w:t>: 6 months.</w:t>
      </w:r>
    </w:p>
    <w:p w14:paraId="40F4E11B" w14:textId="77777777" w:rsidR="005960E2" w:rsidRDefault="002A3B78">
      <w:pPr>
        <w:spacing w:line="360" w:lineRule="auto"/>
      </w:pPr>
      <w:r>
        <w:t>Monitoring: Feedback from supervisors and self-reflection.</w:t>
      </w:r>
    </w:p>
    <w:p w14:paraId="0D6CAD5E" w14:textId="77777777" w:rsidR="005960E2" w:rsidRDefault="002A3B78">
      <w:pPr>
        <w:spacing w:line="360" w:lineRule="auto"/>
      </w:pPr>
      <w:r>
        <w:t>Goal 2: Gain practical healthcare experience.</w:t>
      </w:r>
    </w:p>
    <w:p w14:paraId="1D43997C" w14:textId="77777777" w:rsidR="005960E2" w:rsidRDefault="002A3B78">
      <w:pPr>
        <w:spacing w:line="360" w:lineRule="auto"/>
      </w:pPr>
      <w:r>
        <w:t>Action: Volunteer or work part-time in a care home or hospital.</w:t>
      </w:r>
    </w:p>
    <w:p w14:paraId="4563F593" w14:textId="0DACC898" w:rsidR="005960E2" w:rsidRDefault="00B7116F">
      <w:pPr>
        <w:spacing w:line="360" w:lineRule="auto"/>
      </w:pPr>
      <w:r>
        <w:t>Time</w:t>
      </w:r>
      <w:r w:rsidR="002A3B78">
        <w:t>: 1 year.</w:t>
      </w:r>
    </w:p>
    <w:p w14:paraId="26D0E5D7" w14:textId="77777777" w:rsidR="005960E2" w:rsidRDefault="002A3B78">
      <w:pPr>
        <w:spacing w:line="360" w:lineRule="auto"/>
      </w:pPr>
      <w:r>
        <w:t>Monitoring: Record of experience and supervisor feedback.</w:t>
      </w:r>
    </w:p>
    <w:p w14:paraId="370E2FFD" w14:textId="77777777" w:rsidR="005960E2" w:rsidRDefault="002A3B78">
      <w:pPr>
        <w:spacing w:line="360" w:lineRule="auto"/>
      </w:pPr>
      <w:r>
        <w:lastRenderedPageBreak/>
        <w:t>Goal 3: Develop professional healthcare knowledge.</w:t>
      </w:r>
    </w:p>
    <w:p w14:paraId="3653D04E" w14:textId="491BE43E" w:rsidR="005960E2" w:rsidRDefault="002A3B78">
      <w:pPr>
        <w:spacing w:line="360" w:lineRule="auto"/>
      </w:pPr>
      <w:r>
        <w:t xml:space="preserve">Action: Complete </w:t>
      </w:r>
      <w:r w:rsidR="00D24877">
        <w:t>other</w:t>
      </w:r>
      <w:r>
        <w:t xml:space="preserve"> health and social care courses.</w:t>
      </w:r>
    </w:p>
    <w:p w14:paraId="486B208B" w14:textId="77777777" w:rsidR="005960E2" w:rsidRDefault="002A3B78">
      <w:pPr>
        <w:spacing w:line="360" w:lineRule="auto"/>
      </w:pPr>
      <w:bookmarkStart w:id="1" w:name="_Int_kv6Li3sl"/>
      <w:r>
        <w:t>Timeframe</w:t>
      </w:r>
      <w:bookmarkEnd w:id="1"/>
      <w:r>
        <w:t>: 2 years.</w:t>
      </w:r>
    </w:p>
    <w:p w14:paraId="50CC5707" w14:textId="77777777" w:rsidR="005960E2" w:rsidRDefault="002A3B78">
      <w:pPr>
        <w:spacing w:line="360" w:lineRule="auto"/>
      </w:pPr>
      <w:r>
        <w:t>Monitoring: Certificates and academic results.</w:t>
      </w:r>
    </w:p>
    <w:p w14:paraId="21FC8FB2" w14:textId="77777777" w:rsidR="00BB7511" w:rsidRDefault="00BB7511" w:rsidP="00BB7511">
      <w:pPr>
        <w:rPr>
          <w:color w:val="000000" w:themeColor="text1"/>
        </w:rPr>
      </w:pPr>
    </w:p>
    <w:p w14:paraId="342587B7" w14:textId="48709478" w:rsidR="005960E2" w:rsidRPr="00BB7511" w:rsidRDefault="002A3B78" w:rsidP="00BB7511">
      <w:pPr>
        <w:rPr>
          <w:b/>
          <w:bCs/>
        </w:rPr>
      </w:pPr>
      <w:r w:rsidRPr="00BB7511">
        <w:rPr>
          <w:b/>
          <w:bCs/>
          <w:color w:val="000000" w:themeColor="text1"/>
        </w:rPr>
        <w:t xml:space="preserve">Task 4: Gibbs Reflective Model </w:t>
      </w:r>
    </w:p>
    <w:p w14:paraId="1ED44ACE" w14:textId="58C2D669" w:rsidR="005960E2" w:rsidRDefault="002A3B78">
      <w:pPr>
        <w:spacing w:line="360" w:lineRule="auto"/>
      </w:pPr>
      <w:r>
        <w:t xml:space="preserve">Description: The LCHS4009 Component 1 presentation required me to present information related to health and social care. The purpose of the presentation was to </w:t>
      </w:r>
      <w:r w:rsidR="00D24877">
        <w:t>show</w:t>
      </w:r>
      <w:r>
        <w:t xml:space="preserve"> my understanding of the topic and to develop my communication and presentation skills.</w:t>
      </w:r>
    </w:p>
    <w:p w14:paraId="514673B6" w14:textId="77777777" w:rsidR="005960E2" w:rsidRDefault="002A3B78">
      <w:pPr>
        <w:spacing w:line="360" w:lineRule="auto"/>
      </w:pPr>
      <w:r>
        <w:t>Feelings: Before delivering the presentation, I felt nervous because speaking in front of an audience can be challenging. However, once I started presenting, I gradually became more confident.</w:t>
      </w:r>
    </w:p>
    <w:p w14:paraId="16D1F3C6" w14:textId="77777777" w:rsidR="005960E2" w:rsidRDefault="002A3B78">
      <w:pPr>
        <w:spacing w:line="360" w:lineRule="auto"/>
      </w:pPr>
      <w:r>
        <w:t>Evaluation: One positive aspect of my presentation was that my slides were well organized and clearly explained the topic. However, I realized that I spoke too quickly at times because I was nervous.</w:t>
      </w:r>
    </w:p>
    <w:p w14:paraId="0F81A090" w14:textId="6CB00C72" w:rsidR="005960E2" w:rsidRDefault="002A3B78">
      <w:pPr>
        <w:spacing w:line="360" w:lineRule="auto"/>
      </w:pPr>
      <w:r>
        <w:t xml:space="preserve">Analysis: The feedback from my lecturer suggested that my content was good but that I should improve my delivery skills by speaking more slowly and </w:t>
      </w:r>
      <w:r w:rsidR="009E719D">
        <w:t>keeping</w:t>
      </w:r>
      <w:r>
        <w:t xml:space="preserve"> stronger eye contact with the audience.</w:t>
      </w:r>
    </w:p>
    <w:p w14:paraId="7AF97F8A" w14:textId="2AC7BFE1" w:rsidR="005960E2" w:rsidRDefault="002A3B78">
      <w:pPr>
        <w:spacing w:line="360" w:lineRule="auto"/>
      </w:pPr>
      <w:r>
        <w:t xml:space="preserve">Conclusion: This experience helped me understand the importance of preparation and confidence when delivering a presentation. It also helped me </w:t>
      </w:r>
      <w:r w:rsidR="009E719D">
        <w:t>show</w:t>
      </w:r>
      <w:r>
        <w:t xml:space="preserve"> areas where I need to improve.</w:t>
      </w:r>
    </w:p>
    <w:p w14:paraId="509EB90F" w14:textId="6F77FC78" w:rsidR="005960E2" w:rsidRDefault="002A3B78">
      <w:pPr>
        <w:spacing w:line="360" w:lineRule="auto"/>
      </w:pPr>
      <w:r>
        <w:t xml:space="preserve">Action Plan: In the future, I will practice my presentations more </w:t>
      </w:r>
      <w:r w:rsidR="009E719D">
        <w:t>often</w:t>
      </w:r>
      <w:r>
        <w:t xml:space="preserve"> and rehearse them in front of others to gain confidence. I will also focus on improving my communication skills because they are essential for a career in health and social care.</w:t>
      </w:r>
    </w:p>
    <w:sectPr w:rsidR="005960E2" w:rsidSect="0003461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38F0F" w14:textId="77777777" w:rsidR="007243FF" w:rsidRDefault="007243FF" w:rsidP="007243FF">
      <w:pPr>
        <w:spacing w:after="0" w:line="240" w:lineRule="auto"/>
      </w:pPr>
      <w:r>
        <w:separator/>
      </w:r>
    </w:p>
  </w:endnote>
  <w:endnote w:type="continuationSeparator" w:id="0">
    <w:p w14:paraId="23442F2B" w14:textId="77777777" w:rsidR="007243FF" w:rsidRDefault="007243FF" w:rsidP="00724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0416939"/>
      <w:docPartObj>
        <w:docPartGallery w:val="Page Numbers (Bottom of Page)"/>
        <w:docPartUnique/>
      </w:docPartObj>
    </w:sdtPr>
    <w:sdtContent>
      <w:p w14:paraId="6A776A22" w14:textId="7535432E" w:rsidR="00E85DED" w:rsidRDefault="00E85DED" w:rsidP="003C4BD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6F93A1" w14:textId="77777777" w:rsidR="00E85DED" w:rsidRDefault="00E85DED" w:rsidP="00E85D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06115441"/>
      <w:docPartObj>
        <w:docPartGallery w:val="Page Numbers (Bottom of Page)"/>
        <w:docPartUnique/>
      </w:docPartObj>
    </w:sdtPr>
    <w:sdtContent>
      <w:p w14:paraId="497E65E3" w14:textId="7126B665" w:rsidR="00E85DED" w:rsidRDefault="00E85DED" w:rsidP="003C4BD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C416B23" w14:textId="77777777" w:rsidR="00E85DED" w:rsidRDefault="00E85DED" w:rsidP="00E85D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02B7A" w14:textId="77777777" w:rsidR="007243FF" w:rsidRDefault="007243FF" w:rsidP="007243FF">
      <w:pPr>
        <w:spacing w:after="0" w:line="240" w:lineRule="auto"/>
      </w:pPr>
      <w:r>
        <w:separator/>
      </w:r>
    </w:p>
  </w:footnote>
  <w:footnote w:type="continuationSeparator" w:id="0">
    <w:p w14:paraId="4AC95842" w14:textId="77777777" w:rsidR="007243FF" w:rsidRDefault="007243FF" w:rsidP="007243F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PBFmQlZA" int2:invalidationBookmarkName="" int2:hashCode="ifw7JVvBxulUwU" int2:id="RHFI2oqH">
      <int2:state int2:value="Rejected" int2:type="style"/>
    </int2:bookmark>
    <int2:bookmark int2:bookmarkName="_Int_kv6Li3sl" int2:invalidationBookmarkName="" int2:hashCode="hd7Lc9FDjS5CwM" int2:id="3s7rq38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66378308">
    <w:abstractNumId w:val="8"/>
  </w:num>
  <w:num w:numId="2" w16cid:durableId="1696035313">
    <w:abstractNumId w:val="6"/>
  </w:num>
  <w:num w:numId="3" w16cid:durableId="370692494">
    <w:abstractNumId w:val="5"/>
  </w:num>
  <w:num w:numId="4" w16cid:durableId="1082025857">
    <w:abstractNumId w:val="4"/>
  </w:num>
  <w:num w:numId="5" w16cid:durableId="261689403">
    <w:abstractNumId w:val="7"/>
  </w:num>
  <w:num w:numId="6" w16cid:durableId="1373379123">
    <w:abstractNumId w:val="3"/>
  </w:num>
  <w:num w:numId="7" w16cid:durableId="1302924833">
    <w:abstractNumId w:val="2"/>
  </w:num>
  <w:num w:numId="8" w16cid:durableId="1136528896">
    <w:abstractNumId w:val="1"/>
  </w:num>
  <w:num w:numId="9" w16cid:durableId="1545560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revisionView w:formatting="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33EF"/>
    <w:rsid w:val="000234D7"/>
    <w:rsid w:val="00034616"/>
    <w:rsid w:val="0006063C"/>
    <w:rsid w:val="000F67BA"/>
    <w:rsid w:val="00106457"/>
    <w:rsid w:val="0015074B"/>
    <w:rsid w:val="0026332D"/>
    <w:rsid w:val="0029639D"/>
    <w:rsid w:val="002969A3"/>
    <w:rsid w:val="002A3B78"/>
    <w:rsid w:val="00326F90"/>
    <w:rsid w:val="005960E2"/>
    <w:rsid w:val="005B3237"/>
    <w:rsid w:val="007243FF"/>
    <w:rsid w:val="00771F94"/>
    <w:rsid w:val="007F7ACB"/>
    <w:rsid w:val="008626E3"/>
    <w:rsid w:val="009E719D"/>
    <w:rsid w:val="00A56C70"/>
    <w:rsid w:val="00AA1D8D"/>
    <w:rsid w:val="00AC5D69"/>
    <w:rsid w:val="00B47730"/>
    <w:rsid w:val="00B7116F"/>
    <w:rsid w:val="00BB7511"/>
    <w:rsid w:val="00C17AD0"/>
    <w:rsid w:val="00CA6A5C"/>
    <w:rsid w:val="00CB0664"/>
    <w:rsid w:val="00D24877"/>
    <w:rsid w:val="00D443EB"/>
    <w:rsid w:val="00D4707B"/>
    <w:rsid w:val="00E85DED"/>
    <w:rsid w:val="00E87373"/>
    <w:rsid w:val="00F04B1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B28C8E"/>
  <w14:defaultImageDpi w14:val="300"/>
  <w15:docId w15:val="{5FD2B9C3-187D-4144-AFC1-DB914A41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E85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Tayyaba Safraz Nadeem (2432012)</cp:lastModifiedBy>
  <cp:revision>25</cp:revision>
  <dcterms:created xsi:type="dcterms:W3CDTF">2013-12-23T23:15:00Z</dcterms:created>
  <dcterms:modified xsi:type="dcterms:W3CDTF">2026-03-06T10:41:00Z</dcterms:modified>
  <cp:category/>
</cp:coreProperties>
</file>