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30BE3" w14:textId="52526066" w:rsidR="00DB69E3" w:rsidRDefault="00DB69E3">
      <w:pPr>
        <w:pStyle w:val="Heading2"/>
        <w:rPr>
          <w:sz w:val="28"/>
          <w:szCs w:val="28"/>
        </w:rPr>
      </w:pPr>
      <w:r>
        <w:rPr>
          <w:sz w:val="28"/>
          <w:szCs w:val="28"/>
        </w:rPr>
        <w:t xml:space="preserve">EXAMPLE 1: </w:t>
      </w:r>
    </w:p>
    <w:p w14:paraId="7DFE928F" w14:textId="3D942102" w:rsidR="00AF1918" w:rsidRDefault="00DE14AD">
      <w:pPr>
        <w:pStyle w:val="Heading2"/>
        <w:rPr>
          <w:sz w:val="28"/>
          <w:szCs w:val="28"/>
        </w:rPr>
      </w:pPr>
      <w:r w:rsidRPr="00DB69E3">
        <w:rPr>
          <w:sz w:val="28"/>
          <w:szCs w:val="28"/>
        </w:rPr>
        <w:t>Online Learning Platform Student Satisfaction Survey</w:t>
      </w:r>
    </w:p>
    <w:p w14:paraId="20AD89CF" w14:textId="77777777" w:rsidR="00C31F63" w:rsidRDefault="00DE14AD">
      <w:pPr>
        <w:rPr>
          <w:b/>
          <w:bCs/>
          <w:sz w:val="28"/>
          <w:szCs w:val="28"/>
        </w:rPr>
      </w:pPr>
      <w:r w:rsidRPr="00DB69E3">
        <w:rPr>
          <w:b/>
          <w:bCs/>
          <w:sz w:val="28"/>
          <w:szCs w:val="28"/>
        </w:rPr>
        <w:t>Research Topic: Student satisfaction with an online learning platform</w:t>
      </w:r>
    </w:p>
    <w:p w14:paraId="775BE962" w14:textId="77777777" w:rsidR="00C31F63" w:rsidRDefault="00DE14AD">
      <w:pPr>
        <w:rPr>
          <w:b/>
          <w:bCs/>
          <w:sz w:val="28"/>
          <w:szCs w:val="28"/>
        </w:rPr>
      </w:pPr>
      <w:r w:rsidRPr="00DB69E3">
        <w:rPr>
          <w:b/>
          <w:bCs/>
          <w:sz w:val="28"/>
          <w:szCs w:val="28"/>
        </w:rPr>
        <w:t>Purpose: To measure usability, content quality, and overall satisfaction to inform platform improvements.</w:t>
      </w:r>
      <w:r w:rsidRPr="00DB69E3">
        <w:rPr>
          <w:sz w:val="28"/>
          <w:szCs w:val="28"/>
        </w:rPr>
        <w:br/>
      </w:r>
      <w:r w:rsidRPr="00DB69E3">
        <w:rPr>
          <w:sz w:val="28"/>
          <w:szCs w:val="28"/>
        </w:rPr>
        <w:br/>
      </w:r>
      <w:r w:rsidRPr="00DB69E3">
        <w:rPr>
          <w:b/>
          <w:bCs/>
          <w:sz w:val="28"/>
          <w:szCs w:val="28"/>
        </w:rPr>
        <w:t>Title: Online Learning Platform Student Satisfaction Survey</w:t>
      </w:r>
      <w:r w:rsidRPr="00DB69E3">
        <w:rPr>
          <w:b/>
          <w:bCs/>
          <w:sz w:val="28"/>
          <w:szCs w:val="28"/>
        </w:rPr>
        <w:br/>
      </w:r>
      <w:r w:rsidRPr="00DB69E3">
        <w:rPr>
          <w:sz w:val="28"/>
          <w:szCs w:val="28"/>
        </w:rPr>
        <w:br/>
      </w:r>
      <w:r w:rsidRPr="00DB69E3">
        <w:rPr>
          <w:b/>
          <w:bCs/>
          <w:sz w:val="28"/>
          <w:szCs w:val="28"/>
        </w:rPr>
        <w:t>Introduction:</w:t>
      </w:r>
      <w:r w:rsidRPr="00DB69E3">
        <w:rPr>
          <w:sz w:val="28"/>
          <w:szCs w:val="28"/>
        </w:rPr>
        <w:br/>
        <w:t>Thank you for participating in our study on the usability and effectiveness of the university’s online learning platform. The survey will take approximately 8 minutes. Your responses are anonymous, and no personal data will be collected.</w:t>
      </w:r>
      <w:r w:rsidRPr="00DB69E3">
        <w:rPr>
          <w:sz w:val="28"/>
          <w:szCs w:val="28"/>
        </w:rPr>
        <w:br/>
      </w:r>
      <w:r w:rsidRPr="00DB69E3">
        <w:rPr>
          <w:sz w:val="28"/>
          <w:szCs w:val="28"/>
        </w:rPr>
        <w:br/>
      </w:r>
      <w:r w:rsidRPr="00DB69E3">
        <w:rPr>
          <w:b/>
          <w:bCs/>
          <w:sz w:val="28"/>
          <w:szCs w:val="28"/>
        </w:rPr>
        <w:t>SECTION 1: Background Information</w:t>
      </w:r>
    </w:p>
    <w:p w14:paraId="7926D75F" w14:textId="77777777" w:rsidR="00C31F63" w:rsidRDefault="00DE14AD">
      <w:pPr>
        <w:rPr>
          <w:sz w:val="28"/>
          <w:szCs w:val="28"/>
        </w:rPr>
      </w:pPr>
      <w:r w:rsidRPr="00C31F63">
        <w:rPr>
          <w:sz w:val="28"/>
          <w:szCs w:val="28"/>
        </w:rPr>
        <w:t>1. How often do you use the online learning platform?</w:t>
      </w:r>
      <w:r w:rsidRPr="00DB69E3">
        <w:rPr>
          <w:sz w:val="28"/>
          <w:szCs w:val="28"/>
        </w:rPr>
        <w:br/>
        <w:t xml:space="preserve"> - Daily </w:t>
      </w:r>
    </w:p>
    <w:p w14:paraId="31ED134C" w14:textId="77777777" w:rsidR="00C31F63" w:rsidRDefault="00DE14AD">
      <w:pPr>
        <w:rPr>
          <w:sz w:val="28"/>
          <w:szCs w:val="28"/>
        </w:rPr>
      </w:pPr>
      <w:r w:rsidRPr="00DB69E3">
        <w:rPr>
          <w:sz w:val="28"/>
          <w:szCs w:val="28"/>
        </w:rPr>
        <w:t xml:space="preserve">- Several times per week </w:t>
      </w:r>
    </w:p>
    <w:p w14:paraId="72D1C532" w14:textId="77777777" w:rsidR="00C31F63" w:rsidRDefault="00DE14AD">
      <w:pPr>
        <w:rPr>
          <w:sz w:val="28"/>
          <w:szCs w:val="28"/>
        </w:rPr>
      </w:pPr>
      <w:r w:rsidRPr="00DB69E3">
        <w:rPr>
          <w:sz w:val="28"/>
          <w:szCs w:val="28"/>
        </w:rPr>
        <w:t xml:space="preserve">- Weekly </w:t>
      </w:r>
    </w:p>
    <w:p w14:paraId="732CC68B" w14:textId="77777777" w:rsidR="00C31F63" w:rsidRDefault="00DE14AD">
      <w:pPr>
        <w:rPr>
          <w:b/>
          <w:bCs/>
          <w:sz w:val="28"/>
          <w:szCs w:val="28"/>
        </w:rPr>
      </w:pPr>
      <w:r w:rsidRPr="00DB69E3">
        <w:rPr>
          <w:sz w:val="28"/>
          <w:szCs w:val="28"/>
        </w:rPr>
        <w:t>- Less than once per week</w:t>
      </w:r>
      <w:r w:rsidRPr="00DB69E3">
        <w:rPr>
          <w:sz w:val="28"/>
          <w:szCs w:val="28"/>
        </w:rPr>
        <w:br/>
      </w:r>
      <w:r w:rsidRPr="00DB69E3">
        <w:rPr>
          <w:sz w:val="28"/>
          <w:szCs w:val="28"/>
        </w:rPr>
        <w:br/>
        <w:t>2. Which device do you primarily use to access the platform? - Laptop / Desktop - Tablet - Smartphone</w:t>
      </w:r>
      <w:r w:rsidRPr="00DB69E3">
        <w:rPr>
          <w:sz w:val="28"/>
          <w:szCs w:val="28"/>
        </w:rPr>
        <w:br/>
      </w:r>
      <w:r w:rsidRPr="00DB69E3">
        <w:rPr>
          <w:sz w:val="28"/>
          <w:szCs w:val="28"/>
        </w:rPr>
        <w:br/>
      </w:r>
      <w:r w:rsidRPr="00DB69E3">
        <w:rPr>
          <w:b/>
          <w:bCs/>
          <w:sz w:val="28"/>
          <w:szCs w:val="28"/>
        </w:rPr>
        <w:t>SECTION 2: Usability</w:t>
      </w:r>
    </w:p>
    <w:p w14:paraId="548FCE44" w14:textId="77777777" w:rsidR="00C31F63" w:rsidRDefault="00DE14AD">
      <w:pPr>
        <w:rPr>
          <w:sz w:val="28"/>
          <w:szCs w:val="28"/>
        </w:rPr>
      </w:pPr>
      <w:r w:rsidRPr="00C31F63">
        <w:rPr>
          <w:sz w:val="28"/>
          <w:szCs w:val="28"/>
        </w:rPr>
        <w:t>3. The platform is easy to navigate. (Likert scale: Strongly Agree → Strongly Disagree)</w:t>
      </w:r>
    </w:p>
    <w:p w14:paraId="0887412F" w14:textId="78A45CFA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lastRenderedPageBreak/>
        <w:br/>
        <w:t>4. I can locate course materials without difficulty. (Likert scale)</w:t>
      </w:r>
    </w:p>
    <w:p w14:paraId="6C073E03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>5. Which features do you find most useful? (Select all that apply)</w:t>
      </w:r>
    </w:p>
    <w:p w14:paraId="59299383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 xml:space="preserve"> - Discussion forums </w:t>
      </w:r>
    </w:p>
    <w:p w14:paraId="28B3637F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 xml:space="preserve">- Assignment submission tools </w:t>
      </w:r>
    </w:p>
    <w:p w14:paraId="70879E3C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 xml:space="preserve">- Lecture recordings </w:t>
      </w:r>
    </w:p>
    <w:p w14:paraId="101EB9ED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 xml:space="preserve">- Grades and feedback </w:t>
      </w:r>
    </w:p>
    <w:p w14:paraId="011AB9DD" w14:textId="77777777" w:rsidR="00C31F63" w:rsidRPr="00C31F63" w:rsidRDefault="00DE14AD">
      <w:pPr>
        <w:rPr>
          <w:b/>
          <w:bCs/>
          <w:sz w:val="26"/>
          <w:szCs w:val="26"/>
        </w:rPr>
      </w:pPr>
      <w:r w:rsidRPr="00C31F63">
        <w:rPr>
          <w:sz w:val="26"/>
          <w:szCs w:val="26"/>
        </w:rPr>
        <w:t>- Messaging functions</w:t>
      </w:r>
      <w:r w:rsidRPr="00C31F63">
        <w:rPr>
          <w:sz w:val="26"/>
          <w:szCs w:val="26"/>
        </w:rPr>
        <w:br/>
      </w:r>
      <w:r w:rsidRPr="00C31F63">
        <w:rPr>
          <w:sz w:val="26"/>
          <w:szCs w:val="26"/>
        </w:rPr>
        <w:br/>
      </w:r>
      <w:r w:rsidRPr="00C31F63">
        <w:rPr>
          <w:b/>
          <w:bCs/>
          <w:sz w:val="26"/>
          <w:szCs w:val="26"/>
        </w:rPr>
        <w:t>SECTION 3: Content Quality</w:t>
      </w:r>
    </w:p>
    <w:p w14:paraId="672E9AF8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>6. Course materials on the platform are</w:t>
      </w:r>
      <w:r w:rsidRPr="00C31F63">
        <w:rPr>
          <w:b/>
          <w:bCs/>
          <w:sz w:val="26"/>
          <w:szCs w:val="26"/>
        </w:rPr>
        <w:t xml:space="preserve"> </w:t>
      </w:r>
      <w:r w:rsidRPr="00C31F63">
        <w:rPr>
          <w:sz w:val="26"/>
          <w:szCs w:val="26"/>
        </w:rPr>
        <w:t>well-organised. (Likert scale)</w:t>
      </w:r>
    </w:p>
    <w:p w14:paraId="3BFF4D83" w14:textId="77777777" w:rsidR="00C31F63" w:rsidRPr="00C31F63" w:rsidRDefault="00DE14AD">
      <w:pPr>
        <w:rPr>
          <w:b/>
          <w:bCs/>
          <w:sz w:val="26"/>
          <w:szCs w:val="26"/>
        </w:rPr>
      </w:pPr>
      <w:r w:rsidRPr="00C31F63">
        <w:rPr>
          <w:sz w:val="26"/>
          <w:szCs w:val="26"/>
        </w:rPr>
        <w:t>7. Lecture recordings and videos play reliably. (Likert scale)</w:t>
      </w:r>
      <w:r w:rsidRPr="00C31F63">
        <w:rPr>
          <w:sz w:val="26"/>
          <w:szCs w:val="26"/>
        </w:rPr>
        <w:br/>
      </w:r>
      <w:r w:rsidRPr="00C31F63">
        <w:rPr>
          <w:sz w:val="26"/>
          <w:szCs w:val="26"/>
        </w:rPr>
        <w:br/>
      </w:r>
      <w:r w:rsidRPr="00C31F63">
        <w:rPr>
          <w:b/>
          <w:bCs/>
          <w:sz w:val="26"/>
          <w:szCs w:val="26"/>
        </w:rPr>
        <w:t>SECTION 4: Overall Satisfaction</w:t>
      </w:r>
    </w:p>
    <w:p w14:paraId="50E61ABE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>8. Overall, how satisfied are you with the platform?</w:t>
      </w:r>
      <w:r w:rsidRPr="00C31F63">
        <w:rPr>
          <w:sz w:val="26"/>
          <w:szCs w:val="26"/>
        </w:rPr>
        <w:br/>
        <w:t xml:space="preserve"> - Very satisfied </w:t>
      </w:r>
    </w:p>
    <w:p w14:paraId="660591CB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 xml:space="preserve">- Satisfied </w:t>
      </w:r>
    </w:p>
    <w:p w14:paraId="4E4B3638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 xml:space="preserve">- Neutral </w:t>
      </w:r>
    </w:p>
    <w:p w14:paraId="658B6A7B" w14:textId="77777777" w:rsidR="00C31F63" w:rsidRPr="00C31F63" w:rsidRDefault="00DE14AD">
      <w:pPr>
        <w:rPr>
          <w:sz w:val="26"/>
          <w:szCs w:val="26"/>
        </w:rPr>
      </w:pPr>
      <w:r w:rsidRPr="00C31F63">
        <w:rPr>
          <w:sz w:val="26"/>
          <w:szCs w:val="26"/>
        </w:rPr>
        <w:t xml:space="preserve">- Dissatisfied </w:t>
      </w:r>
    </w:p>
    <w:p w14:paraId="5CCB8FF7" w14:textId="77777777" w:rsidR="00C31F63" w:rsidRPr="00C31F63" w:rsidRDefault="00DE14AD">
      <w:pPr>
        <w:rPr>
          <w:b/>
          <w:bCs/>
          <w:sz w:val="26"/>
          <w:szCs w:val="26"/>
        </w:rPr>
      </w:pPr>
      <w:r w:rsidRPr="00C31F63">
        <w:rPr>
          <w:sz w:val="26"/>
          <w:szCs w:val="26"/>
        </w:rPr>
        <w:t>- Very dissatisfied</w:t>
      </w:r>
      <w:r w:rsidRPr="00C31F63">
        <w:rPr>
          <w:sz w:val="26"/>
          <w:szCs w:val="26"/>
        </w:rPr>
        <w:br/>
      </w:r>
      <w:r w:rsidRPr="00C31F63">
        <w:rPr>
          <w:sz w:val="26"/>
          <w:szCs w:val="26"/>
        </w:rPr>
        <w:br/>
        <w:t>9. How likely are you to recommend improvements to others or support new features? (0–10 scale)</w:t>
      </w:r>
      <w:r w:rsidRPr="00C31F63">
        <w:rPr>
          <w:sz w:val="26"/>
          <w:szCs w:val="26"/>
        </w:rPr>
        <w:br/>
      </w:r>
      <w:r w:rsidRPr="00C31F63">
        <w:rPr>
          <w:sz w:val="26"/>
          <w:szCs w:val="26"/>
        </w:rPr>
        <w:br/>
      </w:r>
      <w:r w:rsidRPr="00C31F63">
        <w:rPr>
          <w:b/>
          <w:bCs/>
          <w:sz w:val="26"/>
          <w:szCs w:val="26"/>
        </w:rPr>
        <w:t>SECTION 5: Open Feedback</w:t>
      </w:r>
    </w:p>
    <w:p w14:paraId="7C6C076B" w14:textId="395478A0" w:rsidR="00AF1918" w:rsidRDefault="00DE14AD">
      <w:r w:rsidRPr="00C31F63">
        <w:rPr>
          <w:sz w:val="26"/>
          <w:szCs w:val="26"/>
        </w:rPr>
        <w:t>10. If you could change one thing about the platform, what would it be? (Open text)</w:t>
      </w:r>
      <w:r w:rsidRPr="00C31F63">
        <w:rPr>
          <w:sz w:val="26"/>
          <w:szCs w:val="26"/>
        </w:rPr>
        <w:br/>
        <w:t>11. Any additional comments? (Open text)</w:t>
      </w:r>
      <w:r>
        <w:br/>
      </w:r>
    </w:p>
    <w:sectPr w:rsidR="00AF191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71152573">
    <w:abstractNumId w:val="8"/>
  </w:num>
  <w:num w:numId="2" w16cid:durableId="1108357579">
    <w:abstractNumId w:val="6"/>
  </w:num>
  <w:num w:numId="3" w16cid:durableId="734818599">
    <w:abstractNumId w:val="5"/>
  </w:num>
  <w:num w:numId="4" w16cid:durableId="2142533106">
    <w:abstractNumId w:val="4"/>
  </w:num>
  <w:num w:numId="5" w16cid:durableId="974409711">
    <w:abstractNumId w:val="7"/>
  </w:num>
  <w:num w:numId="6" w16cid:durableId="638339446">
    <w:abstractNumId w:val="3"/>
  </w:num>
  <w:num w:numId="7" w16cid:durableId="23285375">
    <w:abstractNumId w:val="2"/>
  </w:num>
  <w:num w:numId="8" w16cid:durableId="1538009546">
    <w:abstractNumId w:val="1"/>
  </w:num>
  <w:num w:numId="9" w16cid:durableId="200239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AA1D8D"/>
    <w:rsid w:val="00AF1918"/>
    <w:rsid w:val="00B47730"/>
    <w:rsid w:val="00C31F63"/>
    <w:rsid w:val="00C576D2"/>
    <w:rsid w:val="00CB0664"/>
    <w:rsid w:val="00DB69E3"/>
    <w:rsid w:val="00DE14A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EA08C2"/>
  <w14:defaultImageDpi w14:val="300"/>
  <w15:docId w15:val="{4AFED3B3-B011-4C2C-8FF4-5E56A22C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PlaceholderText">
    <w:name w:val="Placeholder Text"/>
    <w:basedOn w:val="DefaultParagraphFont"/>
    <w:uiPriority w:val="99"/>
    <w:semiHidden/>
    <w:rsid w:val="00C31F6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352</Words>
  <Characters>1409</Characters>
  <Application>Microsoft Office Word</Application>
  <DocSecurity>0</DocSecurity>
  <Lines>117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Helen A Griffiths</cp:lastModifiedBy>
  <cp:revision>1</cp:revision>
  <dcterms:created xsi:type="dcterms:W3CDTF">2026-01-30T13:46:00Z</dcterms:created>
  <dcterms:modified xsi:type="dcterms:W3CDTF">2026-01-30T13:57:00Z</dcterms:modified>
  <cp:category/>
</cp:coreProperties>
</file>