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5865E" w14:textId="77777777" w:rsidR="00465233" w:rsidRDefault="00465233" w:rsidP="00465233">
      <w:pPr>
        <w:pStyle w:val="Title"/>
        <w:jc w:val="both"/>
      </w:pPr>
      <w:r>
        <w:t>Practice Scenarios for Requirement Analysis &amp; Flowcharts</w:t>
      </w:r>
    </w:p>
    <w:p w14:paraId="6D254199" w14:textId="77777777" w:rsidR="00E171BE" w:rsidRDefault="00000000" w:rsidP="00465233">
      <w:pPr>
        <w:pStyle w:val="Heading1"/>
        <w:jc w:val="both"/>
      </w:pPr>
      <w:r>
        <w:t>Scenario 1: School Library Study Room Booking</w:t>
      </w:r>
    </w:p>
    <w:p w14:paraId="7DD6FBDF" w14:textId="273028BF" w:rsidR="00E171BE" w:rsidRDefault="00465233" w:rsidP="00465233">
      <w:pPr>
        <w:jc w:val="both"/>
      </w:pPr>
      <w:r>
        <w:rPr>
          <w:b/>
        </w:rPr>
        <w:t xml:space="preserve"> </w:t>
      </w:r>
      <w:r w:rsidR="00000000">
        <w:rPr>
          <w:b/>
        </w:rPr>
        <w:t xml:space="preserve">Problem scenario: </w:t>
      </w:r>
      <w:r w:rsidR="00000000">
        <w:t>A school library has six study rooms with different capacities. Students and staff submit booking requests for specific days and times. Double-bookings happen because staff currently check paper sheets manually. The library wants an automated process that places each group into the smallest suitable available room.</w:t>
      </w:r>
    </w:p>
    <w:p w14:paraId="3B898B74" w14:textId="77777777" w:rsidR="00E171BE" w:rsidRDefault="00000000" w:rsidP="00465233">
      <w:pPr>
        <w:spacing w:after="80"/>
        <w:jc w:val="both"/>
      </w:pPr>
      <w:r>
        <w:t>The organisation wants a solution that achieves the following:</w:t>
      </w:r>
    </w:p>
    <w:p w14:paraId="26B7BB48" w14:textId="77777777" w:rsidR="00E171BE" w:rsidRDefault="00000000" w:rsidP="00465233">
      <w:pPr>
        <w:pStyle w:val="ListBullet"/>
        <w:spacing w:after="20"/>
        <w:jc w:val="both"/>
      </w:pPr>
      <w:r>
        <w:t>Allocate rooms using group size and room capacity.</w:t>
      </w:r>
    </w:p>
    <w:p w14:paraId="71988056" w14:textId="77777777" w:rsidR="00E171BE" w:rsidRDefault="00000000" w:rsidP="00465233">
      <w:pPr>
        <w:pStyle w:val="ListBullet"/>
        <w:spacing w:after="20"/>
        <w:jc w:val="both"/>
      </w:pPr>
      <w:r>
        <w:t>Prevent overlapping bookings.</w:t>
      </w:r>
    </w:p>
    <w:p w14:paraId="02805284" w14:textId="77777777" w:rsidR="00E171BE" w:rsidRDefault="00000000" w:rsidP="00465233">
      <w:pPr>
        <w:pStyle w:val="ListBullet"/>
        <w:spacing w:after="20"/>
        <w:jc w:val="both"/>
      </w:pPr>
      <w:r>
        <w:t>Reduce wasted seats by choosing the best-fit room.</w:t>
      </w:r>
    </w:p>
    <w:p w14:paraId="0FEA3B64"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27F52FF7" w14:textId="2E171B4F" w:rsidR="00E171BE" w:rsidRPr="00465233" w:rsidRDefault="00465233" w:rsidP="00465233">
      <w:pPr>
        <w:spacing w:after="80"/>
        <w:jc w:val="both"/>
        <w:rPr>
          <w:bCs/>
        </w:rPr>
      </w:pPr>
      <w:r>
        <w:rPr>
          <w:b/>
        </w:rPr>
        <w:t>Note</w:t>
      </w:r>
      <w:r w:rsidR="00000000">
        <w:rPr>
          <w:b/>
        </w:rPr>
        <w:t xml:space="preserve">: </w:t>
      </w:r>
      <w:r w:rsidR="00000000" w:rsidRPr="00465233">
        <w:rPr>
          <w:bCs/>
        </w:rPr>
        <w:t xml:space="preserve">Students should focus on time-overlap checking, room-capacity comparison, and best-fit allocation using variables such as requestStart, requestEnd, roomCapacity, </w:t>
      </w:r>
      <w:proofErr w:type="gramStart"/>
      <w:r w:rsidR="00000000" w:rsidRPr="00465233">
        <w:rPr>
          <w:bCs/>
        </w:rPr>
        <w:t>groupSize</w:t>
      </w:r>
      <w:proofErr w:type="gramEnd"/>
      <w:r w:rsidR="00000000" w:rsidRPr="00465233">
        <w:rPr>
          <w:bCs/>
        </w:rPr>
        <w:t>, and spareSeats.</w:t>
      </w:r>
    </w:p>
    <w:p w14:paraId="043DEFE6" w14:textId="77777777" w:rsidR="00E171BE" w:rsidRDefault="00E171BE" w:rsidP="00465233">
      <w:pPr>
        <w:jc w:val="both"/>
      </w:pPr>
    </w:p>
    <w:p w14:paraId="572903E0" w14:textId="77777777" w:rsidR="00E171BE" w:rsidRDefault="00000000" w:rsidP="00465233">
      <w:pPr>
        <w:pStyle w:val="Heading1"/>
        <w:jc w:val="both"/>
      </w:pPr>
      <w:r>
        <w:t>Scenario 2: Community Sports Hall Court Allocation</w:t>
      </w:r>
    </w:p>
    <w:p w14:paraId="51FC2CA0" w14:textId="47F8C7D5" w:rsidR="00E171BE" w:rsidRDefault="00465233" w:rsidP="00465233">
      <w:pPr>
        <w:jc w:val="both"/>
      </w:pPr>
      <w:r>
        <w:rPr>
          <w:b/>
        </w:rPr>
        <w:t xml:space="preserve"> </w:t>
      </w:r>
      <w:r w:rsidR="00000000">
        <w:rPr>
          <w:b/>
        </w:rPr>
        <w:t xml:space="preserve">Problem scenario: </w:t>
      </w:r>
      <w:r w:rsidR="00000000">
        <w:t>A sports centre has marked courts for badminton and netball, plus movable dividers that can split the main hall into sections. Paper booking sheets often assign too much space to small clubs or the wrong marked area to an activity. The centre wants a process that allocates the lowest number of court sections needed for each activity.</w:t>
      </w:r>
    </w:p>
    <w:p w14:paraId="5248E192" w14:textId="77777777" w:rsidR="00E171BE" w:rsidRDefault="00000000" w:rsidP="00465233">
      <w:pPr>
        <w:spacing w:after="80"/>
        <w:jc w:val="both"/>
      </w:pPr>
      <w:r>
        <w:t>The organisation wants a solution that achieves the following:</w:t>
      </w:r>
    </w:p>
    <w:p w14:paraId="51028A03" w14:textId="77777777" w:rsidR="00E171BE" w:rsidRDefault="00000000" w:rsidP="00465233">
      <w:pPr>
        <w:pStyle w:val="ListBullet"/>
        <w:spacing w:after="20"/>
        <w:jc w:val="both"/>
      </w:pPr>
      <w:r>
        <w:t>Allocate court sections based on activity area requirements.</w:t>
      </w:r>
    </w:p>
    <w:p w14:paraId="6975651C" w14:textId="77777777" w:rsidR="00E171BE" w:rsidRDefault="00000000" w:rsidP="00465233">
      <w:pPr>
        <w:pStyle w:val="ListBullet"/>
        <w:spacing w:after="20"/>
        <w:jc w:val="both"/>
      </w:pPr>
      <w:r>
        <w:t>Prevent clashes between bookings.</w:t>
      </w:r>
    </w:p>
    <w:p w14:paraId="57B4E313" w14:textId="77777777" w:rsidR="00E171BE" w:rsidRDefault="00000000" w:rsidP="00465233">
      <w:pPr>
        <w:pStyle w:val="ListBullet"/>
        <w:spacing w:after="20"/>
        <w:jc w:val="both"/>
      </w:pPr>
      <w:r>
        <w:t>Avoid wasting hall space by assigning only the sections needed.</w:t>
      </w:r>
    </w:p>
    <w:p w14:paraId="51782C10"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0A3F4BB1" w14:textId="477F72E0" w:rsidR="00E171BE" w:rsidRPr="00465233" w:rsidRDefault="00465233" w:rsidP="00465233">
      <w:pPr>
        <w:spacing w:after="80"/>
        <w:jc w:val="both"/>
        <w:rPr>
          <w:bCs/>
        </w:rPr>
      </w:pPr>
      <w:r>
        <w:rPr>
          <w:b/>
        </w:rPr>
        <w:t>Note</w:t>
      </w:r>
      <w:r w:rsidR="00000000">
        <w:rPr>
          <w:b/>
        </w:rPr>
        <w:t xml:space="preserve">: </w:t>
      </w:r>
      <w:r w:rsidR="00000000" w:rsidRPr="00465233">
        <w:rPr>
          <w:bCs/>
        </w:rPr>
        <w:t>Students should focus on calculating the number of court sections needed from the activity area, checking whether those sections are already booked, and allocating the minimum valid number of sections.</w:t>
      </w:r>
    </w:p>
    <w:p w14:paraId="39476BAA" w14:textId="77777777" w:rsidR="00E171BE" w:rsidRDefault="00E171BE" w:rsidP="00465233">
      <w:pPr>
        <w:jc w:val="both"/>
      </w:pPr>
    </w:p>
    <w:p w14:paraId="3073E941" w14:textId="40AB9707" w:rsidR="00E171BE" w:rsidRDefault="00000000" w:rsidP="00465233">
      <w:pPr>
        <w:pStyle w:val="Heading1"/>
        <w:jc w:val="both"/>
      </w:pPr>
      <w:r>
        <w:t>Scenario 3: IT Suite Computer Booking</w:t>
      </w:r>
    </w:p>
    <w:p w14:paraId="69C83C00" w14:textId="77777777" w:rsidR="00E171BE" w:rsidRDefault="00000000" w:rsidP="00465233">
      <w:pPr>
        <w:spacing w:after="80"/>
        <w:jc w:val="both"/>
      </w:pPr>
      <w:r>
        <w:rPr>
          <w:b/>
        </w:rPr>
        <w:t xml:space="preserve">Problem scenario: </w:t>
      </w:r>
      <w:r>
        <w:t>An adult learning centre runs classes in three IT suites. Some sessions need specialist software and a minimum graphics score, while others only need standard computers. Informal bookings often waste the high-spec suite. The centre wants a process that keeps advanced rooms free unless the class genuinely needs them.</w:t>
      </w:r>
    </w:p>
    <w:p w14:paraId="41B2C097" w14:textId="77777777" w:rsidR="00E171BE" w:rsidRDefault="00000000" w:rsidP="00465233">
      <w:pPr>
        <w:spacing w:after="80"/>
        <w:jc w:val="both"/>
      </w:pPr>
      <w:r>
        <w:t>The organisation wants a solution that achieves the following:</w:t>
      </w:r>
    </w:p>
    <w:p w14:paraId="01932C9D" w14:textId="77777777" w:rsidR="00E171BE" w:rsidRDefault="00000000" w:rsidP="00465233">
      <w:pPr>
        <w:pStyle w:val="ListBullet"/>
        <w:spacing w:after="20"/>
        <w:jc w:val="both"/>
      </w:pPr>
      <w:r>
        <w:lastRenderedPageBreak/>
        <w:t>Allocate suites using class size and technical requirements.</w:t>
      </w:r>
    </w:p>
    <w:p w14:paraId="062328A7" w14:textId="77777777" w:rsidR="00E171BE" w:rsidRDefault="00000000" w:rsidP="00465233">
      <w:pPr>
        <w:pStyle w:val="ListBullet"/>
        <w:spacing w:after="20"/>
        <w:jc w:val="both"/>
      </w:pPr>
      <w:r>
        <w:t>Prevent timetable clashes.</w:t>
      </w:r>
    </w:p>
    <w:p w14:paraId="0DDB4931" w14:textId="77777777" w:rsidR="00E171BE" w:rsidRDefault="00000000" w:rsidP="00465233">
      <w:pPr>
        <w:pStyle w:val="ListBullet"/>
        <w:spacing w:after="20"/>
        <w:jc w:val="both"/>
      </w:pPr>
      <w:r>
        <w:t>Reserve specialist rooms for classes that actually need them.</w:t>
      </w:r>
    </w:p>
    <w:p w14:paraId="30939674"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28FFBCCF" w14:textId="11CDC701" w:rsidR="00E171BE" w:rsidRDefault="00465233" w:rsidP="00465233">
      <w:pPr>
        <w:spacing w:after="80"/>
        <w:jc w:val="both"/>
      </w:pPr>
      <w:r>
        <w:rPr>
          <w:b/>
        </w:rPr>
        <w:t>Note</w:t>
      </w:r>
      <w:r w:rsidR="00000000">
        <w:rPr>
          <w:b/>
        </w:rPr>
        <w:t xml:space="preserve">: </w:t>
      </w:r>
      <w:r w:rsidR="00000000" w:rsidRPr="00465233">
        <w:rPr>
          <w:bCs/>
        </w:rPr>
        <w:t>Students should focus on comparing class requirements with suite variables such as suiteCapacity, softwareInstalled, and graphicsScore so that high-spec rooms are only allocated when the decision tests show they are necessary.</w:t>
      </w:r>
    </w:p>
    <w:p w14:paraId="75FB26FD" w14:textId="77777777" w:rsidR="00E171BE" w:rsidRDefault="00E171BE" w:rsidP="00465233">
      <w:pPr>
        <w:jc w:val="both"/>
      </w:pPr>
    </w:p>
    <w:p w14:paraId="726B63A0" w14:textId="616811B8" w:rsidR="00E171BE" w:rsidRDefault="00000000" w:rsidP="00465233">
      <w:pPr>
        <w:pStyle w:val="Heading1"/>
        <w:jc w:val="both"/>
      </w:pPr>
      <w:r>
        <w:t>Scenario 4: School Minibus Trip Scheduling</w:t>
      </w:r>
    </w:p>
    <w:p w14:paraId="1CD9F7D9" w14:textId="77777777" w:rsidR="00E171BE" w:rsidRDefault="00000000" w:rsidP="00465233">
      <w:pPr>
        <w:spacing w:after="80"/>
        <w:jc w:val="both"/>
      </w:pPr>
      <w:r>
        <w:rPr>
          <w:b/>
        </w:rPr>
        <w:t xml:space="preserve">Problem scenario: </w:t>
      </w:r>
      <w:r>
        <w:t>A school has two minibuses and several approved drivers. Staff book trips by email, so vehicles are sometimes allocated without enough seats or without leaving turnaround time for the next journey. The school wants a process that chooses the smallest suitable vehicle and checks driver availability at the same time.</w:t>
      </w:r>
    </w:p>
    <w:p w14:paraId="71060A15" w14:textId="77777777" w:rsidR="00E171BE" w:rsidRDefault="00000000" w:rsidP="00465233">
      <w:pPr>
        <w:spacing w:after="80"/>
        <w:jc w:val="both"/>
      </w:pPr>
      <w:r>
        <w:t>The organisation wants a solution that achieves the following:</w:t>
      </w:r>
    </w:p>
    <w:p w14:paraId="0FBDC80F" w14:textId="77777777" w:rsidR="00E171BE" w:rsidRDefault="00000000" w:rsidP="00465233">
      <w:pPr>
        <w:pStyle w:val="ListBullet"/>
        <w:spacing w:after="20"/>
        <w:jc w:val="both"/>
      </w:pPr>
      <w:r>
        <w:t>Allocate a vehicle using passenger numbers.</w:t>
      </w:r>
    </w:p>
    <w:p w14:paraId="7EB0A7CF" w14:textId="77777777" w:rsidR="00E171BE" w:rsidRDefault="00000000" w:rsidP="00465233">
      <w:pPr>
        <w:pStyle w:val="ListBullet"/>
        <w:spacing w:after="20"/>
        <w:jc w:val="both"/>
      </w:pPr>
      <w:r>
        <w:t>Prevent clashes for both minibuses and drivers.</w:t>
      </w:r>
    </w:p>
    <w:p w14:paraId="5A22B186" w14:textId="77777777" w:rsidR="00E171BE" w:rsidRDefault="00000000" w:rsidP="00465233">
      <w:pPr>
        <w:pStyle w:val="ListBullet"/>
        <w:spacing w:after="20"/>
        <w:jc w:val="both"/>
      </w:pPr>
      <w:r>
        <w:t>Include turnaround buffer time between trips.</w:t>
      </w:r>
    </w:p>
    <w:p w14:paraId="00014F4E"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4D4C0CD9" w14:textId="707CB661" w:rsidR="00E171BE" w:rsidRPr="00465233" w:rsidRDefault="00465233" w:rsidP="00465233">
      <w:pPr>
        <w:spacing w:after="80"/>
        <w:jc w:val="both"/>
        <w:rPr>
          <w:bCs/>
        </w:rPr>
      </w:pPr>
      <w:r>
        <w:rPr>
          <w:b/>
        </w:rPr>
        <w:t>Note</w:t>
      </w:r>
      <w:r w:rsidR="00000000">
        <w:rPr>
          <w:b/>
        </w:rPr>
        <w:t xml:space="preserve">: </w:t>
      </w:r>
      <w:r w:rsidR="00000000" w:rsidRPr="00465233">
        <w:rPr>
          <w:bCs/>
        </w:rPr>
        <w:t>Students should focus on matching a valid minibus and a valid driver at the same time, including checks that use tripStart, tripEnd, bufferTime, vehicleSeats, passengerCount, and driverAvailable.</w:t>
      </w:r>
    </w:p>
    <w:p w14:paraId="7995AC6F" w14:textId="77777777" w:rsidR="00E171BE" w:rsidRPr="00465233" w:rsidRDefault="00E171BE" w:rsidP="00465233">
      <w:pPr>
        <w:jc w:val="both"/>
        <w:rPr>
          <w:bCs/>
        </w:rPr>
      </w:pPr>
    </w:p>
    <w:p w14:paraId="235A4AD9" w14:textId="2F18D1A0" w:rsidR="00E171BE" w:rsidRDefault="00000000" w:rsidP="00465233">
      <w:pPr>
        <w:pStyle w:val="Heading1"/>
        <w:jc w:val="both"/>
      </w:pPr>
      <w:r>
        <w:t>Scenario 5: Training Room Allocation in a Small Business</w:t>
      </w:r>
    </w:p>
    <w:p w14:paraId="59F62027" w14:textId="77777777" w:rsidR="00E171BE" w:rsidRDefault="00000000" w:rsidP="00465233">
      <w:pPr>
        <w:spacing w:after="80"/>
        <w:jc w:val="both"/>
      </w:pPr>
      <w:r>
        <w:rPr>
          <w:b/>
        </w:rPr>
        <w:t xml:space="preserve">Problem scenario: </w:t>
      </w:r>
      <w:r>
        <w:t>A company has four training rooms used for induction, internal workshops, and client demonstrations. Separate spreadsheets often allocate client sessions to unsuitable rooms or create clashes. The business wants a process that uses a priority score so client sessions are protected when demand is high.</w:t>
      </w:r>
    </w:p>
    <w:p w14:paraId="523C5048" w14:textId="77777777" w:rsidR="00E171BE" w:rsidRDefault="00000000" w:rsidP="00465233">
      <w:pPr>
        <w:spacing w:after="80"/>
        <w:jc w:val="both"/>
      </w:pPr>
      <w:r>
        <w:t>The organisation wants a solution that achieves the following:</w:t>
      </w:r>
    </w:p>
    <w:p w14:paraId="6EE0CB5F" w14:textId="77777777" w:rsidR="00E171BE" w:rsidRDefault="00000000" w:rsidP="00465233">
      <w:pPr>
        <w:pStyle w:val="ListBullet"/>
        <w:spacing w:after="20"/>
        <w:jc w:val="both"/>
      </w:pPr>
      <w:r>
        <w:t>Allocate rooms according to attendee numbers and session type.</w:t>
      </w:r>
    </w:p>
    <w:p w14:paraId="40E6E6F6" w14:textId="77777777" w:rsidR="00E171BE" w:rsidRDefault="00000000" w:rsidP="00465233">
      <w:pPr>
        <w:pStyle w:val="ListBullet"/>
        <w:spacing w:after="20"/>
        <w:jc w:val="both"/>
      </w:pPr>
      <w:r>
        <w:t>Prevent booking clashes.</w:t>
      </w:r>
    </w:p>
    <w:p w14:paraId="7537311F" w14:textId="77777777" w:rsidR="00E171BE" w:rsidRDefault="00000000" w:rsidP="00465233">
      <w:pPr>
        <w:pStyle w:val="ListBullet"/>
        <w:spacing w:after="20"/>
        <w:jc w:val="both"/>
      </w:pPr>
      <w:r>
        <w:t>Prioritise client-facing sessions when supply is tight.</w:t>
      </w:r>
    </w:p>
    <w:p w14:paraId="61647695"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662629F0" w14:textId="662EAFA7" w:rsidR="00E171BE" w:rsidRPr="00465233" w:rsidRDefault="00465233" w:rsidP="00465233">
      <w:pPr>
        <w:spacing w:after="80"/>
        <w:jc w:val="both"/>
        <w:rPr>
          <w:bCs/>
        </w:rPr>
      </w:pPr>
      <w:r>
        <w:rPr>
          <w:b/>
        </w:rPr>
        <w:t>Note</w:t>
      </w:r>
      <w:r w:rsidR="00000000">
        <w:rPr>
          <w:b/>
        </w:rPr>
        <w:t xml:space="preserve">: </w:t>
      </w:r>
      <w:r w:rsidR="00000000" w:rsidRPr="00465233">
        <w:rPr>
          <w:bCs/>
        </w:rPr>
        <w:t xml:space="preserve">Students should focus on calculating or assigning a priority score for each session, then comparing </w:t>
      </w:r>
      <w:proofErr w:type="gramStart"/>
      <w:r w:rsidR="00000000" w:rsidRPr="00465233">
        <w:rPr>
          <w:bCs/>
        </w:rPr>
        <w:t>priorityScore</w:t>
      </w:r>
      <w:proofErr w:type="gramEnd"/>
      <w:r w:rsidR="00000000" w:rsidRPr="00465233">
        <w:rPr>
          <w:bCs/>
        </w:rPr>
        <w:t xml:space="preserve">, </w:t>
      </w:r>
      <w:proofErr w:type="gramStart"/>
      <w:r w:rsidR="00000000" w:rsidRPr="00465233">
        <w:rPr>
          <w:bCs/>
        </w:rPr>
        <w:t>attendeeCount</w:t>
      </w:r>
      <w:proofErr w:type="gramEnd"/>
      <w:r w:rsidR="00000000" w:rsidRPr="00465233">
        <w:rPr>
          <w:bCs/>
        </w:rPr>
        <w:t>, roomCapacity, and roomAvailable so client-facing sessions can be favoured when resources are limited.</w:t>
      </w:r>
    </w:p>
    <w:p w14:paraId="6123C709" w14:textId="77777777" w:rsidR="00E171BE" w:rsidRDefault="00E171BE" w:rsidP="00465233">
      <w:pPr>
        <w:jc w:val="both"/>
      </w:pPr>
    </w:p>
    <w:p w14:paraId="34977EDC" w14:textId="77777777" w:rsidR="00E171BE" w:rsidRDefault="00000000" w:rsidP="00465233">
      <w:pPr>
        <w:pStyle w:val="Heading1"/>
        <w:jc w:val="both"/>
      </w:pPr>
      <w:r>
        <w:lastRenderedPageBreak/>
        <w:t>Scenario 6: Hospital Clinic Room and Equipment Scheduling</w:t>
      </w:r>
    </w:p>
    <w:p w14:paraId="6A855FC3" w14:textId="22562E82" w:rsidR="00E171BE" w:rsidRDefault="00465233" w:rsidP="00465233">
      <w:pPr>
        <w:jc w:val="both"/>
      </w:pPr>
      <w:r>
        <w:rPr>
          <w:b/>
        </w:rPr>
        <w:t xml:space="preserve"> </w:t>
      </w:r>
      <w:r w:rsidR="00000000">
        <w:rPr>
          <w:b/>
        </w:rPr>
        <w:t xml:space="preserve">Problem scenario: </w:t>
      </w:r>
      <w:r w:rsidR="00000000">
        <w:t>An outpatient clinic schedules appointments across consultation rooms, treatment rooms, and shared diagnostic equipment. Some patients need wheelchair access, some appointments need both a room and a scanner, and clinicians cannot be in two places at once. The clinic wants a process that finds a valid room-equipment-clinician combination while also reducing walking time for staff.</w:t>
      </w:r>
    </w:p>
    <w:p w14:paraId="19B7B42D" w14:textId="77777777" w:rsidR="00E171BE" w:rsidRDefault="00000000" w:rsidP="00465233">
      <w:pPr>
        <w:spacing w:after="80"/>
        <w:jc w:val="both"/>
      </w:pPr>
      <w:r>
        <w:t>The organisation wants a solution that achieves the following:</w:t>
      </w:r>
    </w:p>
    <w:p w14:paraId="3787F13F" w14:textId="77777777" w:rsidR="00E171BE" w:rsidRDefault="00000000" w:rsidP="00465233">
      <w:pPr>
        <w:pStyle w:val="ListBullet"/>
        <w:spacing w:after="20"/>
        <w:jc w:val="both"/>
      </w:pPr>
      <w:r>
        <w:t>Allocate rooms and equipment that match appointment needs.</w:t>
      </w:r>
    </w:p>
    <w:p w14:paraId="753EE1FD" w14:textId="77777777" w:rsidR="00E171BE" w:rsidRDefault="00000000" w:rsidP="00465233">
      <w:pPr>
        <w:pStyle w:val="ListBullet"/>
        <w:spacing w:after="20"/>
        <w:jc w:val="both"/>
      </w:pPr>
      <w:r>
        <w:t>Avoid clashes for clinicians, rooms and equipment.</w:t>
      </w:r>
    </w:p>
    <w:p w14:paraId="08709A87" w14:textId="77777777" w:rsidR="00E171BE" w:rsidRDefault="00000000" w:rsidP="00465233">
      <w:pPr>
        <w:pStyle w:val="ListBullet"/>
        <w:spacing w:after="20"/>
        <w:jc w:val="both"/>
      </w:pPr>
      <w:r>
        <w:t>Reduce staff movement between consecutive appointments.</w:t>
      </w:r>
    </w:p>
    <w:p w14:paraId="62E4EB02"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03188DE3" w14:textId="5F42FDE0" w:rsidR="00E171BE" w:rsidRPr="00465233" w:rsidRDefault="00465233" w:rsidP="00465233">
      <w:pPr>
        <w:spacing w:after="80"/>
        <w:jc w:val="both"/>
        <w:rPr>
          <w:bCs/>
        </w:rPr>
      </w:pPr>
      <w:r>
        <w:rPr>
          <w:b/>
        </w:rPr>
        <w:t>Note</w:t>
      </w:r>
      <w:r w:rsidR="00000000">
        <w:rPr>
          <w:b/>
        </w:rPr>
        <w:t>:</w:t>
      </w:r>
      <w:r w:rsidR="00000000" w:rsidRPr="00465233">
        <w:rPr>
          <w:bCs/>
        </w:rPr>
        <w:t xml:space="preserve"> Students should focus on multi-resource matching by checking room suitability, equipment suitability, clinician availability, access needs, and walking-distance values before selecting the best valid combination.</w:t>
      </w:r>
    </w:p>
    <w:p w14:paraId="6007EEFE" w14:textId="77777777" w:rsidR="00E171BE" w:rsidRDefault="00E171BE" w:rsidP="00465233">
      <w:pPr>
        <w:jc w:val="both"/>
      </w:pPr>
    </w:p>
    <w:p w14:paraId="5E9AFCF1" w14:textId="39AD973F" w:rsidR="00E171BE" w:rsidRDefault="00000000" w:rsidP="00465233">
      <w:pPr>
        <w:pStyle w:val="Heading1"/>
        <w:jc w:val="both"/>
      </w:pPr>
      <w:r>
        <w:t>Scenario 7: University Exam Venue Allocation</w:t>
      </w:r>
    </w:p>
    <w:p w14:paraId="7AE68B54" w14:textId="77777777" w:rsidR="00E171BE" w:rsidRDefault="00000000" w:rsidP="00465233">
      <w:pPr>
        <w:spacing w:after="80"/>
        <w:jc w:val="both"/>
      </w:pPr>
      <w:r>
        <w:rPr>
          <w:b/>
        </w:rPr>
        <w:t xml:space="preserve">Problem scenario: </w:t>
      </w:r>
      <w:r>
        <w:t>A university must place exam sittings into halls, computer rooms, and smaller access-arrangement rooms. Some students need extra time, some exams need computers, and large cohorts may have to be split across multiple rooms. The exams office wants a process that calculates how many rooms are needed and then allocates a valid set without invigilator clashes.</w:t>
      </w:r>
    </w:p>
    <w:p w14:paraId="797C174A" w14:textId="77777777" w:rsidR="00E171BE" w:rsidRDefault="00000000" w:rsidP="00465233">
      <w:pPr>
        <w:spacing w:after="80"/>
        <w:jc w:val="both"/>
      </w:pPr>
      <w:r>
        <w:t>The organisation wants a solution that achieves the following:</w:t>
      </w:r>
    </w:p>
    <w:p w14:paraId="289662CD" w14:textId="77777777" w:rsidR="00E171BE" w:rsidRDefault="00000000" w:rsidP="00465233">
      <w:pPr>
        <w:pStyle w:val="ListBullet"/>
        <w:spacing w:after="20"/>
        <w:jc w:val="both"/>
      </w:pPr>
      <w:r>
        <w:t>Allocate enough seats and the right room type for each exam.</w:t>
      </w:r>
    </w:p>
    <w:p w14:paraId="2C59221F" w14:textId="77777777" w:rsidR="00E171BE" w:rsidRDefault="00000000" w:rsidP="00465233">
      <w:pPr>
        <w:pStyle w:val="ListBullet"/>
        <w:spacing w:after="20"/>
        <w:jc w:val="both"/>
      </w:pPr>
      <w:r>
        <w:t>Support access arrangements and computer-based exams.</w:t>
      </w:r>
    </w:p>
    <w:p w14:paraId="727EDC52" w14:textId="77777777" w:rsidR="00E171BE" w:rsidRDefault="00000000" w:rsidP="00465233">
      <w:pPr>
        <w:pStyle w:val="ListBullet"/>
        <w:spacing w:after="20"/>
        <w:jc w:val="both"/>
      </w:pPr>
      <w:r>
        <w:t>Avoid clashes for venues and invigilators.</w:t>
      </w:r>
    </w:p>
    <w:p w14:paraId="07D7268F"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63EEFDA9" w14:textId="53901DA2" w:rsidR="00E171BE" w:rsidRPr="00465233" w:rsidRDefault="00465233" w:rsidP="00465233">
      <w:pPr>
        <w:spacing w:after="80"/>
        <w:jc w:val="both"/>
        <w:rPr>
          <w:bCs/>
        </w:rPr>
      </w:pPr>
      <w:r>
        <w:rPr>
          <w:b/>
        </w:rPr>
        <w:t>Note</w:t>
      </w:r>
      <w:r w:rsidR="00000000">
        <w:rPr>
          <w:b/>
        </w:rPr>
        <w:t xml:space="preserve">: </w:t>
      </w:r>
      <w:r w:rsidR="00000000" w:rsidRPr="00465233">
        <w:rPr>
          <w:bCs/>
        </w:rPr>
        <w:t>Students should focus on progressive capacity accumulation by subtracting room capacities from seatsRemaining, while also checking room type, access arrangements, computer needs, and invigilator availability.</w:t>
      </w:r>
    </w:p>
    <w:p w14:paraId="628621B2" w14:textId="77777777" w:rsidR="00E171BE" w:rsidRDefault="00E171BE" w:rsidP="00465233">
      <w:pPr>
        <w:jc w:val="both"/>
      </w:pPr>
    </w:p>
    <w:p w14:paraId="5A5F9741" w14:textId="01937257" w:rsidR="00E171BE" w:rsidRDefault="00000000" w:rsidP="00465233">
      <w:pPr>
        <w:pStyle w:val="Heading1"/>
        <w:jc w:val="both"/>
      </w:pPr>
      <w:r>
        <w:t>Scenario 8: Warehouse Loading Bay Scheduling</w:t>
      </w:r>
    </w:p>
    <w:p w14:paraId="203A79CC" w14:textId="77777777" w:rsidR="00E171BE" w:rsidRDefault="00000000" w:rsidP="00465233">
      <w:pPr>
        <w:spacing w:after="80"/>
        <w:jc w:val="both"/>
      </w:pPr>
      <w:r>
        <w:rPr>
          <w:b/>
        </w:rPr>
        <w:t xml:space="preserve">Problem scenario: </w:t>
      </w:r>
      <w:r>
        <w:t>A warehouse assigns inbound and outbound lorries to loading bays. Some vehicles need refrigerated bays, some jobs need forklifts, and a bay cannot be used if the staff team or forklift is already committed elsewhere. Managers want a process that minimises waiting time from the planned arrival.</w:t>
      </w:r>
    </w:p>
    <w:p w14:paraId="7E5F5123" w14:textId="77777777" w:rsidR="00E171BE" w:rsidRDefault="00000000" w:rsidP="00465233">
      <w:pPr>
        <w:spacing w:after="80"/>
        <w:jc w:val="both"/>
      </w:pPr>
      <w:r>
        <w:t>The organisation wants a solution that achieves the following:</w:t>
      </w:r>
    </w:p>
    <w:p w14:paraId="29B8973D" w14:textId="77777777" w:rsidR="00E171BE" w:rsidRDefault="00000000" w:rsidP="00465233">
      <w:pPr>
        <w:pStyle w:val="ListBullet"/>
        <w:spacing w:after="20"/>
        <w:jc w:val="both"/>
      </w:pPr>
      <w:r>
        <w:t>Allocate a bay that matches vehicle and load requirements.</w:t>
      </w:r>
    </w:p>
    <w:p w14:paraId="298ECBD0" w14:textId="77777777" w:rsidR="00E171BE" w:rsidRDefault="00000000" w:rsidP="00465233">
      <w:pPr>
        <w:pStyle w:val="ListBullet"/>
        <w:spacing w:after="20"/>
        <w:jc w:val="both"/>
      </w:pPr>
      <w:r>
        <w:t>Prevent clashes for bays, forklifts and staff teams.</w:t>
      </w:r>
    </w:p>
    <w:p w14:paraId="662DBD6E" w14:textId="77777777" w:rsidR="00E171BE" w:rsidRDefault="00000000" w:rsidP="00465233">
      <w:pPr>
        <w:pStyle w:val="ListBullet"/>
        <w:spacing w:after="20"/>
        <w:jc w:val="both"/>
      </w:pPr>
      <w:r>
        <w:t>Reduce lorry waiting time from arrival to service start.</w:t>
      </w:r>
    </w:p>
    <w:p w14:paraId="03C9211F"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560854EA" w14:textId="109615B3" w:rsidR="00E171BE" w:rsidRPr="00465233" w:rsidRDefault="00465233" w:rsidP="00465233">
      <w:pPr>
        <w:spacing w:after="80"/>
        <w:jc w:val="both"/>
        <w:rPr>
          <w:bCs/>
        </w:rPr>
      </w:pPr>
      <w:r>
        <w:rPr>
          <w:b/>
        </w:rPr>
        <w:lastRenderedPageBreak/>
        <w:t>Note</w:t>
      </w:r>
      <w:r w:rsidR="00000000">
        <w:rPr>
          <w:b/>
        </w:rPr>
        <w:t xml:space="preserve">: </w:t>
      </w:r>
      <w:r w:rsidR="00000000" w:rsidRPr="00465233">
        <w:rPr>
          <w:bCs/>
        </w:rPr>
        <w:t>Students should focus on finding the option with the lowest waiting time by comparing plannedArrival, serviceStart, bayType, forkliftAvailable, and staffTeamAvailable for each possible bay allocation.</w:t>
      </w:r>
    </w:p>
    <w:p w14:paraId="18AE66C2" w14:textId="77777777" w:rsidR="00E171BE" w:rsidRDefault="00E171BE" w:rsidP="00465233">
      <w:pPr>
        <w:jc w:val="both"/>
      </w:pPr>
    </w:p>
    <w:p w14:paraId="69D21E0F" w14:textId="2E83F428" w:rsidR="00E171BE" w:rsidRDefault="00000000" w:rsidP="00465233">
      <w:pPr>
        <w:pStyle w:val="Heading1"/>
        <w:jc w:val="both"/>
      </w:pPr>
      <w:r>
        <w:t>Scenario 9: Conference Session and Room Scheduling</w:t>
      </w:r>
    </w:p>
    <w:p w14:paraId="3CD81804" w14:textId="77777777" w:rsidR="00E171BE" w:rsidRDefault="00000000" w:rsidP="00465233">
      <w:pPr>
        <w:spacing w:after="80"/>
        <w:jc w:val="both"/>
      </w:pPr>
      <w:r>
        <w:rPr>
          <w:b/>
        </w:rPr>
        <w:t xml:space="preserve">Problem scenario: </w:t>
      </w:r>
      <w:r>
        <w:t>A conference organiser must place sessions into rooms and times across a two-day event. Some sessions share the same audience, some speakers appear in more than one session, and some rooms have specialist AV. The organiser wants a process that scores possible slots so speaker clashes are avoided and audience overlap is reduced.</w:t>
      </w:r>
    </w:p>
    <w:p w14:paraId="491E20E0" w14:textId="77777777" w:rsidR="00E171BE" w:rsidRDefault="00000000" w:rsidP="00465233">
      <w:pPr>
        <w:spacing w:after="80"/>
        <w:jc w:val="both"/>
      </w:pPr>
      <w:r>
        <w:t>The organisation wants a solution that achieves the following:</w:t>
      </w:r>
    </w:p>
    <w:p w14:paraId="23E01FE5" w14:textId="77777777" w:rsidR="00E171BE" w:rsidRDefault="00000000" w:rsidP="00465233">
      <w:pPr>
        <w:pStyle w:val="ListBullet"/>
        <w:spacing w:after="20"/>
        <w:jc w:val="both"/>
      </w:pPr>
      <w:r>
        <w:t>Allocate a room and time using capacity and AV needs.</w:t>
      </w:r>
    </w:p>
    <w:p w14:paraId="68346AF5" w14:textId="77777777" w:rsidR="00E171BE" w:rsidRDefault="00000000" w:rsidP="00465233">
      <w:pPr>
        <w:pStyle w:val="ListBullet"/>
        <w:spacing w:after="20"/>
        <w:jc w:val="both"/>
      </w:pPr>
      <w:r>
        <w:t>Prevent clashes for speakers.</w:t>
      </w:r>
    </w:p>
    <w:p w14:paraId="3DF81FE2" w14:textId="77777777" w:rsidR="00E171BE" w:rsidRDefault="00000000" w:rsidP="00465233">
      <w:pPr>
        <w:pStyle w:val="ListBullet"/>
        <w:spacing w:after="20"/>
        <w:jc w:val="both"/>
      </w:pPr>
      <w:r>
        <w:t>Reduce overlap between sessions aimed at the same audience.</w:t>
      </w:r>
    </w:p>
    <w:p w14:paraId="72EBE3A3"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5E88C971" w14:textId="173A6A64" w:rsidR="00E171BE" w:rsidRPr="00465233" w:rsidRDefault="00465233" w:rsidP="00465233">
      <w:pPr>
        <w:spacing w:after="80"/>
        <w:jc w:val="both"/>
        <w:rPr>
          <w:bCs/>
        </w:rPr>
      </w:pPr>
      <w:r>
        <w:rPr>
          <w:b/>
        </w:rPr>
        <w:t>Note</w:t>
      </w:r>
      <w:r w:rsidR="00000000">
        <w:rPr>
          <w:b/>
        </w:rPr>
        <w:t xml:space="preserve">: </w:t>
      </w:r>
      <w:r w:rsidR="00000000" w:rsidRPr="00465233">
        <w:rPr>
          <w:bCs/>
        </w:rPr>
        <w:t>Students should focus on building a scoring method for each possible room-time slot using variables such as overlapScore, capacityFit, avMatch, and speakerAvailable, then selecting the highest- or lowest-scoring valid option.</w:t>
      </w:r>
    </w:p>
    <w:p w14:paraId="40A4DD2D" w14:textId="77777777" w:rsidR="00E171BE" w:rsidRDefault="00E171BE" w:rsidP="00465233">
      <w:pPr>
        <w:jc w:val="both"/>
      </w:pPr>
    </w:p>
    <w:p w14:paraId="3473EA96" w14:textId="5A3DB0CA" w:rsidR="00E171BE" w:rsidRDefault="00000000" w:rsidP="00465233">
      <w:pPr>
        <w:pStyle w:val="Heading1"/>
        <w:jc w:val="both"/>
      </w:pPr>
      <w:r>
        <w:t>Scenario 10: Airline Gate Allocation at a Regional Airport</w:t>
      </w:r>
    </w:p>
    <w:p w14:paraId="5DFB4A6B" w14:textId="77777777" w:rsidR="00E171BE" w:rsidRDefault="00000000" w:rsidP="00465233">
      <w:pPr>
        <w:spacing w:after="80"/>
        <w:jc w:val="both"/>
      </w:pPr>
      <w:r>
        <w:rPr>
          <w:b/>
        </w:rPr>
        <w:t xml:space="preserve">Problem scenario: </w:t>
      </w:r>
      <w:r>
        <w:t>A regional airport assigns aircraft to gates throughout the day. Different planes need different gate sizes, some flights require international processing, and connecting passengers should not have to walk excessive distances when alternatives exist. The airport wants a process that finds a valid gate while also improving passenger connections.</w:t>
      </w:r>
    </w:p>
    <w:p w14:paraId="0C62C11E" w14:textId="77777777" w:rsidR="00E171BE" w:rsidRDefault="00000000" w:rsidP="00465233">
      <w:pPr>
        <w:spacing w:after="80"/>
        <w:jc w:val="both"/>
      </w:pPr>
      <w:r>
        <w:t>The organisation wants a solution that achieves the following:</w:t>
      </w:r>
    </w:p>
    <w:p w14:paraId="439751FF" w14:textId="77777777" w:rsidR="00E171BE" w:rsidRDefault="00000000" w:rsidP="00465233">
      <w:pPr>
        <w:pStyle w:val="ListBullet"/>
        <w:spacing w:after="20"/>
        <w:jc w:val="both"/>
      </w:pPr>
      <w:r>
        <w:t>Allocate gates using aircraft size and flight status.</w:t>
      </w:r>
    </w:p>
    <w:p w14:paraId="1F318306" w14:textId="77777777" w:rsidR="00E171BE" w:rsidRDefault="00000000" w:rsidP="00465233">
      <w:pPr>
        <w:pStyle w:val="ListBullet"/>
        <w:spacing w:after="20"/>
        <w:jc w:val="both"/>
      </w:pPr>
      <w:r>
        <w:t>Prevent overlapping gate use including turnaround time.</w:t>
      </w:r>
    </w:p>
    <w:p w14:paraId="497C396C" w14:textId="77777777" w:rsidR="00E171BE" w:rsidRDefault="00000000" w:rsidP="00465233">
      <w:pPr>
        <w:pStyle w:val="ListBullet"/>
        <w:spacing w:after="20"/>
        <w:jc w:val="both"/>
      </w:pPr>
      <w:r>
        <w:t>Reduce walking distance for connecting passengers where possible.</w:t>
      </w:r>
    </w:p>
    <w:p w14:paraId="3DB3BF93" w14:textId="77777777" w:rsidR="00E171BE" w:rsidRDefault="00000000" w:rsidP="00465233">
      <w:pPr>
        <w:spacing w:after="80"/>
        <w:jc w:val="both"/>
      </w:pPr>
      <w:r>
        <w:rPr>
          <w:b/>
        </w:rPr>
        <w:t xml:space="preserve">Student tasks: </w:t>
      </w:r>
      <w:r>
        <w:t>1. Deconstruct the problem using a method such as MoSCoW and identify the variables. 2. Propose a solution using a standard pictorial flowchart and a written explanation.</w:t>
      </w:r>
    </w:p>
    <w:p w14:paraId="33C92DFD" w14:textId="0BB428B3" w:rsidR="00E171BE" w:rsidRPr="00465233" w:rsidRDefault="00465233" w:rsidP="00465233">
      <w:pPr>
        <w:spacing w:after="80"/>
        <w:jc w:val="both"/>
        <w:rPr>
          <w:bCs/>
        </w:rPr>
      </w:pPr>
      <w:r>
        <w:rPr>
          <w:b/>
        </w:rPr>
        <w:t>Note</w:t>
      </w:r>
      <w:r w:rsidR="00000000">
        <w:rPr>
          <w:b/>
        </w:rPr>
        <w:t xml:space="preserve">: </w:t>
      </w:r>
      <w:r w:rsidR="00000000" w:rsidRPr="00465233">
        <w:rPr>
          <w:bCs/>
        </w:rPr>
        <w:t xml:space="preserve">Students should focus on checking gate suitability using </w:t>
      </w:r>
      <w:proofErr w:type="gramStart"/>
      <w:r w:rsidR="00000000" w:rsidRPr="00465233">
        <w:rPr>
          <w:bCs/>
        </w:rPr>
        <w:t>aircraftSize</w:t>
      </w:r>
      <w:proofErr w:type="gramEnd"/>
      <w:r w:rsidR="00000000" w:rsidRPr="00465233">
        <w:rPr>
          <w:bCs/>
        </w:rPr>
        <w:t xml:space="preserve">, </w:t>
      </w:r>
      <w:proofErr w:type="gramStart"/>
      <w:r w:rsidR="00000000" w:rsidRPr="00465233">
        <w:rPr>
          <w:bCs/>
        </w:rPr>
        <w:t>gateSize</w:t>
      </w:r>
      <w:proofErr w:type="gramEnd"/>
      <w:r w:rsidR="00000000" w:rsidRPr="00465233">
        <w:rPr>
          <w:bCs/>
        </w:rPr>
        <w:t xml:space="preserve">, </w:t>
      </w:r>
      <w:proofErr w:type="gramStart"/>
      <w:r w:rsidR="00000000" w:rsidRPr="00465233">
        <w:rPr>
          <w:bCs/>
        </w:rPr>
        <w:t>internationalRequired</w:t>
      </w:r>
      <w:proofErr w:type="gramEnd"/>
      <w:r w:rsidR="00000000" w:rsidRPr="00465233">
        <w:rPr>
          <w:bCs/>
        </w:rPr>
        <w:t>, turnaroundBuffer, and overlap tests, then comparing walkingDistance values for connecting passengers.</w:t>
      </w:r>
    </w:p>
    <w:sectPr w:rsidR="00E171BE" w:rsidRPr="00465233" w:rsidSect="00034616">
      <w:pgSz w:w="12240" w:h="15840"/>
      <w:pgMar w:top="907" w:right="1020" w:bottom="85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33395205">
    <w:abstractNumId w:val="8"/>
  </w:num>
  <w:num w:numId="2" w16cid:durableId="1843159550">
    <w:abstractNumId w:val="6"/>
  </w:num>
  <w:num w:numId="3" w16cid:durableId="605768555">
    <w:abstractNumId w:val="5"/>
  </w:num>
  <w:num w:numId="4" w16cid:durableId="1042945351">
    <w:abstractNumId w:val="4"/>
  </w:num>
  <w:num w:numId="5" w16cid:durableId="586769324">
    <w:abstractNumId w:val="7"/>
  </w:num>
  <w:num w:numId="6" w16cid:durableId="1040517183">
    <w:abstractNumId w:val="3"/>
  </w:num>
  <w:num w:numId="7" w16cid:durableId="1368406352">
    <w:abstractNumId w:val="2"/>
  </w:num>
  <w:num w:numId="8" w16cid:durableId="146627450">
    <w:abstractNumId w:val="1"/>
  </w:num>
  <w:num w:numId="9" w16cid:durableId="1333945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65233"/>
    <w:rsid w:val="00AA1D8D"/>
    <w:rsid w:val="00B47730"/>
    <w:rsid w:val="00CB0664"/>
    <w:rsid w:val="00D50422"/>
    <w:rsid w:val="00E171B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401ABA"/>
  <w14:defaultImageDpi w14:val="300"/>
  <w15:docId w15:val="{055450D2-9C56-4D12-AC39-AA56CD3FA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1466</Words>
  <Characters>8769</Characters>
  <Application>Microsoft Office Word</Application>
  <DocSecurity>0</DocSecurity>
  <Lines>153</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Fahad Ahmed</cp:lastModifiedBy>
  <cp:revision>2</cp:revision>
  <dcterms:created xsi:type="dcterms:W3CDTF">2013-12-23T23:15:00Z</dcterms:created>
  <dcterms:modified xsi:type="dcterms:W3CDTF">2026-03-23T21:09:00Z</dcterms:modified>
  <cp:category/>
</cp:coreProperties>
</file>