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3CF1F" w14:textId="77777777" w:rsidR="007F14B2" w:rsidRDefault="0065178A">
      <w:pPr>
        <w:pStyle w:val="Title"/>
      </w:pPr>
      <w:r>
        <w:t>Curriculum Vitae</w:t>
      </w:r>
    </w:p>
    <w:p w14:paraId="706D8D29" w14:textId="77777777" w:rsidR="007F14B2" w:rsidRDefault="0065178A">
      <w:r>
        <w:rPr>
          <w:b/>
        </w:rPr>
        <w:t>Renata Grudzien</w:t>
      </w:r>
    </w:p>
    <w:p w14:paraId="35CD40E0" w14:textId="77777777" w:rsidR="007F14B2" w:rsidRDefault="0065178A">
      <w:r>
        <w:t>Email: renatagrudzien78@gmail.com | Phone: 07704550894</w:t>
      </w:r>
    </w:p>
    <w:p w14:paraId="1E3EA945" w14:textId="77777777" w:rsidR="007F14B2" w:rsidRDefault="0065178A">
      <w:pPr>
        <w:pStyle w:val="Heading1"/>
      </w:pPr>
      <w:r>
        <w:t>Profile</w:t>
      </w:r>
    </w:p>
    <w:p w14:paraId="64F07203" w14:textId="24497EB1" w:rsidR="007F14B2" w:rsidRDefault="009B49D7">
      <w:r>
        <w:t>Organized</w:t>
      </w:r>
      <w:r w:rsidR="0065178A">
        <w:t>, reliable and hardworking administrative professional with experience in office administration, payment processing, document preparation, data entry and customer service. Confident handling enquiries, maintaining accurate records, managing competing priorities</w:t>
      </w:r>
      <w:r w:rsidR="0231EB01">
        <w:t>,</w:t>
      </w:r>
      <w:r w:rsidR="0065178A">
        <w:t xml:space="preserve"> and supporting colleagues. Careful with confidential information and committed to completing work accurately and within deadlines.</w:t>
      </w:r>
    </w:p>
    <w:p w14:paraId="7752D4E6" w14:textId="77777777" w:rsidR="007F14B2" w:rsidRDefault="0065178A">
      <w:pPr>
        <w:pStyle w:val="Heading1"/>
      </w:pPr>
      <w:r>
        <w:t>Key Skills</w:t>
      </w:r>
    </w:p>
    <w:p w14:paraId="3FBE6667" w14:textId="77777777" w:rsidR="007F14B2" w:rsidRDefault="0065178A">
      <w:pPr>
        <w:pStyle w:val="ListBullet"/>
      </w:pPr>
      <w:r>
        <w:t>Office administration, document preparation and data entry</w:t>
      </w:r>
    </w:p>
    <w:p w14:paraId="066B5829" w14:textId="77777777" w:rsidR="007F14B2" w:rsidRDefault="0065178A">
      <w:pPr>
        <w:pStyle w:val="ListBullet"/>
      </w:pPr>
      <w:r>
        <w:t>Processing fees and payments and allocating payments accurately</w:t>
      </w:r>
    </w:p>
    <w:p w14:paraId="5F21CF18" w14:textId="77777777" w:rsidR="007F14B2" w:rsidRDefault="0065178A">
      <w:pPr>
        <w:pStyle w:val="ListBullet"/>
      </w:pPr>
      <w:r>
        <w:t>Maintaining records and handling information securely</w:t>
      </w:r>
    </w:p>
    <w:p w14:paraId="2F12C062" w14:textId="77777777" w:rsidR="007F14B2" w:rsidRDefault="0065178A">
      <w:pPr>
        <w:pStyle w:val="ListBullet"/>
      </w:pPr>
      <w:r>
        <w:t>Telephone and face-to-face customer service</w:t>
      </w:r>
    </w:p>
    <w:p w14:paraId="7D6B4252" w14:textId="77777777" w:rsidR="007F14B2" w:rsidRDefault="0065178A">
      <w:pPr>
        <w:pStyle w:val="ListBullet"/>
      </w:pPr>
      <w:r>
        <w:t>Following up enquiries and communicating with colleagues and customers</w:t>
      </w:r>
    </w:p>
    <w:p w14:paraId="16DC3203" w14:textId="77777777" w:rsidR="007F14B2" w:rsidRDefault="0065178A">
      <w:pPr>
        <w:pStyle w:val="ListBullet"/>
      </w:pPr>
      <w:proofErr w:type="spellStart"/>
      <w:r>
        <w:t>Organisation</w:t>
      </w:r>
      <w:proofErr w:type="spellEnd"/>
      <w:r>
        <w:t xml:space="preserve">, time management and </w:t>
      </w:r>
      <w:proofErr w:type="spellStart"/>
      <w:r>
        <w:t>prioritising</w:t>
      </w:r>
      <w:proofErr w:type="spellEnd"/>
      <w:r>
        <w:t xml:space="preserve"> deadlines</w:t>
      </w:r>
    </w:p>
    <w:p w14:paraId="18775810" w14:textId="77777777" w:rsidR="007F14B2" w:rsidRDefault="0065178A">
      <w:pPr>
        <w:pStyle w:val="ListBullet"/>
      </w:pPr>
      <w:r>
        <w:t>Attention to detail, flexibility, initiative and teamwork</w:t>
      </w:r>
    </w:p>
    <w:p w14:paraId="357A0F6A" w14:textId="77777777" w:rsidR="007F14B2" w:rsidRDefault="0065178A">
      <w:pPr>
        <w:pStyle w:val="ListBullet"/>
      </w:pPr>
      <w:r>
        <w:t>Microsoft Word, Excel, PowerPoint and Outlook</w:t>
      </w:r>
    </w:p>
    <w:p w14:paraId="26AE38CA" w14:textId="77777777" w:rsidR="007F14B2" w:rsidRDefault="0065178A">
      <w:pPr>
        <w:pStyle w:val="Heading1"/>
      </w:pPr>
      <w:r>
        <w:t>Employment History</w:t>
      </w:r>
    </w:p>
    <w:p w14:paraId="04C56AB6" w14:textId="77777777" w:rsidR="007F14B2" w:rsidRDefault="0065178A">
      <w:pPr>
        <w:pStyle w:val="Heading2"/>
      </w:pPr>
      <w:r>
        <w:t>Administrative Officer — Ministry of Justice | May 2023–Present</w:t>
      </w:r>
    </w:p>
    <w:p w14:paraId="249B8CFA" w14:textId="6DED4401" w:rsidR="007F14B2" w:rsidRDefault="0065178A">
      <w:pPr>
        <w:pStyle w:val="ListBullet"/>
      </w:pPr>
      <w:r>
        <w:t xml:space="preserve">Process writs of control and </w:t>
      </w:r>
      <w:r w:rsidR="00CB160F">
        <w:t>preparing</w:t>
      </w:r>
      <w:r>
        <w:t xml:space="preserve"> court and tribunal documents.</w:t>
      </w:r>
    </w:p>
    <w:p w14:paraId="7E7C29E2" w14:textId="06731965" w:rsidR="007F14B2" w:rsidRDefault="0065178A">
      <w:pPr>
        <w:pStyle w:val="ListBullet"/>
      </w:pPr>
      <w:r>
        <w:t>Create PBA accounts, take fees</w:t>
      </w:r>
      <w:r w:rsidR="47A51655">
        <w:t>,</w:t>
      </w:r>
      <w:r>
        <w:t xml:space="preserve"> and process payments received through an automated telephone line.</w:t>
      </w:r>
    </w:p>
    <w:p w14:paraId="7C5FC5D9" w14:textId="77777777" w:rsidR="007F14B2" w:rsidRDefault="0065178A">
      <w:pPr>
        <w:pStyle w:val="ListBullet"/>
      </w:pPr>
      <w:r>
        <w:t>Allocate payments and process pay-outs, ensuring information is handled accurately.</w:t>
      </w:r>
    </w:p>
    <w:p w14:paraId="013614B1" w14:textId="0CF0CB0E" w:rsidR="007F14B2" w:rsidRDefault="0065178A">
      <w:pPr>
        <w:pStyle w:val="ListBullet"/>
      </w:pPr>
      <w:r>
        <w:t>Respond to telephone and face-to-face enquiries, pass on messages</w:t>
      </w:r>
      <w:r w:rsidR="78C8CD13">
        <w:t>,</w:t>
      </w:r>
      <w:r>
        <w:t xml:space="preserve"> and provide administrative support.</w:t>
      </w:r>
    </w:p>
    <w:p w14:paraId="12C46B59" w14:textId="77777777" w:rsidR="007F14B2" w:rsidRDefault="0065178A">
      <w:pPr>
        <w:pStyle w:val="ListBullet"/>
      </w:pPr>
      <w:r>
        <w:t>Support colleagues and the judiciary and operate office and court equipment.</w:t>
      </w:r>
    </w:p>
    <w:p w14:paraId="1456ECC8" w14:textId="77777777" w:rsidR="007F14B2" w:rsidRDefault="0065178A">
      <w:pPr>
        <w:pStyle w:val="Heading2"/>
      </w:pPr>
      <w:r>
        <w:lastRenderedPageBreak/>
        <w:t>Data Entry | December 2022–May 2023</w:t>
      </w:r>
    </w:p>
    <w:p w14:paraId="65C68384" w14:textId="77777777" w:rsidR="007F14B2" w:rsidRDefault="0065178A">
      <w:pPr>
        <w:pStyle w:val="ListBullet"/>
      </w:pPr>
      <w:r>
        <w:t>Entered customer and account data and maintained accurate records.</w:t>
      </w:r>
    </w:p>
    <w:p w14:paraId="0BB052C2" w14:textId="77777777" w:rsidR="007F14B2" w:rsidRDefault="0065178A">
      <w:pPr>
        <w:pStyle w:val="ListBullet"/>
      </w:pPr>
      <w:r>
        <w:t>Handled documents and information securely and prepared operational paperwork.</w:t>
      </w:r>
    </w:p>
    <w:p w14:paraId="06639893" w14:textId="77777777" w:rsidR="007F14B2" w:rsidRDefault="0065178A">
      <w:pPr>
        <w:pStyle w:val="ListBullet"/>
      </w:pPr>
      <w:r>
        <w:t>Followed health and safety and food hygiene procedures.</w:t>
      </w:r>
    </w:p>
    <w:p w14:paraId="35E0E671" w14:textId="77777777" w:rsidR="007F14B2" w:rsidRDefault="0065178A">
      <w:pPr>
        <w:pStyle w:val="Heading2"/>
      </w:pPr>
      <w:r>
        <w:t>Technical Support — Service Care, Northampton | June–December 2022</w:t>
      </w:r>
    </w:p>
    <w:p w14:paraId="0FF548E2" w14:textId="77777777" w:rsidR="007F14B2" w:rsidRDefault="0065178A">
      <w:pPr>
        <w:pStyle w:val="ListBullet"/>
      </w:pPr>
      <w:r>
        <w:t>Served and advised customers and assisted with returns.</w:t>
      </w:r>
    </w:p>
    <w:p w14:paraId="4FF9B2AF" w14:textId="77777777" w:rsidR="007F14B2" w:rsidRDefault="0065178A">
      <w:pPr>
        <w:pStyle w:val="ListBullet"/>
      </w:pPr>
      <w:r>
        <w:t>Completed administration and tested and recorded returned items.</w:t>
      </w:r>
    </w:p>
    <w:p w14:paraId="3948C056" w14:textId="77777777" w:rsidR="007F14B2" w:rsidRDefault="0065178A">
      <w:pPr>
        <w:pStyle w:val="Heading2"/>
      </w:pPr>
      <w:r>
        <w:t>Warehouse Operative — Travis Perkins | November 2013–June 2022</w:t>
      </w:r>
    </w:p>
    <w:p w14:paraId="37077823" w14:textId="77777777" w:rsidR="007F14B2" w:rsidRDefault="0065178A">
      <w:pPr>
        <w:pStyle w:val="ListBullet"/>
      </w:pPr>
      <w:r>
        <w:t>Picked and packed orders for delivery.</w:t>
      </w:r>
    </w:p>
    <w:p w14:paraId="3498A8D6" w14:textId="77777777" w:rsidR="007F14B2" w:rsidRDefault="0065178A">
      <w:pPr>
        <w:pStyle w:val="ListBullet"/>
      </w:pPr>
      <w:r>
        <w:t>Received and checked stock and accompanying documentation.</w:t>
      </w:r>
    </w:p>
    <w:p w14:paraId="5F91F694" w14:textId="77777777" w:rsidR="007F14B2" w:rsidRDefault="0065178A">
      <w:pPr>
        <w:pStyle w:val="Heading1"/>
      </w:pPr>
      <w:r>
        <w:t>Education</w:t>
      </w:r>
    </w:p>
    <w:p w14:paraId="7DAD67A0" w14:textId="77777777" w:rsidR="007F14B2" w:rsidRDefault="0065178A">
      <w:r>
        <w:t>Northampton College — ESOL Entry Level 3</w:t>
      </w:r>
    </w:p>
    <w:p w14:paraId="006D597E" w14:textId="77777777" w:rsidR="007F14B2" w:rsidRDefault="0065178A">
      <w:r>
        <w:t>Economical High School — Diploma of Higher Education in Techniques Administration (as listed on original CV)</w:t>
      </w:r>
    </w:p>
    <w:p w14:paraId="7E0EEDB1" w14:textId="77777777" w:rsidR="007F14B2" w:rsidRDefault="0065178A">
      <w:r>
        <w:t xml:space="preserve">Secondary education in Poland, including </w:t>
      </w:r>
      <w:proofErr w:type="spellStart"/>
      <w:r>
        <w:t>Maths</w:t>
      </w:r>
      <w:proofErr w:type="spellEnd"/>
      <w:r>
        <w:t>, English, Science, History and Geography</w:t>
      </w:r>
    </w:p>
    <w:p w14:paraId="1DC1A4FA" w14:textId="77777777" w:rsidR="007F14B2" w:rsidRDefault="0065178A">
      <w:pPr>
        <w:pStyle w:val="Heading1"/>
      </w:pPr>
      <w:r>
        <w:t>Interests</w:t>
      </w:r>
    </w:p>
    <w:p w14:paraId="28E2CBA3" w14:textId="77777777" w:rsidR="007F14B2" w:rsidRDefault="0065178A">
      <w:r>
        <w:t>Cooking, films, and spending time with family and friends.</w:t>
      </w:r>
    </w:p>
    <w:p w14:paraId="1FAAE443" w14:textId="77777777" w:rsidR="007F14B2" w:rsidRDefault="0065178A">
      <w:r>
        <w:t>References available on request.</w:t>
      </w:r>
    </w:p>
    <w:p w14:paraId="7A03B315" w14:textId="77777777" w:rsidR="007F14B2" w:rsidRDefault="0065178A">
      <w:r>
        <w:br w:type="page"/>
      </w:r>
    </w:p>
    <w:p w14:paraId="7AFA172C" w14:textId="77777777" w:rsidR="007F14B2" w:rsidRDefault="0065178A">
      <w:pPr>
        <w:pStyle w:val="Title"/>
      </w:pPr>
      <w:r>
        <w:lastRenderedPageBreak/>
        <w:t>Cover Letter — Administration Officer</w:t>
      </w:r>
    </w:p>
    <w:p w14:paraId="6757FE93" w14:textId="77777777" w:rsidR="007F14B2" w:rsidRDefault="0065178A">
      <w:r>
        <w:t>Renata Grudzien</w:t>
      </w:r>
      <w:r>
        <w:br/>
        <w:t>renatagrudzien78@gmail.com | 07704550894</w:t>
      </w:r>
    </w:p>
    <w:p w14:paraId="35CE3687" w14:textId="77777777" w:rsidR="007F14B2" w:rsidRDefault="0065178A">
      <w:r>
        <w:t>Dear Hiring Manager,</w:t>
      </w:r>
    </w:p>
    <w:p w14:paraId="430EACD0" w14:textId="77777777" w:rsidR="007F14B2" w:rsidRDefault="0065178A">
      <w:r>
        <w:t>I am writing to apply for the Administration Officer position advertised by Match Recruitment. I have several years of experience in office-based roles, including my current position as an Administrative Officer with the Ministry of Justice, where I prepare documents, process fees and payments, maintain accurate information and respond to customer enquiries.</w:t>
      </w:r>
    </w:p>
    <w:p w14:paraId="25088440" w14:textId="6A60A6A1" w:rsidR="007F14B2" w:rsidRDefault="0065178A">
      <w:r>
        <w:t xml:space="preserve">My current role has developed my attention to detail, </w:t>
      </w:r>
      <w:r w:rsidR="7BFB5570">
        <w:t>organization</w:t>
      </w:r>
      <w:r>
        <w:t xml:space="preserve"> and ability to manage tasks in line with procedures and deadlines. I create PBA accounts, take fees, allocate payments</w:t>
      </w:r>
      <w:r w:rsidR="0D213DE0">
        <w:t>,</w:t>
      </w:r>
      <w:r>
        <w:t xml:space="preserve"> and support colleagues with administrative work. My previous data-entry role also strengthened my accuracy and understanding of handling customer information securely.</w:t>
      </w:r>
    </w:p>
    <w:p w14:paraId="52C6592D" w14:textId="77777777" w:rsidR="007F14B2" w:rsidRDefault="0065178A">
      <w:r>
        <w:t>I am comfortable communicating by telephone and face to face, answering questions and passing information to the appropriate colleagues. I understand the importance of keeping records up to date, following up actions and ensuring documents are complete. I am confident using Microsoft Office and willing to learn new CRM systems and processes.</w:t>
      </w:r>
    </w:p>
    <w:p w14:paraId="1E57E998" w14:textId="77777777" w:rsidR="007F14B2" w:rsidRDefault="0065178A">
      <w:r>
        <w:t>I believe my administration, payment-processing and customer-service experience would allow me to make a positive contribution to your client’s team. Thank you for considering my application. I would welcome the opportunity to discuss my experience further.</w:t>
      </w:r>
    </w:p>
    <w:p w14:paraId="2DA92252" w14:textId="77777777" w:rsidR="007F14B2" w:rsidRDefault="0065178A">
      <w:r>
        <w:t>Yours faithfully,</w:t>
      </w:r>
      <w:r>
        <w:br/>
        <w:t>Renata Grudzien</w:t>
      </w:r>
    </w:p>
    <w:p w14:paraId="4C965CCF" w14:textId="77777777" w:rsidR="007F14B2" w:rsidRDefault="0065178A">
      <w:r>
        <w:br w:type="page"/>
      </w:r>
    </w:p>
    <w:p w14:paraId="3F7353CE" w14:textId="77777777" w:rsidR="007F14B2" w:rsidRDefault="0065178A">
      <w:pPr>
        <w:pStyle w:val="Title"/>
      </w:pPr>
      <w:r>
        <w:lastRenderedPageBreak/>
        <w:t>Job Description and Person Specification</w:t>
      </w:r>
    </w:p>
    <w:p w14:paraId="4662E12C" w14:textId="77777777" w:rsidR="007F14B2" w:rsidRDefault="0065178A">
      <w:pPr>
        <w:pStyle w:val="Heading1"/>
      </w:pPr>
      <w:r>
        <w:t>Administration Officer</w:t>
      </w:r>
    </w:p>
    <w:p w14:paraId="5A653EEF" w14:textId="77777777" w:rsidR="007F14B2" w:rsidRDefault="0065178A">
      <w:r>
        <w:t>Salary: £27,000–£29,000 per annum, depending on experience</w:t>
      </w:r>
    </w:p>
    <w:p w14:paraId="792C2A84" w14:textId="77777777" w:rsidR="007F14B2" w:rsidRDefault="0065178A">
      <w:r>
        <w:t>Contract: Permanent, full-time | Hours: 37.5 hours per week, Monday to Friday</w:t>
      </w:r>
    </w:p>
    <w:p w14:paraId="2E680609" w14:textId="77777777" w:rsidR="007F14B2" w:rsidRDefault="0065178A">
      <w:r>
        <w:t>Location: Fully office-based in the Weldon area of Corby</w:t>
      </w:r>
    </w:p>
    <w:p w14:paraId="67BC5950" w14:textId="77777777" w:rsidR="007F14B2" w:rsidRDefault="0065178A">
      <w:pPr>
        <w:pStyle w:val="Heading1"/>
      </w:pPr>
      <w:r>
        <w:t>Job Description</w:t>
      </w:r>
    </w:p>
    <w:p w14:paraId="3FBB4E4B" w14:textId="2912ED0F" w:rsidR="007F14B2" w:rsidRDefault="0065178A">
      <w:r>
        <w:t xml:space="preserve">Match Recruitment is recruiting an Administration Officer for its </w:t>
      </w:r>
      <w:r w:rsidR="00652460">
        <w:t>clients</w:t>
      </w:r>
      <w:r>
        <w:t xml:space="preserve">. </w:t>
      </w:r>
      <w:r w:rsidR="00652460">
        <w:t>This</w:t>
      </w:r>
      <w:r>
        <w:t xml:space="preserve"> role involves managing a caseload from start to finish, keeping client records accurate and up to date, responding to queries, preparing documents and invoices, following up outstanding information and payments, and providing general office support.</w:t>
      </w:r>
    </w:p>
    <w:p w14:paraId="0FB7733C" w14:textId="77777777" w:rsidR="007F14B2" w:rsidRDefault="0065178A">
      <w:pPr>
        <w:pStyle w:val="Heading1"/>
      </w:pPr>
      <w:r>
        <w:t>Main Responsibilities</w:t>
      </w:r>
    </w:p>
    <w:p w14:paraId="0BCC6C10" w14:textId="77777777" w:rsidR="007F14B2" w:rsidRDefault="0065178A">
      <w:pPr>
        <w:pStyle w:val="ListBullet"/>
      </w:pPr>
      <w:r>
        <w:t>Maintain client case files on the internal CRM system and monitor outstanding actions.</w:t>
      </w:r>
    </w:p>
    <w:p w14:paraId="3C5A5C2F" w14:textId="1E3A4DBF" w:rsidR="007F14B2" w:rsidRDefault="0065178A">
      <w:pPr>
        <w:pStyle w:val="ListBullet"/>
      </w:pPr>
      <w:r>
        <w:t>Act as a point of contact for clients, external stakeholders</w:t>
      </w:r>
      <w:r w:rsidR="4AEE3EA9">
        <w:t>,</w:t>
      </w:r>
      <w:r>
        <w:t xml:space="preserve"> and colleagues by phone and email.</w:t>
      </w:r>
    </w:p>
    <w:p w14:paraId="718F3DA7" w14:textId="77777777" w:rsidR="007F14B2" w:rsidRDefault="0065178A">
      <w:pPr>
        <w:pStyle w:val="ListBullet"/>
      </w:pPr>
      <w:r>
        <w:t>Chase missing information and documents to help prevent delays.</w:t>
      </w:r>
    </w:p>
    <w:p w14:paraId="1F3D33EB" w14:textId="77777777" w:rsidR="007F14B2" w:rsidRDefault="0065178A">
      <w:pPr>
        <w:pStyle w:val="ListBullet"/>
      </w:pPr>
      <w:r>
        <w:t>Prepare and issue offers, agreements, invoices, letters and other documents accurately and on time.</w:t>
      </w:r>
    </w:p>
    <w:p w14:paraId="09FD88C7" w14:textId="350D82E7" w:rsidR="007F14B2" w:rsidRDefault="0065178A">
      <w:pPr>
        <w:pStyle w:val="ListBullet"/>
      </w:pPr>
      <w:r>
        <w:t>Manage client funds and invoicing, allocate payments, check fees</w:t>
      </w:r>
      <w:r w:rsidR="27A21099">
        <w:t>,</w:t>
      </w:r>
      <w:r>
        <w:t xml:space="preserve"> and follow up outstanding payments.</w:t>
      </w:r>
    </w:p>
    <w:p w14:paraId="5E74FBEE" w14:textId="77777777" w:rsidR="007F14B2" w:rsidRDefault="0065178A">
      <w:pPr>
        <w:pStyle w:val="ListBullet"/>
      </w:pPr>
      <w:r>
        <w:t>Provide workload updates and reports to management.</w:t>
      </w:r>
    </w:p>
    <w:p w14:paraId="48F1B7CC" w14:textId="77777777" w:rsidR="007F14B2" w:rsidRDefault="0065178A">
      <w:pPr>
        <w:pStyle w:val="ListBullet"/>
      </w:pPr>
      <w:r>
        <w:t>Answer calls, support colleagues, file documents and keep office records up to date.</w:t>
      </w:r>
    </w:p>
    <w:p w14:paraId="7C24DAE2" w14:textId="77777777" w:rsidR="007F14B2" w:rsidRDefault="0065178A">
      <w:pPr>
        <w:pStyle w:val="Heading1"/>
      </w:pPr>
      <w:r>
        <w:t>Person Specification</w:t>
      </w:r>
    </w:p>
    <w:p w14:paraId="2CEDFEC6" w14:textId="77777777" w:rsidR="007F14B2" w:rsidRDefault="0065178A">
      <w:pPr>
        <w:pStyle w:val="ListBullet"/>
      </w:pPr>
      <w:r>
        <w:t>Relevant office-based administration experience.</w:t>
      </w:r>
    </w:p>
    <w:p w14:paraId="4153B058" w14:textId="77777777" w:rsidR="007F14B2" w:rsidRDefault="0065178A">
      <w:pPr>
        <w:pStyle w:val="ListBullet"/>
      </w:pPr>
      <w:r>
        <w:t xml:space="preserve">Strong </w:t>
      </w:r>
      <w:proofErr w:type="spellStart"/>
      <w:r>
        <w:t>organisation</w:t>
      </w:r>
      <w:proofErr w:type="spellEnd"/>
      <w:r>
        <w:t xml:space="preserve"> and attention to detail.</w:t>
      </w:r>
    </w:p>
    <w:p w14:paraId="42A10592" w14:textId="77777777" w:rsidR="007F14B2" w:rsidRDefault="0065178A">
      <w:pPr>
        <w:pStyle w:val="ListBullet"/>
      </w:pPr>
      <w:r>
        <w:t>Ability to manage a caseload, workload and changing priorities while meeting deadlines.</w:t>
      </w:r>
    </w:p>
    <w:p w14:paraId="365F9791" w14:textId="77777777" w:rsidR="007F14B2" w:rsidRDefault="0065178A">
      <w:pPr>
        <w:pStyle w:val="ListBullet"/>
      </w:pPr>
      <w:r>
        <w:t>Confident communication with clients, external stakeholders and colleagues.</w:t>
      </w:r>
    </w:p>
    <w:p w14:paraId="0C46743D" w14:textId="77777777" w:rsidR="007F14B2" w:rsidRDefault="0065178A">
      <w:pPr>
        <w:pStyle w:val="ListBullet"/>
      </w:pPr>
      <w:r>
        <w:t>Accuracy when preparing documents, maintaining records and processing fees or payments.</w:t>
      </w:r>
    </w:p>
    <w:p w14:paraId="05E6047B" w14:textId="77777777" w:rsidR="007F14B2" w:rsidRDefault="0065178A">
      <w:pPr>
        <w:pStyle w:val="ListBullet"/>
      </w:pPr>
      <w:r>
        <w:t>Ability to follow up outstanding actions and keep cases moving forward.</w:t>
      </w:r>
    </w:p>
    <w:p w14:paraId="64469EA0" w14:textId="77777777" w:rsidR="007F14B2" w:rsidRDefault="0065178A">
      <w:pPr>
        <w:pStyle w:val="ListBullet"/>
      </w:pPr>
      <w:r>
        <w:t>Reliable employment history and evidence of commitment to previous roles.</w:t>
      </w:r>
    </w:p>
    <w:p w14:paraId="044045F5" w14:textId="77777777" w:rsidR="007F14B2" w:rsidRDefault="0065178A">
      <w:pPr>
        <w:pStyle w:val="ListBullet"/>
      </w:pPr>
      <w:r>
        <w:lastRenderedPageBreak/>
        <w:t>Willingness to learn and use the employer’s internal CRM system.</w:t>
      </w:r>
    </w:p>
    <w:p w14:paraId="30C875B6" w14:textId="77777777" w:rsidR="007F14B2" w:rsidRDefault="0065178A">
      <w:r>
        <w:t>Additional information: The role is permanent and full-time, based in person in the Weldon area of Corby. Advertised benefits include free parking and on-site parking.</w:t>
      </w:r>
    </w:p>
    <w:p w14:paraId="5D8690CD" w14:textId="77777777" w:rsidR="003C1238" w:rsidRDefault="003C1238"/>
    <w:p w14:paraId="0E6DF80B" w14:textId="77777777" w:rsidR="003C1238" w:rsidRDefault="003C1238"/>
    <w:p w14:paraId="2BD1833B" w14:textId="77777777" w:rsidR="003C1238" w:rsidRDefault="003C1238"/>
    <w:p w14:paraId="1FA441FB" w14:textId="77777777" w:rsidR="003C1238" w:rsidRDefault="003C1238"/>
    <w:p w14:paraId="7B8401F6" w14:textId="77777777" w:rsidR="003C1238" w:rsidRDefault="003C1238"/>
    <w:p w14:paraId="124C3B06" w14:textId="68747AEB" w:rsidR="003C1238" w:rsidRDefault="00801D83">
      <w:r>
        <w:rPr>
          <w:noProof/>
        </w:rPr>
        <w:lastRenderedPageBreak/>
        <w:drawing>
          <wp:inline distT="0" distB="0" distL="0" distR="0" wp14:anchorId="579C6A67" wp14:editId="197E5294">
            <wp:extent cx="6248400" cy="8400346"/>
            <wp:effectExtent l="0" t="0" r="0" b="1270"/>
            <wp:docPr id="1219896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96275" name="Picture 1219896275"/>
                    <pic:cNvPicPr/>
                  </pic:nvPicPr>
                  <pic:blipFill>
                    <a:blip r:embed="rId6"/>
                    <a:stretch>
                      <a:fillRect/>
                    </a:stretch>
                  </pic:blipFill>
                  <pic:spPr>
                    <a:xfrm>
                      <a:off x="0" y="0"/>
                      <a:ext cx="6286173" cy="8451128"/>
                    </a:xfrm>
                    <a:prstGeom prst="rect">
                      <a:avLst/>
                    </a:prstGeom>
                  </pic:spPr>
                </pic:pic>
              </a:graphicData>
            </a:graphic>
          </wp:inline>
        </w:drawing>
      </w:r>
    </w:p>
    <w:sectPr w:rsidR="003C1238"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9E25584"/>
    <w:lvl w:ilvl="0">
      <w:start w:val="1"/>
      <w:numFmt w:val="bullet"/>
      <w:pStyle w:val="ListBullet"/>
      <w:lvlText w:val=""/>
      <w:lvlJc w:val="left"/>
      <w:pPr>
        <w:tabs>
          <w:tab w:val="num" w:pos="360"/>
        </w:tabs>
        <w:ind w:left="360" w:hanging="360"/>
      </w:pPr>
      <w:rPr>
        <w:rFonts w:ascii="Symbol" w:hAnsi="Symbol" w:hint="default"/>
      </w:rPr>
    </w:lvl>
  </w:abstractNum>
  <w:num w:numId="1" w16cid:durableId="1149706577">
    <w:abstractNumId w:val="3"/>
  </w:num>
  <w:num w:numId="2" w16cid:durableId="170991403">
    <w:abstractNumId w:val="8"/>
  </w:num>
  <w:num w:numId="3" w16cid:durableId="171843043">
    <w:abstractNumId w:val="1"/>
  </w:num>
  <w:num w:numId="4" w16cid:durableId="1845974702">
    <w:abstractNumId w:val="6"/>
  </w:num>
  <w:num w:numId="5" w16cid:durableId="1950038830">
    <w:abstractNumId w:val="5"/>
  </w:num>
  <w:num w:numId="6" w16cid:durableId="20907421">
    <w:abstractNumId w:val="2"/>
  </w:num>
  <w:num w:numId="7" w16cid:durableId="465468840">
    <w:abstractNumId w:val="0"/>
  </w:num>
  <w:num w:numId="8" w16cid:durableId="564876478">
    <w:abstractNumId w:val="4"/>
  </w:num>
  <w:num w:numId="9" w16cid:durableId="6649354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9588D"/>
    <w:rsid w:val="001A55AC"/>
    <w:rsid w:val="0029639D"/>
    <w:rsid w:val="002B1D4C"/>
    <w:rsid w:val="00315661"/>
    <w:rsid w:val="00326F90"/>
    <w:rsid w:val="00334306"/>
    <w:rsid w:val="00392FE9"/>
    <w:rsid w:val="003C1238"/>
    <w:rsid w:val="004C2B5B"/>
    <w:rsid w:val="00551C25"/>
    <w:rsid w:val="005A6F0B"/>
    <w:rsid w:val="0065178A"/>
    <w:rsid w:val="00652460"/>
    <w:rsid w:val="007A7ED7"/>
    <w:rsid w:val="007F14B2"/>
    <w:rsid w:val="00801D83"/>
    <w:rsid w:val="00824DB3"/>
    <w:rsid w:val="008E1737"/>
    <w:rsid w:val="009563A6"/>
    <w:rsid w:val="00992605"/>
    <w:rsid w:val="009B49D7"/>
    <w:rsid w:val="009E27DD"/>
    <w:rsid w:val="00A15268"/>
    <w:rsid w:val="00A6415F"/>
    <w:rsid w:val="00AA1D8D"/>
    <w:rsid w:val="00B47730"/>
    <w:rsid w:val="00C1563A"/>
    <w:rsid w:val="00CB0664"/>
    <w:rsid w:val="00CB160F"/>
    <w:rsid w:val="00D470E7"/>
    <w:rsid w:val="00DF63A8"/>
    <w:rsid w:val="00E323A5"/>
    <w:rsid w:val="00F32903"/>
    <w:rsid w:val="00FC693F"/>
    <w:rsid w:val="0231EB01"/>
    <w:rsid w:val="06652410"/>
    <w:rsid w:val="0959ABB7"/>
    <w:rsid w:val="0D213DE0"/>
    <w:rsid w:val="1FAC979E"/>
    <w:rsid w:val="27A21099"/>
    <w:rsid w:val="2AA5C0A3"/>
    <w:rsid w:val="34D79292"/>
    <w:rsid w:val="47A51655"/>
    <w:rsid w:val="4AEE3EA9"/>
    <w:rsid w:val="5D8FDF28"/>
    <w:rsid w:val="776C3679"/>
    <w:rsid w:val="78C8CD13"/>
    <w:rsid w:val="7BFB55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D99387"/>
  <w14:defaultImageDpi w14:val="300"/>
  <w15:docId w15:val="{937970CB-FBB0-4295-AA23-B2719D20F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9"/>
      </w:numPr>
      <w:contextualSpacing/>
    </w:pPr>
  </w:style>
  <w:style w:type="paragraph" w:styleId="ListNumber2">
    <w:name w:val="List Number 2"/>
    <w:basedOn w:val="Normal"/>
    <w:uiPriority w:val="99"/>
    <w:unhideWhenUsed/>
    <w:rsid w:val="0029639D"/>
    <w:pPr>
      <w:numPr>
        <w:numId w:val="1"/>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Renata Grudzien (2514195)</cp:lastModifiedBy>
  <cp:revision>2</cp:revision>
  <dcterms:created xsi:type="dcterms:W3CDTF">2026-10-18T16:07:00Z</dcterms:created>
  <dcterms:modified xsi:type="dcterms:W3CDTF">2026-10-18T16:07:00Z</dcterms:modified>
  <cp:category/>
</cp:coreProperties>
</file>