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7408" w14:textId="77777777" w:rsidR="009B777B" w:rsidRDefault="00000000">
      <w:pPr>
        <w:pStyle w:val="Heading1"/>
      </w:pPr>
      <w:r>
        <w:t>LLM Pipeline Design Activity</w:t>
      </w:r>
    </w:p>
    <w:p w14:paraId="41173F5B" w14:textId="77777777" w:rsidR="009B777B" w:rsidRDefault="00000000">
      <w:pPr>
        <w:pStyle w:val="Heading2"/>
      </w:pPr>
      <w:r>
        <w:t>Instructions</w:t>
      </w:r>
    </w:p>
    <w:p w14:paraId="29303E43" w14:textId="0AEB54CA" w:rsidR="009B777B" w:rsidRDefault="00000000">
      <w:r>
        <w:t xml:space="preserve">1. Form 4 groups </w:t>
      </w:r>
      <w:r w:rsidR="003C2DA8">
        <w:t xml:space="preserve">(4 members each ) </w:t>
      </w:r>
      <w:r>
        <w:t>among yourselves.</w:t>
      </w:r>
      <w:r>
        <w:br/>
        <w:t>2. Each group will select ONE of the following scenarios.</w:t>
      </w:r>
      <w:r w:rsidR="00A62D60">
        <w:t xml:space="preserve"> Your class teacher will assign you one.</w:t>
      </w:r>
      <w:r>
        <w:br/>
        <w:t>3. You have 40 minutes to discuss and design a solution pipeline.</w:t>
      </w:r>
      <w:r>
        <w:br/>
        <w:t>4. Your proposed solution should demonstrate understanding of key LLM concepts such as:</w:t>
      </w:r>
      <w:r>
        <w:br/>
        <w:t xml:space="preserve">   - Prompt Engineering</w:t>
      </w:r>
      <w:r>
        <w:br/>
        <w:t xml:space="preserve">   - Zero-shot, One-shot, and Few-shot Learning</w:t>
      </w:r>
      <w:r>
        <w:br/>
        <w:t xml:space="preserve">   - Retrieval-Augmented Generation (RAG)</w:t>
      </w:r>
      <w:r>
        <w:br/>
        <w:t xml:space="preserve">   - Fine-tuning</w:t>
      </w:r>
      <w:r>
        <w:br/>
        <w:t>5. Be ready to present and explain your pipeline to the class.</w:t>
      </w:r>
    </w:p>
    <w:p w14:paraId="3AD152A7" w14:textId="77777777" w:rsidR="009B777B" w:rsidRDefault="00000000">
      <w:pPr>
        <w:pStyle w:val="Heading2"/>
      </w:pPr>
      <w:r>
        <w:t>1. Customer Support Automation for a SaaS Company</w:t>
      </w:r>
    </w:p>
    <w:p w14:paraId="0B5CA0FF" w14:textId="77777777" w:rsidR="009B777B" w:rsidRDefault="00000000">
      <w:r>
        <w:t>A mid-sized SaaS company wants to automate customer support using an LLM.</w:t>
      </w:r>
      <w:r>
        <w:br/>
        <w:t>They have:</w:t>
      </w:r>
      <w:r>
        <w:br/>
        <w:t>- A large knowledge base of FAQs and troubleshooting articles.</w:t>
      </w:r>
      <w:r>
        <w:br/>
        <w:t>- Chat logs from human support agents.</w:t>
      </w:r>
      <w:r>
        <w:br/>
        <w:t>- Customers asking technical and account-related questions in natural language.</w:t>
      </w:r>
      <w:r>
        <w:br/>
      </w:r>
      <w:r>
        <w:br/>
        <w:t>Task:</w:t>
      </w:r>
      <w:r>
        <w:br/>
        <w:t>Design an LLM pipeline to handle these support queries.</w:t>
      </w:r>
      <w:r>
        <w:br/>
        <w:t>Explain:</w:t>
      </w:r>
      <w:r>
        <w:br/>
        <w:t>- How you would combine retrieval-based augmentation (RAG) with prompt engineering.</w:t>
      </w:r>
      <w:r>
        <w:br/>
        <w:t>- When you might use few-shot examples versus fine-tuning on company data.</w:t>
      </w:r>
      <w:r>
        <w:br/>
        <w:t>- How you would evaluate model performance and update the system over time.</w:t>
      </w:r>
    </w:p>
    <w:p w14:paraId="7B98FF52" w14:textId="77777777" w:rsidR="009B777B" w:rsidRDefault="009B777B"/>
    <w:p w14:paraId="3787DED5" w14:textId="77777777" w:rsidR="009B777B" w:rsidRDefault="00000000">
      <w:pPr>
        <w:pStyle w:val="Heading2"/>
      </w:pPr>
      <w:r>
        <w:t>2. Legal Document Summarization and Question Answering</w:t>
      </w:r>
    </w:p>
    <w:p w14:paraId="727C5689" w14:textId="77777777" w:rsidR="009B777B" w:rsidRDefault="00000000">
      <w:r>
        <w:t>A law firm wants a system that can summarize long legal documents and answer client questions about them accurately.</w:t>
      </w:r>
      <w:r>
        <w:br/>
        <w:t>They have:</w:t>
      </w:r>
      <w:r>
        <w:br/>
        <w:t>- Hundreds of domain-specific legal documents (contracts, case summaries).</w:t>
      </w:r>
      <w:r>
        <w:br/>
        <w:t>- Sensitive and confidential data (so cloud API fine-tuning is limited).</w:t>
      </w:r>
      <w:r>
        <w:br/>
      </w:r>
      <w:r>
        <w:br/>
        <w:t>Task:</w:t>
      </w:r>
      <w:r>
        <w:br/>
        <w:t>Propose a pipeline to build this system.</w:t>
      </w:r>
      <w:r>
        <w:br/>
        <w:t>Include:</w:t>
      </w:r>
      <w:r>
        <w:br/>
        <w:t>- How you’d use RAG or context injection to handle document-specific queries.</w:t>
      </w:r>
      <w:r>
        <w:br/>
      </w:r>
      <w:r>
        <w:lastRenderedPageBreak/>
        <w:t>- Whether you’d rely on zero-shot prompting, few-shot examples, or local fine-tuning.</w:t>
      </w:r>
      <w:r>
        <w:br/>
        <w:t>- How you’d ensure accuracy and compliance in model outputs.</w:t>
      </w:r>
    </w:p>
    <w:p w14:paraId="2710B8B6" w14:textId="77777777" w:rsidR="009B777B" w:rsidRDefault="009B777B"/>
    <w:p w14:paraId="478AEA2B" w14:textId="77777777" w:rsidR="009B777B" w:rsidRDefault="00000000">
      <w:pPr>
        <w:pStyle w:val="Heading2"/>
      </w:pPr>
      <w:r>
        <w:t>3. Medical Chatbot for Symptom Checking</w:t>
      </w:r>
    </w:p>
    <w:p w14:paraId="37465B79" w14:textId="77777777" w:rsidR="009B777B" w:rsidRDefault="00000000">
      <w:r>
        <w:t>A healthcare startup wants to create a chatbot that gives non-diagnostic health guidance.</w:t>
      </w:r>
      <w:r>
        <w:br/>
        <w:t>They have:</w:t>
      </w:r>
      <w:r>
        <w:br/>
        <w:t>- A curated dataset of symptom–condition mappings reviewed by doctors.</w:t>
      </w:r>
      <w:r>
        <w:br/>
        <w:t>- A strict need to avoid hallucination or unsafe recommendations.</w:t>
      </w:r>
      <w:r>
        <w:br/>
      </w:r>
      <w:r>
        <w:br/>
        <w:t>Task:</w:t>
      </w:r>
      <w:r>
        <w:br/>
        <w:t>Design the LLM pipeline for this chatbot.</w:t>
      </w:r>
      <w:r>
        <w:br/>
        <w:t>Discuss:</w:t>
      </w:r>
      <w:r>
        <w:br/>
        <w:t>- How to structure prompts and system messages to enforce safe behavior.</w:t>
      </w:r>
      <w:r>
        <w:br/>
        <w:t>- Whether to use few-shot learning or fine-tuning for domain adaptation.</w:t>
      </w:r>
      <w:r>
        <w:br/>
        <w:t>- How retrieval might be used to reference verified medical sources.</w:t>
      </w:r>
    </w:p>
    <w:p w14:paraId="2130015B" w14:textId="77777777" w:rsidR="009B777B" w:rsidRDefault="009B777B"/>
    <w:p w14:paraId="49B0D613" w14:textId="77777777" w:rsidR="009B777B" w:rsidRDefault="00000000">
      <w:pPr>
        <w:pStyle w:val="Heading2"/>
      </w:pPr>
      <w:r>
        <w:t>4. Educational Tutor for Coding</w:t>
      </w:r>
    </w:p>
    <w:p w14:paraId="201184D3" w14:textId="77777777" w:rsidR="009B777B" w:rsidRDefault="00000000">
      <w:r>
        <w:t>An online education platform wants an AI tutor to help students debug Python code and explain errors.</w:t>
      </w:r>
      <w:r>
        <w:br/>
        <w:t>They have:</w:t>
      </w:r>
      <w:r>
        <w:br/>
        <w:t>- Example code snippets and instructor explanations from previous courses.</w:t>
      </w:r>
      <w:r>
        <w:br/>
      </w:r>
      <w:r>
        <w:br/>
        <w:t>Task:</w:t>
      </w:r>
      <w:r>
        <w:br/>
        <w:t>Outline the pipeline for building this AI tutor.</w:t>
      </w:r>
      <w:r>
        <w:br/>
        <w:t>Explain:</w:t>
      </w:r>
      <w:r>
        <w:br/>
        <w:t>- How you would use prompt engineering to improve explanation clarity.</w:t>
      </w:r>
      <w:r>
        <w:br/>
        <w:t>- When you’d use few-shot examples versus a fine-tuned model for code correction.</w:t>
      </w:r>
      <w:r>
        <w:br/>
        <w:t>- How you might incorporate retrieval of similar past examples to enhance responses.</w:t>
      </w:r>
    </w:p>
    <w:p w14:paraId="5B215809" w14:textId="77777777" w:rsidR="009B777B" w:rsidRDefault="009B777B"/>
    <w:p w14:paraId="293B32C1" w14:textId="77777777" w:rsidR="009B777B" w:rsidRDefault="00000000">
      <w:pPr>
        <w:pStyle w:val="Heading2"/>
      </w:pPr>
      <w:r>
        <w:t>5. News Article Generation from Structured Data</w:t>
      </w:r>
    </w:p>
    <w:p w14:paraId="5F16D5A7" w14:textId="77777777" w:rsidR="009B777B" w:rsidRDefault="00000000">
      <w:r>
        <w:t>A media company wants to automatically generate short news summaries from daily structured datasets (e.g., stock reports, sports scores).</w:t>
      </w:r>
      <w:r>
        <w:br/>
        <w:t>They need the system to:</w:t>
      </w:r>
      <w:r>
        <w:br/>
        <w:t>- Maintain factual accuracy.</w:t>
      </w:r>
      <w:r>
        <w:br/>
        <w:t>- Adapt to new event formats with minimal retraining.</w:t>
      </w:r>
      <w:r>
        <w:br/>
      </w:r>
      <w:r>
        <w:br/>
        <w:t>Task:</w:t>
      </w:r>
      <w:r>
        <w:br/>
        <w:t>Design an LLM-based text generation pipeline for this.</w:t>
      </w:r>
      <w:r>
        <w:br/>
        <w:t>Include:</w:t>
      </w:r>
      <w:r>
        <w:br/>
      </w:r>
      <w:r>
        <w:lastRenderedPageBreak/>
        <w:t>- The role of prompt templates and zero-shot or few-shot learning.</w:t>
      </w:r>
      <w:r>
        <w:br/>
        <w:t>- Whether fine-tuning is justified, or retrieval augmentation is sufficient.</w:t>
      </w:r>
      <w:r>
        <w:br/>
        <w:t>- How to ensure generated content remains up-to-date and consistent.</w:t>
      </w:r>
    </w:p>
    <w:p w14:paraId="0A0F42B6" w14:textId="77777777" w:rsidR="009B777B" w:rsidRDefault="009B777B"/>
    <w:sectPr w:rsidR="009B777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8CB70" w14:textId="77777777" w:rsidR="00B12752" w:rsidRDefault="00B12752" w:rsidP="00A62D60">
      <w:pPr>
        <w:spacing w:after="0" w:line="240" w:lineRule="auto"/>
      </w:pPr>
      <w:r>
        <w:separator/>
      </w:r>
    </w:p>
  </w:endnote>
  <w:endnote w:type="continuationSeparator" w:id="0">
    <w:p w14:paraId="5C4FA903" w14:textId="77777777" w:rsidR="00B12752" w:rsidRDefault="00B12752" w:rsidP="00A62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6B3B7" w14:textId="77777777" w:rsidR="00B12752" w:rsidRDefault="00B12752" w:rsidP="00A62D60">
      <w:pPr>
        <w:spacing w:after="0" w:line="240" w:lineRule="auto"/>
      </w:pPr>
      <w:r>
        <w:separator/>
      </w:r>
    </w:p>
  </w:footnote>
  <w:footnote w:type="continuationSeparator" w:id="0">
    <w:p w14:paraId="66793EE1" w14:textId="77777777" w:rsidR="00B12752" w:rsidRDefault="00B12752" w:rsidP="00A62D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89773930">
    <w:abstractNumId w:val="8"/>
  </w:num>
  <w:num w:numId="2" w16cid:durableId="1100638471">
    <w:abstractNumId w:val="6"/>
  </w:num>
  <w:num w:numId="3" w16cid:durableId="256406409">
    <w:abstractNumId w:val="5"/>
  </w:num>
  <w:num w:numId="4" w16cid:durableId="1774014375">
    <w:abstractNumId w:val="4"/>
  </w:num>
  <w:num w:numId="5" w16cid:durableId="2066024595">
    <w:abstractNumId w:val="7"/>
  </w:num>
  <w:num w:numId="6" w16cid:durableId="1245922180">
    <w:abstractNumId w:val="3"/>
  </w:num>
  <w:num w:numId="7" w16cid:durableId="509031650">
    <w:abstractNumId w:val="2"/>
  </w:num>
  <w:num w:numId="8" w16cid:durableId="295378305">
    <w:abstractNumId w:val="1"/>
  </w:num>
  <w:num w:numId="9" w16cid:durableId="137574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2D2A"/>
    <w:rsid w:val="0029639D"/>
    <w:rsid w:val="00326F90"/>
    <w:rsid w:val="003C2DA8"/>
    <w:rsid w:val="005E269E"/>
    <w:rsid w:val="009B777B"/>
    <w:rsid w:val="00A62D60"/>
    <w:rsid w:val="00AA1D8D"/>
    <w:rsid w:val="00B12752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5718DBD"/>
  <w14:defaultImageDpi w14:val="300"/>
  <w15:docId w15:val="{3F181F51-6BF0-4225-B2D1-688CFB28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Malik Mehmood</cp:lastModifiedBy>
  <cp:revision>3</cp:revision>
  <dcterms:created xsi:type="dcterms:W3CDTF">2013-12-23T23:15:00Z</dcterms:created>
  <dcterms:modified xsi:type="dcterms:W3CDTF">2025-11-05T09:12:00Z</dcterms:modified>
  <cp:category/>
</cp:coreProperties>
</file>