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Task 1: Compare Job Adverts</w:t>
      </w:r>
    </w:p>
    <w:p/>
    <w:p>
      <w:r>
        <w:t>Two job advertisements within the renewable energy sector were analysed to identify the key skills and knowledge required for this profession. The first job advert was for a Solar Energy Consultant role at British Gas, while the second advert was for a Renewable Energy Project Coordinator at Solarcentury. Both roles operate within the UK renewable energy industry and focus on supporting the implementation of solar energy solutions for residential and commercial customers.</w:t>
      </w:r>
    </w:p>
    <w:p>
      <w:r>
        <w:t>The Solar Energy Consultant role focused on advising customers on suitable solar panel systems, assessing energy needs, and explaining the financial and environmental benefits of renewable energy. The employer required strong communication skills, customer service abilities, and a good understanding of solar technology. In addition, the role required the ability to build relationships with customers and provide tailored recommendations based on their energy usage.</w:t>
      </w:r>
    </w:p>
    <w:p>
      <w:r>
        <w:t>In comparison, the Renewable Energy Project Coordinator role focused more on managing installation projects, coordinating with engineers, and ensuring projects were completed on time and within budget. This role required organisational skills, teamwork, problem-solving abilities, and knowledge of renewable energy systems. The ability to manage multiple tasks and communicate effectively with technical teams was also essential.</w:t>
      </w:r>
    </w:p>
    <w:p>
      <w:r>
        <w:t>Despite differences in responsibilities, several key skills and knowledge areas were common across both job adverts. These included communication skills, teamwork, problem-solving abilities, and knowledge of renewable energy technologies. Both employers emphasised the importance of working effectively with different stakeholders, including customers, engineers, and management teams.</w:t>
      </w:r>
    </w:p>
    <w:p>
      <w:r>
        <w:t>One key shared skill is communication skills, which is particularly important in the renewable energy profession. Employees must be able to explain complex technical information about solar panels and energy systems in a clear and simple way. This is important because many customers may not have prior knowledge of renewable energy technologies.</w:t>
      </w:r>
    </w:p>
    <w:p>
      <w:r>
        <w:t>Furthermore, communication skills are essential when working with internal teams. Renewable energy projects require collaboration between different departments, and clear communication helps ensure that tasks are completed efficiently and accurately. Poor communication could lead to misunderstandings, delays, and reduced customer satisfaction.</w:t>
      </w:r>
    </w:p>
    <w:p>
      <w:r>
        <w:t>Overall, the analysis of these job adverts shows that both technical knowledge and soft skills are essential in the renewable energy sector, with communication skills playing a particularly important role in achieving successful outcomes.</w:t>
      </w:r>
    </w:p>
    <w:p/>
    <w:p>
      <w:r>
        <w:t>Task 2: Self-Assessment</w:t>
      </w:r>
    </w:p>
    <w:p/>
    <w:p>
      <w:r>
        <w:t>Self-assessment is an important process that allows individuals to reflect on their abilities and identify areas for improvement. A SWOT analysis has been used to evaluate my strengths, weaknesses, opportunities, and threats in preparation for a career in the renewable energy and business sector.</w:t>
      </w:r>
    </w:p>
    <w:p/>
    <w:p>
      <w:r>
        <w:t>Strengths</w:t>
      </w:r>
    </w:p>
    <w:p>
      <w:r>
        <w:t>One of my main strengths is my strong understanding of business concepts developed through my university studies. I have gained knowledge in areas such as marketing, finance, and strategic planning, which are essential for managing and developing a business.</w:t>
      </w:r>
    </w:p>
    <w:p>
      <w:r>
        <w:t>Another strength is my communication skills. Through group work, presentations, and class discussions, I have developed the ability to express ideas clearly and confidently. This is particularly important in the renewable energy industry, where professionals must communicate with customers, engineers, and stakeholders.</w:t>
      </w:r>
    </w:p>
    <w:p>
      <w:r>
        <w:t>I also possess entrepreneurial skills, demonstrated through the development of my SolarGiants Innovations business plan. This project shows my ability to identify market opportunities, analyse competition, and develop a structured business model.</w:t>
      </w:r>
    </w:p>
    <w:p/>
    <w:p>
      <w:r>
        <w:t>Weaknesses</w:t>
      </w:r>
    </w:p>
    <w:p>
      <w:r>
        <w:t>One of my key weaknesses is limited practical work experience within the renewable energy sector. While I have strong theoretical knowledge, I have not yet gained significant experience in a professional working environment.</w:t>
      </w:r>
    </w:p>
    <w:p>
      <w:r>
        <w:t>Another weakness is my limited technical knowledge of solar energy systems. Although I understand the business aspects, I need to improve my understanding of how solar technologies operate in practice.</w:t>
      </w:r>
    </w:p>
    <w:p/>
    <w:p>
      <w:r>
        <w:t>Opportunities</w:t>
      </w:r>
    </w:p>
    <w:p>
      <w:r>
        <w:t>There are many opportunities available to support my career development. The renewable energy sector in the UK is growing rapidly due to government policies and increasing demand for sustainable energy solutions.</w:t>
      </w:r>
    </w:p>
    <w:p>
      <w:r>
        <w:t>Internships and graduate roles within renewable energy companies provide an opportunity to gain practical experience and develop professional skills. In addition, online courses and certifications can help improve both technical and business knowledge.</w:t>
      </w:r>
    </w:p>
    <w:p/>
    <w:p>
      <w:r>
        <w:t>Threats</w:t>
      </w:r>
    </w:p>
    <w:p>
      <w:r>
        <w:t>One potential threat is the high level of competition in the graduate job market. Many students are applying for similar roles, making it more challenging to secure employment.</w:t>
      </w:r>
    </w:p>
    <w:p>
      <w:r>
        <w:t>Another threat is the rapid development of technology in the renewable energy sector. This requires continuous learning in order to remain competitive.</w:t>
      </w:r>
    </w:p>
    <w:p/>
    <w:p>
      <w:r>
        <w:t>Evidence of Readiness for Employability</w:t>
      </w:r>
    </w:p>
    <w:p>
      <w:r>
        <w:t>There is strong evidence that I am developing the skills required for employment. My academic studies have provided a solid foundation in business principles, including marketing, finance, and management.</w:t>
      </w:r>
    </w:p>
    <w:p>
      <w:r>
        <w:t>In addition, I have developed transferable skills such as teamwork, time management, and problem-solving through completing assignments and group projects. These skills are highly valued by employers.</w:t>
      </w:r>
    </w:p>
    <w:p>
      <w:r>
        <w:t>The development of my SolarGiants Innovations business plan demonstrates my ability to apply theoretical knowledge to a real-world scenario. This project required research, analysis, and strategic thinking.</w:t>
      </w:r>
    </w:p>
    <w:p>
      <w:r>
        <w:t>Feedback from lecturers and peers has also supported my development. By reflecting on this feedback, I have been able to improve my academic performance and build confidence in my abilities.</w:t>
      </w:r>
    </w:p>
    <w:p>
      <w:r>
        <w:t>Overall, although there are areas for improvement, I have developed a strong foundation of skills that demonstrate my readiness for employability and future career development.</w:t>
      </w:r>
    </w:p>
    <w:p/>
    <w:p>
      <w:r>
        <w:t>Task 3: Employment Goals and Personal Development Plan</w:t>
      </w:r>
    </w:p>
    <w:p/>
    <w:p>
      <w:r>
        <w:t>Based on the weaknesses identified in my SWOT analysis, I have established both short-term and long-term employment goals.</w:t>
      </w:r>
    </w:p>
    <w:p>
      <w:r>
        <w:t>My short-term goal is to gain practical experience within the renewable energy sector by securing an internship or entry-level role. This will allow me to apply my academic knowledge in a real working environment and develop professional skills.</w:t>
      </w:r>
    </w:p>
    <w:p>
      <w:r>
        <w:t>Another short-term goal is to improve my technical knowledge of solar energy systems. This will enable me to better understand the industry and work more effectively with technical teams.</w:t>
      </w:r>
    </w:p>
    <w:p>
      <w:r>
        <w:t>My long-term goal is to progress into a management role within the renewable energy sector, such as a Renewable Energy Project Manager. In the future, I would also like to develop my own business within this industry.</w:t>
      </w:r>
    </w:p>
    <w:p/>
    <w:p>
      <w:r>
        <w:t>To achieve these goals, I will follow a structured personal development plan. Within the next 6 to 12 months, I will apply for internships and part-time roles to gain practical experience.</w:t>
      </w:r>
    </w:p>
    <w:p>
      <w:r>
        <w:t>I will also complete online courses related to renewable energy and sustainability to improve my technical knowledge.</w:t>
      </w:r>
    </w:p>
    <w:p>
      <w:r>
        <w:t>Progress will be measured by gaining work experience, completing relevant courses, and receiving feedback from lecturers and employers.</w:t>
      </w:r>
    </w:p>
    <w:p>
      <w:r>
        <w:t>By following this plan, I will be able to improve my skills, increase my employability, and achieve my long-term career goals.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