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9F211" w14:textId="77777777" w:rsidR="0064104E" w:rsidRDefault="005E17DF">
      <w:pPr>
        <w:pStyle w:val="Heading1"/>
      </w:pPr>
      <w:r>
        <w:t>Computer Architecture Tutorial Worksheet</w:t>
      </w:r>
    </w:p>
    <w:p w14:paraId="3E685F30" w14:textId="77777777" w:rsidR="0064104E" w:rsidRDefault="005E17DF">
      <w:r>
        <w:t>Topics: Instruction Cycle, CPU Registers, System Clock, and System Buses</w:t>
      </w:r>
    </w:p>
    <w:p w14:paraId="451890E6" w14:textId="77777777" w:rsidR="0064104E" w:rsidRDefault="005E17DF">
      <w:r>
        <w:t>Time: 1 Hour</w:t>
      </w:r>
      <w:r>
        <w:br/>
      </w:r>
    </w:p>
    <w:p w14:paraId="7810C60A" w14:textId="5B686389" w:rsidR="009B71FE" w:rsidRDefault="009D7226">
      <w:pPr>
        <w:pStyle w:val="Heading2"/>
      </w:pPr>
      <w:r w:rsidRPr="009D7226">
        <w:rPr>
          <w:noProof/>
        </w:rPr>
        <w:drawing>
          <wp:inline distT="0" distB="0" distL="0" distR="0" wp14:anchorId="4EBF5742" wp14:editId="20E9BBB6">
            <wp:extent cx="4888230" cy="3636183"/>
            <wp:effectExtent l="0" t="0" r="7620" b="2540"/>
            <wp:docPr id="20562873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28734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96880" cy="3642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32CB5" w14:textId="77777777" w:rsidR="009B71FE" w:rsidRDefault="009B71FE">
      <w:pPr>
        <w:pStyle w:val="Heading2"/>
      </w:pPr>
    </w:p>
    <w:p w14:paraId="5A7BA6F0" w14:textId="368A76FA" w:rsidR="0064104E" w:rsidRDefault="005E17DF">
      <w:pPr>
        <w:pStyle w:val="Heading2"/>
      </w:pPr>
      <w:r>
        <w:t>Part A – Basic Concepts</w:t>
      </w:r>
    </w:p>
    <w:p w14:paraId="54C027CB" w14:textId="77777777" w:rsidR="0064104E" w:rsidRDefault="005E17DF">
      <w:r>
        <w:t>1. Define the following terms:</w:t>
      </w:r>
    </w:p>
    <w:p w14:paraId="6AC37215" w14:textId="77777777" w:rsidR="0064104E" w:rsidRDefault="005E17DF">
      <w:r>
        <w:t>a) Control Unit</w:t>
      </w:r>
    </w:p>
    <w:p w14:paraId="66FC7993" w14:textId="77777777" w:rsidR="0064104E" w:rsidRDefault="005E17DF">
      <w:r>
        <w:t>b) Arithmetic Logic Unit (ALU)</w:t>
      </w:r>
    </w:p>
    <w:p w14:paraId="7ED0F675" w14:textId="77777777" w:rsidR="0064104E" w:rsidRPr="009B71FE" w:rsidRDefault="005E17DF">
      <w:pPr>
        <w:rPr>
          <w:lang w:val="de-DE"/>
        </w:rPr>
      </w:pPr>
      <w:r w:rsidRPr="009B71FE">
        <w:rPr>
          <w:lang w:val="de-DE"/>
        </w:rPr>
        <w:t>c) Register</w:t>
      </w:r>
    </w:p>
    <w:p w14:paraId="318BE296" w14:textId="77777777" w:rsidR="0064104E" w:rsidRDefault="005E17DF">
      <w:pPr>
        <w:rPr>
          <w:lang w:val="de-DE"/>
        </w:rPr>
      </w:pPr>
      <w:r w:rsidRPr="009B71FE">
        <w:rPr>
          <w:lang w:val="de-DE"/>
        </w:rPr>
        <w:t>d) System Clock</w:t>
      </w:r>
      <w:r w:rsidRPr="009B71FE">
        <w:rPr>
          <w:lang w:val="de-DE"/>
        </w:rPr>
        <w:br/>
      </w:r>
    </w:p>
    <w:p w14:paraId="1FDAB0A9" w14:textId="77777777" w:rsidR="005C5507" w:rsidRDefault="005C5507">
      <w:pPr>
        <w:rPr>
          <w:lang w:val="de-DE"/>
        </w:rPr>
      </w:pPr>
    </w:p>
    <w:p w14:paraId="6563C537" w14:textId="77777777" w:rsidR="005C5507" w:rsidRDefault="005C5507">
      <w:pPr>
        <w:rPr>
          <w:lang w:val="de-DE"/>
        </w:rPr>
      </w:pPr>
    </w:p>
    <w:p w14:paraId="52EC479D" w14:textId="77777777" w:rsidR="005C5507" w:rsidRDefault="005C5507">
      <w:pPr>
        <w:rPr>
          <w:lang w:val="de-DE"/>
        </w:rPr>
      </w:pPr>
    </w:p>
    <w:p w14:paraId="64D8A7EC" w14:textId="1CB1C39D" w:rsidR="005C5507" w:rsidRPr="009B71FE" w:rsidRDefault="006F3327">
      <w:pPr>
        <w:rPr>
          <w:lang w:val="de-DE"/>
        </w:rPr>
      </w:pPr>
      <w:r w:rsidRPr="006F3327">
        <w:rPr>
          <w:noProof/>
          <w:lang w:val="de-DE"/>
        </w:rPr>
        <w:drawing>
          <wp:inline distT="0" distB="0" distL="0" distR="0" wp14:anchorId="6AAA22AB" wp14:editId="45C0784E">
            <wp:extent cx="5654040" cy="3985898"/>
            <wp:effectExtent l="0" t="0" r="3810" b="0"/>
            <wp:docPr id="4644181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41819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77918" cy="4002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0668A" w14:textId="77777777" w:rsidR="0064104E" w:rsidRDefault="005E17DF">
      <w:r>
        <w:t>2. Explain the role of the following CPU registers:</w:t>
      </w:r>
    </w:p>
    <w:p w14:paraId="7EEA91FF" w14:textId="77777777" w:rsidR="0064104E" w:rsidRDefault="005E17DF">
      <w:r>
        <w:t>Program Counter (PC): ______________________________</w:t>
      </w:r>
    </w:p>
    <w:p w14:paraId="07EFE9FD" w14:textId="77777777" w:rsidR="0064104E" w:rsidRDefault="005E17DF">
      <w:r>
        <w:t>Memory Address Register (MAR): ______________________________</w:t>
      </w:r>
    </w:p>
    <w:p w14:paraId="19F03640" w14:textId="77777777" w:rsidR="0064104E" w:rsidRDefault="005E17DF">
      <w:r>
        <w:t>Memory Data Register (MDR): ______________________________</w:t>
      </w:r>
    </w:p>
    <w:p w14:paraId="2F5DF697" w14:textId="77777777" w:rsidR="0064104E" w:rsidRDefault="005E17DF">
      <w:r>
        <w:t>Instruction Register (IR): ______________________________</w:t>
      </w:r>
    </w:p>
    <w:p w14:paraId="42C9C151" w14:textId="77777777" w:rsidR="0064104E" w:rsidRDefault="005E17DF">
      <w:r>
        <w:t>Accumulator (ACC): ______________________________</w:t>
      </w:r>
      <w:r>
        <w:br/>
      </w:r>
    </w:p>
    <w:p w14:paraId="510A1EAF" w14:textId="77777777" w:rsidR="0064104E" w:rsidRDefault="005E17DF">
      <w:r>
        <w:t>3. What is a machine instruction? Give an example and identify the opcode and operands.</w:t>
      </w:r>
    </w:p>
    <w:p w14:paraId="0C480CC0" w14:textId="77777777" w:rsidR="0064104E" w:rsidRDefault="005E17DF">
      <w:r>
        <w:t>Example: ADD A, B</w:t>
      </w:r>
    </w:p>
    <w:p w14:paraId="431DC7D0" w14:textId="77777777" w:rsidR="0064104E" w:rsidRDefault="005E17DF">
      <w:r>
        <w:t>Opcode = __________</w:t>
      </w:r>
    </w:p>
    <w:p w14:paraId="68875AE4" w14:textId="77777777" w:rsidR="0064104E" w:rsidRDefault="005E17DF">
      <w:r>
        <w:t>Operands = __________</w:t>
      </w:r>
      <w:r>
        <w:br/>
      </w:r>
    </w:p>
    <w:p w14:paraId="2BB6BEFC" w14:textId="77777777" w:rsidR="0064104E" w:rsidRDefault="005E17DF">
      <w:pPr>
        <w:pStyle w:val="Heading2"/>
      </w:pPr>
      <w:r>
        <w:lastRenderedPageBreak/>
        <w:t>Part B – Instruction Cycle</w:t>
      </w:r>
    </w:p>
    <w:p w14:paraId="1CC9A171" w14:textId="77777777" w:rsidR="0064104E" w:rsidRDefault="005E17DF">
      <w:r>
        <w:t>4. List the three stages of the Instruction Cycle.</w:t>
      </w:r>
    </w:p>
    <w:p w14:paraId="7E4321FF" w14:textId="77777777" w:rsidR="0064104E" w:rsidRDefault="005E17DF">
      <w:r>
        <w:t>1. __________</w:t>
      </w:r>
    </w:p>
    <w:p w14:paraId="707C2B72" w14:textId="77777777" w:rsidR="0064104E" w:rsidRDefault="005E17DF">
      <w:r>
        <w:t>2. __________</w:t>
      </w:r>
    </w:p>
    <w:p w14:paraId="669B9F56" w14:textId="77777777" w:rsidR="0064104E" w:rsidRDefault="005E17DF">
      <w:r>
        <w:t>3. __________</w:t>
      </w:r>
      <w:r>
        <w:br/>
      </w:r>
    </w:p>
    <w:p w14:paraId="7B3C87DF" w14:textId="77777777" w:rsidR="0064104E" w:rsidRDefault="005E17DF">
      <w:r>
        <w:t>5. Complete the Fetch sequence:</w:t>
      </w:r>
    </w:p>
    <w:p w14:paraId="5C3569D9" w14:textId="77777777" w:rsidR="0064104E" w:rsidRDefault="005E17DF">
      <w:r>
        <w:t>PC → ______ → Memory → ______ → IR</w:t>
      </w:r>
      <w:r>
        <w:br/>
      </w:r>
    </w:p>
    <w:p w14:paraId="082AA325" w14:textId="77777777" w:rsidR="0064104E" w:rsidRDefault="005E17DF">
      <w:r>
        <w:t>6. Suppose:</w:t>
      </w:r>
    </w:p>
    <w:p w14:paraId="66C178D6" w14:textId="77777777" w:rsidR="0064104E" w:rsidRDefault="005E17DF">
      <w:r>
        <w:t>PC = 200</w:t>
      </w:r>
    </w:p>
    <w:p w14:paraId="2745A500" w14:textId="77777777" w:rsidR="0064104E" w:rsidRDefault="005E17DF">
      <w:r>
        <w:t>Memory[200] = ADD A, B</w:t>
      </w:r>
    </w:p>
    <w:p w14:paraId="35D7C31F" w14:textId="77777777" w:rsidR="0064104E" w:rsidRDefault="005E17DF">
      <w:r>
        <w:t>Explain what happens during the Fetch stage.</w:t>
      </w:r>
      <w:r>
        <w:br/>
      </w:r>
    </w:p>
    <w:p w14:paraId="31655919" w14:textId="77777777" w:rsidR="0064104E" w:rsidRDefault="005E17DF">
      <w:r>
        <w:t>7. During the Decode stage, what two things does the Control Unit identify from the instruction?</w:t>
      </w:r>
    </w:p>
    <w:p w14:paraId="1817EFF2" w14:textId="77777777" w:rsidR="0064104E" w:rsidRDefault="005E17DF">
      <w:r>
        <w:t>a) __________</w:t>
      </w:r>
    </w:p>
    <w:p w14:paraId="695CE4EA" w14:textId="77777777" w:rsidR="0064104E" w:rsidRDefault="005E17DF">
      <w:r>
        <w:t>b) __________</w:t>
      </w:r>
      <w:r>
        <w:br/>
      </w:r>
    </w:p>
    <w:p w14:paraId="2BC6C238" w14:textId="77777777" w:rsidR="0064104E" w:rsidRDefault="005E17DF">
      <w:r>
        <w:t>8. Which component performs arithmetic operations during the Execute stage? __________</w:t>
      </w:r>
      <w:r>
        <w:br/>
      </w:r>
    </w:p>
    <w:p w14:paraId="0315B6B0" w14:textId="77777777" w:rsidR="0064104E" w:rsidRDefault="005E17DF">
      <w:pPr>
        <w:pStyle w:val="Heading2"/>
      </w:pPr>
      <w:r>
        <w:t>Part C – System Clock</w:t>
      </w:r>
    </w:p>
    <w:p w14:paraId="730E3754" w14:textId="77777777" w:rsidR="0064104E" w:rsidRDefault="005E17DF">
      <w:r>
        <w:t>9. What is the role of the system clock in a computer system?</w:t>
      </w:r>
      <w:r>
        <w:br/>
      </w:r>
    </w:p>
    <w:p w14:paraId="036D96F8" w14:textId="77777777" w:rsidR="0064104E" w:rsidRDefault="005E17DF">
      <w:r>
        <w:t>10. If a processor has a clock speed of 3 GHz, how many clock cycles occur per second? __________</w:t>
      </w:r>
      <w:r>
        <w:br/>
      </w:r>
    </w:p>
    <w:p w14:paraId="1E455F78" w14:textId="77777777" w:rsidR="0064104E" w:rsidRDefault="005E17DF">
      <w:pPr>
        <w:pStyle w:val="Heading2"/>
      </w:pPr>
      <w:r>
        <w:t>Part D – System Bus</w:t>
      </w:r>
    </w:p>
    <w:p w14:paraId="64959BAA" w14:textId="77777777" w:rsidR="005659CD" w:rsidRDefault="005659CD" w:rsidP="005659CD"/>
    <w:p w14:paraId="3CEDFABC" w14:textId="77777777" w:rsidR="005659CD" w:rsidRDefault="005659CD" w:rsidP="005659CD"/>
    <w:p w14:paraId="1C31E072" w14:textId="24C49250" w:rsidR="005659CD" w:rsidRPr="005659CD" w:rsidRDefault="00B92723" w:rsidP="005659CD">
      <w:r w:rsidRPr="00B92723">
        <w:lastRenderedPageBreak/>
        <w:drawing>
          <wp:inline distT="0" distB="0" distL="0" distR="0" wp14:anchorId="242DC5DB" wp14:editId="7ED62827">
            <wp:extent cx="5486400" cy="3484880"/>
            <wp:effectExtent l="0" t="0" r="0" b="1270"/>
            <wp:docPr id="8026575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65754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8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C3AFC" w14:textId="77777777" w:rsidR="0064104E" w:rsidRDefault="005E17DF">
      <w:r>
        <w:t>11. Name the three types of system buses:</w:t>
      </w:r>
    </w:p>
    <w:p w14:paraId="611FBED2" w14:textId="77777777" w:rsidR="0064104E" w:rsidRDefault="005E17DF">
      <w:r>
        <w:t>1. __________</w:t>
      </w:r>
    </w:p>
    <w:p w14:paraId="19E86000" w14:textId="77777777" w:rsidR="0064104E" w:rsidRDefault="005E17DF">
      <w:r>
        <w:t>2. __________</w:t>
      </w:r>
    </w:p>
    <w:p w14:paraId="02B78E16" w14:textId="77777777" w:rsidR="0064104E" w:rsidRDefault="005E17DF">
      <w:r>
        <w:t>3. __________</w:t>
      </w:r>
      <w:r>
        <w:br/>
      </w:r>
    </w:p>
    <w:p w14:paraId="56D28A4D" w14:textId="77777777" w:rsidR="0064104E" w:rsidRDefault="005E17DF">
      <w:r>
        <w:t>12. Match the bus to its function:</w:t>
      </w:r>
    </w:p>
    <w:p w14:paraId="6610A189" w14:textId="77777777" w:rsidR="0064104E" w:rsidRDefault="005E17DF">
      <w:r>
        <w:t>Data Bus – ______________________________</w:t>
      </w:r>
    </w:p>
    <w:p w14:paraId="2711F563" w14:textId="77777777" w:rsidR="0064104E" w:rsidRDefault="005E17DF">
      <w:r>
        <w:t>Address Bus – ______________________________</w:t>
      </w:r>
    </w:p>
    <w:p w14:paraId="76FFB107" w14:textId="77777777" w:rsidR="0064104E" w:rsidRDefault="005E17DF">
      <w:r>
        <w:t>Control Bus – ______________________________</w:t>
      </w:r>
      <w:r>
        <w:br/>
      </w:r>
    </w:p>
    <w:p w14:paraId="4A37401F" w14:textId="77777777" w:rsidR="0064104E" w:rsidRDefault="005E17DF">
      <w:r>
        <w:t>13. True or False:</w:t>
      </w:r>
    </w:p>
    <w:p w14:paraId="44A3B25D" w14:textId="77777777" w:rsidR="0064104E" w:rsidRDefault="005E17DF">
      <w:r>
        <w:t>a) The data bus transfers addresses. ____</w:t>
      </w:r>
    </w:p>
    <w:p w14:paraId="56FE701A" w14:textId="77777777" w:rsidR="0064104E" w:rsidRDefault="005E17DF">
      <w:r>
        <w:t>b) The address bus is usually unidirectional. ____</w:t>
      </w:r>
    </w:p>
    <w:p w14:paraId="7A1F78DF" w14:textId="77777777" w:rsidR="0064104E" w:rsidRDefault="005E17DF">
      <w:r>
        <w:t>c) The control bus carries READ and WRITE signals. ____</w:t>
      </w:r>
      <w:r>
        <w:br/>
      </w:r>
    </w:p>
    <w:p w14:paraId="246D04A4" w14:textId="77777777" w:rsidR="0064104E" w:rsidRDefault="005E17DF">
      <w:pPr>
        <w:pStyle w:val="Heading2"/>
      </w:pPr>
      <w:r>
        <w:lastRenderedPageBreak/>
        <w:t>Part E – Applying the Concepts</w:t>
      </w:r>
    </w:p>
    <w:p w14:paraId="0557C459" w14:textId="77777777" w:rsidR="0064104E" w:rsidRDefault="005E17DF">
      <w:r>
        <w:t>14. Explain how the three buses work together during the Fetch stage using:</w:t>
      </w:r>
    </w:p>
    <w:p w14:paraId="131449B9" w14:textId="77777777" w:rsidR="0064104E" w:rsidRDefault="005E17DF">
      <w:r>
        <w:t>PC → MAR</w:t>
      </w:r>
    </w:p>
    <w:p w14:paraId="0C5D0B50" w14:textId="77777777" w:rsidR="0064104E" w:rsidRDefault="005E17DF">
      <w:r>
        <w:t>Address Bus → ?</w:t>
      </w:r>
    </w:p>
    <w:p w14:paraId="6887AC04" w14:textId="77777777" w:rsidR="0064104E" w:rsidRDefault="005E17DF">
      <w:r>
        <w:t>Control Bus → ?</w:t>
      </w:r>
    </w:p>
    <w:p w14:paraId="37DEF8E2" w14:textId="77777777" w:rsidR="0064104E" w:rsidRDefault="005E17DF">
      <w:r>
        <w:t>Data Bus → ?</w:t>
      </w:r>
      <w:r>
        <w:br/>
      </w:r>
    </w:p>
    <w:p w14:paraId="7FFED15C" w14:textId="77777777" w:rsidR="0064104E" w:rsidRDefault="005E17DF">
      <w:r>
        <w:t>15. Consider the instruction: ADD A, B</w:t>
      </w:r>
    </w:p>
    <w:p w14:paraId="6DB2BFC3" w14:textId="77777777" w:rsidR="0064104E" w:rsidRDefault="005E17DF">
      <w:r>
        <w:t>Explain what happens during the Execute stage:</w:t>
      </w:r>
    </w:p>
    <w:p w14:paraId="7D739A17" w14:textId="77777777" w:rsidR="0064104E" w:rsidRDefault="005E17DF">
      <w:r>
        <w:t>1. CPU retrieves value of ______</w:t>
      </w:r>
    </w:p>
    <w:p w14:paraId="56EB671B" w14:textId="77777777" w:rsidR="0064104E" w:rsidRDefault="005E17DF">
      <w:r>
        <w:t>2. CPU retrieves value of ______</w:t>
      </w:r>
    </w:p>
    <w:p w14:paraId="1FDF4F4D" w14:textId="77777777" w:rsidR="0064104E" w:rsidRDefault="005E17DF">
      <w:r>
        <w:t>3. ALU performs ______</w:t>
      </w:r>
    </w:p>
    <w:p w14:paraId="54F2044E" w14:textId="77777777" w:rsidR="0064104E" w:rsidRDefault="005E17DF">
      <w:r>
        <w:t>4. Result stored in ______</w:t>
      </w:r>
      <w:r>
        <w:br/>
      </w:r>
    </w:p>
    <w:sectPr w:rsidR="0064104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246320">
    <w:abstractNumId w:val="8"/>
  </w:num>
  <w:num w:numId="2" w16cid:durableId="48694339">
    <w:abstractNumId w:val="6"/>
  </w:num>
  <w:num w:numId="3" w16cid:durableId="2135051996">
    <w:abstractNumId w:val="5"/>
  </w:num>
  <w:num w:numId="4" w16cid:durableId="295529164">
    <w:abstractNumId w:val="4"/>
  </w:num>
  <w:num w:numId="5" w16cid:durableId="1638147847">
    <w:abstractNumId w:val="7"/>
  </w:num>
  <w:num w:numId="6" w16cid:durableId="1057819200">
    <w:abstractNumId w:val="3"/>
  </w:num>
  <w:num w:numId="7" w16cid:durableId="1882592301">
    <w:abstractNumId w:val="2"/>
  </w:num>
  <w:num w:numId="8" w16cid:durableId="775637281">
    <w:abstractNumId w:val="1"/>
  </w:num>
  <w:num w:numId="9" w16cid:durableId="1601833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011D"/>
    <w:rsid w:val="00034616"/>
    <w:rsid w:val="0006063C"/>
    <w:rsid w:val="0015074B"/>
    <w:rsid w:val="0029639D"/>
    <w:rsid w:val="00326F90"/>
    <w:rsid w:val="00477659"/>
    <w:rsid w:val="005659CD"/>
    <w:rsid w:val="005C5507"/>
    <w:rsid w:val="005D3C56"/>
    <w:rsid w:val="005E17DF"/>
    <w:rsid w:val="0064104E"/>
    <w:rsid w:val="006F3327"/>
    <w:rsid w:val="008F6343"/>
    <w:rsid w:val="009B71FE"/>
    <w:rsid w:val="009D7226"/>
    <w:rsid w:val="00AA1D8D"/>
    <w:rsid w:val="00AA3880"/>
    <w:rsid w:val="00B47730"/>
    <w:rsid w:val="00B92723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D38155A3-7D58-465F-AE39-CB09C8334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Munyaradzi Nicholas Murira</cp:lastModifiedBy>
  <cp:revision>2</cp:revision>
  <dcterms:created xsi:type="dcterms:W3CDTF">2026-04-20T07:25:00Z</dcterms:created>
  <dcterms:modified xsi:type="dcterms:W3CDTF">2026-04-20T07:25:00Z</dcterms:modified>
  <cp:category/>
</cp:coreProperties>
</file>