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DE249" w14:textId="77777777" w:rsidR="00D62F18" w:rsidRDefault="00000000">
      <w:pPr>
        <w:pStyle w:val="Title"/>
      </w:pPr>
      <w:r>
        <w:t>Operating Systems Report</w:t>
      </w:r>
    </w:p>
    <w:p w14:paraId="7D6EE34E" w14:textId="499A782B" w:rsidR="00D62F18" w:rsidRDefault="00000000">
      <w:r>
        <w:t xml:space="preserve">Name: </w:t>
      </w:r>
      <w:r w:rsidR="00A93CC9">
        <w:t>Ada Leka</w:t>
      </w:r>
    </w:p>
    <w:p w14:paraId="221330E8" w14:textId="51FDB3C5" w:rsidR="00D62F18" w:rsidRDefault="00000000">
      <w:r>
        <w:t xml:space="preserve">Student Number: </w:t>
      </w:r>
      <w:r w:rsidR="00A93CC9">
        <w:t>2428666</w:t>
      </w:r>
    </w:p>
    <w:p w14:paraId="5547FAA3" w14:textId="089D21B6" w:rsidR="00D62F18" w:rsidRDefault="00000000">
      <w:r>
        <w:t>Course: Computing</w:t>
      </w:r>
      <w:r w:rsidR="00CF5842">
        <w:t xml:space="preserve"> Skills  for the Workplace</w:t>
      </w:r>
    </w:p>
    <w:p w14:paraId="1570AD11" w14:textId="00EBBF5C" w:rsidR="00317663" w:rsidRDefault="00000000" w:rsidP="00317663">
      <w:pPr>
        <w:pStyle w:val="breadcrumb-item"/>
        <w:shd w:val="clear" w:color="auto" w:fill="DAE3EB"/>
        <w:rPr>
          <w:rFonts w:ascii="Segoe UI" w:hAnsi="Segoe UI" w:cs="Segoe UI"/>
          <w:color w:val="1D2125"/>
          <w:sz w:val="23"/>
          <w:szCs w:val="23"/>
        </w:rPr>
      </w:pPr>
      <w:r>
        <w:t xml:space="preserve">Module: </w:t>
      </w:r>
      <w:r w:rsidR="00CF5842">
        <w:t xml:space="preserve">Computer Architecture and Operating Systems </w:t>
      </w:r>
      <w:r w:rsidR="00317663">
        <w:t>ACCA4022</w:t>
      </w:r>
    </w:p>
    <w:p w14:paraId="45672E8F" w14:textId="1EAC1309" w:rsidR="00D62F18" w:rsidRPr="00317663" w:rsidRDefault="00D62F18" w:rsidP="00317663">
      <w:pPr>
        <w:pStyle w:val="breadcrumb-item"/>
        <w:shd w:val="clear" w:color="auto" w:fill="DAE3EB"/>
        <w:rPr>
          <w:rFonts w:ascii="Segoe UI" w:hAnsi="Segoe UI" w:cs="Segoe UI"/>
          <w:color w:val="1D2125"/>
          <w:sz w:val="23"/>
          <w:szCs w:val="23"/>
        </w:rPr>
      </w:pPr>
    </w:p>
    <w:p w14:paraId="2271FAA5" w14:textId="77777777" w:rsidR="00D62F18" w:rsidRDefault="00000000">
      <w:r>
        <w:br w:type="page"/>
      </w:r>
    </w:p>
    <w:p w14:paraId="09A9457D" w14:textId="77777777" w:rsidR="00D62F18" w:rsidRDefault="00000000">
      <w:pPr>
        <w:pStyle w:val="Heading1"/>
      </w:pPr>
      <w:r>
        <w:lastRenderedPageBreak/>
        <w:t>1. Introduction</w:t>
      </w:r>
    </w:p>
    <w:p w14:paraId="4032B946" w14:textId="2C8D81B4" w:rsidR="003A3AF6" w:rsidRDefault="003A3AF6" w:rsidP="003A3AF6">
      <w:pPr>
        <w:pStyle w:val="NormalWeb"/>
      </w:pPr>
      <w:r>
        <w:t>An operating system (OS) is essential software that acts as an interface between computer hardware and users. It manages hardware resources, provides services for application programs, and ensures that the system operates efficiently and securely. Common operating systems include Microsoft Windows, Linux, and macOS, each offering different features an capabilities</w:t>
      </w:r>
      <w:r w:rsidR="00CB6AC1">
        <w:t xml:space="preserve"> </w:t>
      </w:r>
      <w:r w:rsidR="00F028C6">
        <w:t>.</w:t>
      </w:r>
      <w:r w:rsidR="00CB6AC1">
        <w:t xml:space="preserve"> </w:t>
      </w:r>
      <w:r>
        <w:t>This report explores the key functions of operating systems, demonstrates the use of Windows command-line interface (CLI) commands, examines Linux command-line tools, and discusses scripting for automation in both environments. The aim is to provide both theoretical understanding and practical examples of how operating systems are used to manage computing resources effectively.</w:t>
      </w:r>
    </w:p>
    <w:p w14:paraId="3DDB9311" w14:textId="6A8CECEB" w:rsidR="00D62F18" w:rsidRDefault="00D62F18"/>
    <w:p w14:paraId="2BA5D808" w14:textId="77777777" w:rsidR="00D62F18" w:rsidRDefault="00000000">
      <w:pPr>
        <w:pStyle w:val="Heading1"/>
      </w:pPr>
      <w:r>
        <w:t>2. Key Functions of Operating Systems</w:t>
      </w:r>
    </w:p>
    <w:p w14:paraId="145D711E" w14:textId="77777777" w:rsidR="00D62F18" w:rsidRDefault="00000000">
      <w:r>
        <w:t>Operating systems manage processes, memory, files, devices, and provide user interfaces.</w:t>
      </w:r>
    </w:p>
    <w:p w14:paraId="5FC946F1" w14:textId="77777777" w:rsidR="00D62F18" w:rsidRDefault="00000000">
      <w:r>
        <w:t>Figure 1: Control Panel showing system settings</w:t>
      </w:r>
    </w:p>
    <w:p w14:paraId="47B36A7C" w14:textId="77777777" w:rsidR="00D62F18" w:rsidRDefault="00000000">
      <w:r>
        <w:rPr>
          <w:noProof/>
        </w:rPr>
        <w:drawing>
          <wp:inline distT="0" distB="0" distL="0" distR="0" wp14:anchorId="0CE5F21E" wp14:editId="6C8625AA">
            <wp:extent cx="4572000" cy="25704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4-02 (1).png"/>
                    <pic:cNvPicPr/>
                  </pic:nvPicPr>
                  <pic:blipFill>
                    <a:blip r:embed="rId8"/>
                    <a:stretch>
                      <a:fillRect/>
                    </a:stretch>
                  </pic:blipFill>
                  <pic:spPr>
                    <a:xfrm>
                      <a:off x="0" y="0"/>
                      <a:ext cx="4572000" cy="2570495"/>
                    </a:xfrm>
                    <a:prstGeom prst="rect">
                      <a:avLst/>
                    </a:prstGeom>
                  </pic:spPr>
                </pic:pic>
              </a:graphicData>
            </a:graphic>
          </wp:inline>
        </w:drawing>
      </w:r>
    </w:p>
    <w:p w14:paraId="4908F635" w14:textId="77777777" w:rsidR="00D62F18" w:rsidRDefault="00000000">
      <w:pPr>
        <w:pStyle w:val="Heading1"/>
      </w:pPr>
      <w:r>
        <w:t>3. Windows CLI Commands</w:t>
      </w:r>
    </w:p>
    <w:p w14:paraId="77DA1CF4" w14:textId="77777777" w:rsidR="00D62F18" w:rsidRDefault="00000000">
      <w:r>
        <w:t>The mkdir command creates directories in Windows.</w:t>
      </w:r>
    </w:p>
    <w:p w14:paraId="0595A458" w14:textId="77777777" w:rsidR="00D62F18" w:rsidRDefault="00000000">
      <w:r>
        <w:t>Figure 2: mkdir command in CMD</w:t>
      </w:r>
    </w:p>
    <w:p w14:paraId="58CE866E" w14:textId="77777777" w:rsidR="00D62F18" w:rsidRDefault="00000000">
      <w:r>
        <w:rPr>
          <w:noProof/>
        </w:rPr>
        <w:lastRenderedPageBreak/>
        <w:drawing>
          <wp:inline distT="0" distB="0" distL="0" distR="0" wp14:anchorId="715FD082" wp14:editId="03CEFED8">
            <wp:extent cx="4572000" cy="25704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4-02 (4).png"/>
                    <pic:cNvPicPr/>
                  </pic:nvPicPr>
                  <pic:blipFill>
                    <a:blip r:embed="rId9"/>
                    <a:stretch>
                      <a:fillRect/>
                    </a:stretch>
                  </pic:blipFill>
                  <pic:spPr>
                    <a:xfrm>
                      <a:off x="0" y="0"/>
                      <a:ext cx="4572000" cy="2570495"/>
                    </a:xfrm>
                    <a:prstGeom prst="rect">
                      <a:avLst/>
                    </a:prstGeom>
                  </pic:spPr>
                </pic:pic>
              </a:graphicData>
            </a:graphic>
          </wp:inline>
        </w:drawing>
      </w:r>
    </w:p>
    <w:p w14:paraId="06080839" w14:textId="77777777" w:rsidR="00D62F18" w:rsidRDefault="00000000">
      <w:r>
        <w:t>Figure 3: Folder created in File Explorer</w:t>
      </w:r>
    </w:p>
    <w:p w14:paraId="7D303983" w14:textId="77777777" w:rsidR="00D62F18" w:rsidRDefault="00000000">
      <w:r>
        <w:rPr>
          <w:noProof/>
        </w:rPr>
        <w:drawing>
          <wp:inline distT="0" distB="0" distL="0" distR="0" wp14:anchorId="3713626F" wp14:editId="7DB41E7A">
            <wp:extent cx="4572000" cy="25704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6-04-02 (4).png"/>
                    <pic:cNvPicPr/>
                  </pic:nvPicPr>
                  <pic:blipFill>
                    <a:blip r:embed="rId9"/>
                    <a:stretch>
                      <a:fillRect/>
                    </a:stretch>
                  </pic:blipFill>
                  <pic:spPr>
                    <a:xfrm>
                      <a:off x="0" y="0"/>
                      <a:ext cx="4572000" cy="2570495"/>
                    </a:xfrm>
                    <a:prstGeom prst="rect">
                      <a:avLst/>
                    </a:prstGeom>
                  </pic:spPr>
                </pic:pic>
              </a:graphicData>
            </a:graphic>
          </wp:inline>
        </w:drawing>
      </w:r>
    </w:p>
    <w:p w14:paraId="3E1B4961" w14:textId="77777777" w:rsidR="00D62F18" w:rsidRDefault="00000000">
      <w:pPr>
        <w:pStyle w:val="Heading1"/>
      </w:pPr>
      <w:r>
        <w:t>4. Linux CLI Commands</w:t>
      </w:r>
    </w:p>
    <w:p w14:paraId="18C7FC58" w14:textId="70059148" w:rsidR="00623167" w:rsidRDefault="00623167" w:rsidP="00623167">
      <w:r>
        <w:t>Linux systems rely heavily on CLI for system management.</w:t>
      </w:r>
    </w:p>
    <w:p w14:paraId="448B7F2E" w14:textId="77777777" w:rsidR="00623167" w:rsidRDefault="00623167" w:rsidP="00623167">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623167">
        <w:rPr>
          <w:rFonts w:ascii="Times New Roman" w:eastAsia="Times New Roman" w:hAnsi="Times New Roman" w:cs="Times New Roman"/>
          <w:b/>
          <w:bCs/>
          <w:sz w:val="27"/>
          <w:szCs w:val="27"/>
          <w:lang w:val="en-GB" w:eastAsia="en-GB"/>
        </w:rPr>
        <w:t>4.1 File Management</w:t>
      </w:r>
    </w:p>
    <w:p w14:paraId="798AF637" w14:textId="3FDE0C52" w:rsidR="00623167" w:rsidRPr="00623167" w:rsidRDefault="00623167" w:rsidP="00623167">
      <w:pPr>
        <w:spacing w:before="100" w:beforeAutospacing="1" w:after="100" w:afterAutospacing="1" w:line="240" w:lineRule="auto"/>
        <w:outlineLvl w:val="2"/>
        <w:rPr>
          <w:rFonts w:ascii="Times New Roman" w:eastAsia="Times New Roman" w:hAnsi="Times New Roman" w:cs="Times New Roman"/>
          <w:b/>
          <w:bCs/>
          <w:sz w:val="27"/>
          <w:szCs w:val="27"/>
          <w:lang w:val="en-GB" w:eastAsia="en-GB"/>
        </w:rPr>
      </w:pPr>
      <w:r w:rsidRPr="00623167">
        <w:rPr>
          <w:rFonts w:ascii="Times New Roman" w:eastAsia="Times New Roman" w:hAnsi="Times New Roman" w:cs="Times New Roman"/>
          <w:sz w:val="24"/>
          <w:szCs w:val="24"/>
          <w:lang w:val="en-GB" w:eastAsia="en-GB"/>
        </w:rPr>
        <w:t>Commands include:</w:t>
      </w:r>
    </w:p>
    <w:p w14:paraId="45AFC849" w14:textId="49D77DB2" w:rsidR="00223E7C" w:rsidRDefault="00623167" w:rsidP="00F35F54">
      <w:pPr>
        <w:numPr>
          <w:ilvl w:val="0"/>
          <w:numId w:val="10"/>
        </w:numPr>
        <w:spacing w:before="100" w:beforeAutospacing="1" w:after="100" w:afterAutospacing="1" w:line="240" w:lineRule="auto"/>
        <w:rPr>
          <w:rFonts w:ascii="Times New Roman" w:eastAsia="Times New Roman" w:hAnsi="Times New Roman" w:cs="Times New Roman"/>
          <w:sz w:val="24"/>
          <w:szCs w:val="24"/>
          <w:lang w:val="en-GB" w:eastAsia="en-GB"/>
        </w:rPr>
      </w:pPr>
      <w:r w:rsidRPr="00623167">
        <w:rPr>
          <w:rFonts w:ascii="Courier New" w:eastAsia="Times New Roman" w:hAnsi="Courier New" w:cs="Courier New"/>
          <w:sz w:val="20"/>
          <w:szCs w:val="20"/>
          <w:lang w:val="en-GB" w:eastAsia="en-GB"/>
        </w:rPr>
        <w:t>ls</w:t>
      </w:r>
      <w:r w:rsidRPr="00623167">
        <w:rPr>
          <w:rFonts w:ascii="Times New Roman" w:eastAsia="Times New Roman" w:hAnsi="Times New Roman" w:cs="Times New Roman"/>
          <w:sz w:val="24"/>
          <w:szCs w:val="24"/>
          <w:lang w:val="en-GB" w:eastAsia="en-GB"/>
        </w:rPr>
        <w:t xml:space="preserve"> </w:t>
      </w:r>
    </w:p>
    <w:p w14:paraId="02763EC4" w14:textId="7AF810F4" w:rsidR="008109D7" w:rsidRDefault="008109D7" w:rsidP="008109D7">
      <w:pPr>
        <w:spacing w:before="100" w:beforeAutospacing="1" w:after="100" w:afterAutospacing="1" w:line="240" w:lineRule="auto"/>
        <w:ind w:left="720"/>
        <w:rPr>
          <w:rFonts w:ascii="Times New Roman" w:eastAsia="Times New Roman" w:hAnsi="Times New Roman" w:cs="Times New Roman"/>
          <w:sz w:val="24"/>
          <w:szCs w:val="24"/>
          <w:lang w:val="en-GB" w:eastAsia="en-GB"/>
        </w:rPr>
      </w:pPr>
      <w:r w:rsidRPr="008109D7">
        <w:rPr>
          <w:rFonts w:ascii="Times New Roman" w:eastAsia="Times New Roman" w:hAnsi="Times New Roman" w:cs="Times New Roman"/>
          <w:sz w:val="24"/>
          <w:szCs w:val="24"/>
          <w:lang w:val="en-GB" w:eastAsia="en-GB"/>
        </w:rPr>
        <w:t>The ls command is used to list files and directories in the current directory.</w:t>
      </w:r>
    </w:p>
    <w:p w14:paraId="2C21AACB" w14:textId="69013063" w:rsidR="00223E7C" w:rsidRPr="00623167" w:rsidRDefault="00223E7C" w:rsidP="00223E7C">
      <w:pPr>
        <w:spacing w:before="100" w:beforeAutospacing="1" w:after="100" w:afterAutospacing="1" w:line="240" w:lineRule="auto"/>
        <w:ind w:left="720"/>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lastRenderedPageBreak/>
        <w:drawing>
          <wp:inline distT="0" distB="0" distL="0" distR="0" wp14:anchorId="3B8E683C" wp14:editId="62580C32">
            <wp:extent cx="2907665" cy="2721833"/>
            <wp:effectExtent l="0" t="0" r="6985" b="2540"/>
            <wp:docPr id="18901517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3497" cy="2820901"/>
                    </a:xfrm>
                    <a:prstGeom prst="rect">
                      <a:avLst/>
                    </a:prstGeom>
                    <a:noFill/>
                  </pic:spPr>
                </pic:pic>
              </a:graphicData>
            </a:graphic>
          </wp:inline>
        </w:drawing>
      </w:r>
    </w:p>
    <w:p w14:paraId="2A7334E8" w14:textId="42A92610" w:rsidR="00623167" w:rsidRDefault="00623167" w:rsidP="00623167">
      <w:pPr>
        <w:numPr>
          <w:ilvl w:val="0"/>
          <w:numId w:val="10"/>
        </w:numPr>
        <w:spacing w:before="100" w:beforeAutospacing="1" w:after="100" w:afterAutospacing="1" w:line="240" w:lineRule="auto"/>
        <w:rPr>
          <w:rFonts w:ascii="Times New Roman" w:eastAsia="Times New Roman" w:hAnsi="Times New Roman" w:cs="Times New Roman"/>
          <w:sz w:val="24"/>
          <w:szCs w:val="24"/>
          <w:lang w:val="en-GB" w:eastAsia="en-GB"/>
        </w:rPr>
      </w:pPr>
      <w:r w:rsidRPr="00623167">
        <w:rPr>
          <w:rFonts w:ascii="Courier New" w:eastAsia="Times New Roman" w:hAnsi="Courier New" w:cs="Courier New"/>
          <w:sz w:val="20"/>
          <w:szCs w:val="20"/>
          <w:lang w:val="en-GB" w:eastAsia="en-GB"/>
        </w:rPr>
        <w:t>cd</w:t>
      </w:r>
      <w:r w:rsidRPr="00623167">
        <w:rPr>
          <w:rFonts w:ascii="Times New Roman" w:eastAsia="Times New Roman" w:hAnsi="Times New Roman" w:cs="Times New Roman"/>
          <w:sz w:val="24"/>
          <w:szCs w:val="24"/>
          <w:lang w:val="en-GB" w:eastAsia="en-GB"/>
        </w:rPr>
        <w:t xml:space="preserve"> (change directory) </w:t>
      </w:r>
    </w:p>
    <w:p w14:paraId="745A5BDF" w14:textId="408C7AA1" w:rsidR="008109D7" w:rsidRDefault="008109D7" w:rsidP="008109D7">
      <w:pPr>
        <w:spacing w:before="100" w:beforeAutospacing="1" w:after="100" w:afterAutospacing="1" w:line="240" w:lineRule="auto"/>
        <w:rPr>
          <w:rFonts w:ascii="Times New Roman" w:eastAsia="Times New Roman" w:hAnsi="Times New Roman" w:cs="Times New Roman"/>
          <w:sz w:val="24"/>
          <w:szCs w:val="24"/>
          <w:lang w:val="en-GB" w:eastAsia="en-GB"/>
        </w:rPr>
      </w:pPr>
      <w:r w:rsidRPr="008109D7">
        <w:rPr>
          <w:rFonts w:ascii="Times New Roman" w:eastAsia="Times New Roman" w:hAnsi="Times New Roman" w:cs="Times New Roman"/>
          <w:sz w:val="24"/>
          <w:szCs w:val="24"/>
          <w:lang w:val="en-GB" w:eastAsia="en-GB"/>
        </w:rPr>
        <w:t>The cd command is used to change the current directory.</w:t>
      </w:r>
    </w:p>
    <w:p w14:paraId="7688AC0E" w14:textId="5EB44211" w:rsidR="00223E7C" w:rsidRPr="00623167" w:rsidRDefault="008109D7" w:rsidP="00223E7C">
      <w:pPr>
        <w:spacing w:before="100" w:beforeAutospacing="1" w:after="100" w:afterAutospacing="1" w:line="240" w:lineRule="auto"/>
        <w:ind w:left="720"/>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drawing>
          <wp:inline distT="0" distB="0" distL="0" distR="0" wp14:anchorId="6B2CE0DE" wp14:editId="5AB0A6D1">
            <wp:extent cx="2191264" cy="2818689"/>
            <wp:effectExtent l="0" t="0" r="0" b="1270"/>
            <wp:docPr id="4316680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6765" cy="2838628"/>
                    </a:xfrm>
                    <a:prstGeom prst="rect">
                      <a:avLst/>
                    </a:prstGeom>
                    <a:noFill/>
                  </pic:spPr>
                </pic:pic>
              </a:graphicData>
            </a:graphic>
          </wp:inline>
        </w:drawing>
      </w:r>
    </w:p>
    <w:p w14:paraId="20C173D0" w14:textId="77777777" w:rsidR="00623167" w:rsidRDefault="00623167" w:rsidP="00623167">
      <w:pPr>
        <w:numPr>
          <w:ilvl w:val="0"/>
          <w:numId w:val="10"/>
        </w:numPr>
        <w:spacing w:before="100" w:beforeAutospacing="1" w:after="100" w:afterAutospacing="1" w:line="240" w:lineRule="auto"/>
        <w:rPr>
          <w:rFonts w:ascii="Times New Roman" w:eastAsia="Times New Roman" w:hAnsi="Times New Roman" w:cs="Times New Roman"/>
          <w:sz w:val="24"/>
          <w:szCs w:val="24"/>
          <w:lang w:val="en-GB" w:eastAsia="en-GB"/>
        </w:rPr>
      </w:pPr>
      <w:r w:rsidRPr="00623167">
        <w:rPr>
          <w:rFonts w:ascii="Courier New" w:eastAsia="Times New Roman" w:hAnsi="Courier New" w:cs="Courier New"/>
          <w:sz w:val="20"/>
          <w:szCs w:val="20"/>
          <w:lang w:val="en-GB" w:eastAsia="en-GB"/>
        </w:rPr>
        <w:t>pwd</w:t>
      </w:r>
      <w:r w:rsidRPr="00623167">
        <w:rPr>
          <w:rFonts w:ascii="Times New Roman" w:eastAsia="Times New Roman" w:hAnsi="Times New Roman" w:cs="Times New Roman"/>
          <w:sz w:val="24"/>
          <w:szCs w:val="24"/>
          <w:lang w:val="en-GB" w:eastAsia="en-GB"/>
        </w:rPr>
        <w:t xml:space="preserve"> (show current directory)</w:t>
      </w:r>
    </w:p>
    <w:p w14:paraId="0DEFC17F" w14:textId="042C24D4" w:rsidR="008109D7" w:rsidRDefault="008109D7" w:rsidP="008109D7">
      <w:pPr>
        <w:spacing w:before="100" w:beforeAutospacing="1" w:after="100" w:afterAutospacing="1" w:line="240" w:lineRule="auto"/>
        <w:rPr>
          <w:rFonts w:ascii="Times New Roman" w:eastAsia="Times New Roman" w:hAnsi="Times New Roman" w:cs="Times New Roman"/>
          <w:sz w:val="24"/>
          <w:szCs w:val="24"/>
          <w:lang w:val="en-GB" w:eastAsia="en-GB"/>
        </w:rPr>
      </w:pPr>
      <w:r w:rsidRPr="008109D7">
        <w:rPr>
          <w:rFonts w:ascii="Times New Roman" w:eastAsia="Times New Roman" w:hAnsi="Times New Roman" w:cs="Times New Roman"/>
          <w:sz w:val="24"/>
          <w:szCs w:val="24"/>
          <w:lang w:val="en-GB" w:eastAsia="en-GB"/>
        </w:rPr>
        <w:t>The pwd command displays the current working directory</w:t>
      </w:r>
      <w:r w:rsidR="00F028C6">
        <w:rPr>
          <w:rFonts w:ascii="Times New Roman" w:eastAsia="Times New Roman" w:hAnsi="Times New Roman" w:cs="Times New Roman"/>
          <w:sz w:val="24"/>
          <w:szCs w:val="24"/>
          <w:lang w:val="en-GB" w:eastAsia="en-GB"/>
        </w:rPr>
        <w:t xml:space="preserve"> </w:t>
      </w:r>
      <w:r w:rsidRPr="008109D7">
        <w:rPr>
          <w:rFonts w:ascii="Times New Roman" w:eastAsia="Times New Roman" w:hAnsi="Times New Roman" w:cs="Times New Roman"/>
          <w:sz w:val="24"/>
          <w:szCs w:val="24"/>
          <w:lang w:val="en-GB" w:eastAsia="en-GB"/>
        </w:rPr>
        <w:t>.</w:t>
      </w:r>
      <w:r>
        <w:rPr>
          <w:rFonts w:ascii="Times New Roman" w:eastAsia="Times New Roman" w:hAnsi="Times New Roman" w:cs="Times New Roman"/>
          <w:sz w:val="24"/>
          <w:szCs w:val="24"/>
          <w:lang w:val="en-GB" w:eastAsia="en-GB"/>
        </w:rPr>
        <w:t>Ds</w:t>
      </w:r>
    </w:p>
    <w:p w14:paraId="60C27003" w14:textId="07610831" w:rsidR="008109D7" w:rsidRDefault="008109D7" w:rsidP="008109D7">
      <w:pPr>
        <w:spacing w:before="100" w:beforeAutospacing="1" w:after="100" w:afterAutospacing="1"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noProof/>
          <w:sz w:val="24"/>
          <w:szCs w:val="24"/>
          <w:lang w:val="en-GB" w:eastAsia="en-GB"/>
        </w:rPr>
        <w:lastRenderedPageBreak/>
        <w:drawing>
          <wp:inline distT="0" distB="0" distL="0" distR="0" wp14:anchorId="557228DE" wp14:editId="0705C27A">
            <wp:extent cx="2669060" cy="2683333"/>
            <wp:effectExtent l="0" t="0" r="0" b="3175"/>
            <wp:docPr id="3263692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91882" cy="2706277"/>
                    </a:xfrm>
                    <a:prstGeom prst="rect">
                      <a:avLst/>
                    </a:prstGeom>
                    <a:noFill/>
                  </pic:spPr>
                </pic:pic>
              </a:graphicData>
            </a:graphic>
          </wp:inline>
        </w:drawing>
      </w:r>
    </w:p>
    <w:p w14:paraId="5ADB6E9D" w14:textId="77777777" w:rsidR="00C369EB" w:rsidRDefault="00C369EB" w:rsidP="00C369EB">
      <w:pPr>
        <w:pStyle w:val="Heading3"/>
      </w:pPr>
      <w:r>
        <w:rPr>
          <w:rStyle w:val="Strong"/>
          <w:b/>
          <w:bCs/>
        </w:rPr>
        <w:t>4.2 Process Management</w:t>
      </w:r>
    </w:p>
    <w:p w14:paraId="2F2F572D" w14:textId="77777777" w:rsidR="00C369EB" w:rsidRDefault="00C369EB" w:rsidP="00C369EB">
      <w:pPr>
        <w:numPr>
          <w:ilvl w:val="0"/>
          <w:numId w:val="12"/>
        </w:numPr>
        <w:spacing w:before="100" w:beforeAutospacing="1" w:after="100" w:afterAutospacing="1" w:line="240" w:lineRule="auto"/>
      </w:pPr>
      <w:proofErr w:type="spellStart"/>
      <w:r>
        <w:rPr>
          <w:rStyle w:val="HTMLCode"/>
          <w:rFonts w:eastAsiaTheme="minorEastAsia"/>
        </w:rPr>
        <w:t>ps</w:t>
      </w:r>
      <w:proofErr w:type="spellEnd"/>
      <w:r>
        <w:t xml:space="preserve"> shows active processes </w:t>
      </w:r>
    </w:p>
    <w:p w14:paraId="14082332" w14:textId="08F7E45E" w:rsidR="005B7311" w:rsidRDefault="005B7311" w:rsidP="005B7311">
      <w:pPr>
        <w:spacing w:before="100" w:beforeAutospacing="1" w:after="100" w:afterAutospacing="1" w:line="240" w:lineRule="auto"/>
      </w:pPr>
      <w:r>
        <w:rPr>
          <w:noProof/>
        </w:rPr>
        <w:drawing>
          <wp:inline distT="0" distB="0" distL="0" distR="0" wp14:anchorId="4CAAAE57" wp14:editId="6856E01E">
            <wp:extent cx="1983740" cy="3007015"/>
            <wp:effectExtent l="0" t="0" r="0" b="3175"/>
            <wp:docPr id="10956160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6534" cy="3056726"/>
                    </a:xfrm>
                    <a:prstGeom prst="rect">
                      <a:avLst/>
                    </a:prstGeom>
                    <a:noFill/>
                  </pic:spPr>
                </pic:pic>
              </a:graphicData>
            </a:graphic>
          </wp:inline>
        </w:drawing>
      </w:r>
    </w:p>
    <w:p w14:paraId="46302088" w14:textId="77777777" w:rsidR="00C369EB" w:rsidRDefault="00C369EB" w:rsidP="00C369EB">
      <w:pPr>
        <w:numPr>
          <w:ilvl w:val="0"/>
          <w:numId w:val="12"/>
        </w:numPr>
        <w:spacing w:before="100" w:beforeAutospacing="1" w:after="100" w:afterAutospacing="1" w:line="240" w:lineRule="auto"/>
      </w:pPr>
      <w:r>
        <w:rPr>
          <w:rStyle w:val="HTMLCode"/>
          <w:rFonts w:eastAsiaTheme="minorEastAsia"/>
        </w:rPr>
        <w:t>top</w:t>
      </w:r>
      <w:r>
        <w:t xml:space="preserve"> provides real-time monitoring</w:t>
      </w:r>
    </w:p>
    <w:p w14:paraId="2EB088F0" w14:textId="77777777" w:rsidR="00C369EB" w:rsidRDefault="00C369EB" w:rsidP="00C369EB">
      <w:pPr>
        <w:pStyle w:val="Heading3"/>
      </w:pPr>
      <w:r>
        <w:rPr>
          <w:rStyle w:val="Strong"/>
          <w:b/>
          <w:bCs/>
        </w:rPr>
        <w:t>4.3 Network Monitoring</w:t>
      </w:r>
    </w:p>
    <w:p w14:paraId="45823AFA" w14:textId="77777777" w:rsidR="00C369EB" w:rsidRDefault="00C369EB" w:rsidP="00C369EB">
      <w:pPr>
        <w:numPr>
          <w:ilvl w:val="0"/>
          <w:numId w:val="13"/>
        </w:numPr>
        <w:spacing w:before="100" w:beforeAutospacing="1" w:after="100" w:afterAutospacing="1" w:line="240" w:lineRule="auto"/>
      </w:pPr>
      <w:r>
        <w:rPr>
          <w:rStyle w:val="HTMLCode"/>
          <w:rFonts w:eastAsiaTheme="minorEastAsia"/>
        </w:rPr>
        <w:t>ping</w:t>
      </w:r>
      <w:r>
        <w:t xml:space="preserve"> tests connectivity</w:t>
      </w:r>
    </w:p>
    <w:p w14:paraId="34978244" w14:textId="38420DC5" w:rsidR="005B7311" w:rsidRDefault="005B7311" w:rsidP="005B7311">
      <w:pPr>
        <w:spacing w:before="100" w:beforeAutospacing="1" w:after="100" w:afterAutospacing="1" w:line="240" w:lineRule="auto"/>
      </w:pPr>
      <w:r>
        <w:rPr>
          <w:noProof/>
        </w:rPr>
        <w:lastRenderedPageBreak/>
        <w:drawing>
          <wp:inline distT="0" distB="0" distL="0" distR="0" wp14:anchorId="7F75D67D" wp14:editId="57FF542C">
            <wp:extent cx="2092411" cy="3077874"/>
            <wp:effectExtent l="0" t="0" r="3175" b="8255"/>
            <wp:docPr id="14251193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03203" cy="3093749"/>
                    </a:xfrm>
                    <a:prstGeom prst="rect">
                      <a:avLst/>
                    </a:prstGeom>
                    <a:noFill/>
                  </pic:spPr>
                </pic:pic>
              </a:graphicData>
            </a:graphic>
          </wp:inline>
        </w:drawing>
      </w:r>
    </w:p>
    <w:p w14:paraId="35C7A4E6" w14:textId="77777777" w:rsidR="00C369EB" w:rsidRDefault="00C369EB" w:rsidP="00C369EB">
      <w:pPr>
        <w:pStyle w:val="Heading3"/>
      </w:pPr>
      <w:r>
        <w:rPr>
          <w:rStyle w:val="Strong"/>
          <w:b/>
          <w:bCs/>
        </w:rPr>
        <w:t>4.4 File Operations</w:t>
      </w:r>
    </w:p>
    <w:p w14:paraId="1AB5B7D9" w14:textId="1B495336" w:rsidR="005B7311" w:rsidRDefault="00C369EB" w:rsidP="005B7311">
      <w:pPr>
        <w:numPr>
          <w:ilvl w:val="0"/>
          <w:numId w:val="14"/>
        </w:numPr>
        <w:spacing w:before="100" w:beforeAutospacing="1" w:after="100" w:afterAutospacing="1" w:line="240" w:lineRule="auto"/>
      </w:pPr>
      <w:r>
        <w:rPr>
          <w:rStyle w:val="HTMLCode"/>
          <w:rFonts w:eastAsiaTheme="minorEastAsia"/>
        </w:rPr>
        <w:t>cp</w:t>
      </w:r>
      <w:r>
        <w:t xml:space="preserve"> copies files </w:t>
      </w:r>
    </w:p>
    <w:p w14:paraId="0CE94B74" w14:textId="53F23836" w:rsidR="00431824" w:rsidRDefault="00431824" w:rsidP="00431824">
      <w:pPr>
        <w:spacing w:before="100" w:beforeAutospacing="1" w:after="100" w:afterAutospacing="1" w:line="240" w:lineRule="auto"/>
      </w:pPr>
      <w:r>
        <w:rPr>
          <w:noProof/>
        </w:rPr>
        <w:drawing>
          <wp:inline distT="0" distB="0" distL="0" distR="0" wp14:anchorId="3FACCF3A" wp14:editId="62D12E95">
            <wp:extent cx="2001795" cy="2589606"/>
            <wp:effectExtent l="0" t="0" r="0" b="1270"/>
            <wp:docPr id="2645697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21420" cy="2614993"/>
                    </a:xfrm>
                    <a:prstGeom prst="rect">
                      <a:avLst/>
                    </a:prstGeom>
                    <a:noFill/>
                  </pic:spPr>
                </pic:pic>
              </a:graphicData>
            </a:graphic>
          </wp:inline>
        </w:drawing>
      </w:r>
    </w:p>
    <w:p w14:paraId="087B4004" w14:textId="3AD98EB8" w:rsidR="00431824" w:rsidRDefault="00431824" w:rsidP="00431824">
      <w:pPr>
        <w:spacing w:before="100" w:beforeAutospacing="1" w:after="100" w:afterAutospacing="1" w:line="240" w:lineRule="auto"/>
      </w:pPr>
      <w:r w:rsidRPr="00431824">
        <w:t>The cp command is used to copy files from one location to another.</w:t>
      </w:r>
    </w:p>
    <w:p w14:paraId="3F453112" w14:textId="77777777" w:rsidR="00431824" w:rsidRDefault="00431824" w:rsidP="00431824">
      <w:pPr>
        <w:spacing w:before="100" w:beforeAutospacing="1" w:after="100" w:afterAutospacing="1" w:line="240" w:lineRule="auto"/>
      </w:pPr>
    </w:p>
    <w:p w14:paraId="7B6E0220" w14:textId="77777777" w:rsidR="00C369EB" w:rsidRDefault="00C369EB" w:rsidP="00C369EB">
      <w:pPr>
        <w:numPr>
          <w:ilvl w:val="0"/>
          <w:numId w:val="14"/>
        </w:numPr>
        <w:spacing w:before="100" w:beforeAutospacing="1" w:after="100" w:afterAutospacing="1" w:line="240" w:lineRule="auto"/>
      </w:pPr>
      <w:r>
        <w:rPr>
          <w:rStyle w:val="HTMLCode"/>
          <w:rFonts w:eastAsiaTheme="minorEastAsia"/>
        </w:rPr>
        <w:t>mv</w:t>
      </w:r>
      <w:r>
        <w:t xml:space="preserve"> moves or renames files </w:t>
      </w:r>
    </w:p>
    <w:p w14:paraId="115CE0A7" w14:textId="74DDD823" w:rsidR="00431824" w:rsidRDefault="00431824" w:rsidP="00431824">
      <w:pPr>
        <w:spacing w:before="100" w:beforeAutospacing="1" w:after="100" w:afterAutospacing="1" w:line="240" w:lineRule="auto"/>
      </w:pPr>
      <w:r>
        <w:rPr>
          <w:noProof/>
        </w:rPr>
        <w:lastRenderedPageBreak/>
        <w:drawing>
          <wp:inline distT="0" distB="0" distL="0" distR="0" wp14:anchorId="67E7E95B" wp14:editId="0EC89D11">
            <wp:extent cx="2636109" cy="989179"/>
            <wp:effectExtent l="0" t="0" r="0" b="1905"/>
            <wp:docPr id="56085295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51485" cy="994949"/>
                    </a:xfrm>
                    <a:prstGeom prst="rect">
                      <a:avLst/>
                    </a:prstGeom>
                    <a:noFill/>
                  </pic:spPr>
                </pic:pic>
              </a:graphicData>
            </a:graphic>
          </wp:inline>
        </w:drawing>
      </w:r>
    </w:p>
    <w:p w14:paraId="0EB511FD" w14:textId="6B40A66A" w:rsidR="00431824" w:rsidRDefault="00431824" w:rsidP="00431824">
      <w:pPr>
        <w:spacing w:before="100" w:beforeAutospacing="1" w:after="100" w:afterAutospacing="1" w:line="240" w:lineRule="auto"/>
      </w:pPr>
      <w:r w:rsidRPr="00431824">
        <w:t>The mv command is used to move or rename files.</w:t>
      </w:r>
    </w:p>
    <w:p w14:paraId="0386414A" w14:textId="77777777" w:rsidR="00431824" w:rsidRDefault="00431824" w:rsidP="00431824">
      <w:pPr>
        <w:spacing w:before="100" w:beforeAutospacing="1" w:after="100" w:afterAutospacing="1" w:line="240" w:lineRule="auto"/>
      </w:pPr>
    </w:p>
    <w:p w14:paraId="46549171" w14:textId="77777777" w:rsidR="00C369EB" w:rsidRDefault="00C369EB" w:rsidP="00C369EB">
      <w:pPr>
        <w:numPr>
          <w:ilvl w:val="0"/>
          <w:numId w:val="14"/>
        </w:numPr>
        <w:spacing w:before="100" w:beforeAutospacing="1" w:after="100" w:afterAutospacing="1" w:line="240" w:lineRule="auto"/>
      </w:pPr>
      <w:r>
        <w:rPr>
          <w:rStyle w:val="HTMLCode"/>
          <w:rFonts w:eastAsiaTheme="minorEastAsia"/>
        </w:rPr>
        <w:t>rm</w:t>
      </w:r>
      <w:r>
        <w:t xml:space="preserve"> deletes files</w:t>
      </w:r>
    </w:p>
    <w:p w14:paraId="5B5AAF04" w14:textId="0C62F245" w:rsidR="00431824" w:rsidRDefault="00F028C6" w:rsidP="00431824">
      <w:pPr>
        <w:spacing w:before="100" w:beforeAutospacing="1" w:after="100" w:afterAutospacing="1" w:line="240" w:lineRule="auto"/>
      </w:pPr>
      <w:r>
        <w:rPr>
          <w:noProof/>
        </w:rPr>
        <w:drawing>
          <wp:inline distT="0" distB="0" distL="0" distR="0" wp14:anchorId="4296315D" wp14:editId="63C834C2">
            <wp:extent cx="1935892" cy="2538070"/>
            <wp:effectExtent l="0" t="0" r="7620" b="0"/>
            <wp:docPr id="9215839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41948" cy="2546010"/>
                    </a:xfrm>
                    <a:prstGeom prst="rect">
                      <a:avLst/>
                    </a:prstGeom>
                    <a:noFill/>
                  </pic:spPr>
                </pic:pic>
              </a:graphicData>
            </a:graphic>
          </wp:inline>
        </w:drawing>
      </w:r>
    </w:p>
    <w:p w14:paraId="279F8631" w14:textId="6A04E020" w:rsidR="00F028C6" w:rsidRDefault="00F028C6" w:rsidP="00431824">
      <w:pPr>
        <w:spacing w:before="100" w:beforeAutospacing="1" w:after="100" w:afterAutospacing="1" w:line="240" w:lineRule="auto"/>
      </w:pPr>
      <w:r w:rsidRPr="00F028C6">
        <w:t>The rm command is used to delete files. In this example, file3 is removed from the directory.</w:t>
      </w:r>
    </w:p>
    <w:p w14:paraId="6B6E5E7F" w14:textId="77777777" w:rsidR="00F028C6" w:rsidRDefault="00F028C6" w:rsidP="00431824">
      <w:pPr>
        <w:spacing w:before="100" w:beforeAutospacing="1" w:after="100" w:afterAutospacing="1" w:line="240" w:lineRule="auto"/>
      </w:pPr>
    </w:p>
    <w:p w14:paraId="06806E6B" w14:textId="77777777" w:rsidR="00C369EB" w:rsidRDefault="00C369EB" w:rsidP="00C369EB">
      <w:pPr>
        <w:pStyle w:val="NormalWeb"/>
      </w:pPr>
      <w:r>
        <w:t>Linux CLI is powerful and widely used in servers due to its efficiency and flexibility.</w:t>
      </w:r>
    </w:p>
    <w:p w14:paraId="62558137" w14:textId="77777777" w:rsidR="00C369EB" w:rsidRPr="00623167" w:rsidRDefault="00C369EB" w:rsidP="00C369EB">
      <w:pPr>
        <w:spacing w:before="100" w:beforeAutospacing="1" w:after="100" w:afterAutospacing="1" w:line="240" w:lineRule="auto"/>
        <w:ind w:left="720"/>
        <w:rPr>
          <w:rFonts w:ascii="Times New Roman" w:eastAsia="Times New Roman" w:hAnsi="Times New Roman" w:cs="Times New Roman"/>
          <w:sz w:val="24"/>
          <w:szCs w:val="24"/>
          <w:lang w:val="en-GB" w:eastAsia="en-GB"/>
        </w:rPr>
      </w:pPr>
    </w:p>
    <w:p w14:paraId="363CAAF3" w14:textId="77777777" w:rsidR="00623167" w:rsidRPr="00623167" w:rsidRDefault="00623167" w:rsidP="00623167"/>
    <w:p w14:paraId="659886D4" w14:textId="77777777" w:rsidR="00D62F18" w:rsidRDefault="00000000">
      <w:pPr>
        <w:pStyle w:val="Heading1"/>
      </w:pPr>
      <w:r>
        <w:t>5. Windows Scripts</w:t>
      </w:r>
    </w:p>
    <w:p w14:paraId="581595D2" w14:textId="25866B14" w:rsidR="00C369EB" w:rsidRPr="00C369EB" w:rsidRDefault="00C369EB" w:rsidP="00C369EB">
      <w:r>
        <w:t>Batch scripting allows automation of tasks in Windows.</w:t>
      </w:r>
    </w:p>
    <w:p w14:paraId="27797146" w14:textId="3CB2A251" w:rsidR="00D62F18" w:rsidRDefault="00000000">
      <w:r>
        <w:t>Script 1:</w:t>
      </w:r>
      <w:r w:rsidR="00C369EB">
        <w:t>User input</w:t>
      </w:r>
    </w:p>
    <w:p w14:paraId="78FB4060" w14:textId="77777777" w:rsidR="00D62F18" w:rsidRDefault="00000000">
      <w:r>
        <w:t>@echo off</w:t>
      </w:r>
      <w:r>
        <w:br/>
        <w:t>set /p name=Enter your name:</w:t>
      </w:r>
      <w:r>
        <w:br/>
      </w:r>
      <w:r>
        <w:lastRenderedPageBreak/>
        <w:t>echo Hello %name%</w:t>
      </w:r>
      <w:r>
        <w:br/>
        <w:t>pause</w:t>
      </w:r>
    </w:p>
    <w:p w14:paraId="283268E3" w14:textId="509A24F4" w:rsidR="00C369EB" w:rsidRDefault="00217C8E">
      <w:r w:rsidRPr="00217C8E">
        <w:drawing>
          <wp:inline distT="0" distB="0" distL="0" distR="0" wp14:anchorId="44888A2B" wp14:editId="3B831A0A">
            <wp:extent cx="2817341" cy="1653519"/>
            <wp:effectExtent l="0" t="0" r="2540" b="4445"/>
            <wp:docPr id="1413118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18543" name=""/>
                    <pic:cNvPicPr/>
                  </pic:nvPicPr>
                  <pic:blipFill>
                    <a:blip r:embed="rId18"/>
                    <a:stretch>
                      <a:fillRect/>
                    </a:stretch>
                  </pic:blipFill>
                  <pic:spPr>
                    <a:xfrm>
                      <a:off x="0" y="0"/>
                      <a:ext cx="2846648" cy="1670719"/>
                    </a:xfrm>
                    <a:prstGeom prst="rect">
                      <a:avLst/>
                    </a:prstGeom>
                  </pic:spPr>
                </pic:pic>
              </a:graphicData>
            </a:graphic>
          </wp:inline>
        </w:drawing>
      </w:r>
    </w:p>
    <w:p w14:paraId="4A3600A2" w14:textId="3DC9EFE2" w:rsidR="00C369EB" w:rsidRDefault="00217C8E">
      <w:r w:rsidRPr="00217C8E">
        <w:t xml:space="preserve">This script prompts the user to enter their name and then displays a </w:t>
      </w:r>
      <w:r w:rsidRPr="00217C8E">
        <w:t>personalized</w:t>
      </w:r>
      <w:r w:rsidRPr="00217C8E">
        <w:t xml:space="preserve"> greeting using the entered input. The use of the "set /p" command allows user interaction, while the "echo" command outputs the result.</w:t>
      </w:r>
    </w:p>
    <w:p w14:paraId="3EF8167F" w14:textId="58FFBBFC" w:rsidR="00D62F18" w:rsidRDefault="00000000">
      <w:r>
        <w:t>Script 2:</w:t>
      </w:r>
      <w:r w:rsidR="00C369EB">
        <w:t>Calculation</w:t>
      </w:r>
    </w:p>
    <w:p w14:paraId="4E83E7B1" w14:textId="77777777" w:rsidR="00D62F18" w:rsidRDefault="00000000">
      <w:r>
        <w:t>@echo off</w:t>
      </w:r>
      <w:r>
        <w:br/>
        <w:t>set /a num=5+5</w:t>
      </w:r>
      <w:r>
        <w:br/>
        <w:t>echo Result %num%</w:t>
      </w:r>
      <w:r>
        <w:br/>
        <w:t>pause</w:t>
      </w:r>
    </w:p>
    <w:p w14:paraId="527B7666" w14:textId="1F3DF2B3" w:rsidR="00C369EB" w:rsidRDefault="00217C8E">
      <w:r>
        <w:rPr>
          <w:noProof/>
        </w:rPr>
        <w:drawing>
          <wp:inline distT="0" distB="0" distL="0" distR="0" wp14:anchorId="3DF8E658" wp14:editId="0006762C">
            <wp:extent cx="2133600" cy="1586534"/>
            <wp:effectExtent l="0" t="0" r="0" b="0"/>
            <wp:docPr id="184840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42249" cy="1592965"/>
                    </a:xfrm>
                    <a:prstGeom prst="rect">
                      <a:avLst/>
                    </a:prstGeom>
                    <a:noFill/>
                  </pic:spPr>
                </pic:pic>
              </a:graphicData>
            </a:graphic>
          </wp:inline>
        </w:drawing>
      </w:r>
    </w:p>
    <w:p w14:paraId="148CA259" w14:textId="7DDE9EF3" w:rsidR="00C369EB" w:rsidRDefault="00217C8E">
      <w:r w:rsidRPr="00217C8E">
        <w:t>This script performs a simple arithmetic calculation using the "set /a" command and displays the result using the "echo" command.</w:t>
      </w:r>
    </w:p>
    <w:p w14:paraId="339594E7" w14:textId="77777777" w:rsidR="00D62F18" w:rsidRDefault="00000000">
      <w:pPr>
        <w:pStyle w:val="Heading1"/>
      </w:pPr>
      <w:r>
        <w:t>6. Linux Scripts</w:t>
      </w:r>
    </w:p>
    <w:p w14:paraId="1AD64C36" w14:textId="4ECB4F32" w:rsidR="006905CF" w:rsidRPr="006905CF" w:rsidRDefault="006905CF" w:rsidP="006905CF">
      <w:r>
        <w:t>Script 1</w:t>
      </w:r>
    </w:p>
    <w:p w14:paraId="51B749BF" w14:textId="77777777" w:rsidR="006905CF" w:rsidRDefault="006905CF" w:rsidP="006905CF">
      <w:r>
        <w:t>#!/bin/bash</w:t>
      </w:r>
    </w:p>
    <w:p w14:paraId="7F9501D2" w14:textId="77777777" w:rsidR="006905CF" w:rsidRDefault="006905CF" w:rsidP="006905CF">
      <w:r>
        <w:t>name="ada"</w:t>
      </w:r>
    </w:p>
    <w:p w14:paraId="7D5B6298" w14:textId="1273C28A" w:rsidR="006905CF" w:rsidRPr="006905CF" w:rsidRDefault="006905CF" w:rsidP="006905CF">
      <w:r>
        <w:t>echo Hello $name</w:t>
      </w:r>
    </w:p>
    <w:p w14:paraId="1DED1F77" w14:textId="6827B9AE" w:rsidR="006905CF" w:rsidRDefault="006905CF">
      <w:r>
        <w:rPr>
          <w:noProof/>
        </w:rPr>
        <w:lastRenderedPageBreak/>
        <w:drawing>
          <wp:inline distT="0" distB="0" distL="0" distR="0" wp14:anchorId="02352778" wp14:editId="45B8CE50">
            <wp:extent cx="2590936" cy="2117124"/>
            <wp:effectExtent l="0" t="0" r="0" b="0"/>
            <wp:docPr id="4949494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06821" cy="2130104"/>
                    </a:xfrm>
                    <a:prstGeom prst="rect">
                      <a:avLst/>
                    </a:prstGeom>
                    <a:noFill/>
                  </pic:spPr>
                </pic:pic>
              </a:graphicData>
            </a:graphic>
          </wp:inline>
        </w:drawing>
      </w:r>
    </w:p>
    <w:p w14:paraId="46A1A9DB" w14:textId="77777777" w:rsidR="00C369EB" w:rsidRDefault="00C369EB"/>
    <w:p w14:paraId="2A2F9A67" w14:textId="77777777" w:rsidR="00C369EB" w:rsidRDefault="00C369EB"/>
    <w:p w14:paraId="4E9BE34C" w14:textId="2C2FCFF2" w:rsidR="00C369EB" w:rsidRDefault="00C369EB">
      <w:r>
        <w:t>Script 2</w:t>
      </w:r>
    </w:p>
    <w:p w14:paraId="6850CAAB" w14:textId="77777777" w:rsidR="006905CF" w:rsidRDefault="006905CF" w:rsidP="006905CF"/>
    <w:p w14:paraId="7497B129" w14:textId="0E17E049" w:rsidR="006905CF" w:rsidRDefault="006905CF" w:rsidP="006905CF">
      <w:r>
        <w:t>#!/bin/bash</w:t>
      </w:r>
    </w:p>
    <w:p w14:paraId="7A746727" w14:textId="77777777" w:rsidR="006905CF" w:rsidRDefault="006905CF" w:rsidP="006905CF">
      <w:r>
        <w:t>a=5</w:t>
      </w:r>
    </w:p>
    <w:p w14:paraId="5EA64DB5" w14:textId="77777777" w:rsidR="006905CF" w:rsidRDefault="006905CF" w:rsidP="006905CF">
      <w:r>
        <w:t>b=3</w:t>
      </w:r>
    </w:p>
    <w:p w14:paraId="76F58A3E" w14:textId="648CF174" w:rsidR="006905CF" w:rsidRDefault="006905CF" w:rsidP="006905CF">
      <w:r>
        <w:t>sum=$((a + b))</w:t>
      </w:r>
    </w:p>
    <w:p w14:paraId="7A63DC8A" w14:textId="61A688A0" w:rsidR="006905CF" w:rsidRDefault="006905CF" w:rsidP="006905CF">
      <w:r>
        <w:t xml:space="preserve">echo The result of </w:t>
      </w:r>
      <w:r>
        <w:t>5 + 3 is 8</w:t>
      </w:r>
    </w:p>
    <w:p w14:paraId="184A9D89" w14:textId="0939A2AE" w:rsidR="006905CF" w:rsidRDefault="006905CF">
      <w:r>
        <w:rPr>
          <w:noProof/>
        </w:rPr>
        <w:drawing>
          <wp:inline distT="0" distB="0" distL="0" distR="0" wp14:anchorId="3262DFCC" wp14:editId="2D532251">
            <wp:extent cx="3258957" cy="2663940"/>
            <wp:effectExtent l="0" t="0" r="0" b="3175"/>
            <wp:docPr id="2829744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85701" cy="2685801"/>
                    </a:xfrm>
                    <a:prstGeom prst="rect">
                      <a:avLst/>
                    </a:prstGeom>
                    <a:noFill/>
                  </pic:spPr>
                </pic:pic>
              </a:graphicData>
            </a:graphic>
          </wp:inline>
        </w:drawing>
      </w:r>
    </w:p>
    <w:p w14:paraId="47B24CF2" w14:textId="622A8EA1" w:rsidR="006905CF" w:rsidRDefault="006905CF">
      <w:r w:rsidRPr="006905CF">
        <w:lastRenderedPageBreak/>
        <w:t>This script demonstrates the use of variables and arithmetic operations in Linux. It assigns values to variables, performs a calculation, and displays the result using the echo command.</w:t>
      </w:r>
    </w:p>
    <w:p w14:paraId="62298C5B" w14:textId="77777777" w:rsidR="006905CF" w:rsidRDefault="006905CF"/>
    <w:p w14:paraId="372E45FF" w14:textId="77777777" w:rsidR="00D62F18" w:rsidRDefault="00000000">
      <w:pPr>
        <w:pStyle w:val="Heading1"/>
      </w:pPr>
      <w:r>
        <w:t>7. Conclusion</w:t>
      </w:r>
    </w:p>
    <w:p w14:paraId="1C4F1123" w14:textId="4FD23C52" w:rsidR="003A3AF6" w:rsidRDefault="003A3AF6" w:rsidP="003A3AF6">
      <w:pPr>
        <w:pStyle w:val="NormalWeb"/>
      </w:pPr>
      <w:r>
        <w:t>Operating systems play a crucial role in managing computer hardware and software resources. This report has demonstrated the core functions of operating systems, including process, memory, file, and device management. It has also explored the use of command-line tools in both Windows and Linux environments, highlighting their importance in system administration</w:t>
      </w:r>
      <w:r>
        <w:t>.</w:t>
      </w:r>
      <w:r w:rsidR="00C369EB">
        <w:t xml:space="preserve"> </w:t>
      </w:r>
      <w:r>
        <w:t>Additionally</w:t>
      </w:r>
      <w:r w:rsidR="00C369EB">
        <w:t xml:space="preserve"> ,</w:t>
      </w:r>
      <w:r>
        <w:t xml:space="preserve"> scripting in both environments allows users to automate repetitive tasks, improving efficiency and productivity. Understanding these concepts is essential for anyone working in computing or IT-related fields.</w:t>
      </w:r>
    </w:p>
    <w:p w14:paraId="064BFA7E" w14:textId="77777777" w:rsidR="003A3AF6" w:rsidRPr="003A3AF6" w:rsidRDefault="003A3AF6" w:rsidP="003A3AF6"/>
    <w:p w14:paraId="0EEEC5B4" w14:textId="680731AB" w:rsidR="007D6252" w:rsidRDefault="00000000" w:rsidP="007D6252">
      <w:pPr>
        <w:pStyle w:val="Heading1"/>
      </w:pPr>
      <w:r>
        <w:t>8. References</w:t>
      </w:r>
    </w:p>
    <w:p w14:paraId="79233B9E" w14:textId="77777777" w:rsidR="007D6252" w:rsidRDefault="007D6252" w:rsidP="007D6252"/>
    <w:p w14:paraId="098E9D76" w14:textId="7709666D" w:rsidR="007D6252" w:rsidRDefault="007D6252" w:rsidP="007D6252">
      <w:r>
        <w:t>[1] A. S. Tanenbaum and H. Bos, Modern Operating Systems, 4th ed. Pearson, 2015.</w:t>
      </w:r>
    </w:p>
    <w:p w14:paraId="67E4E5DE" w14:textId="3EAB66B9" w:rsidR="007D6252" w:rsidRDefault="007D6252" w:rsidP="007D6252">
      <w:r>
        <w:t>[2] Microsoft, "Windows Commands Documentation." [Online]. Available: https://learn.microsoft.com</w:t>
      </w:r>
    </w:p>
    <w:p w14:paraId="426FEE4B" w14:textId="50909C40" w:rsidR="007D6252" w:rsidRDefault="007D6252" w:rsidP="007D6252">
      <w:r>
        <w:t>[3] The Linux Foundation, "Linux Command Line Basics." [Online]. Available: https://training.linuxfoundation.org</w:t>
      </w:r>
    </w:p>
    <w:p w14:paraId="35B6CC4B" w14:textId="5B157EEC" w:rsidR="007D6252" w:rsidRPr="007D6252" w:rsidRDefault="007D6252" w:rsidP="007D6252">
      <w:r>
        <w:t>[4] W3Schools, "Linux Commands Tutorial." [Online]. Available: https://www.w3schools.com</w:t>
      </w:r>
    </w:p>
    <w:p w14:paraId="1923982A" w14:textId="77777777" w:rsidR="00D62F18" w:rsidRDefault="00000000">
      <w:pPr>
        <w:pStyle w:val="Heading1"/>
      </w:pPr>
      <w:r>
        <w:t>9. Appendices</w:t>
      </w:r>
    </w:p>
    <w:p w14:paraId="5D05B196" w14:textId="77777777" w:rsidR="00AF2690" w:rsidRPr="00AF2690" w:rsidRDefault="00AF2690" w:rsidP="00AF2690"/>
    <w:p w14:paraId="43540F2F" w14:textId="0FBB9333" w:rsidR="00AF2690" w:rsidRDefault="00AF2690" w:rsidP="00AF2690">
      <w:r>
        <w:t>9.1 Evidence of Online Course Engagement</w:t>
      </w:r>
    </w:p>
    <w:p w14:paraId="4EE8A519" w14:textId="77777777" w:rsidR="00C170F5" w:rsidRPr="00C170F5" w:rsidRDefault="00C170F5" w:rsidP="00C170F5"/>
    <w:p w14:paraId="3E5D8C4E" w14:textId="7D0E14A5" w:rsidR="00AF2690" w:rsidRDefault="00AF2690" w:rsidP="00AF2690">
      <w:r w:rsidRPr="00AF2690">
        <w:lastRenderedPageBreak/>
        <w:drawing>
          <wp:inline distT="0" distB="0" distL="0" distR="0" wp14:anchorId="203AFAC6" wp14:editId="0ACEF8CE">
            <wp:extent cx="3086303" cy="1606378"/>
            <wp:effectExtent l="0" t="0" r="0" b="0"/>
            <wp:docPr id="1698036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36876" name=""/>
                    <pic:cNvPicPr/>
                  </pic:nvPicPr>
                  <pic:blipFill>
                    <a:blip r:embed="rId22"/>
                    <a:stretch>
                      <a:fillRect/>
                    </a:stretch>
                  </pic:blipFill>
                  <pic:spPr>
                    <a:xfrm>
                      <a:off x="0" y="0"/>
                      <a:ext cx="3138790" cy="1633697"/>
                    </a:xfrm>
                    <a:prstGeom prst="rect">
                      <a:avLst/>
                    </a:prstGeom>
                  </pic:spPr>
                </pic:pic>
              </a:graphicData>
            </a:graphic>
          </wp:inline>
        </w:drawing>
      </w:r>
    </w:p>
    <w:p w14:paraId="0599BCDE" w14:textId="35F2B141" w:rsidR="00AF2690" w:rsidRDefault="00AF2690" w:rsidP="00AF2690">
      <w:r>
        <w:t>Figure 1: Participation in an online Linux tutorial course (Great Learning platform), showing course content and progress.</w:t>
      </w:r>
      <w:r>
        <w:t xml:space="preserve"> </w:t>
      </w:r>
    </w:p>
    <w:p w14:paraId="133D1E8A" w14:textId="77777777" w:rsidR="00AF2690" w:rsidRPr="00AF2690" w:rsidRDefault="00AF2690" w:rsidP="00AF2690"/>
    <w:p w14:paraId="7B620379" w14:textId="77777777" w:rsidR="00AF2690" w:rsidRDefault="00AF2690" w:rsidP="00AF2690"/>
    <w:p w14:paraId="0A1E93BC" w14:textId="77777777" w:rsidR="00AF2690" w:rsidRPr="00AF2690" w:rsidRDefault="00AF2690" w:rsidP="00AF2690"/>
    <w:p w14:paraId="53041A1C" w14:textId="77777777" w:rsidR="00C369EB" w:rsidRPr="00C369EB" w:rsidRDefault="00C369EB" w:rsidP="00C369EB"/>
    <w:p w14:paraId="31D61A79" w14:textId="77777777" w:rsidR="00D62F18" w:rsidRDefault="00000000">
      <w:pPr>
        <w:pStyle w:val="Heading1"/>
      </w:pPr>
      <w:r>
        <w:t>Updated References (IEEE)</w:t>
      </w:r>
    </w:p>
    <w:p w14:paraId="676AF27F" w14:textId="30A2624B" w:rsidR="00D62F18" w:rsidRDefault="00D62F18" w:rsidP="007B7A30"/>
    <w:sectPr w:rsidR="00D62F18"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9FD7C" w14:textId="77777777" w:rsidR="00CD28FB" w:rsidRDefault="00CD28FB" w:rsidP="00C369EB">
      <w:pPr>
        <w:spacing w:after="0" w:line="240" w:lineRule="auto"/>
      </w:pPr>
      <w:r>
        <w:separator/>
      </w:r>
    </w:p>
  </w:endnote>
  <w:endnote w:type="continuationSeparator" w:id="0">
    <w:p w14:paraId="70F81A0F" w14:textId="77777777" w:rsidR="00CD28FB" w:rsidRDefault="00CD28FB" w:rsidP="00C36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9CDDE" w14:textId="77777777" w:rsidR="00CD28FB" w:rsidRDefault="00CD28FB" w:rsidP="00C369EB">
      <w:pPr>
        <w:spacing w:after="0" w:line="240" w:lineRule="auto"/>
      </w:pPr>
      <w:r>
        <w:separator/>
      </w:r>
    </w:p>
  </w:footnote>
  <w:footnote w:type="continuationSeparator" w:id="0">
    <w:p w14:paraId="4C8B8F74" w14:textId="77777777" w:rsidR="00CD28FB" w:rsidRDefault="00CD28FB" w:rsidP="00C369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EFB74D6"/>
    <w:multiLevelType w:val="multilevel"/>
    <w:tmpl w:val="0D38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210664"/>
    <w:multiLevelType w:val="multilevel"/>
    <w:tmpl w:val="96248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2B408B"/>
    <w:multiLevelType w:val="multilevel"/>
    <w:tmpl w:val="AC5A7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543A88"/>
    <w:multiLevelType w:val="multilevel"/>
    <w:tmpl w:val="804A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FD6856"/>
    <w:multiLevelType w:val="multilevel"/>
    <w:tmpl w:val="FB4A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877335"/>
    <w:multiLevelType w:val="multilevel"/>
    <w:tmpl w:val="0EA8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3826CD"/>
    <w:multiLevelType w:val="multilevel"/>
    <w:tmpl w:val="78AE1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8107172">
    <w:abstractNumId w:val="8"/>
  </w:num>
  <w:num w:numId="2" w16cid:durableId="382950639">
    <w:abstractNumId w:val="6"/>
  </w:num>
  <w:num w:numId="3" w16cid:durableId="212431648">
    <w:abstractNumId w:val="5"/>
  </w:num>
  <w:num w:numId="4" w16cid:durableId="503862204">
    <w:abstractNumId w:val="4"/>
  </w:num>
  <w:num w:numId="5" w16cid:durableId="1891335086">
    <w:abstractNumId w:val="7"/>
  </w:num>
  <w:num w:numId="6" w16cid:durableId="1839539750">
    <w:abstractNumId w:val="3"/>
  </w:num>
  <w:num w:numId="7" w16cid:durableId="1556507215">
    <w:abstractNumId w:val="2"/>
  </w:num>
  <w:num w:numId="8" w16cid:durableId="828058382">
    <w:abstractNumId w:val="1"/>
  </w:num>
  <w:num w:numId="9" w16cid:durableId="1165437692">
    <w:abstractNumId w:val="0"/>
  </w:num>
  <w:num w:numId="10" w16cid:durableId="1621304114">
    <w:abstractNumId w:val="12"/>
  </w:num>
  <w:num w:numId="11" w16cid:durableId="2092892573">
    <w:abstractNumId w:val="9"/>
  </w:num>
  <w:num w:numId="12" w16cid:durableId="1313942891">
    <w:abstractNumId w:val="14"/>
  </w:num>
  <w:num w:numId="13" w16cid:durableId="2022775108">
    <w:abstractNumId w:val="13"/>
  </w:num>
  <w:num w:numId="14" w16cid:durableId="177626551">
    <w:abstractNumId w:val="10"/>
  </w:num>
  <w:num w:numId="15" w16cid:durableId="1877039473">
    <w:abstractNumId w:val="11"/>
  </w:num>
  <w:num w:numId="16" w16cid:durableId="28547540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17C8E"/>
    <w:rsid w:val="00223E7C"/>
    <w:rsid w:val="0029639D"/>
    <w:rsid w:val="00317663"/>
    <w:rsid w:val="00326F90"/>
    <w:rsid w:val="00332E11"/>
    <w:rsid w:val="003A3AF6"/>
    <w:rsid w:val="00431824"/>
    <w:rsid w:val="005B7311"/>
    <w:rsid w:val="00623167"/>
    <w:rsid w:val="006905CF"/>
    <w:rsid w:val="007B7A30"/>
    <w:rsid w:val="007D6252"/>
    <w:rsid w:val="008109D7"/>
    <w:rsid w:val="00A93CC9"/>
    <w:rsid w:val="00AA1D8D"/>
    <w:rsid w:val="00AF2690"/>
    <w:rsid w:val="00B23EC0"/>
    <w:rsid w:val="00B47730"/>
    <w:rsid w:val="00C170F5"/>
    <w:rsid w:val="00C369EB"/>
    <w:rsid w:val="00CB0664"/>
    <w:rsid w:val="00CB6AC1"/>
    <w:rsid w:val="00CD28FB"/>
    <w:rsid w:val="00CF5842"/>
    <w:rsid w:val="00D62F18"/>
    <w:rsid w:val="00F028C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892FD7"/>
  <w14:defaultImageDpi w14:val="300"/>
  <w15:docId w15:val="{A56FCD70-4FE7-4672-96E9-C90FE3EB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3A3A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7B7A30"/>
    <w:rPr>
      <w:color w:val="0000FF"/>
      <w:u w:val="single"/>
    </w:rPr>
  </w:style>
  <w:style w:type="character" w:styleId="HTMLCode">
    <w:name w:val="HTML Code"/>
    <w:basedOn w:val="DefaultParagraphFont"/>
    <w:uiPriority w:val="99"/>
    <w:semiHidden/>
    <w:unhideWhenUsed/>
    <w:rsid w:val="00C369EB"/>
    <w:rPr>
      <w:rFonts w:ascii="Courier New" w:eastAsia="Times New Roman" w:hAnsi="Courier New" w:cs="Courier New"/>
      <w:sz w:val="20"/>
      <w:szCs w:val="20"/>
    </w:rPr>
  </w:style>
  <w:style w:type="paragraph" w:customStyle="1" w:styleId="breadcrumb-item">
    <w:name w:val="breadcrumb-item"/>
    <w:basedOn w:val="Normal"/>
    <w:rsid w:val="0031766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640</Words>
  <Characters>3651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ada leka</cp:lastModifiedBy>
  <cp:revision>4</cp:revision>
  <dcterms:created xsi:type="dcterms:W3CDTF">2026-04-28T21:33:00Z</dcterms:created>
  <dcterms:modified xsi:type="dcterms:W3CDTF">2026-04-28T21:35:00Z</dcterms:modified>
  <cp:category/>
</cp:coreProperties>
</file>