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C4417" w:rsidRDefault="00B919D0">
      <w:pPr>
        <w:pStyle w:val="Heading1"/>
        <w:spacing w:line="360" w:lineRule="auto"/>
        <w:rPr>
          <w:rFonts w:ascii="Arial" w:eastAsia="Arial" w:hAnsi="Arial" w:cs="Arial"/>
          <w:sz w:val="22"/>
          <w:szCs w:val="22"/>
        </w:rPr>
      </w:pPr>
      <w:r>
        <w:rPr>
          <w:rFonts w:ascii="Arial" w:eastAsia="Arial" w:hAnsi="Arial" w:cs="Arial"/>
          <w:sz w:val="22"/>
          <w:szCs w:val="22"/>
        </w:rPr>
        <w:t>Sales Assistant Application</w:t>
      </w:r>
    </w:p>
    <w:p w14:paraId="00000002" w14:textId="77777777" w:rsidR="00EC4417" w:rsidRDefault="00B919D0">
      <w:pPr>
        <w:pStyle w:val="Heading2"/>
        <w:spacing w:line="360" w:lineRule="auto"/>
        <w:rPr>
          <w:rFonts w:ascii="Arial" w:eastAsia="Arial" w:hAnsi="Arial" w:cs="Arial"/>
          <w:sz w:val="22"/>
          <w:szCs w:val="22"/>
        </w:rPr>
      </w:pPr>
      <w:r>
        <w:rPr>
          <w:rFonts w:ascii="Arial" w:eastAsia="Arial" w:hAnsi="Arial" w:cs="Arial"/>
          <w:sz w:val="22"/>
          <w:szCs w:val="22"/>
        </w:rPr>
        <w:t>Job Advertisement</w:t>
      </w:r>
    </w:p>
    <w:p w14:paraId="00000003" w14:textId="77777777" w:rsidR="00EC4417" w:rsidRDefault="00B919D0">
      <w:pPr>
        <w:spacing w:line="360" w:lineRule="auto"/>
        <w:rPr>
          <w:rFonts w:ascii="Arial" w:eastAsia="Arial" w:hAnsi="Arial" w:cs="Arial"/>
        </w:rPr>
      </w:pPr>
      <w:r>
        <w:rPr>
          <w:rFonts w:ascii="Arial" w:eastAsia="Arial" w:hAnsi="Arial" w:cs="Arial"/>
        </w:rPr>
        <w:t>Job Title: Sales Assistant</w:t>
      </w:r>
      <w:r>
        <w:rPr>
          <w:rFonts w:ascii="Arial" w:eastAsia="Arial" w:hAnsi="Arial" w:cs="Arial"/>
        </w:rPr>
        <w:br/>
        <w:t>Company: Primark</w:t>
      </w:r>
      <w:r>
        <w:rPr>
          <w:rFonts w:ascii="Arial" w:eastAsia="Arial" w:hAnsi="Arial" w:cs="Arial"/>
        </w:rPr>
        <w:br/>
        <w:t>Location: London, UK</w:t>
      </w:r>
      <w:r>
        <w:rPr>
          <w:rFonts w:ascii="Arial" w:eastAsia="Arial" w:hAnsi="Arial" w:cs="Arial"/>
        </w:rPr>
        <w:br/>
        <w:t>Salary: £11.50 per hour</w:t>
      </w:r>
      <w:r>
        <w:rPr>
          <w:rFonts w:ascii="Arial" w:eastAsia="Arial" w:hAnsi="Arial" w:cs="Arial"/>
        </w:rPr>
        <w:br/>
      </w:r>
      <w:r>
        <w:rPr>
          <w:rFonts w:ascii="Arial" w:eastAsia="Arial" w:hAnsi="Arial" w:cs="Arial"/>
        </w:rPr>
        <w:br/>
        <w:t>Job Description:</w:t>
      </w:r>
      <w:r>
        <w:rPr>
          <w:rFonts w:ascii="Arial" w:eastAsia="Arial" w:hAnsi="Arial" w:cs="Arial"/>
        </w:rPr>
        <w:br/>
      </w:r>
      <w:r>
        <w:rPr>
          <w:rFonts w:ascii="Arial" w:eastAsia="Arial" w:hAnsi="Arial" w:cs="Arial"/>
        </w:rPr>
        <w:t>As a Sales Assistant at Primark, you will play an important role in delivering an amazing shopping experience for our customers. You will work on the shop floor, support customers in finding what they need, handle transactions at the till, and ensure the store is clean and well-presented.</w:t>
      </w:r>
      <w:r>
        <w:rPr>
          <w:rFonts w:ascii="Arial" w:eastAsia="Arial" w:hAnsi="Arial" w:cs="Arial"/>
        </w:rPr>
        <w:br/>
      </w:r>
      <w:r>
        <w:rPr>
          <w:rFonts w:ascii="Arial" w:eastAsia="Arial" w:hAnsi="Arial" w:cs="Arial"/>
        </w:rPr>
        <w:br/>
        <w:t>Person Specification:</w:t>
      </w:r>
      <w:r>
        <w:rPr>
          <w:rFonts w:ascii="Arial" w:eastAsia="Arial" w:hAnsi="Arial" w:cs="Arial"/>
        </w:rPr>
        <w:br/>
        <w:t>- Friendly and helpful attitude</w:t>
      </w:r>
      <w:r>
        <w:rPr>
          <w:rFonts w:ascii="Arial" w:eastAsia="Arial" w:hAnsi="Arial" w:cs="Arial"/>
        </w:rPr>
        <w:br/>
        <w:t>- Excellent communication and teamwork skills</w:t>
      </w:r>
      <w:r>
        <w:rPr>
          <w:rFonts w:ascii="Arial" w:eastAsia="Arial" w:hAnsi="Arial" w:cs="Arial"/>
        </w:rPr>
        <w:br/>
        <w:t>- Reliable and punctual</w:t>
      </w:r>
      <w:r>
        <w:rPr>
          <w:rFonts w:ascii="Arial" w:eastAsia="Arial" w:hAnsi="Arial" w:cs="Arial"/>
        </w:rPr>
        <w:br/>
        <w:t>- Ability to work under pressure</w:t>
      </w:r>
      <w:r>
        <w:rPr>
          <w:rFonts w:ascii="Arial" w:eastAsia="Arial" w:hAnsi="Arial" w:cs="Arial"/>
        </w:rPr>
        <w:br/>
        <w:t>- Positive attitude and willingness to learn</w:t>
      </w:r>
    </w:p>
    <w:p w14:paraId="00000005" w14:textId="793AF3BD" w:rsidR="00EC4417" w:rsidRPr="00826670" w:rsidRDefault="00B919D0" w:rsidP="00826670">
      <w:pPr>
        <w:pStyle w:val="Heading2"/>
        <w:spacing w:line="360" w:lineRule="auto"/>
        <w:rPr>
          <w:rFonts w:ascii="Arial" w:eastAsia="Arial" w:hAnsi="Arial" w:cs="Arial"/>
          <w:sz w:val="22"/>
          <w:szCs w:val="22"/>
        </w:rPr>
      </w:pPr>
      <w:r>
        <w:rPr>
          <w:rFonts w:ascii="Arial" w:eastAsia="Arial" w:hAnsi="Arial" w:cs="Arial"/>
          <w:sz w:val="22"/>
          <w:szCs w:val="22"/>
        </w:rPr>
        <w:t>Curriculum Vitae</w:t>
      </w:r>
    </w:p>
    <w:p w14:paraId="00000006" w14:textId="77777777" w:rsidR="00EC4417" w:rsidRDefault="00B919D0">
      <w:pPr>
        <w:spacing w:line="360" w:lineRule="auto"/>
        <w:rPr>
          <w:rFonts w:ascii="Arial" w:eastAsia="Arial" w:hAnsi="Arial" w:cs="Arial"/>
        </w:rPr>
      </w:pPr>
      <w:r>
        <w:rPr>
          <w:rFonts w:ascii="Arial" w:eastAsia="Arial" w:hAnsi="Arial" w:cs="Arial"/>
        </w:rPr>
        <w:t>0</w:t>
      </w:r>
      <w:r>
        <w:rPr>
          <w:rFonts w:ascii="Arial" w:eastAsia="Arial" w:hAnsi="Arial" w:cs="Arial"/>
        </w:rPr>
        <w:t>7858465728</w:t>
      </w:r>
    </w:p>
    <w:p w14:paraId="00000007" w14:textId="77777777" w:rsidR="00EC4417" w:rsidRDefault="00B919D0">
      <w:pPr>
        <w:spacing w:line="360" w:lineRule="auto"/>
        <w:rPr>
          <w:rFonts w:ascii="Arial" w:eastAsia="Arial" w:hAnsi="Arial" w:cs="Arial"/>
        </w:rPr>
      </w:pPr>
      <w:hyperlink r:id="rId6">
        <w:r>
          <w:rPr>
            <w:rFonts w:ascii="Arial" w:eastAsia="Arial" w:hAnsi="Arial" w:cs="Arial"/>
            <w:color w:val="0000FF"/>
            <w:u w:val="single"/>
          </w:rPr>
          <w:t>Dianadima2629@yahoo.com</w:t>
        </w:r>
      </w:hyperlink>
      <w:r>
        <w:rPr>
          <w:rFonts w:ascii="Arial" w:eastAsia="Arial" w:hAnsi="Arial" w:cs="Arial"/>
        </w:rPr>
        <w:t xml:space="preserve"> </w:t>
      </w:r>
    </w:p>
    <w:p w14:paraId="00000008" w14:textId="77777777" w:rsidR="00EC4417" w:rsidRDefault="00B919D0">
      <w:pPr>
        <w:pStyle w:val="Heading3"/>
        <w:spacing w:line="360" w:lineRule="auto"/>
        <w:rPr>
          <w:rFonts w:ascii="Arial" w:eastAsia="Arial" w:hAnsi="Arial" w:cs="Arial"/>
        </w:rPr>
      </w:pPr>
      <w:r>
        <w:rPr>
          <w:rFonts w:ascii="Arial" w:eastAsia="Arial" w:hAnsi="Arial" w:cs="Arial"/>
        </w:rPr>
        <w:t>Personal Profile:</w:t>
      </w:r>
    </w:p>
    <w:p w14:paraId="00000009" w14:textId="77777777" w:rsidR="00EC4417" w:rsidRDefault="00B919D0">
      <w:pPr>
        <w:spacing w:line="360" w:lineRule="auto"/>
        <w:rPr>
          <w:rFonts w:ascii="Arial" w:eastAsia="Arial" w:hAnsi="Arial" w:cs="Arial"/>
        </w:rPr>
      </w:pPr>
      <w:r>
        <w:rPr>
          <w:rFonts w:ascii="Arial" w:eastAsia="Arial" w:hAnsi="Arial" w:cs="Arial"/>
        </w:rPr>
        <w:t>I am a motivated and reliable individual with strong communication and teamwork skills. I enjoy helping customers and providing excellent service. I am eager to gain experience as a Sales Assistant at Primark and develop my retail and customer service skills.</w:t>
      </w:r>
    </w:p>
    <w:p w14:paraId="0000000A" w14:textId="77777777" w:rsidR="00EC4417" w:rsidRDefault="00B919D0">
      <w:pPr>
        <w:pStyle w:val="Heading3"/>
        <w:spacing w:line="360" w:lineRule="auto"/>
        <w:rPr>
          <w:rFonts w:ascii="Arial" w:eastAsia="Arial" w:hAnsi="Arial" w:cs="Arial"/>
        </w:rPr>
      </w:pPr>
      <w:r>
        <w:rPr>
          <w:rFonts w:ascii="Arial" w:eastAsia="Arial" w:hAnsi="Arial" w:cs="Arial"/>
        </w:rPr>
        <w:t>Key Skills:</w:t>
      </w:r>
    </w:p>
    <w:p w14:paraId="0000000B" w14:textId="77777777" w:rsidR="00EC4417" w:rsidRDefault="00B919D0">
      <w:pPr>
        <w:spacing w:line="360" w:lineRule="auto"/>
        <w:rPr>
          <w:rFonts w:ascii="Arial" w:eastAsia="Arial" w:hAnsi="Arial" w:cs="Arial"/>
        </w:rPr>
      </w:pPr>
      <w:r>
        <w:rPr>
          <w:rFonts w:ascii="Arial" w:eastAsia="Arial" w:hAnsi="Arial" w:cs="Arial"/>
        </w:rPr>
        <w:t>- Reliable, punctual and organised</w:t>
      </w:r>
      <w:r>
        <w:rPr>
          <w:rFonts w:ascii="Arial" w:eastAsia="Arial" w:hAnsi="Arial" w:cs="Arial"/>
        </w:rPr>
        <w:br/>
        <w:t>- Excellent customer service</w:t>
      </w:r>
      <w:r>
        <w:rPr>
          <w:rFonts w:ascii="Arial" w:eastAsia="Arial" w:hAnsi="Arial" w:cs="Arial"/>
        </w:rPr>
        <w:br/>
      </w:r>
      <w:r>
        <w:rPr>
          <w:rFonts w:ascii="Arial" w:eastAsia="Arial" w:hAnsi="Arial" w:cs="Arial"/>
        </w:rPr>
        <w:lastRenderedPageBreak/>
        <w:t>- Teamwork and collaboration</w:t>
      </w:r>
      <w:r>
        <w:rPr>
          <w:rFonts w:ascii="Arial" w:eastAsia="Arial" w:hAnsi="Arial" w:cs="Arial"/>
        </w:rPr>
        <w:br/>
        <w:t>- Ability to work in a team or independently</w:t>
      </w:r>
      <w:r>
        <w:rPr>
          <w:rFonts w:ascii="Arial" w:eastAsia="Arial" w:hAnsi="Arial" w:cs="Arial"/>
        </w:rPr>
        <w:br/>
        <w:t>- Fast learner and adaptable to different work environments</w:t>
      </w:r>
      <w:r>
        <w:rPr>
          <w:rFonts w:ascii="Arial" w:eastAsia="Arial" w:hAnsi="Arial" w:cs="Arial"/>
        </w:rPr>
        <w:br/>
        <w:t>- Cash handling and attention to detail</w:t>
      </w:r>
      <w:r>
        <w:rPr>
          <w:rFonts w:ascii="Arial" w:eastAsia="Arial" w:hAnsi="Arial" w:cs="Arial"/>
        </w:rPr>
        <w:br/>
        <w:t>- Ability to stay calm under pressure</w:t>
      </w:r>
    </w:p>
    <w:p w14:paraId="0000000C" w14:textId="77777777" w:rsidR="00EC4417" w:rsidRDefault="00B919D0">
      <w:pPr>
        <w:pStyle w:val="Heading3"/>
        <w:spacing w:line="360" w:lineRule="auto"/>
        <w:rPr>
          <w:rFonts w:ascii="Arial" w:eastAsia="Arial" w:hAnsi="Arial" w:cs="Arial"/>
        </w:rPr>
      </w:pPr>
      <w:r>
        <w:rPr>
          <w:rFonts w:ascii="Arial" w:eastAsia="Arial" w:hAnsi="Arial" w:cs="Arial"/>
        </w:rPr>
        <w:t>Education:</w:t>
      </w:r>
    </w:p>
    <w:p w14:paraId="0000000D" w14:textId="0A6D008D" w:rsidR="00EC4417" w:rsidRDefault="00B919D0">
      <w:pPr>
        <w:spacing w:line="360" w:lineRule="auto"/>
        <w:rPr>
          <w:rFonts w:ascii="Arial" w:eastAsia="Arial" w:hAnsi="Arial" w:cs="Arial"/>
        </w:rPr>
      </w:pPr>
      <w:r>
        <w:rPr>
          <w:rFonts w:ascii="Arial" w:eastAsia="Arial" w:hAnsi="Arial" w:cs="Arial"/>
        </w:rPr>
        <w:t>College Student – Business and Employability Studies (2025 – Present)</w:t>
      </w:r>
      <w:r>
        <w:rPr>
          <w:rFonts w:ascii="Arial" w:eastAsia="Arial" w:hAnsi="Arial" w:cs="Arial"/>
        </w:rPr>
        <w:br/>
      </w:r>
      <w:r>
        <w:rPr>
          <w:rFonts w:ascii="Arial" w:eastAsia="Arial" w:hAnsi="Arial" w:cs="Arial"/>
        </w:rPr>
        <w:br/>
        <w:t>High School Diploma (Philology Profile)</w:t>
      </w:r>
      <w:r>
        <w:rPr>
          <w:rFonts w:ascii="Arial" w:eastAsia="Arial" w:hAnsi="Arial" w:cs="Arial"/>
        </w:rPr>
        <w:br/>
        <w:t>Ion Kalinderu High School, Bu</w:t>
      </w:r>
      <w:r w:rsidR="0015178C">
        <w:rPr>
          <w:rFonts w:ascii="Arial" w:eastAsia="Arial" w:hAnsi="Arial" w:cs="Arial"/>
        </w:rPr>
        <w:t>s</w:t>
      </w:r>
      <w:r>
        <w:rPr>
          <w:rFonts w:ascii="Arial" w:eastAsia="Arial" w:hAnsi="Arial" w:cs="Arial"/>
        </w:rPr>
        <w:t>teni, Romania – 12 grades completed</w:t>
      </w:r>
    </w:p>
    <w:p w14:paraId="0000000E" w14:textId="77777777" w:rsidR="00EC4417" w:rsidRDefault="00B919D0">
      <w:pPr>
        <w:pStyle w:val="Heading3"/>
        <w:spacing w:line="360" w:lineRule="auto"/>
        <w:rPr>
          <w:rFonts w:ascii="Arial" w:eastAsia="Arial" w:hAnsi="Arial" w:cs="Arial"/>
        </w:rPr>
      </w:pPr>
      <w:r>
        <w:rPr>
          <w:rFonts w:ascii="Arial" w:eastAsia="Arial" w:hAnsi="Arial" w:cs="Arial"/>
        </w:rPr>
        <w:t>Work Experience:</w:t>
      </w:r>
    </w:p>
    <w:p w14:paraId="0000000F" w14:textId="10AEFF6F" w:rsidR="00EC4417" w:rsidRDefault="00B919D0">
      <w:pPr>
        <w:spacing w:line="360" w:lineRule="auto"/>
        <w:rPr>
          <w:rFonts w:ascii="Arial" w:eastAsia="Arial" w:hAnsi="Arial" w:cs="Arial"/>
        </w:rPr>
      </w:pPr>
      <w:r>
        <w:rPr>
          <w:rFonts w:ascii="Arial" w:eastAsia="Arial" w:hAnsi="Arial" w:cs="Arial"/>
        </w:rPr>
        <w:t>Warehouse Operative – (2016)</w:t>
      </w:r>
      <w:r>
        <w:rPr>
          <w:rFonts w:ascii="Arial" w:eastAsia="Arial" w:hAnsi="Arial" w:cs="Arial"/>
        </w:rPr>
        <w:br/>
        <w:t>- Worked as part of a logistics team to pack and organise goods.</w:t>
      </w:r>
      <w:r>
        <w:rPr>
          <w:rFonts w:ascii="Arial" w:eastAsia="Arial" w:hAnsi="Arial" w:cs="Arial"/>
        </w:rPr>
        <w:br/>
      </w:r>
      <w:r>
        <w:rPr>
          <w:rFonts w:ascii="Arial" w:eastAsia="Arial" w:hAnsi="Arial" w:cs="Arial"/>
        </w:rPr>
        <w:br/>
        <w:t xml:space="preserve">Cashier – Cora, </w:t>
      </w:r>
      <w:r w:rsidR="0015178C">
        <w:rPr>
          <w:rFonts w:ascii="Arial" w:eastAsia="Arial" w:hAnsi="Arial" w:cs="Arial"/>
        </w:rPr>
        <w:t xml:space="preserve">Ploiesti </w:t>
      </w:r>
      <w:r>
        <w:rPr>
          <w:rFonts w:ascii="Arial" w:eastAsia="Arial" w:hAnsi="Arial" w:cs="Arial"/>
        </w:rPr>
        <w:t>(2015)</w:t>
      </w:r>
      <w:r>
        <w:rPr>
          <w:rFonts w:ascii="Arial" w:eastAsia="Arial" w:hAnsi="Arial" w:cs="Arial"/>
        </w:rPr>
        <w:br/>
        <w:t>- Handled customer payments and provided friendly service.</w:t>
      </w:r>
      <w:r>
        <w:rPr>
          <w:rFonts w:ascii="Arial" w:eastAsia="Arial" w:hAnsi="Arial" w:cs="Arial"/>
        </w:rPr>
        <w:br/>
      </w:r>
      <w:r>
        <w:rPr>
          <w:rFonts w:ascii="Arial" w:eastAsia="Arial" w:hAnsi="Arial" w:cs="Arial"/>
        </w:rPr>
        <w:br/>
        <w:t>Production Line Worker – Yazaki</w:t>
      </w:r>
      <w:r w:rsidR="00BF5C3C">
        <w:rPr>
          <w:rFonts w:ascii="Arial" w:eastAsia="Arial" w:hAnsi="Arial" w:cs="Arial"/>
        </w:rPr>
        <w:t>,Urlati,</w:t>
      </w:r>
      <w:r>
        <w:rPr>
          <w:rFonts w:ascii="Arial" w:eastAsia="Arial" w:hAnsi="Arial" w:cs="Arial"/>
        </w:rPr>
        <w:t xml:space="preserve"> Romania (2014)</w:t>
      </w:r>
      <w:r>
        <w:rPr>
          <w:rFonts w:ascii="Arial" w:eastAsia="Arial" w:hAnsi="Arial" w:cs="Arial"/>
        </w:rPr>
        <w:br/>
        <w:t>- Operated machines and maintained high attention to detail.</w:t>
      </w:r>
    </w:p>
    <w:p w14:paraId="00000010" w14:textId="77777777" w:rsidR="00EC4417" w:rsidRDefault="00B919D0">
      <w:pPr>
        <w:pStyle w:val="Heading3"/>
        <w:spacing w:line="360" w:lineRule="auto"/>
        <w:rPr>
          <w:rFonts w:ascii="Arial" w:eastAsia="Arial" w:hAnsi="Arial" w:cs="Arial"/>
        </w:rPr>
      </w:pPr>
      <w:r>
        <w:rPr>
          <w:rFonts w:ascii="Arial" w:eastAsia="Arial" w:hAnsi="Arial" w:cs="Arial"/>
        </w:rPr>
        <w:t>Volunteer Experience:</w:t>
      </w:r>
    </w:p>
    <w:p w14:paraId="00000011" w14:textId="77777777" w:rsidR="00EC4417" w:rsidRDefault="00B919D0">
      <w:pPr>
        <w:spacing w:line="360" w:lineRule="auto"/>
        <w:rPr>
          <w:rFonts w:ascii="Arial" w:eastAsia="Arial" w:hAnsi="Arial" w:cs="Arial"/>
        </w:rPr>
      </w:pPr>
      <w:r>
        <w:rPr>
          <w:rFonts w:ascii="Arial" w:eastAsia="Arial" w:hAnsi="Arial" w:cs="Arial"/>
        </w:rPr>
        <w:t>Local Charity Shop – Volunteer (2024)</w:t>
      </w:r>
      <w:r>
        <w:rPr>
          <w:rFonts w:ascii="Arial" w:eastAsia="Arial" w:hAnsi="Arial" w:cs="Arial"/>
        </w:rPr>
        <w:br/>
        <w:t>- Assisted customers and maintained store displays.</w:t>
      </w:r>
      <w:r>
        <w:rPr>
          <w:rFonts w:ascii="Arial" w:eastAsia="Arial" w:hAnsi="Arial" w:cs="Arial"/>
        </w:rPr>
        <w:br/>
        <w:t>- Helped organise stock and supported the team.</w:t>
      </w:r>
    </w:p>
    <w:p w14:paraId="00000012" w14:textId="77777777" w:rsidR="00EC4417" w:rsidRDefault="00B919D0">
      <w:pPr>
        <w:pStyle w:val="Heading3"/>
        <w:spacing w:line="360" w:lineRule="auto"/>
        <w:rPr>
          <w:rFonts w:ascii="Arial" w:eastAsia="Arial" w:hAnsi="Arial" w:cs="Arial"/>
        </w:rPr>
      </w:pPr>
      <w:r>
        <w:rPr>
          <w:rFonts w:ascii="Arial" w:eastAsia="Arial" w:hAnsi="Arial" w:cs="Arial"/>
        </w:rPr>
        <w:t>Hobbies and Interests:</w:t>
      </w:r>
    </w:p>
    <w:p w14:paraId="00000013" w14:textId="77777777" w:rsidR="00EC4417" w:rsidRDefault="00B919D0">
      <w:pPr>
        <w:spacing w:line="360" w:lineRule="auto"/>
        <w:rPr>
          <w:rFonts w:ascii="Arial" w:eastAsia="Arial" w:hAnsi="Arial" w:cs="Arial"/>
        </w:rPr>
      </w:pPr>
      <w:r>
        <w:rPr>
          <w:rFonts w:ascii="Arial" w:eastAsia="Arial" w:hAnsi="Arial" w:cs="Arial"/>
        </w:rPr>
        <w:t>I enjoy fashion, shopping, and meeting new people. I also like learning new skills that help me grow personally and professionally.</w:t>
      </w:r>
    </w:p>
    <w:p w14:paraId="00000014" w14:textId="77777777" w:rsidR="00EC4417" w:rsidRDefault="00B919D0">
      <w:pPr>
        <w:pStyle w:val="Heading2"/>
        <w:spacing w:line="360" w:lineRule="auto"/>
        <w:rPr>
          <w:rFonts w:ascii="Arial" w:eastAsia="Arial" w:hAnsi="Arial" w:cs="Arial"/>
          <w:sz w:val="22"/>
          <w:szCs w:val="22"/>
        </w:rPr>
      </w:pPr>
      <w:r>
        <w:rPr>
          <w:rFonts w:ascii="Arial" w:eastAsia="Arial" w:hAnsi="Arial" w:cs="Arial"/>
          <w:sz w:val="22"/>
          <w:szCs w:val="22"/>
        </w:rPr>
        <w:lastRenderedPageBreak/>
        <w:t>Cover Letter</w:t>
      </w:r>
    </w:p>
    <w:p w14:paraId="00000015" w14:textId="77777777" w:rsidR="00EC4417" w:rsidRDefault="00B919D0">
      <w:pPr>
        <w:spacing w:line="360" w:lineRule="auto"/>
        <w:rPr>
          <w:rFonts w:ascii="Arial" w:eastAsia="Arial" w:hAnsi="Arial" w:cs="Arial"/>
        </w:rPr>
      </w:pPr>
      <w:r>
        <w:rPr>
          <w:rFonts w:ascii="Arial" w:eastAsia="Arial" w:hAnsi="Arial" w:cs="Arial"/>
        </w:rPr>
        <w:t>Dear Hiring Manager,</w:t>
      </w:r>
      <w:r>
        <w:rPr>
          <w:rFonts w:ascii="Arial" w:eastAsia="Arial" w:hAnsi="Arial" w:cs="Arial"/>
        </w:rPr>
        <w:br/>
      </w:r>
      <w:r>
        <w:rPr>
          <w:rFonts w:ascii="Arial" w:eastAsia="Arial" w:hAnsi="Arial" w:cs="Arial"/>
        </w:rPr>
        <w:br/>
        <w:t>I am writing to apply for the position of Sales Assistant at Primark, as advertised online. I am a hardworking and enthusiastic person who enjoys working with people and providing great customer service.</w:t>
      </w:r>
      <w:r>
        <w:rPr>
          <w:rFonts w:ascii="Arial" w:eastAsia="Arial" w:hAnsi="Arial" w:cs="Arial"/>
        </w:rPr>
        <w:br/>
      </w:r>
      <w:r>
        <w:rPr>
          <w:rFonts w:ascii="Arial" w:eastAsia="Arial" w:hAnsi="Arial" w:cs="Arial"/>
        </w:rPr>
        <w:br/>
        <w:t>I believe my strong communication skills, reliability, and ability to work both independently and in a team make me a great fit for this position. My previous experience in customer service, warehouse operations, and production has taught me to adapt quickly and stay organised under pressure.</w:t>
      </w:r>
      <w:r>
        <w:rPr>
          <w:rFonts w:ascii="Arial" w:eastAsia="Arial" w:hAnsi="Arial" w:cs="Arial"/>
        </w:rPr>
        <w:br/>
      </w:r>
      <w:r>
        <w:rPr>
          <w:rFonts w:ascii="Arial" w:eastAsia="Arial" w:hAnsi="Arial" w:cs="Arial"/>
        </w:rPr>
        <w:br/>
        <w:t xml:space="preserve">Thank you </w:t>
      </w:r>
      <w:r>
        <w:rPr>
          <w:rFonts w:ascii="Arial" w:eastAsia="Arial" w:hAnsi="Arial" w:cs="Arial"/>
        </w:rPr>
        <w:t>for considering my application. I would welcome the opportunity to discuss how my skills and enthusiasm can benefit your team.</w:t>
      </w:r>
      <w:r>
        <w:rPr>
          <w:rFonts w:ascii="Arial" w:eastAsia="Arial" w:hAnsi="Arial" w:cs="Arial"/>
        </w:rPr>
        <w:br/>
      </w:r>
      <w:r>
        <w:rPr>
          <w:rFonts w:ascii="Arial" w:eastAsia="Arial" w:hAnsi="Arial" w:cs="Arial"/>
        </w:rPr>
        <w:br/>
        <w:t>Yours sincerely,</w:t>
      </w:r>
      <w:r>
        <w:rPr>
          <w:rFonts w:ascii="Arial" w:eastAsia="Arial" w:hAnsi="Arial" w:cs="Arial"/>
        </w:rPr>
        <w:br/>
        <w:t>(Do not include your full name)</w:t>
      </w:r>
    </w:p>
    <w:sectPr w:rsidR="00EC4417">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DC7131"/>
    <w:multiLevelType w:val="multilevel"/>
    <w:tmpl w:val="FFFFFFFF"/>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81394622">
    <w:abstractNumId w:val="0"/>
  </w:num>
  <w:num w:numId="2" w16cid:durableId="1249577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37808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85510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01948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38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17"/>
    <w:rsid w:val="0015178C"/>
    <w:rsid w:val="003B5BAA"/>
    <w:rsid w:val="00826670"/>
    <w:rsid w:val="00B919D0"/>
    <w:rsid w:val="00BF5C3C"/>
    <w:rsid w:val="00EC4417"/>
    <w:rsid w:val="00F81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B77122"/>
  <w15:docId w15:val="{973CAE2B-8497-004E-9BAE-EB0A9935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E5DF1"/>
    <w:rPr>
      <w:color w:val="0000FF" w:themeColor="hyperlink"/>
      <w:u w:val="single"/>
    </w:rPr>
  </w:style>
  <w:style w:type="character" w:styleId="UnresolvedMention">
    <w:name w:val="Unresolved Mention"/>
    <w:basedOn w:val="DefaultParagraphFont"/>
    <w:uiPriority w:val="99"/>
    <w:semiHidden/>
    <w:unhideWhenUsed/>
    <w:rsid w:val="000E5DF1"/>
    <w:rPr>
      <w:color w:val="605E5C"/>
      <w:shd w:val="clear" w:color="auto" w:fill="E1DFDD"/>
    </w:rPr>
  </w:style>
  <w:style w:type="paragraph" w:styleId="Subtitle">
    <w:name w:val="Subtitle"/>
    <w:basedOn w:val="Normal"/>
    <w:next w:val="Normal"/>
    <w:link w:val="SubtitleChar"/>
    <w:uiPriority w:val="11"/>
    <w:qFormat/>
    <w:rPr>
      <w:rFonts w:ascii="Calibri" w:eastAsia="Calibri" w:hAnsi="Calibri" w:cs="Calibri"/>
      <w:i/>
      <w:iCs/>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mailto:Dianadima2629@yahoo.com" TargetMode="Externa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46fqt3Uhz5KtJcpAeFWNXiFI/w==">CgMxLjA4AHIhMWpPdmJPQkp3WFBfZ01ZZXlmVEpOVkVhTWZTUkhKNUZE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2434</Characters>
  <Application>Microsoft Office Word</Application>
  <DocSecurity>0</DocSecurity>
  <Lines>20</Lines>
  <Paragraphs>5</Paragraphs>
  <ScaleCrop>false</ScaleCrop>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dianadima2629@gmail.com</cp:lastModifiedBy>
  <cp:revision>2</cp:revision>
  <dcterms:created xsi:type="dcterms:W3CDTF">2025-11-16T17:55:00Z</dcterms:created>
  <dcterms:modified xsi:type="dcterms:W3CDTF">2025-11-16T17:55:00Z</dcterms:modified>
</cp:coreProperties>
</file>