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AF6552" w14:textId="77777777" w:rsidR="00AE26FE" w:rsidRPr="0099641E" w:rsidRDefault="00F93868">
      <w:pPr>
        <w:pStyle w:val="Heading1"/>
        <w:rPr>
          <w:color w:val="FF0000"/>
        </w:rPr>
      </w:pPr>
      <w:r w:rsidRPr="0099641E">
        <w:rPr>
          <w:color w:val="FF0000"/>
        </w:rPr>
        <w:t>Student Checklist – Part 1: Qualitative Research (1,000 words)</w:t>
      </w:r>
    </w:p>
    <w:p w14:paraId="4E5531B6" w14:textId="356103A9" w:rsidR="0099641E" w:rsidRDefault="0099641E">
      <w:pPr>
        <w:pStyle w:val="Heading2"/>
        <w:rPr>
          <w:color w:val="FF0000"/>
        </w:rPr>
      </w:pPr>
      <w:r>
        <w:t>1. Identify Your Research Area</w:t>
      </w:r>
    </w:p>
    <w:p w14:paraId="5ECEDBF8" w14:textId="65D63D7D" w:rsidR="00AE26FE" w:rsidRDefault="0099641E">
      <w:pPr>
        <w:pStyle w:val="Heading2"/>
      </w:pPr>
      <w:r>
        <w:rPr>
          <w:color w:val="FF0000"/>
        </w:rPr>
        <w:t xml:space="preserve">(Only needed once to cover </w:t>
      </w:r>
      <w:r w:rsidRPr="0099641E">
        <w:rPr>
          <w:color w:val="FF0000"/>
        </w:rPr>
        <w:t>part 1 and 2</w:t>
      </w:r>
      <w:r>
        <w:rPr>
          <w:color w:val="FF0000"/>
        </w:rPr>
        <w:t>)</w:t>
      </w:r>
      <w:r w:rsidRPr="0099641E">
        <w:rPr>
          <w:color w:val="FF0000"/>
        </w:rPr>
        <w:t xml:space="preserve"> </w:t>
      </w:r>
    </w:p>
    <w:p w14:paraId="40D9A97D" w14:textId="77777777" w:rsidR="00AE26FE" w:rsidRDefault="00F93868">
      <w:pPr>
        <w:pStyle w:val="ListBullet"/>
      </w:pPr>
      <w:r>
        <w:t>Have I chosen a clear topic or area of interest?</w:t>
      </w:r>
    </w:p>
    <w:p w14:paraId="7947E591" w14:textId="77777777" w:rsidR="00AE26FE" w:rsidRDefault="00F93868">
      <w:pPr>
        <w:pStyle w:val="ListBullet"/>
      </w:pPr>
      <w:r>
        <w:t>Can I explain why this topic is worth exploring?</w:t>
      </w:r>
    </w:p>
    <w:p w14:paraId="68BF7B27" w14:textId="77777777" w:rsidR="006B4FD9" w:rsidRDefault="00F93868">
      <w:pPr>
        <w:pStyle w:val="ListBullet"/>
      </w:pPr>
      <w:r>
        <w:t xml:space="preserve">Is the topic manageable for small-scale qualitative </w:t>
      </w:r>
      <w:r>
        <w:t>research</w:t>
      </w:r>
    </w:p>
    <w:p w14:paraId="563EDE9D" w14:textId="3670627A" w:rsidR="00AE26FE" w:rsidRDefault="006B4FD9">
      <w:pPr>
        <w:pStyle w:val="ListBullet"/>
      </w:pPr>
      <w:r>
        <w:t xml:space="preserve">Is the topic manageable for a small-scale </w:t>
      </w:r>
      <w:r w:rsidR="003177E1">
        <w:t>quantitative</w:t>
      </w:r>
      <w:r>
        <w:t xml:space="preserve"> research</w:t>
      </w:r>
      <w:r w:rsidR="00F93868">
        <w:t>?</w:t>
      </w:r>
    </w:p>
    <w:p w14:paraId="4B7331D3" w14:textId="1D4B3E87" w:rsidR="0099641E" w:rsidRDefault="0099641E" w:rsidP="0099641E">
      <w:pPr>
        <w:pStyle w:val="ListBullet"/>
        <w:numPr>
          <w:ilvl w:val="0"/>
          <w:numId w:val="0"/>
        </w:numPr>
        <w:ind w:left="360" w:hanging="360"/>
      </w:pPr>
    </w:p>
    <w:p w14:paraId="6AAA7078" w14:textId="28A1EDC0" w:rsidR="0099641E" w:rsidRPr="0099641E" w:rsidRDefault="0099641E" w:rsidP="0099641E">
      <w:pPr>
        <w:pStyle w:val="ListBullet"/>
        <w:numPr>
          <w:ilvl w:val="0"/>
          <w:numId w:val="0"/>
        </w:numPr>
        <w:ind w:left="360" w:hanging="360"/>
        <w:rPr>
          <w:b/>
          <w:bCs/>
          <w:sz w:val="24"/>
          <w:szCs w:val="24"/>
          <w:u w:val="single"/>
        </w:rPr>
      </w:pPr>
      <w:r w:rsidRPr="0099641E">
        <w:rPr>
          <w:b/>
          <w:bCs/>
          <w:sz w:val="24"/>
          <w:szCs w:val="24"/>
          <w:u w:val="single"/>
        </w:rPr>
        <w:t>P</w:t>
      </w:r>
      <w:r w:rsidR="006B4FD9">
        <w:rPr>
          <w:b/>
          <w:bCs/>
          <w:sz w:val="24"/>
          <w:szCs w:val="24"/>
          <w:u w:val="single"/>
        </w:rPr>
        <w:t>ART</w:t>
      </w:r>
      <w:r w:rsidRPr="0099641E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>1</w:t>
      </w:r>
      <w:r w:rsidRPr="0099641E">
        <w:rPr>
          <w:b/>
          <w:bCs/>
          <w:sz w:val="24"/>
          <w:szCs w:val="24"/>
          <w:u w:val="single"/>
        </w:rPr>
        <w:t xml:space="preserve">  </w:t>
      </w:r>
      <w:r w:rsidR="006B4FD9">
        <w:rPr>
          <w:b/>
          <w:bCs/>
          <w:sz w:val="24"/>
          <w:szCs w:val="24"/>
          <w:u w:val="single"/>
        </w:rPr>
        <w:t>S</w:t>
      </w:r>
      <w:r w:rsidRPr="0099641E">
        <w:rPr>
          <w:b/>
          <w:bCs/>
          <w:sz w:val="24"/>
          <w:szCs w:val="24"/>
          <w:u w:val="single"/>
        </w:rPr>
        <w:t>pecific -</w:t>
      </w:r>
    </w:p>
    <w:p w14:paraId="44EF1F73" w14:textId="77777777" w:rsidR="00AE26FE" w:rsidRDefault="00F93868">
      <w:pPr>
        <w:pStyle w:val="Heading2"/>
      </w:pPr>
      <w:r>
        <w:t>2. Select and Justify Your Method</w:t>
      </w:r>
    </w:p>
    <w:p w14:paraId="249666A1" w14:textId="77777777" w:rsidR="00AE26FE" w:rsidRDefault="00F93868">
      <w:pPr>
        <w:pStyle w:val="ListBullet"/>
      </w:pPr>
      <w:r>
        <w:t>Have I identified the qualitative method I will use?</w:t>
      </w:r>
    </w:p>
    <w:p w14:paraId="38EBFEE3" w14:textId="77777777" w:rsidR="00AE26FE" w:rsidRDefault="00F93868">
      <w:pPr>
        <w:pStyle w:val="ListBullet"/>
      </w:pPr>
      <w:r>
        <w:t>Have I explained why this method is appropriate?</w:t>
      </w:r>
    </w:p>
    <w:p w14:paraId="509E207B" w14:textId="77777777" w:rsidR="00AE26FE" w:rsidRDefault="00F93868">
      <w:pPr>
        <w:pStyle w:val="ListBullet"/>
      </w:pPr>
      <w:r>
        <w:t>Have I used correct research terminology?</w:t>
      </w:r>
    </w:p>
    <w:p w14:paraId="5D50FC9A" w14:textId="77777777" w:rsidR="00AE26FE" w:rsidRDefault="00F93868">
      <w:pPr>
        <w:pStyle w:val="Heading2"/>
      </w:pPr>
      <w:r>
        <w:t>3. Conduct Three 20-Minute Interviews</w:t>
      </w:r>
    </w:p>
    <w:p w14:paraId="06F78BB2" w14:textId="77777777" w:rsidR="00AE26FE" w:rsidRDefault="00F93868">
      <w:pPr>
        <w:pStyle w:val="ListBullet"/>
      </w:pPr>
      <w:r>
        <w:t>Have I recruited three partici</w:t>
      </w:r>
      <w:r>
        <w:t>pants?</w:t>
      </w:r>
    </w:p>
    <w:p w14:paraId="61B6E6C8" w14:textId="738E260A" w:rsidR="00AE26FE" w:rsidRDefault="00F93868">
      <w:pPr>
        <w:pStyle w:val="ListBullet"/>
      </w:pPr>
      <w:r>
        <w:t>Have I prepared an interview schedule</w:t>
      </w:r>
      <w:r w:rsidR="008C7DD2">
        <w:t>/list of semi-structured questions</w:t>
      </w:r>
      <w:r>
        <w:t>?</w:t>
      </w:r>
    </w:p>
    <w:p w14:paraId="40C06C8F" w14:textId="77777777" w:rsidR="00AE26FE" w:rsidRDefault="00F93868">
      <w:pPr>
        <w:pStyle w:val="ListBullet"/>
      </w:pPr>
      <w:r>
        <w:t>Have I recorded the date and duration of each interview?</w:t>
      </w:r>
    </w:p>
    <w:p w14:paraId="311184FD" w14:textId="77777777" w:rsidR="00AE26FE" w:rsidRDefault="00F93868">
      <w:pPr>
        <w:pStyle w:val="ListBullet"/>
      </w:pPr>
      <w:r>
        <w:t>Have I obtained informed consent?</w:t>
      </w:r>
    </w:p>
    <w:p w14:paraId="0827ABFD" w14:textId="77777777" w:rsidR="00AE26FE" w:rsidRDefault="00F93868">
      <w:pPr>
        <w:pStyle w:val="ListBullet"/>
      </w:pPr>
      <w:r>
        <w:t>Have I taken notes or recorded the interviews?</w:t>
      </w:r>
    </w:p>
    <w:p w14:paraId="74FDC6B9" w14:textId="2F564226" w:rsidR="00AE26FE" w:rsidRDefault="00F93868">
      <w:pPr>
        <w:pStyle w:val="Heading2"/>
      </w:pPr>
      <w:r>
        <w:t xml:space="preserve">4. </w:t>
      </w:r>
      <w:proofErr w:type="spellStart"/>
      <w:r>
        <w:t>Analyse</w:t>
      </w:r>
      <w:proofErr w:type="spellEnd"/>
      <w:r>
        <w:t xml:space="preserve"> the Data</w:t>
      </w:r>
    </w:p>
    <w:p w14:paraId="33D583CD" w14:textId="409EC3E0" w:rsidR="008C7DD2" w:rsidRDefault="008C7DD2" w:rsidP="008C7DD2">
      <w:pPr>
        <w:pStyle w:val="ListParagraph"/>
        <w:numPr>
          <w:ilvl w:val="0"/>
          <w:numId w:val="10"/>
        </w:numPr>
      </w:pPr>
      <w:r>
        <w:t xml:space="preserve">Have I transcribed the interviews </w:t>
      </w:r>
      <w:proofErr w:type="spellStart"/>
      <w:r>
        <w:t>eg.</w:t>
      </w:r>
      <w:proofErr w:type="spellEnd"/>
      <w:r>
        <w:t xml:space="preserve"> Do I have the word to be able to conduct a thematic analysis ( see week 7 to help with this </w:t>
      </w:r>
      <w:hyperlink r:id="rId6" w:history="1">
        <w:r>
          <w:rPr>
            <w:rStyle w:val="Hyperlink"/>
          </w:rPr>
          <w:t>BMSP5015: Thematic Stages in Detail | Home</w:t>
        </w:r>
      </w:hyperlink>
      <w:r>
        <w:t xml:space="preserve"> </w:t>
      </w:r>
      <w:r w:rsidRPr="008C7DD2">
        <w:rPr>
          <w:color w:val="000000" w:themeColor="text1"/>
        </w:rPr>
        <w:t>)</w:t>
      </w:r>
    </w:p>
    <w:p w14:paraId="46BDA1CA" w14:textId="50E9C91F" w:rsidR="00AE26FE" w:rsidRDefault="00F93868" w:rsidP="008C7DD2">
      <w:pPr>
        <w:pStyle w:val="ListParagraph"/>
        <w:numPr>
          <w:ilvl w:val="0"/>
          <w:numId w:val="10"/>
        </w:numPr>
      </w:pPr>
      <w:r>
        <w:t>Have I explained how I analysed the data?</w:t>
      </w:r>
    </w:p>
    <w:p w14:paraId="73F4A283" w14:textId="77777777" w:rsidR="00AE26FE" w:rsidRDefault="00F93868" w:rsidP="008C7DD2">
      <w:pPr>
        <w:pStyle w:val="ListBullet"/>
      </w:pPr>
      <w:r>
        <w:t>H</w:t>
      </w:r>
      <w:r>
        <w:t>ave I des</w:t>
      </w:r>
      <w:r>
        <w:t>cribed transcription, coding, and theme development?</w:t>
      </w:r>
    </w:p>
    <w:p w14:paraId="0B0B7D85" w14:textId="77777777" w:rsidR="00AE26FE" w:rsidRDefault="00F93868" w:rsidP="008C7DD2">
      <w:pPr>
        <w:pStyle w:val="ListBullet"/>
      </w:pPr>
      <w:r>
        <w:t>Have I used appropriate research terminology?</w:t>
      </w:r>
    </w:p>
    <w:p w14:paraId="52DB0998" w14:textId="77777777" w:rsidR="00AE26FE" w:rsidRDefault="00F93868">
      <w:pPr>
        <w:pStyle w:val="Heading2"/>
      </w:pPr>
      <w:r>
        <w:t>5. Present the Findings as Themes</w:t>
      </w:r>
    </w:p>
    <w:p w14:paraId="380BE17D" w14:textId="5DF40438" w:rsidR="00AE26FE" w:rsidRDefault="00F93868">
      <w:pPr>
        <w:pStyle w:val="ListBullet"/>
      </w:pPr>
      <w:r>
        <w:t xml:space="preserve">Have I identified </w:t>
      </w:r>
      <w:r w:rsidR="0099641E">
        <w:t xml:space="preserve">approx. </w:t>
      </w:r>
      <w:r>
        <w:t>4 clear themes?</w:t>
      </w:r>
    </w:p>
    <w:p w14:paraId="3AD64703" w14:textId="77777777" w:rsidR="00AE26FE" w:rsidRDefault="00F93868">
      <w:pPr>
        <w:pStyle w:val="ListBullet"/>
      </w:pPr>
      <w:r>
        <w:t>Have I described each theme using evidence?</w:t>
      </w:r>
    </w:p>
    <w:p w14:paraId="496F0652" w14:textId="77777777" w:rsidR="00AE26FE" w:rsidRDefault="00F93868">
      <w:pPr>
        <w:pStyle w:val="ListBullet"/>
      </w:pPr>
      <w:r>
        <w:t>Are themes clearly presented?</w:t>
      </w:r>
    </w:p>
    <w:p w14:paraId="43525586" w14:textId="77777777" w:rsidR="00AE26FE" w:rsidRDefault="00F93868">
      <w:pPr>
        <w:pStyle w:val="Heading2"/>
      </w:pPr>
      <w:r>
        <w:t xml:space="preserve">6. Interpret </w:t>
      </w:r>
      <w:r>
        <w:t>the Results</w:t>
      </w:r>
    </w:p>
    <w:p w14:paraId="48A7D86F" w14:textId="77777777" w:rsidR="00AE26FE" w:rsidRDefault="00F93868">
      <w:pPr>
        <w:pStyle w:val="ListBullet"/>
      </w:pPr>
      <w:r>
        <w:t>Have I explained what the themes suggest?</w:t>
      </w:r>
    </w:p>
    <w:p w14:paraId="6A270399" w14:textId="16B6224E" w:rsidR="00AE26FE" w:rsidRDefault="00F93868">
      <w:pPr>
        <w:pStyle w:val="ListBullet"/>
      </w:pPr>
      <w:r>
        <w:t xml:space="preserve">Have I linked findings to wider understanding </w:t>
      </w:r>
      <w:r w:rsidR="0099641E">
        <w:t>Literature/</w:t>
      </w:r>
      <w:r>
        <w:t>theory?</w:t>
      </w:r>
    </w:p>
    <w:p w14:paraId="75C1E649" w14:textId="10000A92" w:rsidR="00AE26FE" w:rsidRDefault="00F93868">
      <w:pPr>
        <w:pStyle w:val="ListBullet"/>
      </w:pPr>
      <w:r>
        <w:lastRenderedPageBreak/>
        <w:t>Have I explained meaning,</w:t>
      </w:r>
      <w:r w:rsidR="0099641E">
        <w:t xml:space="preserve"> </w:t>
      </w:r>
      <w:proofErr w:type="spellStart"/>
      <w:r w:rsidR="0099641E">
        <w:t>eg.</w:t>
      </w:r>
      <w:proofErr w:type="spellEnd"/>
      <w:r w:rsidR="0099641E">
        <w:t xml:space="preserve"> </w:t>
      </w:r>
      <w:proofErr w:type="spellStart"/>
      <w:r w:rsidR="0099641E">
        <w:t>Analysed</w:t>
      </w:r>
      <w:proofErr w:type="spellEnd"/>
      <w:r w:rsidR="0099641E">
        <w:t xml:space="preserve"> and </w:t>
      </w:r>
      <w:proofErr w:type="spellStart"/>
      <w:r w:rsidR="0099641E">
        <w:t>synthesised</w:t>
      </w:r>
      <w:proofErr w:type="spellEnd"/>
      <w:r>
        <w:t xml:space="preserve"> not just description?</w:t>
      </w:r>
    </w:p>
    <w:p w14:paraId="2AAC7954" w14:textId="77777777" w:rsidR="00AE26FE" w:rsidRDefault="00F93868">
      <w:pPr>
        <w:pStyle w:val="Heading2"/>
      </w:pPr>
      <w:r>
        <w:t>7. Write a Conclusion</w:t>
      </w:r>
    </w:p>
    <w:p w14:paraId="35B75A44" w14:textId="77777777" w:rsidR="00AE26FE" w:rsidRDefault="00F93868">
      <w:pPr>
        <w:pStyle w:val="ListBullet"/>
      </w:pPr>
      <w:r>
        <w:t>Have I summarised key insights?</w:t>
      </w:r>
    </w:p>
    <w:p w14:paraId="560EB8DF" w14:textId="77777777" w:rsidR="00AE26FE" w:rsidRDefault="00F93868">
      <w:pPr>
        <w:pStyle w:val="ListBullet"/>
      </w:pPr>
      <w:r>
        <w:t xml:space="preserve">Have I reflected on </w:t>
      </w:r>
      <w:r>
        <w:t>limitations?</w:t>
      </w:r>
    </w:p>
    <w:p w14:paraId="0DD71882" w14:textId="77777777" w:rsidR="00AE26FE" w:rsidRDefault="00F93868">
      <w:pPr>
        <w:pStyle w:val="ListBullet"/>
      </w:pPr>
      <w:r>
        <w:t>Have I suggested next steps or areas for further research?</w:t>
      </w:r>
    </w:p>
    <w:p w14:paraId="0FD3F05F" w14:textId="77777777" w:rsidR="00AE26FE" w:rsidRDefault="00F93868">
      <w:pPr>
        <w:pStyle w:val="Heading2"/>
      </w:pPr>
      <w:r>
        <w:t>8. Check Structure and Word Count</w:t>
      </w:r>
    </w:p>
    <w:p w14:paraId="50B92861" w14:textId="77777777" w:rsidR="00AE26FE" w:rsidRDefault="00F93868">
      <w:pPr>
        <w:pStyle w:val="ListBullet"/>
      </w:pPr>
      <w:r>
        <w:t>Is the report approximately 1,000 words?</w:t>
      </w:r>
    </w:p>
    <w:p w14:paraId="6A4EF018" w14:textId="77777777" w:rsidR="00AE26FE" w:rsidRDefault="00F93868">
      <w:pPr>
        <w:pStyle w:val="ListBullet"/>
      </w:pPr>
      <w:r>
        <w:t>Does it include clear sections or headings?</w:t>
      </w:r>
    </w:p>
    <w:p w14:paraId="715DC745" w14:textId="07F6F2D0" w:rsidR="00AE26FE" w:rsidRDefault="00F93868">
      <w:pPr>
        <w:pStyle w:val="ListBullet"/>
      </w:pPr>
      <w:r>
        <w:t>Have I used academic language</w:t>
      </w:r>
      <w:r w:rsidR="0099641E">
        <w:t xml:space="preserve"> and the required number of minimum references?</w:t>
      </w:r>
    </w:p>
    <w:p w14:paraId="35B29A41" w14:textId="0DD020D7" w:rsidR="00AE26FE" w:rsidRDefault="00F93868">
      <w:pPr>
        <w:pStyle w:val="ListBullet"/>
      </w:pPr>
      <w:r>
        <w:t>Have I addressed confidentiality a</w:t>
      </w:r>
      <w:r>
        <w:t>nd ethics</w:t>
      </w:r>
      <w:r w:rsidR="0099641E">
        <w:t xml:space="preserve"> (Inc UWTSD Ethics)</w:t>
      </w:r>
      <w:r>
        <w:t>?</w:t>
      </w:r>
    </w:p>
    <w:p w14:paraId="04888AE9" w14:textId="0545C5F8" w:rsidR="0099641E" w:rsidRDefault="0099641E" w:rsidP="0099641E">
      <w:pPr>
        <w:pStyle w:val="ListBullet"/>
        <w:numPr>
          <w:ilvl w:val="0"/>
          <w:numId w:val="0"/>
        </w:numPr>
        <w:ind w:left="360"/>
      </w:pPr>
    </w:p>
    <w:p w14:paraId="60C86CD8" w14:textId="04048BB0" w:rsidR="0099641E" w:rsidRDefault="0099641E" w:rsidP="0099641E">
      <w:pPr>
        <w:pStyle w:val="ListBullet"/>
        <w:numPr>
          <w:ilvl w:val="0"/>
          <w:numId w:val="0"/>
        </w:numPr>
        <w:ind w:left="360"/>
      </w:pPr>
    </w:p>
    <w:p w14:paraId="3F51C679" w14:textId="77777777" w:rsidR="003177E1" w:rsidRDefault="0099641E" w:rsidP="003177E1">
      <w:pPr>
        <w:pStyle w:val="Heading1"/>
      </w:pPr>
      <w:r w:rsidRPr="0099641E">
        <w:rPr>
          <w:b w:val="0"/>
          <w:bCs w:val="0"/>
          <w:u w:val="single"/>
        </w:rPr>
        <w:t xml:space="preserve">PART 2 Specific </w:t>
      </w:r>
      <w:r w:rsidR="003177E1">
        <w:t>Part 2: Quantitative Research (1,000 words)</w:t>
      </w:r>
    </w:p>
    <w:p w14:paraId="3D6FA406" w14:textId="3F37D5F1" w:rsidR="0099641E" w:rsidRDefault="0099641E" w:rsidP="0099641E">
      <w:pPr>
        <w:pStyle w:val="ListBullet"/>
        <w:numPr>
          <w:ilvl w:val="0"/>
          <w:numId w:val="0"/>
        </w:numPr>
        <w:rPr>
          <w:b/>
          <w:bCs/>
          <w:u w:val="single"/>
        </w:rPr>
      </w:pPr>
    </w:p>
    <w:p w14:paraId="7B9FC4B0" w14:textId="3B498408" w:rsidR="0099641E" w:rsidRDefault="0099641E" w:rsidP="0099641E">
      <w:pPr>
        <w:pStyle w:val="ListBullet"/>
        <w:numPr>
          <w:ilvl w:val="0"/>
          <w:numId w:val="0"/>
        </w:numPr>
        <w:rPr>
          <w:b/>
          <w:bCs/>
          <w:u w:val="single"/>
        </w:rPr>
      </w:pPr>
    </w:p>
    <w:p w14:paraId="743D129E" w14:textId="04A71D06" w:rsidR="006B4FD9" w:rsidRDefault="003177E1" w:rsidP="006B4FD9">
      <w:pPr>
        <w:pStyle w:val="Heading2"/>
      </w:pPr>
      <w:r>
        <w:t>1</w:t>
      </w:r>
      <w:r w:rsidR="006B4FD9">
        <w:t>. Create a Survey (Maximum 10 Questions)</w:t>
      </w:r>
    </w:p>
    <w:p w14:paraId="66002817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Have I designed a survey with no more than 10 questions?</w:t>
      </w:r>
    </w:p>
    <w:p w14:paraId="2F0EDB64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Are the questions relevant to my research aim?</w:t>
      </w:r>
    </w:p>
    <w:p w14:paraId="6803476B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Have I used a range of question types where appropriate (e.g., multiple choice, Likert scale)?</w:t>
      </w:r>
    </w:p>
    <w:p w14:paraId="60D7C7A2" w14:textId="63E992D1" w:rsidR="006B4FD9" w:rsidRDefault="006B4FD9" w:rsidP="006B4FD9">
      <w:pPr>
        <w:pStyle w:val="ListBullet"/>
        <w:numPr>
          <w:ilvl w:val="0"/>
          <w:numId w:val="11"/>
        </w:numPr>
      </w:pPr>
      <w:r>
        <w:t>Have I piloted or reviewed the survey to ensure clarity?</w:t>
      </w:r>
    </w:p>
    <w:p w14:paraId="12B23505" w14:textId="1F16DA8B" w:rsidR="006B4FD9" w:rsidRDefault="006B4FD9" w:rsidP="006B4FD9">
      <w:pPr>
        <w:pStyle w:val="ListBullet"/>
        <w:numPr>
          <w:ilvl w:val="0"/>
          <w:numId w:val="11"/>
        </w:numPr>
      </w:pPr>
      <w:r>
        <w:t xml:space="preserve">Do I have 20 responses? </w:t>
      </w:r>
    </w:p>
    <w:p w14:paraId="5112840B" w14:textId="77777777" w:rsidR="006B4FD9" w:rsidRDefault="006B4FD9" w:rsidP="006B4FD9">
      <w:pPr>
        <w:pStyle w:val="Heading2"/>
      </w:pPr>
      <w:r>
        <w:t>3. Explore the Method Used in Data Collection</w:t>
      </w:r>
    </w:p>
    <w:p w14:paraId="4E606CF1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Have I explained why a survey is appropriate?</w:t>
      </w:r>
    </w:p>
    <w:p w14:paraId="6440364F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Have I described my sampling approach?</w:t>
      </w:r>
    </w:p>
    <w:p w14:paraId="0E706FF6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Have I explained how the survey was distributed?</w:t>
      </w:r>
    </w:p>
    <w:p w14:paraId="0A83DC21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Have I used correct research terminology?</w:t>
      </w:r>
    </w:p>
    <w:p w14:paraId="7FA09475" w14:textId="77777777" w:rsidR="006B4FD9" w:rsidRDefault="006B4FD9" w:rsidP="006B4FD9">
      <w:pPr>
        <w:pStyle w:val="Heading2"/>
      </w:pPr>
      <w:r>
        <w:t>4. Present Statistical Data</w:t>
      </w:r>
    </w:p>
    <w:p w14:paraId="4E6C4EBB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Have I presented the collected data clearly?</w:t>
      </w:r>
    </w:p>
    <w:p w14:paraId="2C152A16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Have I used tables, charts or graphs where appropriate?</w:t>
      </w:r>
    </w:p>
    <w:p w14:paraId="42FC52C7" w14:textId="6291A5FC" w:rsidR="006B4FD9" w:rsidRDefault="006B4FD9" w:rsidP="006B4FD9">
      <w:pPr>
        <w:pStyle w:val="ListBullet"/>
        <w:numPr>
          <w:ilvl w:val="0"/>
          <w:numId w:val="11"/>
        </w:numPr>
      </w:pPr>
      <w:r>
        <w:t xml:space="preserve">Have I </w:t>
      </w:r>
      <w:proofErr w:type="spellStart"/>
      <w:r>
        <w:t>summarised</w:t>
      </w:r>
      <w:proofErr w:type="spellEnd"/>
      <w:r>
        <w:t xml:space="preserve"> key descriptive statistics?</w:t>
      </w:r>
    </w:p>
    <w:p w14:paraId="65006C64" w14:textId="77777777" w:rsidR="006B4FD9" w:rsidRDefault="006B4FD9" w:rsidP="006B4FD9">
      <w:pPr>
        <w:pStyle w:val="Heading2"/>
      </w:pPr>
      <w:r>
        <w:t xml:space="preserve">5. </w:t>
      </w:r>
      <w:proofErr w:type="spellStart"/>
      <w:r>
        <w:t>Analyse</w:t>
      </w:r>
      <w:proofErr w:type="spellEnd"/>
      <w:r>
        <w:t xml:space="preserve"> the Data Using an Appropriate Tool</w:t>
      </w:r>
    </w:p>
    <w:p w14:paraId="5C4B18D6" w14:textId="089994D5" w:rsidR="006B4FD9" w:rsidRDefault="006B4FD9" w:rsidP="006B4FD9">
      <w:pPr>
        <w:pStyle w:val="ListBullet"/>
        <w:numPr>
          <w:ilvl w:val="0"/>
          <w:numId w:val="11"/>
        </w:numPr>
      </w:pPr>
      <w:r>
        <w:t xml:space="preserve">Have I used a tool such as MS Forms or Excel to </w:t>
      </w:r>
      <w:proofErr w:type="spellStart"/>
      <w:r>
        <w:t>analyse</w:t>
      </w:r>
      <w:proofErr w:type="spellEnd"/>
      <w:r>
        <w:t xml:space="preserve"> the data?</w:t>
      </w:r>
    </w:p>
    <w:p w14:paraId="06EF7285" w14:textId="0BB84F4F" w:rsidR="006B4FD9" w:rsidRDefault="006B4FD9" w:rsidP="006B4FD9">
      <w:pPr>
        <w:pStyle w:val="ListBullet"/>
        <w:numPr>
          <w:ilvl w:val="0"/>
          <w:numId w:val="11"/>
        </w:numPr>
      </w:pPr>
      <w:r>
        <w:t xml:space="preserve">See the </w:t>
      </w:r>
      <w:r w:rsidR="003177E1">
        <w:t xml:space="preserve">WEEK 8 </w:t>
      </w:r>
      <w:r w:rsidR="003177E1">
        <w:t>Quantitative Research</w:t>
      </w:r>
      <w:r w:rsidR="003177E1">
        <w:t xml:space="preserve"> section for  instructions how to link MS Forms to Excel to get your tables  and charts!</w:t>
      </w:r>
    </w:p>
    <w:p w14:paraId="4804A1C8" w14:textId="77777777" w:rsidR="006B4FD9" w:rsidRDefault="006B4FD9" w:rsidP="006B4FD9">
      <w:pPr>
        <w:pStyle w:val="ListBullet"/>
        <w:numPr>
          <w:ilvl w:val="0"/>
          <w:numId w:val="11"/>
        </w:numPr>
      </w:pPr>
      <w:r>
        <w:lastRenderedPageBreak/>
        <w:t>Have I demonstrated how the tool was used (e.g., formulas, charts, summaries)?</w:t>
      </w:r>
    </w:p>
    <w:p w14:paraId="74BF5FE7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Have I included screenshots if required?</w:t>
      </w:r>
    </w:p>
    <w:p w14:paraId="6CCF107C" w14:textId="77777777" w:rsidR="006B4FD9" w:rsidRDefault="006B4FD9" w:rsidP="006B4FD9">
      <w:pPr>
        <w:pStyle w:val="Heading2"/>
      </w:pPr>
      <w:r>
        <w:t>6. Explain and Interpret the Analysis</w:t>
      </w:r>
    </w:p>
    <w:p w14:paraId="5EB850B8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 xml:space="preserve">Have I explained the steps taken to </w:t>
      </w:r>
      <w:proofErr w:type="spellStart"/>
      <w:r>
        <w:t>analyse</w:t>
      </w:r>
      <w:proofErr w:type="spellEnd"/>
      <w:r>
        <w:t xml:space="preserve"> the data?</w:t>
      </w:r>
    </w:p>
    <w:p w14:paraId="5FFD7D6E" w14:textId="46505535" w:rsidR="006B4FD9" w:rsidRDefault="006B4FD9" w:rsidP="006B4FD9">
      <w:pPr>
        <w:pStyle w:val="ListBullet"/>
        <w:numPr>
          <w:ilvl w:val="0"/>
          <w:numId w:val="11"/>
        </w:numPr>
      </w:pPr>
      <w:r>
        <w:t>Have I interpreted what the results mean</w:t>
      </w:r>
      <w:r w:rsidR="003177E1">
        <w:t xml:space="preserve"> </w:t>
      </w:r>
      <w:proofErr w:type="spellStart"/>
      <w:r w:rsidR="003177E1">
        <w:t>eg.</w:t>
      </w:r>
      <w:proofErr w:type="spellEnd"/>
      <w:r w:rsidR="003177E1">
        <w:t xml:space="preserve"> </w:t>
      </w:r>
      <w:proofErr w:type="spellStart"/>
      <w:r w:rsidR="003177E1">
        <w:t>analysed</w:t>
      </w:r>
      <w:proofErr w:type="spellEnd"/>
      <w:r w:rsidR="003177E1">
        <w:t xml:space="preserve"> using relevant secondary research? </w:t>
      </w:r>
    </w:p>
    <w:p w14:paraId="1AC1D5F5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Have I linked findings to the research question?</w:t>
      </w:r>
    </w:p>
    <w:p w14:paraId="1939C82F" w14:textId="77777777" w:rsidR="006B4FD9" w:rsidRDefault="006B4FD9" w:rsidP="006B4FD9">
      <w:pPr>
        <w:pStyle w:val="Heading2"/>
      </w:pPr>
      <w:r>
        <w:t>7. Reflect on the Process and Draw Conclusions</w:t>
      </w:r>
    </w:p>
    <w:p w14:paraId="58C1850B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Have I reflected on the strengths and weaknesses of my approach?</w:t>
      </w:r>
    </w:p>
    <w:p w14:paraId="1319EC43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Have I identified any limitations in my data collection or analysis?</w:t>
      </w:r>
    </w:p>
    <w:p w14:paraId="64898414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Have I drawn clear conclusions based on the findings?</w:t>
      </w:r>
    </w:p>
    <w:p w14:paraId="0A9CE6E2" w14:textId="77777777" w:rsidR="006B4FD9" w:rsidRDefault="006B4FD9" w:rsidP="006B4FD9">
      <w:pPr>
        <w:pStyle w:val="Heading2"/>
      </w:pPr>
      <w:r>
        <w:t>8. Check Structure and Word Count</w:t>
      </w:r>
    </w:p>
    <w:p w14:paraId="405229FE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Is my report approximately 1,000 words?</w:t>
      </w:r>
    </w:p>
    <w:p w14:paraId="2B21D076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Does it follow a clear structure with headings?</w:t>
      </w:r>
    </w:p>
    <w:p w14:paraId="4B471AE1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Have I used appropriate academic language and terminology?</w:t>
      </w:r>
    </w:p>
    <w:p w14:paraId="01DF05AE" w14:textId="77777777" w:rsidR="006B4FD9" w:rsidRDefault="006B4FD9" w:rsidP="006B4FD9">
      <w:pPr>
        <w:pStyle w:val="ListBullet"/>
        <w:numPr>
          <w:ilvl w:val="0"/>
          <w:numId w:val="11"/>
        </w:numPr>
      </w:pPr>
      <w:r>
        <w:t>Have I checked spelling, grammar and formatting?</w:t>
      </w:r>
    </w:p>
    <w:p w14:paraId="0E5AF68F" w14:textId="1AC0EB40" w:rsidR="0099641E" w:rsidRDefault="0099641E" w:rsidP="0099641E">
      <w:pPr>
        <w:pStyle w:val="ListBullet"/>
        <w:numPr>
          <w:ilvl w:val="0"/>
          <w:numId w:val="0"/>
        </w:numPr>
        <w:rPr>
          <w:b/>
          <w:bCs/>
          <w:u w:val="single"/>
        </w:rPr>
      </w:pPr>
    </w:p>
    <w:p w14:paraId="760DAE71" w14:textId="05EA2E19" w:rsidR="006B4FD9" w:rsidRDefault="006B4FD9" w:rsidP="0099641E">
      <w:pPr>
        <w:pStyle w:val="ListBullet"/>
        <w:numPr>
          <w:ilvl w:val="0"/>
          <w:numId w:val="0"/>
        </w:numPr>
        <w:rPr>
          <w:b/>
          <w:bCs/>
          <w:u w:val="single"/>
        </w:rPr>
      </w:pPr>
    </w:p>
    <w:p w14:paraId="37BC55E8" w14:textId="001E034A" w:rsidR="006B4FD9" w:rsidRPr="00F93868" w:rsidRDefault="006B4FD9" w:rsidP="0099641E">
      <w:pPr>
        <w:pStyle w:val="ListBullet"/>
        <w:numPr>
          <w:ilvl w:val="0"/>
          <w:numId w:val="0"/>
        </w:numPr>
        <w:rPr>
          <w:b/>
          <w:bCs/>
          <w:color w:val="548DD4" w:themeColor="text2" w:themeTint="99"/>
          <w:u w:val="single"/>
        </w:rPr>
      </w:pPr>
      <w:r w:rsidRPr="00F93868">
        <w:rPr>
          <w:b/>
          <w:bCs/>
          <w:color w:val="548DD4" w:themeColor="text2" w:themeTint="99"/>
          <w:u w:val="single"/>
        </w:rPr>
        <w:t xml:space="preserve">PART 3 – </w:t>
      </w:r>
      <w:r w:rsidR="000A4D4F" w:rsidRPr="00F93868">
        <w:rPr>
          <w:b/>
          <w:bCs/>
          <w:color w:val="548DD4" w:themeColor="text2" w:themeTint="99"/>
          <w:u w:val="single"/>
        </w:rPr>
        <w:t xml:space="preserve">Appendix </w:t>
      </w:r>
    </w:p>
    <w:p w14:paraId="03F7311B" w14:textId="1A70E2CA" w:rsidR="006B4FD9" w:rsidRDefault="006B4FD9" w:rsidP="0099641E">
      <w:pPr>
        <w:pStyle w:val="ListBullet"/>
        <w:numPr>
          <w:ilvl w:val="0"/>
          <w:numId w:val="0"/>
        </w:numPr>
      </w:pPr>
      <w:r w:rsidRPr="006B4FD9">
        <w:t>Don’t forget to include your ethics form!</w:t>
      </w:r>
    </w:p>
    <w:p w14:paraId="77B90CA2" w14:textId="24FEC674" w:rsidR="000A4D4F" w:rsidRDefault="000A4D4F" w:rsidP="000A4D4F">
      <w:pPr>
        <w:pStyle w:val="ListBullet"/>
        <w:numPr>
          <w:ilvl w:val="0"/>
          <w:numId w:val="0"/>
        </w:numPr>
      </w:pPr>
      <w:r>
        <w:t xml:space="preserve">Evidence of Interview transcripts </w:t>
      </w:r>
    </w:p>
    <w:p w14:paraId="5D100BA2" w14:textId="53B14105" w:rsidR="000A4D4F" w:rsidRPr="0099641E" w:rsidRDefault="000A4D4F" w:rsidP="000A4D4F">
      <w:pPr>
        <w:pStyle w:val="ListBullet"/>
        <w:numPr>
          <w:ilvl w:val="0"/>
          <w:numId w:val="0"/>
        </w:numPr>
        <w:rPr>
          <w:b/>
          <w:bCs/>
          <w:u w:val="single"/>
        </w:rPr>
      </w:pPr>
      <w:r>
        <w:t xml:space="preserve">MS Form </w:t>
      </w:r>
      <w:r w:rsidR="007D1774">
        <w:t xml:space="preserve">questionnaire summary of results </w:t>
      </w:r>
    </w:p>
    <w:sectPr w:rsidR="000A4D4F" w:rsidRPr="0099641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AE21124"/>
    <w:multiLevelType w:val="hybridMultilevel"/>
    <w:tmpl w:val="6CAC80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8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4D4F"/>
    <w:rsid w:val="0015074B"/>
    <w:rsid w:val="0029639D"/>
    <w:rsid w:val="003177E1"/>
    <w:rsid w:val="00326F90"/>
    <w:rsid w:val="006B4FD9"/>
    <w:rsid w:val="007D1774"/>
    <w:rsid w:val="008C7DD2"/>
    <w:rsid w:val="0099641E"/>
    <w:rsid w:val="00AA1D8D"/>
    <w:rsid w:val="00AE26FE"/>
    <w:rsid w:val="00B47730"/>
    <w:rsid w:val="00CB0664"/>
    <w:rsid w:val="00F9386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EFA3C0"/>
  <w14:defaultImageDpi w14:val="300"/>
  <w15:docId w15:val="{073CB8F0-F2F1-461A-AE9E-BB30E38CC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8C7D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07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oodle.uwtsd.ac.uk/mod/folder/view.php?id=55388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Helen Evans (Institute of Management and Health)</cp:lastModifiedBy>
  <cp:revision>5</cp:revision>
  <dcterms:created xsi:type="dcterms:W3CDTF">2026-03-27T11:04:00Z</dcterms:created>
  <dcterms:modified xsi:type="dcterms:W3CDTF">2026-03-27T11:05:00Z</dcterms:modified>
  <cp:category/>
</cp:coreProperties>
</file>