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04A16" w14:textId="01BE6FBB" w:rsidR="001212FA" w:rsidRDefault="001212FA">
      <w:pPr>
        <w:rPr>
          <w:b/>
          <w:sz w:val="28"/>
        </w:rPr>
      </w:pPr>
      <w:r>
        <w:rPr>
          <w:b/>
          <w:sz w:val="28"/>
        </w:rPr>
        <w:t>https://uk.indeed.com/m/viewjob?jk=8ab36b135abf7f49&amp;from=serp&amp;mclk=default&amp;xpse=SoAJ67I3sdGgB-TZhp0LbzkdCdPP&amp;xfps=bb5d44da-d612-46a1-a78c-e51c1c7ae14b&amp;xkcb=SoBQ67M3sdGiexxYWR0LbzkdCdPP</w:t>
      </w:r>
    </w:p>
    <w:p w14:paraId="05B825A4" w14:textId="77777777" w:rsidR="001212FA" w:rsidRDefault="001212FA">
      <w:pPr>
        <w:rPr>
          <w:b/>
          <w:sz w:val="28"/>
        </w:rPr>
      </w:pPr>
    </w:p>
    <w:p w14:paraId="643F72E4" w14:textId="77777777" w:rsidR="001212FA" w:rsidRDefault="001212FA">
      <w:pPr>
        <w:rPr>
          <w:b/>
          <w:sz w:val="28"/>
        </w:rPr>
      </w:pPr>
    </w:p>
    <w:p w14:paraId="43B6EB95" w14:textId="35B462CF" w:rsidR="00425F86" w:rsidRDefault="00726681">
      <w:r>
        <w:rPr>
          <w:b/>
          <w:sz w:val="28"/>
        </w:rPr>
        <w:t xml:space="preserve">Eduard </w:t>
      </w:r>
      <w:proofErr w:type="spellStart"/>
      <w:r>
        <w:rPr>
          <w:b/>
          <w:sz w:val="28"/>
        </w:rPr>
        <w:t>Kovac</w:t>
      </w:r>
      <w:proofErr w:type="spellEnd"/>
    </w:p>
    <w:p w14:paraId="5B7898CE" w14:textId="77777777" w:rsidR="00425F86" w:rsidRDefault="00726681">
      <w:r>
        <w:t>Email: hugo.kovac.9@gmail.com</w:t>
      </w:r>
    </w:p>
    <w:p w14:paraId="3C8B0355" w14:textId="77777777" w:rsidR="00425F86" w:rsidRDefault="00726681">
      <w:r>
        <w:t>Location: Wolverhampton, UK</w:t>
      </w:r>
    </w:p>
    <w:p w14:paraId="3C0BAE51" w14:textId="77777777" w:rsidR="00425F86" w:rsidRDefault="00425F86"/>
    <w:p w14:paraId="272B3C7C" w14:textId="77777777" w:rsidR="00425F86" w:rsidRDefault="00726681">
      <w:r>
        <w:rPr>
          <w:b/>
          <w:sz w:val="24"/>
        </w:rPr>
        <w:t>Personal Profile</w:t>
      </w:r>
    </w:p>
    <w:p w14:paraId="40BC1978" w14:textId="77777777" w:rsidR="00425F86" w:rsidRDefault="00726681">
      <w:r>
        <w:t>Friendly, reliable, and motivated barista with two years of experience at Starbucks, skilled in customer service, teamwork, and coffee preparation. Known for maintaining high-quality standards in fast-paced environments and providing a warm, welcoming atmosphere for customers. Currently a first-year university student, eager to bring enthusiasm and professionalism to Costa Coffee while continuing to grow within the hospitality industry.</w:t>
      </w:r>
    </w:p>
    <w:p w14:paraId="0B29E1D2" w14:textId="77777777" w:rsidR="00425F86" w:rsidRDefault="00726681">
      <w:r>
        <w:rPr>
          <w:b/>
          <w:sz w:val="24"/>
        </w:rPr>
        <w:t>Work Experience</w:t>
      </w:r>
    </w:p>
    <w:p w14:paraId="60C8E4DE" w14:textId="77777777" w:rsidR="00425F86" w:rsidRDefault="00726681">
      <w:r>
        <w:t>Barista – Starbucks, Wolverhampton (June 2022 – August 2024)</w:t>
      </w:r>
    </w:p>
    <w:p w14:paraId="1600FF9A" w14:textId="77777777" w:rsidR="00425F86" w:rsidRDefault="00726681">
      <w:r>
        <w:t>• Prepared a range of hot and cold beverages to Starbucks standards.</w:t>
      </w:r>
      <w:r>
        <w:br/>
        <w:t>• Delivered excellent customer service and handled daily cash and card transactions.</w:t>
      </w:r>
      <w:r>
        <w:br/>
        <w:t>• Maintained a clean, organised workspace and ensured health and safety compliance.</w:t>
      </w:r>
      <w:r>
        <w:br/>
        <w:t>• Collaborated with team members during busy shifts to ensure smooth operations.</w:t>
      </w:r>
      <w:r>
        <w:br/>
        <w:t>• Trained in drink customisation, espresso machine maintenance, and customer engagement.</w:t>
      </w:r>
    </w:p>
    <w:p w14:paraId="3F5A8073" w14:textId="77777777" w:rsidR="00425F86" w:rsidRDefault="00726681">
      <w:r>
        <w:rPr>
          <w:b/>
          <w:sz w:val="24"/>
        </w:rPr>
        <w:t>Education</w:t>
      </w:r>
    </w:p>
    <w:p w14:paraId="0DFE9CE3" w14:textId="77777777" w:rsidR="00425F86" w:rsidRDefault="00726681">
      <w:r>
        <w:t>University (First Year, Ongoing) – Currently completing first-year studies – Third Term</w:t>
      </w:r>
      <w:r>
        <w:br/>
        <w:t>Juniper Training Degree – Completed vocational training focused on employability and professional development.</w:t>
      </w:r>
      <w:r>
        <w:br/>
        <w:t>Secondary School – Completed with GCSE qualifications.</w:t>
      </w:r>
    </w:p>
    <w:p w14:paraId="7BD57386" w14:textId="77777777" w:rsidR="00425F86" w:rsidRDefault="00726681">
      <w:r>
        <w:rPr>
          <w:b/>
          <w:sz w:val="24"/>
        </w:rPr>
        <w:t>Skills</w:t>
      </w:r>
    </w:p>
    <w:p w14:paraId="46BDCB53" w14:textId="77777777" w:rsidR="00425F86" w:rsidRDefault="00726681">
      <w:r>
        <w:lastRenderedPageBreak/>
        <w:t>• Excellent customer service and communication</w:t>
      </w:r>
      <w:r>
        <w:br/>
        <w:t>• Strong teamwork and adaptability</w:t>
      </w:r>
      <w:r>
        <w:br/>
        <w:t>• Experienced with coffee machines and beverage preparation</w:t>
      </w:r>
      <w:r>
        <w:br/>
        <w:t>• Time management and multitasking in high-pressure settings</w:t>
      </w:r>
      <w:r>
        <w:br/>
        <w:t>• Knowledge of food hygiene and café operations</w:t>
      </w:r>
    </w:p>
    <w:p w14:paraId="7A2DFB5A" w14:textId="77777777" w:rsidR="00425F86" w:rsidRDefault="00726681">
      <w:r>
        <w:rPr>
          <w:b/>
          <w:sz w:val="24"/>
        </w:rPr>
        <w:t>Training and Certifications</w:t>
      </w:r>
    </w:p>
    <w:p w14:paraId="5110A17B" w14:textId="77777777" w:rsidR="00425F86" w:rsidRDefault="00726681">
      <w:r>
        <w:t>• Formal Barista Training (Starbucks)</w:t>
      </w:r>
      <w:r>
        <w:br/>
        <w:t>• Basic Food Hygiene Awareness (internal training)</w:t>
      </w:r>
    </w:p>
    <w:p w14:paraId="060FDA35" w14:textId="77777777" w:rsidR="00425F86" w:rsidRDefault="00726681">
      <w:r>
        <w:t>References available upon request.</w:t>
      </w:r>
    </w:p>
    <w:p w14:paraId="2932D3A9" w14:textId="77777777" w:rsidR="00425F86" w:rsidRDefault="00726681">
      <w:r>
        <w:br w:type="page"/>
      </w:r>
    </w:p>
    <w:p w14:paraId="1DEEBAE9" w14:textId="77777777" w:rsidR="00425F86" w:rsidRDefault="00726681">
      <w:r>
        <w:rPr>
          <w:b/>
          <w:sz w:val="28"/>
        </w:rPr>
        <w:lastRenderedPageBreak/>
        <w:t>Cover Letter</w:t>
      </w:r>
    </w:p>
    <w:p w14:paraId="6A853F2E" w14:textId="77777777" w:rsidR="00425F86" w:rsidRDefault="00726681">
      <w:r>
        <w:t>Eduard Kovac</w:t>
      </w:r>
      <w:r>
        <w:br/>
        <w:t>Wolverhampton, UK</w:t>
      </w:r>
      <w:r>
        <w:br/>
        <w:t>Email: hugo.kovac.9@gmail.com</w:t>
      </w:r>
    </w:p>
    <w:p w14:paraId="14D5ACF1" w14:textId="77777777" w:rsidR="00425F86" w:rsidRDefault="00425F86"/>
    <w:p w14:paraId="64585C3C" w14:textId="77777777" w:rsidR="00425F86" w:rsidRDefault="00726681">
      <w:r>
        <w:t>To the Hiring Manager,</w:t>
      </w:r>
      <w:r>
        <w:br/>
        <w:t>Costa Coffee, Wolverhampton</w:t>
      </w:r>
    </w:p>
    <w:p w14:paraId="2CD75CF7" w14:textId="77777777" w:rsidR="00425F86" w:rsidRDefault="00425F86"/>
    <w:p w14:paraId="5D162A2C" w14:textId="77777777" w:rsidR="00425F86" w:rsidRDefault="00726681">
      <w:r>
        <w:t>Dear Hiring Manager,</w:t>
      </w:r>
      <w:r>
        <w:br/>
      </w:r>
      <w:r>
        <w:br/>
        <w:t>I am writing to express my interest in the Barista position at Costa Coffee in Wolverhampton. With two years of hands-on barista experience at Starbucks and formal barista training, I have developed strong skills in customer service, teamwork, and coffee preparation — all of which I’m eager to bring to your team.</w:t>
      </w:r>
      <w:r>
        <w:br/>
      </w:r>
      <w:r>
        <w:br/>
        <w:t>During my time at Starbucks, I learned the importance of maintaining quality, efficiency, and a friendly atmosphere even during the busiest hours. I take pride in making customers feel welcome a</w:t>
      </w:r>
      <w:r>
        <w:t>nd ensuring every drink is made to perfection. Currently, as a university student, I’m looking for an opportunity that allows me to continue growing in a dynamic, people-focused environment like Costa.</w:t>
      </w:r>
      <w:r>
        <w:br/>
      </w:r>
      <w:r>
        <w:br/>
        <w:t>I admire Costa’s commitment to great coffee and genuine customer care, and I believe my experience and enthusiasm would make me a great fit for your team. I would appreciate the chance to discuss how I can contribute to your store’s success.</w:t>
      </w:r>
      <w:r>
        <w:br/>
      </w:r>
      <w:r>
        <w:br/>
        <w:t>Thank you for considering my application. I look forward to the op</w:t>
      </w:r>
      <w:r>
        <w:t>portunity to interview with you.</w:t>
      </w:r>
      <w:r>
        <w:br/>
      </w:r>
      <w:r>
        <w:br/>
        <w:t>Warm regards,</w:t>
      </w:r>
      <w:r>
        <w:br/>
        <w:t>Eduard Kovac</w:t>
      </w:r>
    </w:p>
    <w:sectPr w:rsidR="00425F8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altName w:val="Calibri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87673038">
    <w:abstractNumId w:val="8"/>
  </w:num>
  <w:num w:numId="2" w16cid:durableId="1016806873">
    <w:abstractNumId w:val="6"/>
  </w:num>
  <w:num w:numId="3" w16cid:durableId="2121223182">
    <w:abstractNumId w:val="5"/>
  </w:num>
  <w:num w:numId="4" w16cid:durableId="6444842">
    <w:abstractNumId w:val="4"/>
  </w:num>
  <w:num w:numId="5" w16cid:durableId="957762869">
    <w:abstractNumId w:val="7"/>
  </w:num>
  <w:num w:numId="6" w16cid:durableId="667832145">
    <w:abstractNumId w:val="3"/>
  </w:num>
  <w:num w:numId="7" w16cid:durableId="1621258805">
    <w:abstractNumId w:val="2"/>
  </w:num>
  <w:num w:numId="8" w16cid:durableId="706225852">
    <w:abstractNumId w:val="1"/>
  </w:num>
  <w:num w:numId="9" w16cid:durableId="580216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6"/>
  <w:proofState w:spelling="clean"/>
  <w:revisionView w:inkAnnotations="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212FA"/>
    <w:rsid w:val="0015074B"/>
    <w:rsid w:val="0029639D"/>
    <w:rsid w:val="00326F90"/>
    <w:rsid w:val="003B24A1"/>
    <w:rsid w:val="00425F86"/>
    <w:rsid w:val="0060761F"/>
    <w:rsid w:val="0072668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DD03D9B"/>
  <w14:defaultImageDpi w14:val="300"/>
  <w15:docId w15:val="{183EC3D4-7CAF-0E46-BE5D-389B1B70F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Eduard King</cp:lastModifiedBy>
  <cp:revision>2</cp:revision>
  <dcterms:created xsi:type="dcterms:W3CDTF">2025-10-06T17:05:00Z</dcterms:created>
  <dcterms:modified xsi:type="dcterms:W3CDTF">2025-10-06T17:05:00Z</dcterms:modified>
  <cp:category/>
</cp:coreProperties>
</file>