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A0069" w14:textId="77777777" w:rsidR="0014633B" w:rsidRPr="009173AA" w:rsidRDefault="00000000" w:rsidP="009173AA">
      <w:pPr>
        <w:spacing w:line="360" w:lineRule="auto"/>
        <w:jc w:val="center"/>
        <w:rPr>
          <w:rFonts w:ascii="Arial" w:hAnsi="Arial" w:cs="Arial"/>
          <w:lang w:val="pt-BR"/>
        </w:rPr>
      </w:pPr>
      <w:bookmarkStart w:id="0" w:name="_Hlk214193741"/>
      <w:bookmarkEnd w:id="0"/>
      <w:r w:rsidRPr="009173AA">
        <w:rPr>
          <w:rFonts w:ascii="Arial" w:hAnsi="Arial" w:cs="Arial"/>
          <w:b/>
          <w:lang w:val="pt-BR"/>
        </w:rPr>
        <w:t>LETÍCIA DA CUNHA SOUZA</w:t>
      </w:r>
      <w:r w:rsidRPr="009173AA">
        <w:rPr>
          <w:rFonts w:ascii="Arial" w:hAnsi="Arial" w:cs="Arial"/>
          <w:b/>
          <w:lang w:val="pt-BR"/>
        </w:rPr>
        <w:br/>
      </w:r>
      <w:r w:rsidRPr="009173AA">
        <w:rPr>
          <w:rFonts w:ascii="Arial" w:hAnsi="Arial" w:cs="Arial"/>
          <w:lang w:val="pt-BR"/>
        </w:rPr>
        <w:t>Office Manager | London, UK</w:t>
      </w:r>
      <w:r w:rsidRPr="009173AA">
        <w:rPr>
          <w:rFonts w:ascii="Arial" w:hAnsi="Arial" w:cs="Arial"/>
          <w:lang w:val="pt-BR"/>
        </w:rPr>
        <w:br/>
        <w:t>Phone: 07470 455297 | Email: leticiacunha102@gmail.com</w:t>
      </w:r>
      <w:r w:rsidRPr="009173AA">
        <w:rPr>
          <w:rFonts w:ascii="Arial" w:hAnsi="Arial" w:cs="Arial"/>
          <w:lang w:val="pt-BR"/>
        </w:rPr>
        <w:br/>
        <w:t>LinkedIn: linkedin.com/in/letícia-cunha-34125a112</w:t>
      </w:r>
    </w:p>
    <w:p w14:paraId="2E9EB335" w14:textId="77777777" w:rsidR="0014633B" w:rsidRPr="009173AA" w:rsidRDefault="0014633B" w:rsidP="009173AA">
      <w:pPr>
        <w:spacing w:line="360" w:lineRule="auto"/>
        <w:rPr>
          <w:rFonts w:ascii="Arial" w:hAnsi="Arial" w:cs="Arial"/>
          <w:lang w:val="pt-BR"/>
        </w:rPr>
      </w:pPr>
    </w:p>
    <w:p w14:paraId="194DC3C9" w14:textId="77777777" w:rsidR="0014633B" w:rsidRPr="009173AA" w:rsidRDefault="00000000" w:rsidP="009173AA">
      <w:pPr>
        <w:spacing w:line="360" w:lineRule="auto"/>
        <w:rPr>
          <w:rFonts w:ascii="Arial" w:hAnsi="Arial" w:cs="Arial"/>
        </w:rPr>
      </w:pPr>
      <w:r w:rsidRPr="009173AA">
        <w:rPr>
          <w:rFonts w:ascii="Arial" w:hAnsi="Arial" w:cs="Arial"/>
          <w:b/>
        </w:rPr>
        <w:t>PROFESSIONAL SUMMARY</w:t>
      </w:r>
    </w:p>
    <w:p w14:paraId="575CAD17" w14:textId="4F913AF9" w:rsidR="0014633B" w:rsidRPr="009173AA" w:rsidRDefault="00000000" w:rsidP="009173AA">
      <w:pPr>
        <w:spacing w:line="360" w:lineRule="auto"/>
        <w:rPr>
          <w:rFonts w:ascii="Arial" w:hAnsi="Arial" w:cs="Arial"/>
        </w:rPr>
      </w:pPr>
      <w:r w:rsidRPr="009173AA">
        <w:rPr>
          <w:rFonts w:ascii="Arial" w:hAnsi="Arial" w:cs="Arial"/>
        </w:rPr>
        <w:t>Proactive and committed leader with strong organisational skills and proven career progression. Experienced in team leadership, customer service, operations, and stock management. Strong background in managing a team of 20 people in Brazil</w:t>
      </w:r>
      <w:r w:rsidR="009173AA" w:rsidRPr="009173AA">
        <w:rPr>
          <w:rFonts w:ascii="Arial" w:hAnsi="Arial" w:cs="Arial"/>
        </w:rPr>
        <w:t>, as a team we met the best KPI of the year.</w:t>
      </w:r>
      <w:r w:rsidRPr="009173AA">
        <w:rPr>
          <w:rFonts w:ascii="Arial" w:hAnsi="Arial" w:cs="Arial"/>
        </w:rPr>
        <w:t xml:space="preserve"> </w:t>
      </w:r>
      <w:r w:rsidR="009173AA" w:rsidRPr="009173AA">
        <w:rPr>
          <w:rFonts w:ascii="Arial" w:hAnsi="Arial" w:cs="Arial"/>
        </w:rPr>
        <w:t xml:space="preserve">Completing studies in </w:t>
      </w:r>
      <w:r w:rsidRPr="009173AA">
        <w:rPr>
          <w:rFonts w:ascii="Arial" w:hAnsi="Arial" w:cs="Arial"/>
        </w:rPr>
        <w:t xml:space="preserve">Higher Education Business in the Workplace in the UK and previously </w:t>
      </w:r>
      <w:proofErr w:type="gramStart"/>
      <w:r w:rsidR="009173AA" w:rsidRPr="009173AA">
        <w:rPr>
          <w:rFonts w:ascii="Arial" w:hAnsi="Arial" w:cs="Arial"/>
        </w:rPr>
        <w:t xml:space="preserve">completed </w:t>
      </w:r>
      <w:r w:rsidRPr="009173AA">
        <w:rPr>
          <w:rFonts w:ascii="Arial" w:hAnsi="Arial" w:cs="Arial"/>
        </w:rPr>
        <w:t xml:space="preserve"> in</w:t>
      </w:r>
      <w:proofErr w:type="gramEnd"/>
      <w:r w:rsidRPr="009173AA">
        <w:rPr>
          <w:rFonts w:ascii="Arial" w:hAnsi="Arial" w:cs="Arial"/>
        </w:rPr>
        <w:t xml:space="preserve"> Human Resources Management (Brazil)</w:t>
      </w:r>
      <w:r w:rsidR="009173AA" w:rsidRPr="009173AA">
        <w:rPr>
          <w:rFonts w:ascii="Arial" w:hAnsi="Arial" w:cs="Arial"/>
        </w:rPr>
        <w:t xml:space="preserve"> with certificate</w:t>
      </w:r>
      <w:r w:rsidRPr="009173AA">
        <w:rPr>
          <w:rFonts w:ascii="Arial" w:hAnsi="Arial" w:cs="Arial"/>
        </w:rPr>
        <w:t>. Adaptable, proactive, and looking to transition into an Office Manager role.</w:t>
      </w:r>
    </w:p>
    <w:p w14:paraId="1969389B" w14:textId="77777777" w:rsidR="0014633B" w:rsidRPr="009173AA" w:rsidRDefault="00000000" w:rsidP="009173AA">
      <w:pPr>
        <w:spacing w:line="360" w:lineRule="auto"/>
        <w:rPr>
          <w:rFonts w:ascii="Arial" w:hAnsi="Arial" w:cs="Arial"/>
        </w:rPr>
      </w:pPr>
      <w:r w:rsidRPr="009173AA">
        <w:rPr>
          <w:rFonts w:ascii="Arial" w:hAnsi="Arial" w:cs="Arial"/>
          <w:b/>
        </w:rPr>
        <w:t>EDUCATION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14633B" w:rsidRPr="009173AA" w14:paraId="50B52A18" w14:textId="77777777">
        <w:tc>
          <w:tcPr>
            <w:tcW w:w="4320" w:type="dxa"/>
          </w:tcPr>
          <w:p w14:paraId="74AD3F56" w14:textId="77777777" w:rsidR="0014633B" w:rsidRPr="009173AA" w:rsidRDefault="00000000" w:rsidP="009173AA">
            <w:pPr>
              <w:spacing w:line="360" w:lineRule="auto"/>
              <w:rPr>
                <w:rFonts w:ascii="Arial" w:hAnsi="Arial" w:cs="Arial"/>
              </w:rPr>
            </w:pPr>
            <w:r w:rsidRPr="009173AA">
              <w:rPr>
                <w:rFonts w:ascii="Arial" w:hAnsi="Arial" w:cs="Arial"/>
              </w:rPr>
              <w:t>University of Wales Trinity Saint David – London, UK</w:t>
            </w:r>
          </w:p>
        </w:tc>
        <w:tc>
          <w:tcPr>
            <w:tcW w:w="4320" w:type="dxa"/>
          </w:tcPr>
          <w:p w14:paraId="3563CCD0" w14:textId="77777777" w:rsidR="0014633B" w:rsidRPr="009173AA" w:rsidRDefault="00000000" w:rsidP="009173AA">
            <w:pPr>
              <w:spacing w:line="360" w:lineRule="auto"/>
              <w:rPr>
                <w:rFonts w:ascii="Arial" w:hAnsi="Arial" w:cs="Arial"/>
              </w:rPr>
            </w:pPr>
            <w:r w:rsidRPr="009173AA">
              <w:rPr>
                <w:rFonts w:ascii="Arial" w:hAnsi="Arial" w:cs="Arial"/>
              </w:rPr>
              <w:t>Higher Education Business in the Workplace</w:t>
            </w:r>
            <w:r w:rsidRPr="009173AA">
              <w:rPr>
                <w:rFonts w:ascii="Arial" w:hAnsi="Arial" w:cs="Arial"/>
              </w:rPr>
              <w:br/>
              <w:t>(Currently Studying)</w:t>
            </w:r>
          </w:p>
        </w:tc>
      </w:tr>
      <w:tr w:rsidR="0014633B" w:rsidRPr="009173AA" w14:paraId="4648B222" w14:textId="77777777">
        <w:tc>
          <w:tcPr>
            <w:tcW w:w="4320" w:type="dxa"/>
          </w:tcPr>
          <w:p w14:paraId="511CAF16" w14:textId="77777777" w:rsidR="0014633B" w:rsidRPr="009173AA" w:rsidRDefault="00000000" w:rsidP="009173AA">
            <w:pPr>
              <w:spacing w:line="360" w:lineRule="auto"/>
              <w:rPr>
                <w:rFonts w:ascii="Arial" w:hAnsi="Arial" w:cs="Arial"/>
                <w:lang w:val="pt-BR"/>
              </w:rPr>
            </w:pPr>
            <w:r w:rsidRPr="009173AA">
              <w:rPr>
                <w:rFonts w:ascii="Arial" w:hAnsi="Arial" w:cs="Arial"/>
                <w:lang w:val="pt-BR"/>
              </w:rPr>
              <w:t>Universidade de Marília (UNIMAR) – Brazil</w:t>
            </w:r>
          </w:p>
        </w:tc>
        <w:tc>
          <w:tcPr>
            <w:tcW w:w="4320" w:type="dxa"/>
          </w:tcPr>
          <w:p w14:paraId="5475CD10" w14:textId="77777777" w:rsidR="0014633B" w:rsidRPr="009173AA" w:rsidRDefault="00000000" w:rsidP="009173AA">
            <w:pPr>
              <w:spacing w:line="360" w:lineRule="auto"/>
              <w:rPr>
                <w:rFonts w:ascii="Arial" w:hAnsi="Arial" w:cs="Arial"/>
                <w:lang w:val="pt-BR"/>
              </w:rPr>
            </w:pPr>
            <w:r w:rsidRPr="009173AA">
              <w:rPr>
                <w:rFonts w:ascii="Arial" w:hAnsi="Arial" w:cs="Arial"/>
                <w:lang w:val="pt-BR"/>
              </w:rPr>
              <w:t>Gestão de Recursos Humanos (Human Resources Management)</w:t>
            </w:r>
            <w:r w:rsidRPr="009173AA">
              <w:rPr>
                <w:rFonts w:ascii="Arial" w:hAnsi="Arial" w:cs="Arial"/>
                <w:lang w:val="pt-BR"/>
              </w:rPr>
              <w:br/>
              <w:t>2014 – 2016</w:t>
            </w:r>
          </w:p>
        </w:tc>
      </w:tr>
    </w:tbl>
    <w:p w14:paraId="6DE69B97" w14:textId="77777777" w:rsidR="0014633B" w:rsidRPr="009173AA" w:rsidRDefault="0014633B" w:rsidP="009173AA">
      <w:pPr>
        <w:spacing w:line="360" w:lineRule="auto"/>
        <w:rPr>
          <w:rFonts w:ascii="Arial" w:hAnsi="Arial" w:cs="Arial"/>
          <w:lang w:val="pt-BR"/>
        </w:rPr>
      </w:pPr>
    </w:p>
    <w:p w14:paraId="42EBD682" w14:textId="77777777" w:rsidR="0014633B" w:rsidRPr="009173AA" w:rsidRDefault="00000000" w:rsidP="009173AA">
      <w:pPr>
        <w:spacing w:line="360" w:lineRule="auto"/>
        <w:rPr>
          <w:rFonts w:ascii="Arial" w:hAnsi="Arial" w:cs="Arial"/>
        </w:rPr>
      </w:pPr>
      <w:r w:rsidRPr="009173AA">
        <w:rPr>
          <w:rFonts w:ascii="Arial" w:hAnsi="Arial" w:cs="Arial"/>
          <w:b/>
        </w:rPr>
        <w:t>PROFESSIONAL EXPERIENCE</w:t>
      </w:r>
    </w:p>
    <w:p w14:paraId="6C910D5E" w14:textId="77777777" w:rsidR="0014633B" w:rsidRPr="009173AA" w:rsidRDefault="00000000" w:rsidP="009173AA">
      <w:pPr>
        <w:spacing w:line="360" w:lineRule="auto"/>
        <w:rPr>
          <w:rFonts w:ascii="Arial" w:hAnsi="Arial" w:cs="Arial"/>
        </w:rPr>
      </w:pPr>
      <w:r w:rsidRPr="009173AA">
        <w:rPr>
          <w:rFonts w:ascii="Arial" w:hAnsi="Arial" w:cs="Arial"/>
          <w:b/>
        </w:rPr>
        <w:t>ALL GOOD THINGS – London</w:t>
      </w:r>
    </w:p>
    <w:p w14:paraId="13BACEAE" w14:textId="77777777" w:rsidR="0014633B" w:rsidRPr="009173AA" w:rsidRDefault="00000000" w:rsidP="009173AA">
      <w:pPr>
        <w:spacing w:line="360" w:lineRule="auto"/>
        <w:rPr>
          <w:rFonts w:ascii="Arial" w:hAnsi="Arial" w:cs="Arial"/>
        </w:rPr>
      </w:pPr>
      <w:r w:rsidRPr="009173AA">
        <w:rPr>
          <w:rFonts w:ascii="Arial" w:hAnsi="Arial" w:cs="Arial"/>
          <w:b/>
        </w:rPr>
        <w:t>Assistant Manager | July 2025 – Present</w:t>
      </w:r>
    </w:p>
    <w:p w14:paraId="0097A2AF" w14:textId="77777777" w:rsidR="0014633B" w:rsidRPr="009173AA" w:rsidRDefault="00000000" w:rsidP="009173AA">
      <w:pPr>
        <w:pStyle w:val="ListBullet"/>
        <w:spacing w:line="360" w:lineRule="auto"/>
        <w:ind w:left="576"/>
        <w:rPr>
          <w:rFonts w:ascii="Arial" w:hAnsi="Arial" w:cs="Arial"/>
        </w:rPr>
      </w:pPr>
      <w:r w:rsidRPr="009173AA">
        <w:rPr>
          <w:rFonts w:ascii="Arial" w:hAnsi="Arial" w:cs="Arial"/>
        </w:rPr>
        <w:t>Manage daily team operations including rota planning</w:t>
      </w:r>
    </w:p>
    <w:p w14:paraId="5448D343" w14:textId="77777777" w:rsidR="0014633B" w:rsidRPr="009173AA" w:rsidRDefault="00000000" w:rsidP="009173AA">
      <w:pPr>
        <w:pStyle w:val="ListBullet"/>
        <w:spacing w:line="360" w:lineRule="auto"/>
        <w:ind w:left="576"/>
        <w:rPr>
          <w:rFonts w:ascii="Arial" w:hAnsi="Arial" w:cs="Arial"/>
        </w:rPr>
      </w:pPr>
      <w:r w:rsidRPr="009173AA">
        <w:rPr>
          <w:rFonts w:ascii="Arial" w:hAnsi="Arial" w:cs="Arial"/>
        </w:rPr>
        <w:t>Ensure sales targets are consistently met</w:t>
      </w:r>
    </w:p>
    <w:p w14:paraId="08DD9A52" w14:textId="77777777" w:rsidR="0014633B" w:rsidRPr="009173AA" w:rsidRDefault="00000000" w:rsidP="009173AA">
      <w:pPr>
        <w:pStyle w:val="ListBullet"/>
        <w:spacing w:line="360" w:lineRule="auto"/>
        <w:ind w:left="576"/>
        <w:rPr>
          <w:rFonts w:ascii="Arial" w:hAnsi="Arial" w:cs="Arial"/>
        </w:rPr>
      </w:pPr>
      <w:r w:rsidRPr="009173AA">
        <w:rPr>
          <w:rFonts w:ascii="Arial" w:hAnsi="Arial" w:cs="Arial"/>
        </w:rPr>
        <w:t>Maintain an organised and tidy stockroom</w:t>
      </w:r>
    </w:p>
    <w:p w14:paraId="3875E6B9" w14:textId="77777777" w:rsidR="0014633B" w:rsidRPr="009173AA" w:rsidRDefault="00000000" w:rsidP="009173AA">
      <w:pPr>
        <w:pStyle w:val="ListBullet"/>
        <w:spacing w:line="360" w:lineRule="auto"/>
        <w:ind w:left="576"/>
        <w:rPr>
          <w:rFonts w:ascii="Arial" w:hAnsi="Arial" w:cs="Arial"/>
        </w:rPr>
      </w:pPr>
      <w:r w:rsidRPr="009173AA">
        <w:rPr>
          <w:rFonts w:ascii="Arial" w:hAnsi="Arial" w:cs="Arial"/>
        </w:rPr>
        <w:t>Oversee deliveries and stock processing</w:t>
      </w:r>
    </w:p>
    <w:p w14:paraId="1E21241F" w14:textId="77777777" w:rsidR="0014633B" w:rsidRPr="009173AA" w:rsidRDefault="00000000" w:rsidP="009173AA">
      <w:pPr>
        <w:pStyle w:val="ListBullet"/>
        <w:spacing w:line="360" w:lineRule="auto"/>
        <w:ind w:left="576"/>
        <w:rPr>
          <w:rFonts w:ascii="Arial" w:hAnsi="Arial" w:cs="Arial"/>
        </w:rPr>
      </w:pPr>
      <w:r w:rsidRPr="009173AA">
        <w:rPr>
          <w:rFonts w:ascii="Arial" w:hAnsi="Arial" w:cs="Arial"/>
        </w:rPr>
        <w:lastRenderedPageBreak/>
        <w:t>Resolve customer enquiries and complaints</w:t>
      </w:r>
    </w:p>
    <w:p w14:paraId="787375BA" w14:textId="77777777" w:rsidR="0014633B" w:rsidRPr="009173AA" w:rsidRDefault="00000000" w:rsidP="009173AA">
      <w:pPr>
        <w:spacing w:line="360" w:lineRule="auto"/>
        <w:rPr>
          <w:rFonts w:ascii="Arial" w:hAnsi="Arial" w:cs="Arial"/>
        </w:rPr>
      </w:pPr>
      <w:r w:rsidRPr="009173AA">
        <w:rPr>
          <w:rFonts w:ascii="Arial" w:hAnsi="Arial" w:cs="Arial"/>
          <w:b/>
        </w:rPr>
        <w:t>Supervisor | Aug 2024 – June 2025</w:t>
      </w:r>
    </w:p>
    <w:p w14:paraId="007850D1" w14:textId="77777777" w:rsidR="0014633B" w:rsidRPr="009173AA" w:rsidRDefault="00000000" w:rsidP="009173AA">
      <w:pPr>
        <w:pStyle w:val="ListBullet"/>
        <w:spacing w:line="360" w:lineRule="auto"/>
        <w:ind w:left="576"/>
        <w:rPr>
          <w:rFonts w:ascii="Arial" w:hAnsi="Arial" w:cs="Arial"/>
        </w:rPr>
      </w:pPr>
      <w:r w:rsidRPr="009173AA">
        <w:rPr>
          <w:rFonts w:ascii="Arial" w:hAnsi="Arial" w:cs="Arial"/>
        </w:rPr>
        <w:t>Ensured the team completed daily tasks</w:t>
      </w:r>
    </w:p>
    <w:p w14:paraId="22C1194D" w14:textId="77777777" w:rsidR="0014633B" w:rsidRPr="009173AA" w:rsidRDefault="00000000" w:rsidP="009173AA">
      <w:pPr>
        <w:pStyle w:val="ListBullet"/>
        <w:spacing w:line="360" w:lineRule="auto"/>
        <w:ind w:left="576"/>
        <w:rPr>
          <w:rFonts w:ascii="Arial" w:hAnsi="Arial" w:cs="Arial"/>
        </w:rPr>
      </w:pPr>
      <w:r w:rsidRPr="009173AA">
        <w:rPr>
          <w:rFonts w:ascii="Arial" w:hAnsi="Arial" w:cs="Arial"/>
        </w:rPr>
        <w:t>Managed opening and closing of tills</w:t>
      </w:r>
    </w:p>
    <w:p w14:paraId="64F45B5D" w14:textId="77777777" w:rsidR="0014633B" w:rsidRPr="009173AA" w:rsidRDefault="00000000" w:rsidP="009173AA">
      <w:pPr>
        <w:pStyle w:val="ListBullet"/>
        <w:spacing w:line="360" w:lineRule="auto"/>
        <w:ind w:left="576"/>
        <w:rPr>
          <w:rFonts w:ascii="Arial" w:hAnsi="Arial" w:cs="Arial"/>
        </w:rPr>
      </w:pPr>
      <w:r w:rsidRPr="009173AA">
        <w:rPr>
          <w:rFonts w:ascii="Arial" w:hAnsi="Arial" w:cs="Arial"/>
        </w:rPr>
        <w:t>Provided high</w:t>
      </w:r>
      <w:r w:rsidRPr="009173AA">
        <w:rPr>
          <w:rFonts w:ascii="Cambria Math" w:hAnsi="Cambria Math" w:cs="Cambria Math"/>
        </w:rPr>
        <w:t>‑</w:t>
      </w:r>
      <w:r w:rsidRPr="009173AA">
        <w:rPr>
          <w:rFonts w:ascii="Arial" w:hAnsi="Arial" w:cs="Arial"/>
        </w:rPr>
        <w:t>quality customer service</w:t>
      </w:r>
    </w:p>
    <w:p w14:paraId="0D61F390" w14:textId="77777777" w:rsidR="0014633B" w:rsidRPr="009173AA" w:rsidRDefault="00000000" w:rsidP="009173AA">
      <w:pPr>
        <w:spacing w:line="360" w:lineRule="auto"/>
        <w:rPr>
          <w:rFonts w:ascii="Arial" w:hAnsi="Arial" w:cs="Arial"/>
        </w:rPr>
      </w:pPr>
      <w:r w:rsidRPr="009173AA">
        <w:rPr>
          <w:rFonts w:ascii="Arial" w:hAnsi="Arial" w:cs="Arial"/>
          <w:b/>
        </w:rPr>
        <w:t>Sales Assistant | June 2024 – July 2024</w:t>
      </w:r>
    </w:p>
    <w:p w14:paraId="01C9A559" w14:textId="77777777" w:rsidR="0014633B" w:rsidRPr="009173AA" w:rsidRDefault="00000000" w:rsidP="009173AA">
      <w:pPr>
        <w:pStyle w:val="ListBullet"/>
        <w:spacing w:line="360" w:lineRule="auto"/>
        <w:ind w:left="576"/>
        <w:rPr>
          <w:rFonts w:ascii="Arial" w:hAnsi="Arial" w:cs="Arial"/>
        </w:rPr>
      </w:pPr>
      <w:r w:rsidRPr="009173AA">
        <w:rPr>
          <w:rFonts w:ascii="Arial" w:hAnsi="Arial" w:cs="Arial"/>
        </w:rPr>
        <w:t>Delivered excellent customer service</w:t>
      </w:r>
    </w:p>
    <w:p w14:paraId="2FD8E621" w14:textId="77777777" w:rsidR="0014633B" w:rsidRPr="009173AA" w:rsidRDefault="00000000" w:rsidP="009173AA">
      <w:pPr>
        <w:pStyle w:val="ListBullet"/>
        <w:spacing w:line="360" w:lineRule="auto"/>
        <w:ind w:left="576"/>
        <w:rPr>
          <w:rFonts w:ascii="Arial" w:hAnsi="Arial" w:cs="Arial"/>
        </w:rPr>
      </w:pPr>
      <w:r w:rsidRPr="009173AA">
        <w:rPr>
          <w:rFonts w:ascii="Arial" w:hAnsi="Arial" w:cs="Arial"/>
        </w:rPr>
        <w:t>Maintained shop floor standards</w:t>
      </w:r>
    </w:p>
    <w:p w14:paraId="2F014C92" w14:textId="77777777" w:rsidR="0014633B" w:rsidRPr="009173AA" w:rsidRDefault="00000000" w:rsidP="009173AA">
      <w:pPr>
        <w:pStyle w:val="ListBullet"/>
        <w:spacing w:line="360" w:lineRule="auto"/>
        <w:ind w:left="576"/>
        <w:rPr>
          <w:rFonts w:ascii="Arial" w:hAnsi="Arial" w:cs="Arial"/>
        </w:rPr>
      </w:pPr>
      <w:r w:rsidRPr="009173AA">
        <w:rPr>
          <w:rFonts w:ascii="Arial" w:hAnsi="Arial" w:cs="Arial"/>
        </w:rPr>
        <w:t>Processed transactions accurately</w:t>
      </w:r>
    </w:p>
    <w:p w14:paraId="5FE33994" w14:textId="77777777" w:rsidR="0014633B" w:rsidRPr="009173AA" w:rsidRDefault="00000000" w:rsidP="009173AA">
      <w:pPr>
        <w:spacing w:line="360" w:lineRule="auto"/>
        <w:rPr>
          <w:rFonts w:ascii="Arial" w:hAnsi="Arial" w:cs="Arial"/>
        </w:rPr>
      </w:pPr>
      <w:r w:rsidRPr="009173AA">
        <w:rPr>
          <w:rFonts w:ascii="Arial" w:hAnsi="Arial" w:cs="Arial"/>
          <w:b/>
        </w:rPr>
        <w:t>HACKETT – London</w:t>
      </w:r>
    </w:p>
    <w:p w14:paraId="2B24D9FA" w14:textId="77777777" w:rsidR="0014633B" w:rsidRPr="009173AA" w:rsidRDefault="00000000" w:rsidP="009173AA">
      <w:pPr>
        <w:spacing w:line="360" w:lineRule="auto"/>
        <w:rPr>
          <w:rFonts w:ascii="Arial" w:hAnsi="Arial" w:cs="Arial"/>
        </w:rPr>
      </w:pPr>
      <w:r w:rsidRPr="009173AA">
        <w:rPr>
          <w:rFonts w:ascii="Arial" w:hAnsi="Arial" w:cs="Arial"/>
          <w:b/>
        </w:rPr>
        <w:t>Sales Assistant | Dec 2023 – May 2025</w:t>
      </w:r>
    </w:p>
    <w:p w14:paraId="3FCB2549" w14:textId="77777777" w:rsidR="0014633B" w:rsidRPr="009173AA" w:rsidRDefault="00000000" w:rsidP="009173AA">
      <w:pPr>
        <w:pStyle w:val="ListBullet"/>
        <w:spacing w:line="360" w:lineRule="auto"/>
        <w:ind w:left="576"/>
        <w:rPr>
          <w:rFonts w:ascii="Arial" w:hAnsi="Arial" w:cs="Arial"/>
        </w:rPr>
      </w:pPr>
      <w:r w:rsidRPr="009173AA">
        <w:rPr>
          <w:rFonts w:ascii="Arial" w:hAnsi="Arial" w:cs="Arial"/>
        </w:rPr>
        <w:t>Delivered premium luxury customer service</w:t>
      </w:r>
    </w:p>
    <w:p w14:paraId="6F6236B6" w14:textId="77777777" w:rsidR="0014633B" w:rsidRPr="009173AA" w:rsidRDefault="00000000" w:rsidP="009173AA">
      <w:pPr>
        <w:pStyle w:val="ListBullet"/>
        <w:spacing w:line="360" w:lineRule="auto"/>
        <w:ind w:left="576"/>
        <w:rPr>
          <w:rFonts w:ascii="Arial" w:hAnsi="Arial" w:cs="Arial"/>
        </w:rPr>
      </w:pPr>
      <w:r w:rsidRPr="009173AA">
        <w:rPr>
          <w:rFonts w:ascii="Arial" w:hAnsi="Arial" w:cs="Arial"/>
        </w:rPr>
        <w:t>Performed suit alterations</w:t>
      </w:r>
    </w:p>
    <w:p w14:paraId="25D9D21D" w14:textId="77777777" w:rsidR="0014633B" w:rsidRPr="009173AA" w:rsidRDefault="00000000" w:rsidP="009173AA">
      <w:pPr>
        <w:pStyle w:val="ListBullet"/>
        <w:spacing w:line="360" w:lineRule="auto"/>
        <w:ind w:left="576"/>
        <w:rPr>
          <w:rFonts w:ascii="Arial" w:hAnsi="Arial" w:cs="Arial"/>
        </w:rPr>
      </w:pPr>
      <w:r w:rsidRPr="009173AA">
        <w:rPr>
          <w:rFonts w:ascii="Arial" w:hAnsi="Arial" w:cs="Arial"/>
        </w:rPr>
        <w:t>Organised and maintained the stockroom</w:t>
      </w:r>
    </w:p>
    <w:p w14:paraId="305E6EE3" w14:textId="77777777" w:rsidR="0014633B" w:rsidRPr="009173AA" w:rsidRDefault="00000000" w:rsidP="009173AA">
      <w:pPr>
        <w:spacing w:line="360" w:lineRule="auto"/>
        <w:rPr>
          <w:rFonts w:ascii="Arial" w:hAnsi="Arial" w:cs="Arial"/>
        </w:rPr>
      </w:pPr>
      <w:r w:rsidRPr="009173AA">
        <w:rPr>
          <w:rFonts w:ascii="Arial" w:hAnsi="Arial" w:cs="Arial"/>
          <w:b/>
        </w:rPr>
        <w:t>PRINCIPLE CLEANING – London</w:t>
      </w:r>
    </w:p>
    <w:p w14:paraId="31D0D7D4" w14:textId="77777777" w:rsidR="0014633B" w:rsidRPr="009173AA" w:rsidRDefault="00000000" w:rsidP="009173AA">
      <w:pPr>
        <w:spacing w:line="360" w:lineRule="auto"/>
        <w:rPr>
          <w:rFonts w:ascii="Arial" w:hAnsi="Arial" w:cs="Arial"/>
        </w:rPr>
      </w:pPr>
      <w:r w:rsidRPr="009173AA">
        <w:rPr>
          <w:rFonts w:ascii="Arial" w:hAnsi="Arial" w:cs="Arial"/>
          <w:b/>
        </w:rPr>
        <w:t>Cleaner | May 2023 – Nov 2023</w:t>
      </w:r>
    </w:p>
    <w:p w14:paraId="33F49FEE" w14:textId="77777777" w:rsidR="0014633B" w:rsidRPr="009173AA" w:rsidRDefault="00000000" w:rsidP="009173AA">
      <w:pPr>
        <w:pStyle w:val="ListBullet"/>
        <w:spacing w:line="360" w:lineRule="auto"/>
        <w:ind w:left="576"/>
        <w:rPr>
          <w:rFonts w:ascii="Arial" w:hAnsi="Arial" w:cs="Arial"/>
        </w:rPr>
      </w:pPr>
      <w:r w:rsidRPr="009173AA">
        <w:rPr>
          <w:rFonts w:ascii="Arial" w:hAnsi="Arial" w:cs="Arial"/>
        </w:rPr>
        <w:t>Cleaned commercial buildings and offices</w:t>
      </w:r>
    </w:p>
    <w:p w14:paraId="4AA844FA" w14:textId="77777777" w:rsidR="0014633B" w:rsidRPr="009173AA" w:rsidRDefault="00000000" w:rsidP="009173AA">
      <w:pPr>
        <w:pStyle w:val="ListBullet"/>
        <w:spacing w:line="360" w:lineRule="auto"/>
        <w:ind w:left="576"/>
        <w:rPr>
          <w:rFonts w:ascii="Arial" w:hAnsi="Arial" w:cs="Arial"/>
        </w:rPr>
      </w:pPr>
      <w:r w:rsidRPr="009173AA">
        <w:rPr>
          <w:rFonts w:ascii="Arial" w:hAnsi="Arial" w:cs="Arial"/>
        </w:rPr>
        <w:t>Maintained hygiene and safety standards</w:t>
      </w:r>
    </w:p>
    <w:p w14:paraId="346B0AA8" w14:textId="77777777" w:rsidR="0014633B" w:rsidRPr="009173AA" w:rsidRDefault="00000000" w:rsidP="009173AA">
      <w:pPr>
        <w:spacing w:line="360" w:lineRule="auto"/>
        <w:rPr>
          <w:rFonts w:ascii="Arial" w:hAnsi="Arial" w:cs="Arial"/>
        </w:rPr>
      </w:pPr>
      <w:r w:rsidRPr="009173AA">
        <w:rPr>
          <w:rFonts w:ascii="Arial" w:hAnsi="Arial" w:cs="Arial"/>
          <w:b/>
        </w:rPr>
        <w:t>SKILLS</w:t>
      </w:r>
    </w:p>
    <w:p w14:paraId="09848EB9" w14:textId="77777777" w:rsidR="0014633B" w:rsidRPr="009173AA" w:rsidRDefault="00000000" w:rsidP="009173AA">
      <w:pPr>
        <w:pStyle w:val="ListBullet"/>
        <w:spacing w:line="360" w:lineRule="auto"/>
        <w:ind w:left="432"/>
        <w:rPr>
          <w:rFonts w:ascii="Arial" w:hAnsi="Arial" w:cs="Arial"/>
        </w:rPr>
      </w:pPr>
      <w:r w:rsidRPr="009173AA">
        <w:rPr>
          <w:rFonts w:ascii="Arial" w:hAnsi="Arial" w:cs="Arial"/>
        </w:rPr>
        <w:t>Leadership &amp; Team Management</w:t>
      </w:r>
    </w:p>
    <w:p w14:paraId="3D6411D2" w14:textId="77777777" w:rsidR="0014633B" w:rsidRPr="009173AA" w:rsidRDefault="00000000" w:rsidP="009173AA">
      <w:pPr>
        <w:pStyle w:val="ListBullet"/>
        <w:spacing w:line="360" w:lineRule="auto"/>
        <w:ind w:left="432"/>
        <w:rPr>
          <w:rFonts w:ascii="Arial" w:hAnsi="Arial" w:cs="Arial"/>
        </w:rPr>
      </w:pPr>
      <w:r w:rsidRPr="009173AA">
        <w:rPr>
          <w:rFonts w:ascii="Arial" w:hAnsi="Arial" w:cs="Arial"/>
        </w:rPr>
        <w:t>Office Administration</w:t>
      </w:r>
    </w:p>
    <w:p w14:paraId="430C6B1F" w14:textId="77777777" w:rsidR="0014633B" w:rsidRPr="009173AA" w:rsidRDefault="00000000" w:rsidP="009173AA">
      <w:pPr>
        <w:pStyle w:val="ListBullet"/>
        <w:spacing w:line="360" w:lineRule="auto"/>
        <w:ind w:left="432"/>
        <w:rPr>
          <w:rFonts w:ascii="Arial" w:hAnsi="Arial" w:cs="Arial"/>
        </w:rPr>
      </w:pPr>
      <w:r w:rsidRPr="009173AA">
        <w:rPr>
          <w:rFonts w:ascii="Arial" w:hAnsi="Arial" w:cs="Arial"/>
        </w:rPr>
        <w:t>Customer Service Excellence</w:t>
      </w:r>
    </w:p>
    <w:p w14:paraId="4E766931" w14:textId="77777777" w:rsidR="0014633B" w:rsidRPr="009173AA" w:rsidRDefault="00000000" w:rsidP="009173AA">
      <w:pPr>
        <w:pStyle w:val="ListBullet"/>
        <w:spacing w:line="360" w:lineRule="auto"/>
        <w:ind w:left="432"/>
        <w:rPr>
          <w:rFonts w:ascii="Arial" w:hAnsi="Arial" w:cs="Arial"/>
        </w:rPr>
      </w:pPr>
      <w:r w:rsidRPr="009173AA">
        <w:rPr>
          <w:rFonts w:ascii="Arial" w:hAnsi="Arial" w:cs="Arial"/>
        </w:rPr>
        <w:t>Inventory &amp; Stock Management</w:t>
      </w:r>
    </w:p>
    <w:p w14:paraId="2FAE49FA" w14:textId="77777777" w:rsidR="0014633B" w:rsidRPr="009173AA" w:rsidRDefault="00000000" w:rsidP="009173AA">
      <w:pPr>
        <w:pStyle w:val="ListBullet"/>
        <w:spacing w:line="360" w:lineRule="auto"/>
        <w:ind w:left="432"/>
        <w:rPr>
          <w:rFonts w:ascii="Arial" w:hAnsi="Arial" w:cs="Arial"/>
        </w:rPr>
      </w:pPr>
      <w:r w:rsidRPr="009173AA">
        <w:rPr>
          <w:rFonts w:ascii="Arial" w:hAnsi="Arial" w:cs="Arial"/>
        </w:rPr>
        <w:t>Rota &amp; Scheduling</w:t>
      </w:r>
    </w:p>
    <w:p w14:paraId="4C58D91B" w14:textId="77777777" w:rsidR="0014633B" w:rsidRPr="009173AA" w:rsidRDefault="00000000" w:rsidP="009173AA">
      <w:pPr>
        <w:pStyle w:val="ListBullet"/>
        <w:spacing w:line="360" w:lineRule="auto"/>
        <w:ind w:left="432"/>
        <w:rPr>
          <w:rFonts w:ascii="Arial" w:hAnsi="Arial" w:cs="Arial"/>
        </w:rPr>
      </w:pPr>
      <w:r w:rsidRPr="009173AA">
        <w:rPr>
          <w:rFonts w:ascii="Arial" w:hAnsi="Arial" w:cs="Arial"/>
        </w:rPr>
        <w:t>Problem Solving</w:t>
      </w:r>
    </w:p>
    <w:p w14:paraId="078DC01F" w14:textId="77777777" w:rsidR="0014633B" w:rsidRPr="009173AA" w:rsidRDefault="00000000" w:rsidP="009173AA">
      <w:pPr>
        <w:pStyle w:val="ListBullet"/>
        <w:spacing w:line="360" w:lineRule="auto"/>
        <w:ind w:left="432"/>
        <w:rPr>
          <w:rFonts w:ascii="Arial" w:hAnsi="Arial" w:cs="Arial"/>
        </w:rPr>
      </w:pPr>
      <w:r w:rsidRPr="009173AA">
        <w:rPr>
          <w:rFonts w:ascii="Arial" w:hAnsi="Arial" w:cs="Arial"/>
        </w:rPr>
        <w:t>Fast Learner &amp; Adaptable</w:t>
      </w:r>
    </w:p>
    <w:p w14:paraId="64101A89" w14:textId="77777777" w:rsidR="0014633B" w:rsidRPr="009173AA" w:rsidRDefault="00000000" w:rsidP="009173AA">
      <w:pPr>
        <w:pStyle w:val="ListBullet"/>
        <w:spacing w:line="360" w:lineRule="auto"/>
        <w:ind w:left="432"/>
        <w:rPr>
          <w:rFonts w:ascii="Arial" w:hAnsi="Arial" w:cs="Arial"/>
        </w:rPr>
      </w:pPr>
      <w:r w:rsidRPr="009173AA">
        <w:rPr>
          <w:rFonts w:ascii="Arial" w:hAnsi="Arial" w:cs="Arial"/>
        </w:rPr>
        <w:t>Organisation &amp; Attention to Detail</w:t>
      </w:r>
    </w:p>
    <w:p w14:paraId="58D6D93A" w14:textId="77777777" w:rsidR="0014633B" w:rsidRPr="009173AA" w:rsidRDefault="00000000" w:rsidP="009173AA">
      <w:pPr>
        <w:pStyle w:val="ListBullet"/>
        <w:spacing w:line="360" w:lineRule="auto"/>
        <w:ind w:left="432"/>
        <w:rPr>
          <w:rFonts w:ascii="Arial" w:hAnsi="Arial" w:cs="Arial"/>
        </w:rPr>
      </w:pPr>
      <w:r w:rsidRPr="009173AA">
        <w:rPr>
          <w:rFonts w:ascii="Arial" w:hAnsi="Arial" w:cs="Arial"/>
        </w:rPr>
        <w:lastRenderedPageBreak/>
        <w:t>Communication</w:t>
      </w:r>
    </w:p>
    <w:p w14:paraId="45586FA5" w14:textId="77777777" w:rsidR="0014633B" w:rsidRPr="009173AA" w:rsidRDefault="00000000" w:rsidP="009173AA">
      <w:pPr>
        <w:spacing w:line="360" w:lineRule="auto"/>
        <w:rPr>
          <w:rFonts w:ascii="Arial" w:hAnsi="Arial" w:cs="Arial"/>
        </w:rPr>
      </w:pPr>
      <w:r w:rsidRPr="009173AA">
        <w:rPr>
          <w:rFonts w:ascii="Arial" w:hAnsi="Arial" w:cs="Arial"/>
          <w:b/>
        </w:rPr>
        <w:t>LANGUAGES</w:t>
      </w:r>
    </w:p>
    <w:p w14:paraId="6CBFE428" w14:textId="77777777" w:rsidR="0014633B" w:rsidRPr="009173AA" w:rsidRDefault="00000000" w:rsidP="009173AA">
      <w:pPr>
        <w:spacing w:line="360" w:lineRule="auto"/>
        <w:rPr>
          <w:rFonts w:ascii="Arial" w:hAnsi="Arial" w:cs="Arial"/>
        </w:rPr>
      </w:pPr>
      <w:r w:rsidRPr="009173AA">
        <w:rPr>
          <w:rFonts w:ascii="Arial" w:hAnsi="Arial" w:cs="Arial"/>
        </w:rPr>
        <w:t>- Portuguese (Native)</w:t>
      </w:r>
    </w:p>
    <w:p w14:paraId="18A0BCDB" w14:textId="77777777" w:rsidR="0014633B" w:rsidRDefault="00000000" w:rsidP="009173AA">
      <w:pPr>
        <w:spacing w:line="360" w:lineRule="auto"/>
        <w:rPr>
          <w:rFonts w:ascii="Arial" w:hAnsi="Arial" w:cs="Arial"/>
        </w:rPr>
      </w:pPr>
      <w:r w:rsidRPr="009173AA">
        <w:rPr>
          <w:rFonts w:ascii="Arial" w:hAnsi="Arial" w:cs="Arial"/>
        </w:rPr>
        <w:t>- English (Fluent)</w:t>
      </w:r>
    </w:p>
    <w:p w14:paraId="67B066E6" w14:textId="77777777" w:rsidR="009173AA" w:rsidRDefault="009173AA" w:rsidP="009173AA">
      <w:pPr>
        <w:spacing w:line="360" w:lineRule="auto"/>
        <w:rPr>
          <w:rFonts w:ascii="Arial" w:hAnsi="Arial" w:cs="Arial"/>
        </w:rPr>
      </w:pPr>
    </w:p>
    <w:p w14:paraId="408DB273" w14:textId="77777777" w:rsidR="009173AA" w:rsidRDefault="009173AA" w:rsidP="009173AA">
      <w:pPr>
        <w:spacing w:line="360" w:lineRule="auto"/>
        <w:rPr>
          <w:rFonts w:ascii="Arial" w:hAnsi="Arial" w:cs="Arial"/>
        </w:rPr>
      </w:pPr>
    </w:p>
    <w:p w14:paraId="0550E848" w14:textId="77777777" w:rsidR="009173AA" w:rsidRDefault="009173AA" w:rsidP="009173AA">
      <w:pPr>
        <w:spacing w:line="360" w:lineRule="auto"/>
        <w:rPr>
          <w:rFonts w:ascii="Arial" w:hAnsi="Arial" w:cs="Arial"/>
        </w:rPr>
      </w:pPr>
    </w:p>
    <w:p w14:paraId="6FDE5FF3" w14:textId="77777777" w:rsidR="009173AA" w:rsidRDefault="009173AA" w:rsidP="009173AA">
      <w:pPr>
        <w:spacing w:line="360" w:lineRule="auto"/>
        <w:rPr>
          <w:rFonts w:ascii="Arial" w:hAnsi="Arial" w:cs="Arial"/>
        </w:rPr>
      </w:pPr>
    </w:p>
    <w:p w14:paraId="34C3D6D8" w14:textId="77777777" w:rsidR="009173AA" w:rsidRDefault="009173AA" w:rsidP="009173AA">
      <w:pPr>
        <w:spacing w:line="360" w:lineRule="auto"/>
        <w:rPr>
          <w:rFonts w:ascii="Arial" w:hAnsi="Arial" w:cs="Arial"/>
        </w:rPr>
      </w:pPr>
    </w:p>
    <w:p w14:paraId="5DB6A4F2" w14:textId="77777777" w:rsidR="009173AA" w:rsidRDefault="009173AA" w:rsidP="009173AA">
      <w:pPr>
        <w:spacing w:line="360" w:lineRule="auto"/>
        <w:rPr>
          <w:rFonts w:ascii="Arial" w:hAnsi="Arial" w:cs="Arial"/>
        </w:rPr>
      </w:pPr>
    </w:p>
    <w:p w14:paraId="126D3560" w14:textId="77777777" w:rsidR="009173AA" w:rsidRDefault="009173AA" w:rsidP="009173AA">
      <w:pPr>
        <w:spacing w:line="360" w:lineRule="auto"/>
        <w:rPr>
          <w:rFonts w:ascii="Arial" w:hAnsi="Arial" w:cs="Arial"/>
        </w:rPr>
      </w:pPr>
    </w:p>
    <w:p w14:paraId="1FA9E01D" w14:textId="77777777" w:rsidR="009173AA" w:rsidRDefault="009173AA" w:rsidP="009173AA">
      <w:pPr>
        <w:spacing w:line="360" w:lineRule="auto"/>
        <w:rPr>
          <w:rFonts w:ascii="Arial" w:hAnsi="Arial" w:cs="Arial"/>
        </w:rPr>
      </w:pPr>
    </w:p>
    <w:p w14:paraId="62EC480B" w14:textId="77777777" w:rsidR="009173AA" w:rsidRDefault="009173AA" w:rsidP="009173AA">
      <w:pPr>
        <w:spacing w:line="360" w:lineRule="auto"/>
        <w:rPr>
          <w:rFonts w:ascii="Arial" w:hAnsi="Arial" w:cs="Arial"/>
        </w:rPr>
      </w:pPr>
    </w:p>
    <w:p w14:paraId="6B9E46E9" w14:textId="77777777" w:rsidR="009173AA" w:rsidRDefault="009173AA" w:rsidP="009173AA">
      <w:pPr>
        <w:spacing w:line="360" w:lineRule="auto"/>
        <w:rPr>
          <w:rFonts w:ascii="Arial" w:hAnsi="Arial" w:cs="Arial"/>
        </w:rPr>
      </w:pPr>
    </w:p>
    <w:p w14:paraId="29DFDE9E" w14:textId="77777777" w:rsidR="009173AA" w:rsidRDefault="009173AA" w:rsidP="009173AA">
      <w:pPr>
        <w:spacing w:line="360" w:lineRule="auto"/>
        <w:rPr>
          <w:rFonts w:ascii="Arial" w:hAnsi="Arial" w:cs="Arial"/>
        </w:rPr>
      </w:pPr>
    </w:p>
    <w:p w14:paraId="2A221096" w14:textId="77777777" w:rsidR="009173AA" w:rsidRDefault="009173AA" w:rsidP="009173AA">
      <w:pPr>
        <w:spacing w:line="360" w:lineRule="auto"/>
        <w:rPr>
          <w:rFonts w:ascii="Arial" w:hAnsi="Arial" w:cs="Arial"/>
        </w:rPr>
      </w:pPr>
    </w:p>
    <w:p w14:paraId="601B00DE" w14:textId="77777777" w:rsidR="009173AA" w:rsidRDefault="009173AA" w:rsidP="009173AA">
      <w:pPr>
        <w:spacing w:line="360" w:lineRule="auto"/>
        <w:rPr>
          <w:rFonts w:ascii="Arial" w:hAnsi="Arial" w:cs="Arial"/>
        </w:rPr>
      </w:pPr>
    </w:p>
    <w:p w14:paraId="3AF14BC4" w14:textId="77777777" w:rsidR="009173AA" w:rsidRDefault="009173AA" w:rsidP="009173AA">
      <w:pPr>
        <w:spacing w:line="360" w:lineRule="auto"/>
        <w:rPr>
          <w:rFonts w:ascii="Arial" w:hAnsi="Arial" w:cs="Arial"/>
        </w:rPr>
      </w:pPr>
    </w:p>
    <w:p w14:paraId="2096B9AF" w14:textId="77777777" w:rsidR="009173AA" w:rsidRDefault="009173AA" w:rsidP="009173AA">
      <w:pPr>
        <w:spacing w:line="360" w:lineRule="auto"/>
        <w:rPr>
          <w:rFonts w:ascii="Arial" w:hAnsi="Arial" w:cs="Arial"/>
        </w:rPr>
      </w:pPr>
    </w:p>
    <w:p w14:paraId="277A6E49" w14:textId="77777777" w:rsidR="009173AA" w:rsidRDefault="009173AA" w:rsidP="009173AA">
      <w:pPr>
        <w:spacing w:line="360" w:lineRule="auto"/>
        <w:rPr>
          <w:rFonts w:ascii="Arial" w:hAnsi="Arial" w:cs="Arial"/>
        </w:rPr>
      </w:pPr>
    </w:p>
    <w:p w14:paraId="6F399948" w14:textId="77777777" w:rsidR="009173AA" w:rsidRDefault="009173AA" w:rsidP="009173AA">
      <w:pPr>
        <w:spacing w:line="360" w:lineRule="auto"/>
        <w:rPr>
          <w:rFonts w:ascii="Arial" w:hAnsi="Arial" w:cs="Arial"/>
        </w:rPr>
      </w:pPr>
    </w:p>
    <w:p w14:paraId="78F2404F" w14:textId="77777777" w:rsidR="009173AA" w:rsidRDefault="009173AA" w:rsidP="009173AA">
      <w:pPr>
        <w:spacing w:line="360" w:lineRule="auto"/>
        <w:rPr>
          <w:rFonts w:ascii="Arial" w:hAnsi="Arial" w:cs="Arial"/>
        </w:rPr>
      </w:pPr>
    </w:p>
    <w:p w14:paraId="1F9CF31B" w14:textId="77777777" w:rsidR="00B73253" w:rsidRPr="00B73253" w:rsidRDefault="00B73253" w:rsidP="00B73253">
      <w:pPr>
        <w:spacing w:line="360" w:lineRule="auto"/>
        <w:jc w:val="right"/>
        <w:rPr>
          <w:rFonts w:ascii="Arial" w:hAnsi="Arial" w:cs="Arial"/>
          <w:lang w:val="pt-BR"/>
        </w:rPr>
      </w:pPr>
      <w:r w:rsidRPr="00B73253">
        <w:rPr>
          <w:rFonts w:ascii="Arial" w:hAnsi="Arial" w:cs="Arial"/>
          <w:i/>
          <w:lang w:val="pt-BR"/>
        </w:rPr>
        <w:lastRenderedPageBreak/>
        <w:t>LETICIA DA CUNHA SOUZA</w:t>
      </w:r>
    </w:p>
    <w:p w14:paraId="63271019" w14:textId="77777777" w:rsidR="00B73253" w:rsidRPr="00B73253" w:rsidRDefault="00B73253" w:rsidP="00B73253">
      <w:pPr>
        <w:spacing w:line="360" w:lineRule="auto"/>
        <w:rPr>
          <w:rFonts w:ascii="Arial" w:hAnsi="Arial" w:cs="Arial"/>
          <w:i/>
          <w:lang w:val="pt-BR"/>
        </w:rPr>
      </w:pPr>
    </w:p>
    <w:p w14:paraId="6CA17F3F" w14:textId="77777777" w:rsidR="00B73253" w:rsidRPr="00B73253" w:rsidRDefault="00B73253" w:rsidP="00B73253">
      <w:pPr>
        <w:spacing w:line="360" w:lineRule="auto"/>
        <w:rPr>
          <w:rFonts w:ascii="Arial" w:hAnsi="Arial" w:cs="Arial"/>
          <w:i/>
          <w:lang w:val="pt-BR"/>
        </w:rPr>
      </w:pPr>
    </w:p>
    <w:p w14:paraId="0A9B90DF" w14:textId="77777777" w:rsidR="00B73253" w:rsidRPr="00B73253" w:rsidRDefault="00B73253" w:rsidP="00B73253">
      <w:pPr>
        <w:spacing w:line="360" w:lineRule="auto"/>
        <w:rPr>
          <w:rFonts w:ascii="Arial" w:hAnsi="Arial" w:cs="Arial"/>
          <w:lang w:val="pt-BR"/>
        </w:rPr>
      </w:pPr>
      <w:r w:rsidRPr="00B73253">
        <w:rPr>
          <w:rFonts w:ascii="Arial" w:hAnsi="Arial" w:cs="Arial"/>
          <w:i/>
          <w:lang w:val="pt-BR"/>
        </w:rPr>
        <w:t>Dear Hiring Manager</w:t>
      </w:r>
    </w:p>
    <w:p w14:paraId="0D116D97" w14:textId="77777777" w:rsidR="00B73253" w:rsidRPr="00B73253" w:rsidRDefault="00B73253" w:rsidP="00B73253">
      <w:pPr>
        <w:spacing w:line="360" w:lineRule="auto"/>
        <w:rPr>
          <w:rFonts w:ascii="Arial" w:hAnsi="Arial" w:cs="Arial"/>
        </w:rPr>
      </w:pPr>
      <w:r w:rsidRPr="00B73253">
        <w:rPr>
          <w:rFonts w:ascii="Arial" w:hAnsi="Arial" w:cs="Arial"/>
          <w:i/>
        </w:rPr>
        <w:t>246 Westminster Bridge Road, London</w:t>
      </w:r>
    </w:p>
    <w:p w14:paraId="70A604A2" w14:textId="77777777" w:rsidR="00B73253" w:rsidRPr="00B73253" w:rsidRDefault="00B73253" w:rsidP="00B73253">
      <w:pPr>
        <w:spacing w:line="360" w:lineRule="auto"/>
        <w:rPr>
          <w:rFonts w:ascii="Arial" w:hAnsi="Arial" w:cs="Arial"/>
          <w:i/>
        </w:rPr>
      </w:pPr>
      <w:r w:rsidRPr="00B73253">
        <w:rPr>
          <w:rFonts w:ascii="Arial" w:hAnsi="Arial" w:cs="Arial"/>
          <w:i/>
        </w:rPr>
        <w:t>SE1 7PD</w:t>
      </w:r>
    </w:p>
    <w:p w14:paraId="2C0C9F55" w14:textId="77777777" w:rsidR="00B73253" w:rsidRPr="00B73253" w:rsidRDefault="00B73253" w:rsidP="00B73253">
      <w:pPr>
        <w:spacing w:line="360" w:lineRule="auto"/>
        <w:rPr>
          <w:rFonts w:ascii="Arial" w:hAnsi="Arial" w:cs="Arial"/>
          <w:i/>
        </w:rPr>
      </w:pPr>
      <w:r w:rsidRPr="00B73253">
        <w:rPr>
          <w:rFonts w:ascii="Arial" w:hAnsi="Arial" w:cs="Arial"/>
          <w:i/>
        </w:rPr>
        <w:t>16/11/2025</w:t>
      </w:r>
    </w:p>
    <w:p w14:paraId="459C9531" w14:textId="77777777" w:rsidR="00B73253" w:rsidRPr="00B73253" w:rsidRDefault="00B73253" w:rsidP="00B73253">
      <w:pPr>
        <w:spacing w:line="360" w:lineRule="auto"/>
        <w:rPr>
          <w:rFonts w:ascii="Arial" w:hAnsi="Arial" w:cs="Arial"/>
        </w:rPr>
      </w:pPr>
    </w:p>
    <w:p w14:paraId="231451BE" w14:textId="55397E25" w:rsidR="00B73253" w:rsidRPr="00B73253" w:rsidRDefault="00B73253" w:rsidP="00B73253">
      <w:pPr>
        <w:spacing w:line="360" w:lineRule="auto"/>
        <w:rPr>
          <w:rFonts w:ascii="Arial" w:hAnsi="Arial" w:cs="Arial"/>
        </w:rPr>
      </w:pPr>
      <w:r w:rsidRPr="00B73253">
        <w:rPr>
          <w:rFonts w:ascii="Arial" w:hAnsi="Arial" w:cs="Arial"/>
        </w:rPr>
        <w:t>Dear Manager</w:t>
      </w:r>
      <w:r>
        <w:rPr>
          <w:rFonts w:ascii="Arial" w:hAnsi="Arial" w:cs="Arial"/>
        </w:rPr>
        <w:t>,</w:t>
      </w:r>
    </w:p>
    <w:p w14:paraId="5D90B0CD" w14:textId="77777777" w:rsidR="00B73253" w:rsidRPr="00B73253" w:rsidRDefault="00B73253" w:rsidP="00B73253">
      <w:pPr>
        <w:spacing w:line="360" w:lineRule="auto"/>
        <w:rPr>
          <w:rFonts w:ascii="Arial" w:hAnsi="Arial" w:cs="Arial"/>
        </w:rPr>
      </w:pPr>
      <w:r w:rsidRPr="00B73253">
        <w:rPr>
          <w:rFonts w:ascii="Arial" w:hAnsi="Arial" w:cs="Arial"/>
        </w:rPr>
        <w:t xml:space="preserve">I wish to apply for the role of Office Manager, currently being advertised on Indeed. Please find enclosed my CV for your consideration. </w:t>
      </w:r>
    </w:p>
    <w:p w14:paraId="12DB8CF4" w14:textId="39D90D9C" w:rsidR="00B73253" w:rsidRPr="00B73253" w:rsidRDefault="00B73253" w:rsidP="00B73253">
      <w:pPr>
        <w:spacing w:line="360" w:lineRule="auto"/>
        <w:rPr>
          <w:rFonts w:ascii="Arial" w:hAnsi="Arial" w:cs="Arial"/>
        </w:rPr>
      </w:pPr>
      <w:r w:rsidRPr="00B73253">
        <w:rPr>
          <w:rFonts w:ascii="Arial" w:hAnsi="Arial" w:cs="Arial"/>
        </w:rPr>
        <w:t xml:space="preserve">As you can see from my attached CV, I have over two years of experience in the retail industry, and I believe all the skills and experiences that I </w:t>
      </w:r>
      <w:r w:rsidRPr="00B73253">
        <w:rPr>
          <w:rFonts w:ascii="Arial" w:hAnsi="Arial" w:cs="Arial"/>
        </w:rPr>
        <w:t>brought during</w:t>
      </w:r>
      <w:r w:rsidRPr="00B73253">
        <w:rPr>
          <w:rFonts w:ascii="Arial" w:hAnsi="Arial" w:cs="Arial"/>
        </w:rPr>
        <w:t xml:space="preserve"> this time make me the right/perfect candidate for the role.</w:t>
      </w:r>
    </w:p>
    <w:p w14:paraId="0BBB3660" w14:textId="77777777" w:rsidR="00B73253" w:rsidRPr="00B73253" w:rsidRDefault="00B73253" w:rsidP="00B73253">
      <w:pPr>
        <w:spacing w:line="360" w:lineRule="auto"/>
        <w:rPr>
          <w:rFonts w:ascii="Arial" w:hAnsi="Arial" w:cs="Arial"/>
        </w:rPr>
      </w:pPr>
      <w:r w:rsidRPr="00B73253">
        <w:rPr>
          <w:rFonts w:ascii="Arial" w:hAnsi="Arial" w:cs="Arial"/>
        </w:rPr>
        <w:t xml:space="preserve">In my current role as </w:t>
      </w:r>
      <w:proofErr w:type="spellStart"/>
      <w:proofErr w:type="gramStart"/>
      <w:r w:rsidRPr="00B73253">
        <w:rPr>
          <w:rFonts w:ascii="Arial" w:hAnsi="Arial" w:cs="Arial"/>
        </w:rPr>
        <w:t>a</w:t>
      </w:r>
      <w:proofErr w:type="spellEnd"/>
      <w:proofErr w:type="gramEnd"/>
      <w:r w:rsidRPr="00B73253">
        <w:rPr>
          <w:rFonts w:ascii="Arial" w:hAnsi="Arial" w:cs="Arial"/>
        </w:rPr>
        <w:t xml:space="preserve"> Assistant Manager at All Good Things, I have been responsible for </w:t>
      </w:r>
    </w:p>
    <w:p w14:paraId="2E89C3F5" w14:textId="71BCA7D9" w:rsidR="00B73253" w:rsidRPr="00B73253" w:rsidRDefault="00B73253" w:rsidP="00B73253">
      <w:pPr>
        <w:tabs>
          <w:tab w:val="left" w:pos="9940"/>
        </w:tabs>
        <w:spacing w:after="160" w:line="360" w:lineRule="auto"/>
        <w:rPr>
          <w:rFonts w:ascii="Arial" w:hAnsi="Arial" w:cs="Arial"/>
          <w:i/>
        </w:rPr>
      </w:pPr>
      <w:r w:rsidRPr="00B73253">
        <w:rPr>
          <w:rFonts w:ascii="Arial" w:hAnsi="Arial" w:cs="Arial"/>
          <w:i/>
        </w:rPr>
        <w:t xml:space="preserve">Help </w:t>
      </w:r>
      <w:r w:rsidRPr="000C1619">
        <w:rPr>
          <w:rFonts w:ascii="Arial" w:hAnsi="Arial" w:cs="Arial"/>
          <w:i/>
        </w:rPr>
        <w:t xml:space="preserve">manage team </w:t>
      </w:r>
      <w:proofErr w:type="spellStart"/>
      <w:r w:rsidRPr="000C1619">
        <w:rPr>
          <w:rFonts w:ascii="Arial" w:hAnsi="Arial" w:cs="Arial"/>
          <w:i/>
        </w:rPr>
        <w:t>rotas</w:t>
      </w:r>
      <w:proofErr w:type="spellEnd"/>
      <w:r w:rsidRPr="000C1619">
        <w:rPr>
          <w:rFonts w:ascii="Arial" w:hAnsi="Arial" w:cs="Arial"/>
          <w:i/>
        </w:rPr>
        <w:t xml:space="preserve">, ensure store targets are met, oversee stockroom </w:t>
      </w:r>
      <w:r w:rsidRPr="000C1619">
        <w:rPr>
          <w:rFonts w:ascii="Arial" w:hAnsi="Arial" w:cs="Arial"/>
          <w:i/>
        </w:rPr>
        <w:t>organization</w:t>
      </w:r>
      <w:r w:rsidRPr="000C1619">
        <w:rPr>
          <w:rFonts w:ascii="Arial" w:hAnsi="Arial" w:cs="Arial"/>
          <w:i/>
        </w:rPr>
        <w:t>, coordinate deliveries, and handle customer issues with professionalism and efficiency</w:t>
      </w:r>
      <w:r w:rsidRPr="00B73253">
        <w:rPr>
          <w:rFonts w:ascii="Arial" w:hAnsi="Arial" w:cs="Arial"/>
        </w:rPr>
        <w:t xml:space="preserve">. All of this, coupled with my enthusiasm and </w:t>
      </w:r>
      <w:r w:rsidRPr="00B73253">
        <w:rPr>
          <w:rFonts w:ascii="Arial" w:hAnsi="Arial" w:cs="Arial"/>
        </w:rPr>
        <w:t>dedication,</w:t>
      </w:r>
      <w:r w:rsidRPr="00B73253">
        <w:rPr>
          <w:rFonts w:ascii="Arial" w:hAnsi="Arial" w:cs="Arial"/>
          <w:i/>
        </w:rPr>
        <w:t xml:space="preserve"> </w:t>
      </w:r>
      <w:r w:rsidRPr="000C1619">
        <w:rPr>
          <w:rFonts w:ascii="Arial" w:hAnsi="Arial" w:cs="Arial"/>
          <w:i/>
        </w:rPr>
        <w:t xml:space="preserve">have developed excellent </w:t>
      </w:r>
      <w:r w:rsidRPr="000C1619">
        <w:rPr>
          <w:rFonts w:ascii="Arial" w:hAnsi="Arial" w:cs="Arial"/>
          <w:i/>
        </w:rPr>
        <w:t>organizational</w:t>
      </w:r>
      <w:r w:rsidRPr="000C1619">
        <w:rPr>
          <w:rFonts w:ascii="Arial" w:hAnsi="Arial" w:cs="Arial"/>
          <w:i/>
        </w:rPr>
        <w:t xml:space="preserve"> skills, clear communication, and the ability to manage multiple tasks simultaneously — all essential qualities for an Office Manager.</w:t>
      </w:r>
    </w:p>
    <w:p w14:paraId="762F5868" w14:textId="5C8AC5B6" w:rsidR="00B73253" w:rsidRPr="00B73253" w:rsidRDefault="00B73253" w:rsidP="00B73253">
      <w:pPr>
        <w:spacing w:line="360" w:lineRule="auto"/>
        <w:rPr>
          <w:rFonts w:ascii="Arial" w:hAnsi="Arial" w:cs="Arial"/>
        </w:rPr>
      </w:pPr>
      <w:r w:rsidRPr="00B73253">
        <w:rPr>
          <w:rFonts w:ascii="Arial" w:hAnsi="Arial" w:cs="Arial"/>
        </w:rPr>
        <w:t xml:space="preserve">I am confident that I can bring this level of success with me to your </w:t>
      </w:r>
      <w:r w:rsidRPr="00B73253">
        <w:rPr>
          <w:rFonts w:ascii="Arial" w:hAnsi="Arial" w:cs="Arial"/>
        </w:rPr>
        <w:t>organization</w:t>
      </w:r>
      <w:r w:rsidRPr="00B73253">
        <w:rPr>
          <w:rFonts w:ascii="Arial" w:hAnsi="Arial" w:cs="Arial"/>
        </w:rPr>
        <w:t xml:space="preserve"> and help the </w:t>
      </w:r>
      <w:r>
        <w:rPr>
          <w:rFonts w:ascii="Arial" w:hAnsi="Arial" w:cs="Arial"/>
        </w:rPr>
        <w:t>team to</w:t>
      </w:r>
      <w:r w:rsidRPr="00B73253">
        <w:rPr>
          <w:rFonts w:ascii="Arial" w:hAnsi="Arial" w:cs="Arial"/>
        </w:rPr>
        <w:t xml:space="preserve"> build upon their reputation as Office Manager, </w:t>
      </w:r>
      <w:proofErr w:type="gramStart"/>
      <w:r w:rsidRPr="00B73253">
        <w:rPr>
          <w:rFonts w:ascii="Arial" w:hAnsi="Arial" w:cs="Arial"/>
        </w:rPr>
        <w:t>With</w:t>
      </w:r>
      <w:proofErr w:type="gramEnd"/>
      <w:r w:rsidRPr="00B73253">
        <w:rPr>
          <w:rFonts w:ascii="Arial" w:hAnsi="Arial" w:cs="Arial"/>
        </w:rPr>
        <w:t xml:space="preserve"> my previous experience and expertise, I believe my contribution will have much positive impact. </w:t>
      </w:r>
    </w:p>
    <w:p w14:paraId="115F75C9" w14:textId="77777777" w:rsidR="00B73253" w:rsidRPr="00B73253" w:rsidRDefault="00B73253" w:rsidP="00B73253">
      <w:pPr>
        <w:spacing w:line="360" w:lineRule="auto"/>
        <w:rPr>
          <w:rFonts w:ascii="Arial" w:hAnsi="Arial" w:cs="Arial"/>
        </w:rPr>
      </w:pPr>
    </w:p>
    <w:p w14:paraId="163657FE" w14:textId="26BA0D24" w:rsidR="00B73253" w:rsidRDefault="00B73253" w:rsidP="00B73253">
      <w:pPr>
        <w:tabs>
          <w:tab w:val="left" w:pos="9940"/>
        </w:tabs>
        <w:spacing w:after="160" w:line="360" w:lineRule="auto"/>
        <w:rPr>
          <w:rFonts w:ascii="Arial" w:hAnsi="Arial" w:cs="Arial"/>
          <w:i/>
        </w:rPr>
      </w:pPr>
      <w:r w:rsidRPr="00B73253">
        <w:rPr>
          <w:rFonts w:ascii="Arial" w:hAnsi="Arial" w:cs="Arial"/>
        </w:rPr>
        <w:lastRenderedPageBreak/>
        <w:t>Thank you for considering my application. I look forward to</w:t>
      </w:r>
      <w:r w:rsidRPr="000C1619">
        <w:rPr>
          <w:rFonts w:ascii="Arial" w:hAnsi="Arial" w:cs="Arial"/>
          <w:i/>
        </w:rPr>
        <w:t xml:space="preserve"> the opportunity to discuss how I can contribute to your team.</w:t>
      </w:r>
    </w:p>
    <w:p w14:paraId="652ACFC8" w14:textId="77777777" w:rsidR="00B73253" w:rsidRPr="000C1619" w:rsidRDefault="00B73253" w:rsidP="00B73253">
      <w:pPr>
        <w:tabs>
          <w:tab w:val="left" w:pos="9940"/>
        </w:tabs>
        <w:spacing w:after="160" w:line="360" w:lineRule="auto"/>
        <w:rPr>
          <w:rFonts w:ascii="Arial" w:hAnsi="Arial" w:cs="Arial"/>
          <w:i/>
        </w:rPr>
      </w:pPr>
    </w:p>
    <w:p w14:paraId="3DDA790D" w14:textId="77777777" w:rsidR="00B73253" w:rsidRDefault="00B73253" w:rsidP="00B73253">
      <w:pPr>
        <w:spacing w:line="360" w:lineRule="auto"/>
        <w:rPr>
          <w:rFonts w:ascii="Arial" w:hAnsi="Arial" w:cs="Arial"/>
          <w:lang w:val="pt-BR"/>
        </w:rPr>
      </w:pPr>
      <w:r w:rsidRPr="00B73253">
        <w:rPr>
          <w:rFonts w:ascii="Arial" w:hAnsi="Arial" w:cs="Arial"/>
          <w:lang w:val="pt-BR"/>
        </w:rPr>
        <w:t>Yours sincerely,</w:t>
      </w:r>
    </w:p>
    <w:p w14:paraId="4F49AACF" w14:textId="77777777" w:rsidR="00B73253" w:rsidRPr="00B73253" w:rsidRDefault="00B73253" w:rsidP="00B73253">
      <w:pPr>
        <w:spacing w:line="360" w:lineRule="auto"/>
        <w:rPr>
          <w:rFonts w:ascii="Arial" w:hAnsi="Arial" w:cs="Arial"/>
          <w:lang w:val="pt-BR"/>
        </w:rPr>
      </w:pPr>
    </w:p>
    <w:p w14:paraId="0162B008" w14:textId="77777777" w:rsidR="00B73253" w:rsidRPr="00B73253" w:rsidRDefault="00B73253" w:rsidP="00B73253">
      <w:pPr>
        <w:spacing w:line="360" w:lineRule="auto"/>
        <w:rPr>
          <w:rFonts w:ascii="Arial" w:hAnsi="Arial" w:cs="Arial"/>
          <w:lang w:val="pt-BR"/>
        </w:rPr>
      </w:pPr>
      <w:r w:rsidRPr="00B73253">
        <w:rPr>
          <w:rFonts w:ascii="Arial" w:hAnsi="Arial" w:cs="Arial"/>
          <w:i/>
          <w:lang w:val="pt-BR"/>
        </w:rPr>
        <w:t>Leticia da Cunha Souza</w:t>
      </w:r>
    </w:p>
    <w:p w14:paraId="2FB8ACE9" w14:textId="77777777" w:rsidR="009173AA" w:rsidRDefault="009173AA" w:rsidP="009173AA">
      <w:pPr>
        <w:spacing w:line="360" w:lineRule="auto"/>
        <w:rPr>
          <w:rFonts w:ascii="Arial" w:hAnsi="Arial" w:cs="Arial"/>
          <w:lang w:val="pt-BR"/>
        </w:rPr>
      </w:pPr>
    </w:p>
    <w:p w14:paraId="765F8F14" w14:textId="77777777" w:rsidR="00B73253" w:rsidRDefault="00B73253" w:rsidP="009173AA">
      <w:pPr>
        <w:spacing w:line="360" w:lineRule="auto"/>
        <w:rPr>
          <w:rFonts w:ascii="Arial" w:hAnsi="Arial" w:cs="Arial"/>
          <w:lang w:val="pt-BR"/>
        </w:rPr>
      </w:pPr>
    </w:p>
    <w:p w14:paraId="7C464FA7" w14:textId="77777777" w:rsidR="00B73253" w:rsidRDefault="00B73253" w:rsidP="009173AA">
      <w:pPr>
        <w:spacing w:line="360" w:lineRule="auto"/>
        <w:rPr>
          <w:rFonts w:ascii="Arial" w:hAnsi="Arial" w:cs="Arial"/>
          <w:lang w:val="pt-BR"/>
        </w:rPr>
      </w:pPr>
    </w:p>
    <w:p w14:paraId="05C33BDE" w14:textId="77777777" w:rsidR="00B73253" w:rsidRDefault="00B73253" w:rsidP="009173AA">
      <w:pPr>
        <w:spacing w:line="360" w:lineRule="auto"/>
        <w:rPr>
          <w:rFonts w:ascii="Arial" w:hAnsi="Arial" w:cs="Arial"/>
          <w:lang w:val="pt-BR"/>
        </w:rPr>
      </w:pPr>
    </w:p>
    <w:p w14:paraId="7CF116D6" w14:textId="77777777" w:rsidR="00B73253" w:rsidRDefault="00B73253" w:rsidP="009173AA">
      <w:pPr>
        <w:spacing w:line="360" w:lineRule="auto"/>
        <w:rPr>
          <w:rFonts w:ascii="Arial" w:hAnsi="Arial" w:cs="Arial"/>
          <w:lang w:val="pt-BR"/>
        </w:rPr>
      </w:pPr>
    </w:p>
    <w:p w14:paraId="28AA8A9A" w14:textId="77777777" w:rsidR="00B73253" w:rsidRDefault="00B73253" w:rsidP="009173AA">
      <w:pPr>
        <w:spacing w:line="360" w:lineRule="auto"/>
        <w:rPr>
          <w:rFonts w:ascii="Arial" w:hAnsi="Arial" w:cs="Arial"/>
          <w:lang w:val="pt-BR"/>
        </w:rPr>
      </w:pPr>
    </w:p>
    <w:p w14:paraId="13D03601" w14:textId="77777777" w:rsidR="00B73253" w:rsidRDefault="00B73253" w:rsidP="009173AA">
      <w:pPr>
        <w:spacing w:line="360" w:lineRule="auto"/>
        <w:rPr>
          <w:rFonts w:ascii="Arial" w:hAnsi="Arial" w:cs="Arial"/>
          <w:lang w:val="pt-BR"/>
        </w:rPr>
      </w:pPr>
    </w:p>
    <w:p w14:paraId="661BB3A6" w14:textId="77777777" w:rsidR="00B73253" w:rsidRDefault="00B73253" w:rsidP="009173AA">
      <w:pPr>
        <w:spacing w:line="360" w:lineRule="auto"/>
        <w:rPr>
          <w:rFonts w:ascii="Arial" w:hAnsi="Arial" w:cs="Arial"/>
          <w:lang w:val="pt-BR"/>
        </w:rPr>
      </w:pPr>
    </w:p>
    <w:p w14:paraId="3F40837B" w14:textId="77777777" w:rsidR="00B73253" w:rsidRDefault="00B73253" w:rsidP="009173AA">
      <w:pPr>
        <w:spacing w:line="360" w:lineRule="auto"/>
        <w:rPr>
          <w:rFonts w:ascii="Arial" w:hAnsi="Arial" w:cs="Arial"/>
          <w:lang w:val="pt-BR"/>
        </w:rPr>
      </w:pPr>
    </w:p>
    <w:p w14:paraId="22A2BCCF" w14:textId="77777777" w:rsidR="00B73253" w:rsidRDefault="00B73253" w:rsidP="009173AA">
      <w:pPr>
        <w:spacing w:line="360" w:lineRule="auto"/>
        <w:rPr>
          <w:rFonts w:ascii="Arial" w:hAnsi="Arial" w:cs="Arial"/>
          <w:lang w:val="pt-BR"/>
        </w:rPr>
      </w:pPr>
    </w:p>
    <w:p w14:paraId="152EACE3" w14:textId="77777777" w:rsidR="00B73253" w:rsidRDefault="00B73253" w:rsidP="009173AA">
      <w:pPr>
        <w:spacing w:line="360" w:lineRule="auto"/>
        <w:rPr>
          <w:rFonts w:ascii="Arial" w:hAnsi="Arial" w:cs="Arial"/>
          <w:lang w:val="pt-BR"/>
        </w:rPr>
      </w:pPr>
    </w:p>
    <w:p w14:paraId="5924A5FC" w14:textId="77777777" w:rsidR="00B73253" w:rsidRDefault="00B73253" w:rsidP="009173AA">
      <w:pPr>
        <w:spacing w:line="360" w:lineRule="auto"/>
        <w:rPr>
          <w:rFonts w:ascii="Arial" w:hAnsi="Arial" w:cs="Arial"/>
          <w:lang w:val="pt-BR"/>
        </w:rPr>
      </w:pPr>
    </w:p>
    <w:p w14:paraId="25ED62F1" w14:textId="77777777" w:rsidR="00B73253" w:rsidRDefault="00B73253" w:rsidP="009173AA">
      <w:pPr>
        <w:spacing w:line="360" w:lineRule="auto"/>
        <w:rPr>
          <w:rFonts w:ascii="Arial" w:hAnsi="Arial" w:cs="Arial"/>
          <w:lang w:val="pt-BR"/>
        </w:rPr>
      </w:pPr>
    </w:p>
    <w:p w14:paraId="63D06317" w14:textId="77777777" w:rsidR="00B73253" w:rsidRDefault="00B73253" w:rsidP="009173AA">
      <w:pPr>
        <w:spacing w:line="360" w:lineRule="auto"/>
        <w:rPr>
          <w:rFonts w:ascii="Arial" w:hAnsi="Arial" w:cs="Arial"/>
          <w:lang w:val="pt-BR"/>
        </w:rPr>
      </w:pPr>
    </w:p>
    <w:p w14:paraId="71A613B1" w14:textId="77777777" w:rsidR="00B73253" w:rsidRDefault="00B73253" w:rsidP="009173AA">
      <w:pPr>
        <w:spacing w:line="360" w:lineRule="auto"/>
        <w:rPr>
          <w:rFonts w:ascii="Arial" w:hAnsi="Arial" w:cs="Arial"/>
          <w:lang w:val="pt-BR"/>
        </w:rPr>
      </w:pPr>
    </w:p>
    <w:p w14:paraId="5B4FF9A9" w14:textId="77777777" w:rsidR="00B73253" w:rsidRDefault="00B73253" w:rsidP="009173AA">
      <w:pPr>
        <w:spacing w:line="360" w:lineRule="auto"/>
        <w:rPr>
          <w:rFonts w:ascii="Arial" w:hAnsi="Arial" w:cs="Arial"/>
          <w:lang w:val="pt-BR"/>
        </w:rPr>
      </w:pPr>
    </w:p>
    <w:p w14:paraId="2791FA57" w14:textId="77777777" w:rsidR="00B73253" w:rsidRDefault="00B73253" w:rsidP="009173AA">
      <w:pPr>
        <w:spacing w:line="360" w:lineRule="auto"/>
        <w:rPr>
          <w:rFonts w:ascii="Arial" w:hAnsi="Arial" w:cs="Arial"/>
          <w:lang w:val="pt-BR"/>
        </w:rPr>
      </w:pPr>
    </w:p>
    <w:p w14:paraId="2510EE7F" w14:textId="1A9A8E7F" w:rsidR="00B73253" w:rsidRDefault="008E34C9" w:rsidP="009173AA">
      <w:pPr>
        <w:spacing w:line="360" w:lineRule="auto"/>
        <w:rPr>
          <w:rFonts w:ascii="Arial" w:hAnsi="Arial" w:cs="Arial"/>
          <w:noProof/>
          <w:lang w:val="pt-BR"/>
        </w:rPr>
      </w:pPr>
      <w:r>
        <w:rPr>
          <w:rFonts w:ascii="Arial" w:hAnsi="Arial" w:cs="Arial"/>
          <w:noProof/>
          <w:lang w:val="pt-BR"/>
        </w:rPr>
        <w:lastRenderedPageBreak/>
        <w:drawing>
          <wp:inline distT="0" distB="0" distL="0" distR="0" wp14:anchorId="4C519145" wp14:editId="094FB479">
            <wp:extent cx="2585187" cy="4057650"/>
            <wp:effectExtent l="0" t="0" r="5715" b="0"/>
            <wp:docPr id="624619944" name="Picture 1" descr="A screenshot of a profi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619944" name="Picture 1" descr="A screenshot of a profile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97614" cy="4077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pt-BR"/>
        </w:rPr>
        <w:drawing>
          <wp:inline distT="0" distB="0" distL="0" distR="0" wp14:anchorId="5FE131C1" wp14:editId="6331FE87">
            <wp:extent cx="2695693" cy="4191000"/>
            <wp:effectExtent l="0" t="0" r="9525" b="0"/>
            <wp:docPr id="1130226652" name="Picture 2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226652" name="Picture 2" descr="A close-up of a document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13660" cy="4218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pt-BR"/>
        </w:rPr>
        <w:drawing>
          <wp:inline distT="0" distB="0" distL="0" distR="0" wp14:anchorId="2383B68A" wp14:editId="6019365F">
            <wp:extent cx="2032437" cy="3304941"/>
            <wp:effectExtent l="0" t="0" r="6350" b="0"/>
            <wp:docPr id="281967894" name="Picture 3" descr="A list of tasks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967894" name="Picture 3" descr="A list of tasks on a white background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44452" cy="3324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pt-BR"/>
        </w:rPr>
        <w:drawing>
          <wp:inline distT="0" distB="0" distL="0" distR="0" wp14:anchorId="0370DF4D" wp14:editId="7688FB80">
            <wp:extent cx="2057400" cy="3229248"/>
            <wp:effectExtent l="0" t="0" r="0" b="9525"/>
            <wp:docPr id="731667402" name="Picture 4" descr="A close-up of a list of busine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1667402" name="Picture 4" descr="A close-up of a list of business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3229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B6D00E" w14:textId="77777777" w:rsidR="008E34C9" w:rsidRDefault="008E34C9" w:rsidP="009173AA">
      <w:pPr>
        <w:spacing w:line="360" w:lineRule="auto"/>
        <w:rPr>
          <w:rFonts w:ascii="Arial" w:hAnsi="Arial" w:cs="Arial"/>
          <w:noProof/>
          <w:lang w:val="pt-BR"/>
        </w:rPr>
      </w:pPr>
    </w:p>
    <w:p w14:paraId="2645EA32" w14:textId="7B8C7D96" w:rsidR="008E34C9" w:rsidRDefault="008E34C9" w:rsidP="009173AA">
      <w:pPr>
        <w:spacing w:line="360" w:lineRule="auto"/>
        <w:rPr>
          <w:rFonts w:ascii="Arial" w:hAnsi="Arial" w:cs="Arial"/>
          <w:lang w:val="pt-BR"/>
        </w:rPr>
      </w:pPr>
      <w:r>
        <w:rPr>
          <w:rFonts w:ascii="Arial" w:hAnsi="Arial" w:cs="Arial"/>
          <w:noProof/>
          <w:lang w:val="pt-BR"/>
        </w:rPr>
        <w:lastRenderedPageBreak/>
        <w:drawing>
          <wp:inline distT="0" distB="0" distL="0" distR="0" wp14:anchorId="4598C9A1" wp14:editId="7927704B">
            <wp:extent cx="2057400" cy="3192898"/>
            <wp:effectExtent l="0" t="0" r="0" b="7620"/>
            <wp:docPr id="2099496845" name="Picture 9" descr="A close-up of a list of job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9496845" name="Picture 9" descr="A close-up of a list of jobs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67420" cy="3208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44B2">
        <w:rPr>
          <w:rFonts w:ascii="Arial" w:hAnsi="Arial" w:cs="Arial"/>
          <w:noProof/>
          <w:lang w:val="pt-BR"/>
        </w:rPr>
        <w:t xml:space="preserve">                                </w:t>
      </w:r>
      <w:r w:rsidR="009944B2">
        <w:rPr>
          <w:rFonts w:ascii="Arial" w:hAnsi="Arial" w:cs="Arial"/>
          <w:noProof/>
          <w:lang w:val="pt-BR"/>
        </w:rPr>
        <w:drawing>
          <wp:inline distT="0" distB="0" distL="0" distR="0" wp14:anchorId="10DA3F31" wp14:editId="016C8568">
            <wp:extent cx="2026629" cy="3122295"/>
            <wp:effectExtent l="0" t="0" r="0" b="1905"/>
            <wp:docPr id="514284037" name="Picture 1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284037" name="Picture 11" descr="A white background with black text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45336" cy="3151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0E3F03" w14:textId="1D8642B2" w:rsidR="009944B2" w:rsidRDefault="009944B2" w:rsidP="009944B2">
      <w:pPr>
        <w:spacing w:line="360" w:lineRule="auto"/>
        <w:jc w:val="right"/>
        <w:rPr>
          <w:rFonts w:ascii="Arial" w:hAnsi="Arial" w:cs="Arial"/>
          <w:lang w:val="pt-BR"/>
        </w:rPr>
      </w:pPr>
    </w:p>
    <w:p w14:paraId="43D72116" w14:textId="0D9DB7C2" w:rsidR="009944B2" w:rsidRDefault="009944B2" w:rsidP="009173AA">
      <w:pPr>
        <w:spacing w:line="360" w:lineRule="auto"/>
        <w:rPr>
          <w:rFonts w:ascii="Arial" w:hAnsi="Arial" w:cs="Arial"/>
          <w:lang w:val="pt-BR"/>
        </w:rPr>
      </w:pPr>
    </w:p>
    <w:p w14:paraId="0B18FF34" w14:textId="6C4EB004" w:rsidR="009944B2" w:rsidRDefault="009944B2" w:rsidP="009173AA">
      <w:pPr>
        <w:spacing w:line="360" w:lineRule="auto"/>
        <w:rPr>
          <w:rFonts w:ascii="Arial" w:hAnsi="Arial" w:cs="Arial"/>
          <w:lang w:val="pt-BR"/>
        </w:rPr>
      </w:pPr>
    </w:p>
    <w:p w14:paraId="5C8FCA9B" w14:textId="49B4BC3E" w:rsidR="00B73253" w:rsidRPr="00B73253" w:rsidRDefault="00B73253" w:rsidP="009173AA">
      <w:pPr>
        <w:spacing w:line="360" w:lineRule="auto"/>
        <w:rPr>
          <w:rFonts w:ascii="Arial" w:hAnsi="Arial" w:cs="Arial"/>
          <w:lang w:val="pt-BR"/>
        </w:rPr>
      </w:pPr>
    </w:p>
    <w:sectPr w:rsidR="00B73253" w:rsidRPr="00B7325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4274650">
    <w:abstractNumId w:val="8"/>
  </w:num>
  <w:num w:numId="2" w16cid:durableId="2066176630">
    <w:abstractNumId w:val="6"/>
  </w:num>
  <w:num w:numId="3" w16cid:durableId="1375618554">
    <w:abstractNumId w:val="5"/>
  </w:num>
  <w:num w:numId="4" w16cid:durableId="392002316">
    <w:abstractNumId w:val="4"/>
  </w:num>
  <w:num w:numId="5" w16cid:durableId="133257846">
    <w:abstractNumId w:val="7"/>
  </w:num>
  <w:num w:numId="6" w16cid:durableId="2040356594">
    <w:abstractNumId w:val="3"/>
  </w:num>
  <w:num w:numId="7" w16cid:durableId="1610314727">
    <w:abstractNumId w:val="2"/>
  </w:num>
  <w:num w:numId="8" w16cid:durableId="1161700740">
    <w:abstractNumId w:val="1"/>
  </w:num>
  <w:num w:numId="9" w16cid:durableId="652371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4633B"/>
    <w:rsid w:val="0015074B"/>
    <w:rsid w:val="0029639D"/>
    <w:rsid w:val="00326F90"/>
    <w:rsid w:val="0086661B"/>
    <w:rsid w:val="008E34C9"/>
    <w:rsid w:val="009173AA"/>
    <w:rsid w:val="009944B2"/>
    <w:rsid w:val="00AA1D8D"/>
    <w:rsid w:val="00B47730"/>
    <w:rsid w:val="00B73253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C0A6A4"/>
  <w14:defaultImageDpi w14:val="300"/>
  <w15:docId w15:val="{52B4BC72-B808-483E-A023-5A55302AB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LETICIA DA CUNHA SOUZA</cp:lastModifiedBy>
  <cp:revision>2</cp:revision>
  <dcterms:created xsi:type="dcterms:W3CDTF">2025-11-16T14:07:00Z</dcterms:created>
  <dcterms:modified xsi:type="dcterms:W3CDTF">2025-11-16T14:07:00Z</dcterms:modified>
  <cp:category/>
</cp:coreProperties>
</file>