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FC64" w14:textId="7F4A9019" w:rsidR="00A47928" w:rsidRDefault="62F30724">
      <w:pPr>
        <w:pStyle w:val="Heading2"/>
      </w:pPr>
      <w:r>
        <w:t xml:space="preserve">Unit </w:t>
      </w:r>
      <w:r w:rsidR="07601604">
        <w:t>3</w:t>
      </w:r>
    </w:p>
    <w:p w14:paraId="2DEEF2BE" w14:textId="1DCE9C95" w:rsidR="4B9014CC" w:rsidRDefault="4B9014CC" w:rsidP="6E9249E3">
      <w:proofErr w:type="gramStart"/>
      <w:r>
        <w:t>List</w:t>
      </w:r>
      <w:proofErr w:type="gramEnd"/>
      <w:r>
        <w:t xml:space="preserve"> ways in which you can be deliberately curious: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672A6659" w14:textId="77777777" w:rsidTr="796332B9">
        <w:tc>
          <w:tcPr>
            <w:tcW w:w="8640" w:type="dxa"/>
          </w:tcPr>
          <w:p w14:paraId="0A37501D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5A71EF1D" w14:textId="2254804F" w:rsidR="00A47928" w:rsidRDefault="4ED73334">
      <w:pPr>
        <w:pStyle w:val="Heading2"/>
      </w:pPr>
      <w:r>
        <w:t xml:space="preserve">Unit </w:t>
      </w:r>
      <w:r w:rsidR="41B609D2">
        <w:t>3</w:t>
      </w:r>
    </w:p>
    <w:p w14:paraId="3A5E5C9F" w14:textId="648D7B59" w:rsidR="41B609D2" w:rsidRDefault="41B609D2" w:rsidP="6E9249E3">
      <w:r>
        <w:t xml:space="preserve">Think of a time when you had to solve a problem. List the ways and what helped you solve the problem: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02EB378F" w14:textId="77777777">
        <w:tc>
          <w:tcPr>
            <w:tcW w:w="8640" w:type="dxa"/>
          </w:tcPr>
          <w:p w14:paraId="6A05A809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5A39BBE3" w14:textId="77777777" w:rsidR="00A47928" w:rsidRDefault="00A47928"/>
    <w:p w14:paraId="0D4D80C6" w14:textId="6602B1F3" w:rsidR="00A47928" w:rsidRDefault="4ED73334">
      <w:pPr>
        <w:pStyle w:val="Heading2"/>
      </w:pPr>
      <w:r>
        <w:t xml:space="preserve">Unit </w:t>
      </w:r>
      <w:r w:rsidR="7DD54643">
        <w:t>3</w:t>
      </w:r>
    </w:p>
    <w:p w14:paraId="25A6DF15" w14:textId="0096C9C0" w:rsidR="7E50EF97" w:rsidRDefault="7E50EF97" w:rsidP="6E9249E3">
      <w:r>
        <w:t xml:space="preserve">What is a stretch goal?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72A3D3EC" w14:textId="77777777">
        <w:tc>
          <w:tcPr>
            <w:tcW w:w="8640" w:type="dxa"/>
          </w:tcPr>
          <w:p w14:paraId="0D0B940D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0E27B00A" w14:textId="77777777" w:rsidR="00A47928" w:rsidRDefault="00A47928"/>
    <w:p w14:paraId="09378117" w14:textId="7622B64C" w:rsidR="00A47928" w:rsidRDefault="62F30724">
      <w:pPr>
        <w:pStyle w:val="Heading2"/>
      </w:pPr>
      <w:r>
        <w:t xml:space="preserve">Unit </w:t>
      </w:r>
      <w:r w:rsidR="15AB4113">
        <w:t>3</w:t>
      </w:r>
    </w:p>
    <w:p w14:paraId="5F2A53F2" w14:textId="081BF487" w:rsidR="00A47928" w:rsidRDefault="15AB4113">
      <w:r>
        <w:t>Think of a time when you stretched yourself, was this a lucky or unlucky break? Describe why you were successful or unsuccessful: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60061E4C" w14:textId="77777777">
        <w:tc>
          <w:tcPr>
            <w:tcW w:w="8640" w:type="dxa"/>
          </w:tcPr>
          <w:p w14:paraId="44EAFD9C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lastRenderedPageBreak/>
              <w:br/>
            </w:r>
          </w:p>
        </w:tc>
      </w:tr>
    </w:tbl>
    <w:p w14:paraId="4B94D5A5" w14:textId="77777777" w:rsidR="00A47928" w:rsidRDefault="00A47928"/>
    <w:p w14:paraId="7788007E" w14:textId="2C54ABC1" w:rsidR="00A47928" w:rsidRDefault="4ED73334">
      <w:pPr>
        <w:pStyle w:val="Heading2"/>
      </w:pPr>
      <w:r>
        <w:t xml:space="preserve">Unit </w:t>
      </w:r>
      <w:r w:rsidR="70F568A7">
        <w:t>3</w:t>
      </w:r>
    </w:p>
    <w:p w14:paraId="787E9AFB" w14:textId="0DE37ED6" w:rsidR="70F568A7" w:rsidRDefault="70F568A7" w:rsidP="6E9249E3">
      <w:r>
        <w:t>List your dream job</w:t>
      </w:r>
      <w:r w:rsidR="5354833A">
        <w:t>. Explain why this job would bring you happiness</w:t>
      </w:r>
      <w:r>
        <w:t xml:space="preserve">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3656B9AB" w14:textId="77777777">
        <w:tc>
          <w:tcPr>
            <w:tcW w:w="8640" w:type="dxa"/>
          </w:tcPr>
          <w:p w14:paraId="45FB0818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049F31CB" w14:textId="77777777" w:rsidR="00A47928" w:rsidRDefault="00A47928"/>
    <w:p w14:paraId="21437E29" w14:textId="486C6950" w:rsidR="00A47928" w:rsidRDefault="62F30724">
      <w:pPr>
        <w:pStyle w:val="Heading2"/>
      </w:pPr>
      <w:r>
        <w:t xml:space="preserve">Unit </w:t>
      </w:r>
      <w:r w:rsidR="37433D9B">
        <w:t>3</w:t>
      </w:r>
    </w:p>
    <w:p w14:paraId="665E9951" w14:textId="3BC8DD95" w:rsidR="170470CD" w:rsidRDefault="170470CD" w:rsidP="6E9249E3">
      <w:r>
        <w:t xml:space="preserve">Answer the following questions- What am I good at, what do I enjoy doing and who is doing what I want to do?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53128261" w14:textId="77777777" w:rsidTr="6E9249E3">
        <w:tc>
          <w:tcPr>
            <w:tcW w:w="8640" w:type="dxa"/>
          </w:tcPr>
          <w:p w14:paraId="3D857B68" w14:textId="3151482F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14:paraId="45651275" w14:textId="6235C0A3" w:rsidR="00A47928" w:rsidRDefault="00A47928"/>
          <w:p w14:paraId="0AB496B6" w14:textId="7B8C4DCF" w:rsidR="00A47928" w:rsidRDefault="00A47928"/>
          <w:p w14:paraId="47577860" w14:textId="75728107" w:rsidR="00A47928" w:rsidRDefault="00A47928"/>
          <w:p w14:paraId="4B0EA167" w14:textId="2B833AAF" w:rsidR="00A47928" w:rsidRDefault="00A47928"/>
          <w:p w14:paraId="72272AC8" w14:textId="56FCA041" w:rsidR="00A47928" w:rsidRDefault="00A47928"/>
          <w:p w14:paraId="36AC47FA" w14:textId="6A8A8218" w:rsidR="00A47928" w:rsidRDefault="00A47928"/>
          <w:p w14:paraId="09A0FE3A" w14:textId="22930690" w:rsidR="00A47928" w:rsidRDefault="00A47928"/>
          <w:p w14:paraId="797FAA38" w14:textId="770FEC16" w:rsidR="00A47928" w:rsidRDefault="00A47928"/>
          <w:p w14:paraId="77FBF6F3" w14:textId="48F2E639" w:rsidR="00A47928" w:rsidRDefault="00A47928"/>
          <w:p w14:paraId="62486C05" w14:textId="126F3FBA" w:rsidR="00A47928" w:rsidRDefault="00A47928"/>
        </w:tc>
      </w:tr>
    </w:tbl>
    <w:p w14:paraId="4101652C" w14:textId="77777777" w:rsidR="00A47928" w:rsidRDefault="00A47928"/>
    <w:p w14:paraId="42DA3460" w14:textId="7938DFB9" w:rsidR="00A47928" w:rsidRDefault="4ED73334">
      <w:pPr>
        <w:pStyle w:val="Heading2"/>
      </w:pPr>
      <w:r>
        <w:t xml:space="preserve">Unit </w:t>
      </w:r>
      <w:r w:rsidR="4D264D41">
        <w:t>3</w:t>
      </w:r>
    </w:p>
    <w:p w14:paraId="61EC39E2" w14:textId="6DC229B9" w:rsidR="70B23D73" w:rsidRDefault="70B23D73" w:rsidP="6E9249E3">
      <w:r>
        <w:t xml:space="preserve">Ho can you use active luck to enhance your chances of getting a job? What is it that you need to </w:t>
      </w:r>
      <w:proofErr w:type="spellStart"/>
      <w:r>
        <w:t>undersatnd</w:t>
      </w:r>
      <w:proofErr w:type="spellEnd"/>
      <w:r>
        <w:t xml:space="preserve">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1299C43A" w14:textId="77777777">
        <w:tc>
          <w:tcPr>
            <w:tcW w:w="8640" w:type="dxa"/>
          </w:tcPr>
          <w:p w14:paraId="4DDBEF00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3461D779" w14:textId="77777777" w:rsidR="00A47928" w:rsidRDefault="00A47928"/>
    <w:p w14:paraId="734693C5" w14:textId="0301D4EC" w:rsidR="796332B9" w:rsidRDefault="796332B9" w:rsidP="796332B9">
      <w:pPr>
        <w:pStyle w:val="Heading2"/>
      </w:pPr>
    </w:p>
    <w:p w14:paraId="6B249D52" w14:textId="08913573" w:rsidR="796332B9" w:rsidRDefault="796332B9" w:rsidP="796332B9">
      <w:pPr>
        <w:pStyle w:val="Heading2"/>
      </w:pPr>
    </w:p>
    <w:p w14:paraId="47506418" w14:textId="73BADD0D" w:rsidR="00A47928" w:rsidRDefault="62F30724">
      <w:pPr>
        <w:pStyle w:val="Heading2"/>
      </w:pPr>
      <w:r>
        <w:t xml:space="preserve">Unit </w:t>
      </w:r>
      <w:r w:rsidR="02D0BE2A">
        <w:t>3</w:t>
      </w:r>
    </w:p>
    <w:p w14:paraId="78A4C18D" w14:textId="6FC891AC" w:rsidR="00A47928" w:rsidRDefault="5C8CC8C4" w:rsidP="6E9249E3">
      <w:proofErr w:type="gramStart"/>
      <w:r>
        <w:t>List</w:t>
      </w:r>
      <w:proofErr w:type="gramEnd"/>
      <w:r>
        <w:t xml:space="preserve"> the 3 categories of core values: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3CF2D8B6" w14:textId="77777777">
        <w:tc>
          <w:tcPr>
            <w:tcW w:w="8640" w:type="dxa"/>
          </w:tcPr>
          <w:p w14:paraId="0FB78278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1FC39945" w14:textId="77777777" w:rsidR="00A47928" w:rsidRDefault="00A47928"/>
    <w:p w14:paraId="7EC4FB5F" w14:textId="17050555" w:rsidR="00A47928" w:rsidRDefault="4ED73334">
      <w:pPr>
        <w:pStyle w:val="Heading2"/>
      </w:pPr>
      <w:r>
        <w:t xml:space="preserve">Unit </w:t>
      </w:r>
      <w:r w:rsidR="1EF4B40C">
        <w:t>3</w:t>
      </w:r>
    </w:p>
    <w:p w14:paraId="2B8447E5" w14:textId="40CDB3C8" w:rsidR="00A47928" w:rsidRDefault="1EF4B40C" w:rsidP="6E9249E3">
      <w:r>
        <w:t xml:space="preserve">Identify 5 companies that you could see yourself working for in the future. Go on LinkedIn and add them. List the 5 companies you added below: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34CE0A41" w14:textId="77777777">
        <w:tc>
          <w:tcPr>
            <w:tcW w:w="8640" w:type="dxa"/>
          </w:tcPr>
          <w:p w14:paraId="62EBF3C5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6D98A12B" w14:textId="77777777" w:rsidR="00A47928" w:rsidRDefault="00A47928"/>
    <w:p w14:paraId="4770EE05" w14:textId="0B37058B" w:rsidR="6E9249E3" w:rsidRDefault="6E9249E3" w:rsidP="6E9249E3">
      <w:pPr>
        <w:pStyle w:val="Heading2"/>
      </w:pPr>
    </w:p>
    <w:p w14:paraId="726BD1C8" w14:textId="5263EF42" w:rsidR="00A47928" w:rsidRDefault="62F30724">
      <w:pPr>
        <w:pStyle w:val="Heading2"/>
      </w:pPr>
      <w:r>
        <w:t xml:space="preserve">Unit </w:t>
      </w:r>
      <w:r w:rsidR="69459507">
        <w:t>3</w:t>
      </w:r>
    </w:p>
    <w:p w14:paraId="6AC157E7" w14:textId="7B086517" w:rsidR="076DC012" w:rsidRDefault="076DC012" w:rsidP="6E9249E3">
      <w:r>
        <w:t>Do you already have a professional presence online</w:t>
      </w:r>
      <w:proofErr w:type="gramStart"/>
      <w:r>
        <w:t>, write</w:t>
      </w:r>
      <w:proofErr w:type="gramEnd"/>
      <w:r>
        <w:t xml:space="preserve"> down all that you can think of: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2946DB82" w14:textId="77777777">
        <w:tc>
          <w:tcPr>
            <w:tcW w:w="8640" w:type="dxa"/>
          </w:tcPr>
          <w:p w14:paraId="5997CC1D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110FFD37" w14:textId="77777777" w:rsidR="00A47928" w:rsidRDefault="00A47928"/>
    <w:p w14:paraId="6EB55D7D" w14:textId="2B06007F" w:rsidR="00A47928" w:rsidRDefault="62F30724">
      <w:pPr>
        <w:pStyle w:val="Heading2"/>
      </w:pPr>
      <w:r>
        <w:t xml:space="preserve">Unit </w:t>
      </w:r>
      <w:r w:rsidR="09355ABA">
        <w:t>3</w:t>
      </w:r>
    </w:p>
    <w:p w14:paraId="60D9F2E1" w14:textId="4E5629DA" w:rsidR="09355ABA" w:rsidRDefault="09355ABA" w:rsidP="6E9249E3">
      <w:r>
        <w:t xml:space="preserve">List the 5 C’s that you can consider when creating your online presence: </w:t>
      </w:r>
    </w:p>
    <w:p w14:paraId="225C876D" w14:textId="50869453" w:rsidR="6E9249E3" w:rsidRDefault="6E9249E3" w:rsidP="6E9249E3"/>
    <w:p w14:paraId="3CA480BF" w14:textId="1F807DA2" w:rsidR="6E9249E3" w:rsidRDefault="6E9249E3" w:rsidP="6E9249E3"/>
    <w:p w14:paraId="2D4552D5" w14:textId="31E33B4C" w:rsidR="6E9249E3" w:rsidRDefault="6E9249E3" w:rsidP="6E9249E3"/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3FE9F23F" w14:textId="77777777">
        <w:tc>
          <w:tcPr>
            <w:tcW w:w="8640" w:type="dxa"/>
          </w:tcPr>
          <w:p w14:paraId="1F72F646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08CE6F91" w14:textId="77777777" w:rsidR="00A47928" w:rsidRDefault="00A47928"/>
    <w:p w14:paraId="360FC1A4" w14:textId="16B2FFF0" w:rsidR="00A47928" w:rsidRDefault="62F30724">
      <w:pPr>
        <w:pStyle w:val="Heading2"/>
      </w:pPr>
      <w:r>
        <w:t xml:space="preserve">Unit </w:t>
      </w:r>
      <w:r w:rsidR="2AFD93A6">
        <w:t>3</w:t>
      </w:r>
    </w:p>
    <w:p w14:paraId="3B1C06D5" w14:textId="0A9C6641" w:rsidR="00A47928" w:rsidRDefault="264F0693">
      <w:r>
        <w:t xml:space="preserve">Which channel do you think would be best to use to enhance your chances of gaining future employment?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61CDCEAD" w14:textId="77777777">
        <w:tc>
          <w:tcPr>
            <w:tcW w:w="8640" w:type="dxa"/>
          </w:tcPr>
          <w:p w14:paraId="6BB9E253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23DE523C" w14:textId="77777777" w:rsidR="00A47928" w:rsidRDefault="00A47928"/>
    <w:p w14:paraId="33B06E0E" w14:textId="4FCDBDCC" w:rsidR="796332B9" w:rsidRDefault="796332B9"/>
    <w:p w14:paraId="08EA2C6E" w14:textId="7082A0B6" w:rsidR="796332B9" w:rsidRDefault="796332B9"/>
    <w:p w14:paraId="5B1D9637" w14:textId="3276661F" w:rsidR="796332B9" w:rsidRDefault="796332B9"/>
    <w:p w14:paraId="2DE3E62F" w14:textId="04CDD44A" w:rsidR="00A47928" w:rsidRDefault="4ED73334">
      <w:pPr>
        <w:pStyle w:val="Heading2"/>
      </w:pPr>
      <w:r>
        <w:t xml:space="preserve">Unit </w:t>
      </w:r>
      <w:r w:rsidR="23D411C6">
        <w:t>3</w:t>
      </w:r>
    </w:p>
    <w:p w14:paraId="37E0FC19" w14:textId="2EE7CF3C" w:rsidR="00A47928" w:rsidRDefault="62F30724">
      <w:r>
        <w:t>W</w:t>
      </w:r>
      <w:r w:rsidR="760DC23A">
        <w:t xml:space="preserve">hy do people blog?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07547A01" w14:textId="77777777">
        <w:tc>
          <w:tcPr>
            <w:tcW w:w="8640" w:type="dxa"/>
          </w:tcPr>
          <w:p w14:paraId="5043CB0F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07459315" w14:textId="77777777" w:rsidR="00A47928" w:rsidRDefault="00A47928"/>
    <w:p w14:paraId="503268A8" w14:textId="1E9A5CF6" w:rsidR="00A47928" w:rsidRDefault="00A47928">
      <w:pPr>
        <w:pStyle w:val="Heading2"/>
      </w:pPr>
    </w:p>
    <w:p w14:paraId="4EBBDBFE" w14:textId="72B0FEFB" w:rsidR="00A47928" w:rsidRDefault="00A47928">
      <w:pPr>
        <w:pStyle w:val="Heading2"/>
      </w:pPr>
    </w:p>
    <w:p w14:paraId="74A91623" w14:textId="0261A6F3" w:rsidR="00A47928" w:rsidRDefault="00A47928">
      <w:pPr>
        <w:pStyle w:val="Heading2"/>
      </w:pPr>
    </w:p>
    <w:p w14:paraId="6FE0704F" w14:textId="071F3297" w:rsidR="00A47928" w:rsidRDefault="00A47928">
      <w:pPr>
        <w:pStyle w:val="Heading2"/>
      </w:pPr>
    </w:p>
    <w:p w14:paraId="782B8A30" w14:textId="4550E837" w:rsidR="00A47928" w:rsidRDefault="00A47928">
      <w:pPr>
        <w:pStyle w:val="Heading2"/>
      </w:pPr>
    </w:p>
    <w:p w14:paraId="70E94A04" w14:textId="38DB49F0" w:rsidR="00A47928" w:rsidRDefault="00A47928">
      <w:pPr>
        <w:pStyle w:val="Heading2"/>
      </w:pPr>
    </w:p>
    <w:p w14:paraId="3E939A85" w14:textId="39649673" w:rsidR="00A47928" w:rsidRDefault="00A47928">
      <w:pPr>
        <w:pStyle w:val="Heading2"/>
      </w:pPr>
    </w:p>
    <w:p w14:paraId="146940FF" w14:textId="406CBF53" w:rsidR="00A47928" w:rsidRDefault="00A47928">
      <w:pPr>
        <w:pStyle w:val="Heading2"/>
      </w:pPr>
    </w:p>
    <w:p w14:paraId="66435AF1" w14:textId="43F8D3D0" w:rsidR="00A47928" w:rsidRDefault="00A47928">
      <w:pPr>
        <w:pStyle w:val="Heading2"/>
      </w:pPr>
    </w:p>
    <w:p w14:paraId="7F351A68" w14:textId="2E3D6152" w:rsidR="00A47928" w:rsidRDefault="00A47928">
      <w:pPr>
        <w:pStyle w:val="Heading2"/>
      </w:pPr>
    </w:p>
    <w:p w14:paraId="20EF0C9F" w14:textId="6B51CA4D" w:rsidR="00A47928" w:rsidRDefault="00A47928">
      <w:pPr>
        <w:pStyle w:val="Heading2"/>
      </w:pPr>
    </w:p>
    <w:p w14:paraId="218FF4E8" w14:textId="6FBB6BC3" w:rsidR="00A47928" w:rsidRDefault="00A47928">
      <w:pPr>
        <w:pStyle w:val="Heading2"/>
      </w:pPr>
    </w:p>
    <w:p w14:paraId="078AAFBE" w14:textId="4F80A4A6" w:rsidR="00A47928" w:rsidRDefault="00A47928" w:rsidP="6E9249E3"/>
    <w:p w14:paraId="1A6B75A8" w14:textId="10CEE57A" w:rsidR="00A47928" w:rsidRDefault="00A47928" w:rsidP="6E9249E3"/>
    <w:p w14:paraId="071DD22E" w14:textId="07716B34" w:rsidR="00A47928" w:rsidRDefault="00A47928" w:rsidP="6E9249E3"/>
    <w:p w14:paraId="1CB71FE4" w14:textId="4043F58E" w:rsidR="00A47928" w:rsidRDefault="62F30724">
      <w:pPr>
        <w:pStyle w:val="Heading2"/>
      </w:pPr>
      <w:r>
        <w:lastRenderedPageBreak/>
        <w:t xml:space="preserve">Unit </w:t>
      </w:r>
      <w:r w:rsidR="23412401">
        <w:t>4</w:t>
      </w:r>
    </w:p>
    <w:p w14:paraId="5060C3E1" w14:textId="60F71D4D" w:rsidR="23412401" w:rsidRDefault="23412401" w:rsidP="6E9249E3">
      <w:r>
        <w:t xml:space="preserve">List the </w:t>
      </w:r>
      <w:proofErr w:type="gramStart"/>
      <w:r>
        <w:t>qualification</w:t>
      </w:r>
      <w:proofErr w:type="gramEnd"/>
      <w:r>
        <w:t xml:space="preserve"> you have achieved before or alongside your studies: </w:t>
      </w:r>
    </w:p>
    <w:p w14:paraId="19E7E687" w14:textId="1AEEBA81" w:rsidR="6E9249E3" w:rsidRDefault="6E9249E3" w:rsidP="6E9249E3"/>
    <w:p w14:paraId="2315AD87" w14:textId="354C333F" w:rsidR="6E9249E3" w:rsidRDefault="6E9249E3" w:rsidP="6E9249E3"/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6537F28F" w14:textId="77777777">
        <w:tc>
          <w:tcPr>
            <w:tcW w:w="8640" w:type="dxa"/>
          </w:tcPr>
          <w:p w14:paraId="6DFB9E20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70DF9E56" w14:textId="77777777" w:rsidR="00A47928" w:rsidRDefault="00A47928"/>
    <w:p w14:paraId="2688DFD2" w14:textId="1B451269" w:rsidR="00A47928" w:rsidRDefault="4ED73334">
      <w:pPr>
        <w:pStyle w:val="Heading2"/>
      </w:pPr>
      <w:r>
        <w:t xml:space="preserve">Unit </w:t>
      </w:r>
      <w:r w:rsidR="7F0BA0BF">
        <w:t>4</w:t>
      </w:r>
    </w:p>
    <w:p w14:paraId="760B2917" w14:textId="6687DBC9" w:rsidR="00A47928" w:rsidRDefault="62F30724">
      <w:r>
        <w:t>List th</w:t>
      </w:r>
      <w:r w:rsidR="594FBE3A">
        <w:t>e reasons why people choose to study:</w:t>
      </w:r>
    </w:p>
    <w:p w14:paraId="4519719D" w14:textId="38AF6065" w:rsidR="6E9249E3" w:rsidRDefault="6E9249E3"/>
    <w:p w14:paraId="73F88DA4" w14:textId="463D1F57" w:rsidR="6E9249E3" w:rsidRDefault="6E9249E3"/>
    <w:p w14:paraId="3B26C3F2" w14:textId="0C1E4661" w:rsidR="6E9249E3" w:rsidRDefault="6E9249E3"/>
    <w:p w14:paraId="2402143D" w14:textId="6FABC77E" w:rsidR="6E9249E3" w:rsidRDefault="6E9249E3"/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144A5D23" w14:textId="77777777" w:rsidTr="6E9249E3">
        <w:tc>
          <w:tcPr>
            <w:tcW w:w="8640" w:type="dxa"/>
          </w:tcPr>
          <w:p w14:paraId="738610EB" w14:textId="2B261307" w:rsidR="00A47928" w:rsidRDefault="00655469">
            <w:r>
              <w:br/>
            </w:r>
            <w:r>
              <w:br/>
            </w:r>
            <w:r>
              <w:br/>
            </w:r>
          </w:p>
        </w:tc>
      </w:tr>
    </w:tbl>
    <w:p w14:paraId="637805D2" w14:textId="77777777" w:rsidR="00A47928" w:rsidRDefault="00A47928"/>
    <w:p w14:paraId="1CCE7614" w14:textId="50ECC334" w:rsidR="00A47928" w:rsidRDefault="62F30724">
      <w:pPr>
        <w:pStyle w:val="Heading2"/>
      </w:pPr>
      <w:r>
        <w:t xml:space="preserve">Unit </w:t>
      </w:r>
      <w:r w:rsidR="7211F2BC">
        <w:t>4</w:t>
      </w:r>
    </w:p>
    <w:p w14:paraId="221E17C6" w14:textId="6A2CF3E5" w:rsidR="00A47928" w:rsidRDefault="62F30724">
      <w:r>
        <w:t xml:space="preserve">List </w:t>
      </w:r>
      <w:r w:rsidR="2AFA725F">
        <w:t>your limiting beliefs below: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463F29E8" w14:textId="77777777">
        <w:tc>
          <w:tcPr>
            <w:tcW w:w="8640" w:type="dxa"/>
          </w:tcPr>
          <w:p w14:paraId="3B7B4B86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3A0FF5F2" w14:textId="77777777" w:rsidR="00A47928" w:rsidRDefault="00A47928"/>
    <w:p w14:paraId="505EA69A" w14:textId="06627617" w:rsidR="00A47928" w:rsidRDefault="4ED73334">
      <w:pPr>
        <w:pStyle w:val="Heading2"/>
      </w:pPr>
      <w:r>
        <w:lastRenderedPageBreak/>
        <w:t xml:space="preserve">Unit </w:t>
      </w:r>
      <w:r w:rsidR="6FC0100D">
        <w:t>4</w:t>
      </w:r>
    </w:p>
    <w:p w14:paraId="5C38CFB1" w14:textId="64158730" w:rsidR="55920BB0" w:rsidRDefault="55920BB0" w:rsidP="6E9249E3">
      <w:r>
        <w:t xml:space="preserve">Pick 3 limiting beliefs and explain how you can overcome these: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61829076" w14:textId="77777777">
        <w:tc>
          <w:tcPr>
            <w:tcW w:w="8640" w:type="dxa"/>
          </w:tcPr>
          <w:p w14:paraId="2BA226A1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67B252B0" w14:textId="2681FF09" w:rsidR="00A47928" w:rsidRDefault="4ED73334">
      <w:pPr>
        <w:pStyle w:val="Heading2"/>
      </w:pPr>
      <w:r>
        <w:t xml:space="preserve">Unit </w:t>
      </w:r>
      <w:r w:rsidR="16F90E17">
        <w:t>4</w:t>
      </w:r>
    </w:p>
    <w:p w14:paraId="1873C3CF" w14:textId="6A7401B9" w:rsidR="00A47928" w:rsidRDefault="4ED73334" w:rsidP="6E9249E3">
      <w:r>
        <w:t xml:space="preserve">What do people </w:t>
      </w:r>
      <w:r w:rsidR="37A0E927">
        <w:t>with a growth mindset do?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0DE4B5B7" w14:textId="77777777">
        <w:tc>
          <w:tcPr>
            <w:tcW w:w="8640" w:type="dxa"/>
          </w:tcPr>
          <w:p w14:paraId="66204FF1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2DBF0D7D" w14:textId="77777777" w:rsidR="00A47928" w:rsidRDefault="00A47928"/>
    <w:p w14:paraId="3F7150BB" w14:textId="4E4AF86B" w:rsidR="00A47928" w:rsidRDefault="4ED73334">
      <w:pPr>
        <w:pStyle w:val="Heading2"/>
      </w:pPr>
      <w:r>
        <w:t xml:space="preserve">Unit </w:t>
      </w:r>
      <w:r w:rsidR="0DB44B73">
        <w:t>4</w:t>
      </w:r>
    </w:p>
    <w:p w14:paraId="7E74431A" w14:textId="128DAFC2" w:rsidR="62F30724" w:rsidRDefault="62F30724">
      <w:r>
        <w:t xml:space="preserve">What </w:t>
      </w:r>
      <w:r w:rsidR="55F68DC7">
        <w:t xml:space="preserve">is grit, according to the </w:t>
      </w:r>
      <w:proofErr w:type="gramStart"/>
      <w:r w:rsidR="55F68DC7">
        <w:t>university</w:t>
      </w:r>
      <w:proofErr w:type="gramEnd"/>
      <w:r w:rsidR="55F68DC7">
        <w:t xml:space="preserve"> of Pennsylvania?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02F2C34E" w14:textId="77777777">
        <w:tc>
          <w:tcPr>
            <w:tcW w:w="8640" w:type="dxa"/>
          </w:tcPr>
          <w:p w14:paraId="680A4E5D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19219836" w14:textId="77777777" w:rsidR="00A47928" w:rsidRDefault="00A47928"/>
    <w:p w14:paraId="2FB0336D" w14:textId="5EB1F3D9" w:rsidR="00A47928" w:rsidRDefault="62F30724">
      <w:pPr>
        <w:pStyle w:val="Heading2"/>
      </w:pPr>
      <w:r>
        <w:t xml:space="preserve">Unit </w:t>
      </w:r>
      <w:r w:rsidR="00BE7B86">
        <w:t>4</w:t>
      </w:r>
    </w:p>
    <w:p w14:paraId="7CA3B69B" w14:textId="4F7F0EA0" w:rsidR="00A47928" w:rsidRDefault="14777ABB">
      <w:r>
        <w:t xml:space="preserve">What is Mentoring?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A47928" w14:paraId="296FEF7D" w14:textId="77777777">
        <w:tc>
          <w:tcPr>
            <w:tcW w:w="8640" w:type="dxa"/>
          </w:tcPr>
          <w:p w14:paraId="7194DBDC" w14:textId="77777777" w:rsidR="00A47928" w:rsidRDefault="00655469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</w:tbl>
    <w:p w14:paraId="769D0D3C" w14:textId="77777777" w:rsidR="00A47928" w:rsidRDefault="00A47928"/>
    <w:p w14:paraId="4DAF743D" w14:textId="5EB1F3D9" w:rsidR="19C59FA9" w:rsidRDefault="19C59FA9" w:rsidP="6E9249E3">
      <w:pPr>
        <w:pStyle w:val="Heading2"/>
      </w:pPr>
      <w:r>
        <w:lastRenderedPageBreak/>
        <w:t>Unit 4</w:t>
      </w:r>
    </w:p>
    <w:p w14:paraId="02DB8038" w14:textId="3E8206BE" w:rsidR="19C59FA9" w:rsidRDefault="19C59FA9">
      <w:r>
        <w:t xml:space="preserve">List 3 key benefits of having a career mentor: </w:t>
      </w:r>
    </w:p>
    <w:p w14:paraId="3A4BF82D" w14:textId="16836C27" w:rsidR="6E9249E3" w:rsidRDefault="6E9249E3"/>
    <w:p w14:paraId="71D97FBD" w14:textId="7252E922" w:rsidR="6E9249E3" w:rsidRDefault="6E9249E3"/>
    <w:p w14:paraId="5E63B39A" w14:textId="4737F610" w:rsidR="6E9249E3" w:rsidRDefault="6E9249E3"/>
    <w:p w14:paraId="695F173E" w14:textId="1B974288" w:rsidR="6E9249E3" w:rsidRDefault="6E9249E3"/>
    <w:p w14:paraId="7031C145" w14:textId="125623BB" w:rsidR="6E9249E3" w:rsidRDefault="6E9249E3"/>
    <w:p w14:paraId="4CEE9788" w14:textId="5EB1F3D9" w:rsidR="19C59FA9" w:rsidRDefault="19C59FA9" w:rsidP="6E9249E3">
      <w:pPr>
        <w:pStyle w:val="Heading2"/>
      </w:pPr>
      <w:r>
        <w:t>Unit 4</w:t>
      </w:r>
    </w:p>
    <w:p w14:paraId="309BC627" w14:textId="468B28A2" w:rsidR="19C59FA9" w:rsidRDefault="19C59FA9">
      <w:r>
        <w:t xml:space="preserve">Look through and identify a potential mentor through your network. Why would this person be suitable: </w:t>
      </w:r>
    </w:p>
    <w:p w14:paraId="44FCCF85" w14:textId="27633DBF" w:rsidR="6E9249E3" w:rsidRDefault="6E9249E3"/>
    <w:p w14:paraId="0E5ECF3D" w14:textId="07ECD63C" w:rsidR="6E9249E3" w:rsidRDefault="6E9249E3"/>
    <w:p w14:paraId="7A6958DF" w14:textId="05955127" w:rsidR="6E9249E3" w:rsidRDefault="6E9249E3"/>
    <w:p w14:paraId="0E91133A" w14:textId="77E65A44" w:rsidR="6E9249E3" w:rsidRDefault="6E9249E3"/>
    <w:p w14:paraId="0AC5038D" w14:textId="4F13682D" w:rsidR="6E9249E3" w:rsidRDefault="6E9249E3"/>
    <w:p w14:paraId="27C00BDC" w14:textId="4874932F" w:rsidR="6E9249E3" w:rsidRDefault="6E9249E3"/>
    <w:p w14:paraId="578C959F" w14:textId="4286391C" w:rsidR="6E9249E3" w:rsidRDefault="6E9249E3"/>
    <w:p w14:paraId="0A7E4535" w14:textId="4B4AB017" w:rsidR="6E9249E3" w:rsidRDefault="6E9249E3"/>
    <w:p w14:paraId="1F66C962" w14:textId="5EB1F3D9" w:rsidR="19C59FA9" w:rsidRDefault="19C59FA9" w:rsidP="6E9249E3">
      <w:pPr>
        <w:pStyle w:val="Heading2"/>
      </w:pPr>
      <w:r>
        <w:t>Unit 4</w:t>
      </w:r>
    </w:p>
    <w:p w14:paraId="1414A98F" w14:textId="275143A3" w:rsidR="19C59FA9" w:rsidRDefault="19C59FA9">
      <w:r>
        <w:t xml:space="preserve">List the 3 steps you need to take when asking someone to be your mentor? </w:t>
      </w:r>
    </w:p>
    <w:p w14:paraId="1C4A7B7C" w14:textId="77777777" w:rsidR="19C59FA9" w:rsidRDefault="19C59FA9">
      <w:r>
        <w:br/>
      </w:r>
      <w:r>
        <w:br/>
      </w:r>
      <w:r>
        <w:br/>
      </w:r>
      <w:r>
        <w:br/>
      </w:r>
      <w:r>
        <w:br/>
      </w:r>
    </w:p>
    <w:p w14:paraId="21170424" w14:textId="68AD6E60" w:rsidR="6E9249E3" w:rsidRDefault="6E9249E3"/>
    <w:p w14:paraId="23701597" w14:textId="4D7D5897" w:rsidR="19C59FA9" w:rsidRDefault="19C59FA9">
      <w:r>
        <w:br/>
      </w:r>
      <w:r>
        <w:br/>
      </w:r>
    </w:p>
    <w:sectPr w:rsidR="19C59FA9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9E6AB" w14:textId="77777777" w:rsidR="007A3F57" w:rsidRDefault="007A3F57">
      <w:pPr>
        <w:spacing w:after="0" w:line="240" w:lineRule="auto"/>
      </w:pPr>
      <w:r>
        <w:separator/>
      </w:r>
    </w:p>
  </w:endnote>
  <w:endnote w:type="continuationSeparator" w:id="0">
    <w:p w14:paraId="11944BB0" w14:textId="77777777" w:rsidR="007A3F57" w:rsidRDefault="007A3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FA9BB" w14:textId="77777777" w:rsidR="00A47928" w:rsidRDefault="00655469">
    <w:pPr>
      <w:pStyle w:val="Footer"/>
    </w:pPr>
    <w:r>
      <w:t>University of Wales Trinity Saint David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7968" w14:textId="77777777" w:rsidR="007A3F57" w:rsidRDefault="007A3F57">
      <w:pPr>
        <w:spacing w:after="0" w:line="240" w:lineRule="auto"/>
      </w:pPr>
      <w:r>
        <w:separator/>
      </w:r>
    </w:p>
  </w:footnote>
  <w:footnote w:type="continuationSeparator" w:id="0">
    <w:p w14:paraId="44AD91CE" w14:textId="77777777" w:rsidR="007A3F57" w:rsidRDefault="007A3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56FC3" w14:textId="77777777" w:rsidR="00A47928" w:rsidRDefault="00655469">
    <w:pPr>
      <w:pStyle w:val="Header"/>
    </w:pPr>
    <w:r>
      <w:rPr>
        <w:noProof/>
      </w:rPr>
      <w:drawing>
        <wp:inline distT="0" distB="0" distL="0" distR="0" wp14:anchorId="022DB4BD" wp14:editId="07777777">
          <wp:extent cx="1097280" cy="45829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7280" cy="4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Building Your Brand Workbook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4831140">
    <w:abstractNumId w:val="8"/>
  </w:num>
  <w:num w:numId="2" w16cid:durableId="23333725">
    <w:abstractNumId w:val="6"/>
  </w:num>
  <w:num w:numId="3" w16cid:durableId="1091657545">
    <w:abstractNumId w:val="5"/>
  </w:num>
  <w:num w:numId="4" w16cid:durableId="1295453265">
    <w:abstractNumId w:val="4"/>
  </w:num>
  <w:num w:numId="5" w16cid:durableId="1746608478">
    <w:abstractNumId w:val="7"/>
  </w:num>
  <w:num w:numId="6" w16cid:durableId="315577373">
    <w:abstractNumId w:val="3"/>
  </w:num>
  <w:num w:numId="7" w16cid:durableId="2027945986">
    <w:abstractNumId w:val="2"/>
  </w:num>
  <w:num w:numId="8" w16cid:durableId="1463038302">
    <w:abstractNumId w:val="1"/>
  </w:num>
  <w:num w:numId="9" w16cid:durableId="1777289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DEF"/>
    <w:rsid w:val="0006063C"/>
    <w:rsid w:val="0015074B"/>
    <w:rsid w:val="0017297C"/>
    <w:rsid w:val="002459E5"/>
    <w:rsid w:val="0029639D"/>
    <w:rsid w:val="00326F90"/>
    <w:rsid w:val="00655469"/>
    <w:rsid w:val="0068089D"/>
    <w:rsid w:val="007A3F57"/>
    <w:rsid w:val="008D4C19"/>
    <w:rsid w:val="00A47928"/>
    <w:rsid w:val="00A575ED"/>
    <w:rsid w:val="00AA1D8D"/>
    <w:rsid w:val="00B47730"/>
    <w:rsid w:val="00BE7B86"/>
    <w:rsid w:val="00CB0664"/>
    <w:rsid w:val="00D5309F"/>
    <w:rsid w:val="00EA529E"/>
    <w:rsid w:val="00FC693F"/>
    <w:rsid w:val="02D0BE2A"/>
    <w:rsid w:val="03C81CCF"/>
    <w:rsid w:val="0651B358"/>
    <w:rsid w:val="070A2A61"/>
    <w:rsid w:val="07601604"/>
    <w:rsid w:val="076DC012"/>
    <w:rsid w:val="09355ABA"/>
    <w:rsid w:val="0B55A9F4"/>
    <w:rsid w:val="0C1551FF"/>
    <w:rsid w:val="0DB44B73"/>
    <w:rsid w:val="0DF12BD7"/>
    <w:rsid w:val="1284F9DC"/>
    <w:rsid w:val="14777ABB"/>
    <w:rsid w:val="15AB4113"/>
    <w:rsid w:val="16F90E17"/>
    <w:rsid w:val="170470CD"/>
    <w:rsid w:val="181AD916"/>
    <w:rsid w:val="19C59FA9"/>
    <w:rsid w:val="1EF4B40C"/>
    <w:rsid w:val="21FCE878"/>
    <w:rsid w:val="23412401"/>
    <w:rsid w:val="23D411C6"/>
    <w:rsid w:val="264F0693"/>
    <w:rsid w:val="27479DAF"/>
    <w:rsid w:val="2AFA725F"/>
    <w:rsid w:val="2AFD93A6"/>
    <w:rsid w:val="37433D9B"/>
    <w:rsid w:val="37A0E927"/>
    <w:rsid w:val="3849BEB3"/>
    <w:rsid w:val="3AA0EC1C"/>
    <w:rsid w:val="3B473811"/>
    <w:rsid w:val="3D95BA5F"/>
    <w:rsid w:val="41B609D2"/>
    <w:rsid w:val="42F13728"/>
    <w:rsid w:val="448576A3"/>
    <w:rsid w:val="44F227AF"/>
    <w:rsid w:val="45746237"/>
    <w:rsid w:val="47CCE6F3"/>
    <w:rsid w:val="4B9014CC"/>
    <w:rsid w:val="4C06D798"/>
    <w:rsid w:val="4D264D41"/>
    <w:rsid w:val="4ED73334"/>
    <w:rsid w:val="4FBD9290"/>
    <w:rsid w:val="522A0BA2"/>
    <w:rsid w:val="5354833A"/>
    <w:rsid w:val="54232485"/>
    <w:rsid w:val="55920BB0"/>
    <w:rsid w:val="55F68DC7"/>
    <w:rsid w:val="5785763E"/>
    <w:rsid w:val="594FBE3A"/>
    <w:rsid w:val="5C8CC8C4"/>
    <w:rsid w:val="61168DC6"/>
    <w:rsid w:val="62F30724"/>
    <w:rsid w:val="64B508F9"/>
    <w:rsid w:val="655929B1"/>
    <w:rsid w:val="69459507"/>
    <w:rsid w:val="6B220C0E"/>
    <w:rsid w:val="6C5DBC95"/>
    <w:rsid w:val="6CA71CD9"/>
    <w:rsid w:val="6DCAA611"/>
    <w:rsid w:val="6E9249E3"/>
    <w:rsid w:val="6F92D2F6"/>
    <w:rsid w:val="6FC0100D"/>
    <w:rsid w:val="70B23D73"/>
    <w:rsid w:val="70F568A7"/>
    <w:rsid w:val="7211F2BC"/>
    <w:rsid w:val="7561065E"/>
    <w:rsid w:val="760DC23A"/>
    <w:rsid w:val="796332B9"/>
    <w:rsid w:val="7BFE083E"/>
    <w:rsid w:val="7D78CFE9"/>
    <w:rsid w:val="7DD54643"/>
    <w:rsid w:val="7E50EF97"/>
    <w:rsid w:val="7F0BA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7A48BB4-F7DD-4BE6-86F7-7C8C4DB5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301</Words>
  <Characters>1717</Characters>
  <Application>Microsoft Office Word</Application>
  <DocSecurity>0</DocSecurity>
  <Lines>14</Lines>
  <Paragraphs>4</Paragraphs>
  <ScaleCrop>false</ScaleCrop>
  <Manager/>
  <Company/>
  <LinksUpToDate>false</LinksUpToDate>
  <CharactersWithSpaces>2014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>generated by python-docx</dc:description>
  <cp:lastModifiedBy>Mark Napieralla</cp:lastModifiedBy>
  <cp:revision>2</cp:revision>
  <dcterms:created xsi:type="dcterms:W3CDTF">2026-10-09T12:15:00Z</dcterms:created>
  <dcterms:modified xsi:type="dcterms:W3CDTF">2026-10-09T12:15:00Z</dcterms:modified>
  <cp:category/>
</cp:coreProperties>
</file>