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29200" cy="78424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BAC674C5-F9E7-4C8D-8444-C87884BA7BB6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8424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29200" cy="76711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FEE07CD-414A-409C-8C37-E06F3E1F58DE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767115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