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E8243" w14:textId="77777777" w:rsidR="00BD4038" w:rsidRDefault="00000000">
      <w:pPr>
        <w:pStyle w:val="Title"/>
      </w:pPr>
      <w:r>
        <w:t>Gamification and gaming the system</w:t>
      </w:r>
    </w:p>
    <w:p w14:paraId="14684FEC" w14:textId="2007FBC6" w:rsidR="00BD4038" w:rsidRDefault="00000000">
      <w:r>
        <w:t>Design a gamification system for a university module</w:t>
      </w:r>
      <w:r w:rsidR="00BE07EC">
        <w:t xml:space="preserve"> on Moodle</w:t>
      </w:r>
      <w:r>
        <w:t xml:space="preserve">. Then deliberately look for holes in your own rules: how could someone earn rewards while doing as little useful learning as possible? Document your answers below. </w:t>
      </w:r>
    </w:p>
    <w:p w14:paraId="00CECB42" w14:textId="77777777" w:rsidR="00BD4038" w:rsidRDefault="00000000">
      <w:pPr>
        <w:pStyle w:val="Heading1"/>
      </w:pPr>
      <w:r>
        <w:t>1 What useful behaviour does your system encourage</w:t>
      </w:r>
    </w:p>
    <w:p w14:paraId="18585123" w14:textId="77777777" w:rsidR="00BD4038" w:rsidRDefault="00000000">
      <w:r>
        <w:t>Choose one specific, observable learning behaviour, such as attempting practice problems or contributing useful explanations. State the module or learning context and explain the benefit to students.</w:t>
      </w:r>
    </w:p>
    <w:p w14:paraId="0F2D5B00" w14:textId="77777777" w:rsidR="00BD4038" w:rsidRDefault="00000000">
      <w:pPr>
        <w:spacing w:after="100"/>
      </w:pPr>
      <w:r>
        <w:t>________________________________________________________________________________</w:t>
      </w:r>
    </w:p>
    <w:p w14:paraId="5A08BF37" w14:textId="77777777" w:rsidR="00BD4038" w:rsidRDefault="00000000">
      <w:pPr>
        <w:spacing w:after="100"/>
      </w:pPr>
      <w:r>
        <w:t>________________________________________________________________________________</w:t>
      </w:r>
    </w:p>
    <w:p w14:paraId="1C9C899F" w14:textId="77777777" w:rsidR="00BD4038" w:rsidRDefault="00000000">
      <w:pPr>
        <w:spacing w:after="100"/>
      </w:pPr>
      <w:r>
        <w:t>________________________________________________________________________________</w:t>
      </w:r>
    </w:p>
    <w:p w14:paraId="3C585275" w14:textId="77777777" w:rsidR="00BD4038" w:rsidRDefault="00000000">
      <w:pPr>
        <w:pStyle w:val="Heading2"/>
      </w:pPr>
      <w:r>
        <w:t>Your system and its rules</w:t>
      </w:r>
    </w:p>
    <w:p w14:paraId="2360271A" w14:textId="77777777" w:rsidR="00BD4038" w:rsidRDefault="00000000">
      <w:r>
        <w:t>Include one predictable reward, a clear rule for earning it, and visible feedback or progress. Also propose one optional gamification feature, such as a badge, level or leaderboard, and explain what it adds.</w:t>
      </w:r>
    </w:p>
    <w:p w14:paraId="3AC8C6B2" w14:textId="77777777" w:rsidR="00BD4038" w:rsidRDefault="00000000">
      <w:r>
        <w:t>What action earns the reward? State the criteria, any limits, and how the system checks that the action qualifies.</w:t>
      </w:r>
    </w:p>
    <w:p w14:paraId="437B619F" w14:textId="77777777" w:rsidR="00BD4038" w:rsidRDefault="00000000">
      <w:pPr>
        <w:spacing w:after="100"/>
      </w:pPr>
      <w:r>
        <w:t>________________________________________________________________________________</w:t>
      </w:r>
    </w:p>
    <w:p w14:paraId="6F5CEB1F" w14:textId="77777777" w:rsidR="00BD4038" w:rsidRDefault="00000000">
      <w:pPr>
        <w:spacing w:after="100"/>
      </w:pPr>
      <w:r>
        <w:t>________________________________________________________________________________</w:t>
      </w:r>
    </w:p>
    <w:p w14:paraId="5AB506B6" w14:textId="77777777" w:rsidR="00BD4038" w:rsidRDefault="00000000">
      <w:pPr>
        <w:spacing w:after="100"/>
      </w:pPr>
      <w:r>
        <w:t>________________________________________________________________________________</w:t>
      </w:r>
    </w:p>
    <w:p w14:paraId="6DCF5718" w14:textId="77777777" w:rsidR="00BD4038" w:rsidRDefault="00000000">
      <w:pPr>
        <w:spacing w:after="100"/>
      </w:pPr>
      <w:r>
        <w:t>________________________________________________________________________________</w:t>
      </w:r>
    </w:p>
    <w:p w14:paraId="464D31E6" w14:textId="77777777" w:rsidR="00BD4038" w:rsidRDefault="00000000">
      <w:r>
        <w:t>What reward does the student receive, and what feedback or progress can they see?</w:t>
      </w:r>
    </w:p>
    <w:p w14:paraId="1A8019E7" w14:textId="77777777" w:rsidR="00BD4038" w:rsidRDefault="00000000">
      <w:pPr>
        <w:spacing w:after="100"/>
      </w:pPr>
      <w:r>
        <w:t>________________________________________________________________________________</w:t>
      </w:r>
    </w:p>
    <w:p w14:paraId="3F6E6220" w14:textId="77777777" w:rsidR="00BD4038" w:rsidRDefault="00000000">
      <w:pPr>
        <w:spacing w:after="100"/>
      </w:pPr>
      <w:r>
        <w:t>________________________________________________________________________________</w:t>
      </w:r>
    </w:p>
    <w:p w14:paraId="08B729BD" w14:textId="77777777" w:rsidR="00BD4038" w:rsidRDefault="00000000">
      <w:pPr>
        <w:spacing w:after="100"/>
      </w:pPr>
      <w:r>
        <w:t>________________________________________________________________________________</w:t>
      </w:r>
    </w:p>
    <w:p w14:paraId="75C8EF67" w14:textId="77777777" w:rsidR="00BD4038" w:rsidRDefault="00000000">
      <w:r>
        <w:t>What optional feature would you offer, and why?</w:t>
      </w:r>
    </w:p>
    <w:p w14:paraId="38954804" w14:textId="77777777" w:rsidR="00BD4038" w:rsidRDefault="00000000">
      <w:pPr>
        <w:spacing w:after="100"/>
      </w:pPr>
      <w:r>
        <w:t>________________________________________________________________________________</w:t>
      </w:r>
    </w:p>
    <w:p w14:paraId="51F89632" w14:textId="77777777" w:rsidR="00BD4038" w:rsidRDefault="00000000">
      <w:pPr>
        <w:spacing w:after="100"/>
      </w:pPr>
      <w:r>
        <w:t>________________________________________________________________________________</w:t>
      </w:r>
    </w:p>
    <w:p w14:paraId="48A6E6B6" w14:textId="77777777" w:rsidR="00BD4038" w:rsidRDefault="00000000">
      <w:r>
        <w:t>Suggested timing: 3 minutes to choose the behaviour, then 8 minutes to design the rules.</w:t>
      </w:r>
    </w:p>
    <w:p w14:paraId="45EDB932" w14:textId="77777777" w:rsidR="00BD4038" w:rsidRDefault="00000000">
      <w:r>
        <w:br w:type="page"/>
      </w:r>
    </w:p>
    <w:p w14:paraId="4BE68E47" w14:textId="77777777" w:rsidR="00BD4038" w:rsidRDefault="00000000">
      <w:pPr>
        <w:pStyle w:val="Heading1"/>
      </w:pPr>
      <w:r>
        <w:lastRenderedPageBreak/>
        <w:t>2 What holes can you find in your rules</w:t>
      </w:r>
    </w:p>
    <w:p w14:paraId="66ED0ED6" w14:textId="77777777" w:rsidR="00BD4038" w:rsidRDefault="00000000">
      <w:r>
        <w:t>Spend 6 minutes looking for weaknesses yourself. Assume someone wants the greatest reward for the least useful effort. Record at least two specific holes in your own design.</w:t>
      </w:r>
    </w:p>
    <w:p w14:paraId="2F5F07CD" w14:textId="77777777" w:rsidR="00BD4038" w:rsidRDefault="00000000">
      <w:r>
        <w:t>Prompts: Can the same action earn rewards repeatedly? Can someone keep choosing easy tasks? Does quantity count regardless of quality? Can users appear active without contributing, inflate each other’s scores, or exploit when activity is recorded?</w:t>
      </w:r>
    </w:p>
    <w:p w14:paraId="6BBB1810" w14:textId="77777777" w:rsidR="00BD4038" w:rsidRDefault="00000000">
      <w:pPr>
        <w:pStyle w:val="Heading2"/>
      </w:pPr>
      <w:r>
        <w:t>Hole 1</w:t>
      </w:r>
    </w:p>
    <w:p w14:paraId="039720CB" w14:textId="77777777" w:rsidR="00BD4038" w:rsidRDefault="00000000">
      <w:pPr>
        <w:spacing w:after="100"/>
      </w:pPr>
      <w:r>
        <w:t>________________________________________________________________________________</w:t>
      </w:r>
    </w:p>
    <w:p w14:paraId="57D1AC57" w14:textId="77777777" w:rsidR="00BD4038" w:rsidRDefault="00000000">
      <w:pPr>
        <w:spacing w:after="100"/>
      </w:pPr>
      <w:r>
        <w:t>________________________________________________________________________________</w:t>
      </w:r>
    </w:p>
    <w:p w14:paraId="21CD5FF9" w14:textId="77777777" w:rsidR="00BD4038" w:rsidRDefault="00000000">
      <w:pPr>
        <w:pStyle w:val="Heading2"/>
      </w:pPr>
      <w:r>
        <w:t>Hole 2</w:t>
      </w:r>
    </w:p>
    <w:p w14:paraId="5EE7892E" w14:textId="77777777" w:rsidR="00BD4038" w:rsidRDefault="00000000">
      <w:pPr>
        <w:spacing w:after="100"/>
      </w:pPr>
      <w:r>
        <w:t>________________________________________________________________________________</w:t>
      </w:r>
    </w:p>
    <w:p w14:paraId="73868C9D" w14:textId="77777777" w:rsidR="00BD4038" w:rsidRDefault="00000000">
      <w:pPr>
        <w:spacing w:after="100"/>
      </w:pPr>
      <w:r>
        <w:t>________________________________________________________________________________</w:t>
      </w:r>
    </w:p>
    <w:p w14:paraId="0BCD5A40" w14:textId="77777777" w:rsidR="00BD4038" w:rsidRDefault="00000000">
      <w:pPr>
        <w:pStyle w:val="Heading1"/>
      </w:pPr>
      <w:r>
        <w:t>3 How could someone exploit those holes</w:t>
      </w:r>
    </w:p>
    <w:p w14:paraId="600BFC6D" w14:textId="77777777" w:rsidR="00BD4038" w:rsidRDefault="00000000">
      <w:r>
        <w:t>For each hole, describe exactly what the student would do, which rule allows it, and what reward they would receive without achieving the intended learning benefit.</w:t>
      </w:r>
    </w:p>
    <w:p w14:paraId="46DFBDC2" w14:textId="77777777" w:rsidR="00BD4038" w:rsidRDefault="00000000">
      <w:r>
        <w:t>Exploit 1</w:t>
      </w:r>
    </w:p>
    <w:p w14:paraId="107FA55A" w14:textId="77777777" w:rsidR="00BD4038" w:rsidRDefault="00000000">
      <w:pPr>
        <w:spacing w:after="100"/>
      </w:pPr>
      <w:r>
        <w:t>________________________________________________________________________________</w:t>
      </w:r>
    </w:p>
    <w:p w14:paraId="0BF73A6D" w14:textId="77777777" w:rsidR="00BD4038" w:rsidRDefault="00000000">
      <w:pPr>
        <w:spacing w:after="100"/>
      </w:pPr>
      <w:r>
        <w:t>________________________________________________________________________________</w:t>
      </w:r>
    </w:p>
    <w:p w14:paraId="26891B13" w14:textId="77777777" w:rsidR="00BD4038" w:rsidRDefault="00000000">
      <w:pPr>
        <w:spacing w:after="100"/>
      </w:pPr>
      <w:r>
        <w:t>________________________________________________________________________________</w:t>
      </w:r>
    </w:p>
    <w:p w14:paraId="74E07992" w14:textId="77777777" w:rsidR="00BD4038" w:rsidRDefault="00000000">
      <w:r>
        <w:t>Exploit 2</w:t>
      </w:r>
    </w:p>
    <w:p w14:paraId="62A4D5CA" w14:textId="77777777" w:rsidR="00BD4038" w:rsidRDefault="00000000">
      <w:pPr>
        <w:spacing w:after="100"/>
      </w:pPr>
      <w:r>
        <w:t>________________________________________________________________________________</w:t>
      </w:r>
    </w:p>
    <w:p w14:paraId="68AA9B0B" w14:textId="77777777" w:rsidR="00BD4038" w:rsidRDefault="00000000">
      <w:pPr>
        <w:spacing w:after="100"/>
      </w:pPr>
      <w:r>
        <w:t>________________________________________________________________________________</w:t>
      </w:r>
    </w:p>
    <w:p w14:paraId="740AEE14" w14:textId="77777777" w:rsidR="00BD4038" w:rsidRDefault="00000000">
      <w:pPr>
        <w:spacing w:after="100"/>
      </w:pPr>
      <w:r>
        <w:t>________________________________________________________________________________</w:t>
      </w:r>
    </w:p>
    <w:p w14:paraId="625C637C" w14:textId="77777777" w:rsidR="00BD4038" w:rsidRDefault="00000000">
      <w:pPr>
        <w:pStyle w:val="Heading1"/>
      </w:pPr>
      <w:r>
        <w:t>4 How would you address the weaknesses</w:t>
      </w:r>
    </w:p>
    <w:p w14:paraId="0D616D62" w14:textId="77777777" w:rsidR="00BD4038" w:rsidRDefault="00000000">
      <w:r>
        <w:t>Suggest a safeguard or rule change for each exploit. Explain whether it might make useful participation harder, disadvantage some students, or introduce another opportunity for gaming. You do not need to redraw your design.</w:t>
      </w:r>
    </w:p>
    <w:p w14:paraId="6DADFA34" w14:textId="77777777" w:rsidR="00BD4038" w:rsidRDefault="00000000">
      <w:pPr>
        <w:spacing w:after="100"/>
      </w:pPr>
      <w:r>
        <w:t>________________________________________________________________________________</w:t>
      </w:r>
    </w:p>
    <w:p w14:paraId="4664802C" w14:textId="77777777" w:rsidR="00BD4038" w:rsidRDefault="00000000">
      <w:pPr>
        <w:spacing w:after="100"/>
      </w:pPr>
      <w:r>
        <w:t>________________________________________________________________________________</w:t>
      </w:r>
    </w:p>
    <w:p w14:paraId="1895E563" w14:textId="77777777" w:rsidR="00BD4038" w:rsidRDefault="00000000">
      <w:pPr>
        <w:spacing w:after="100"/>
      </w:pPr>
      <w:r>
        <w:t>________________________________________________________________________________</w:t>
      </w:r>
    </w:p>
    <w:p w14:paraId="498DD2CB" w14:textId="77777777" w:rsidR="00BD4038" w:rsidRDefault="00000000">
      <w:pPr>
        <w:spacing w:after="100"/>
      </w:pPr>
      <w:r>
        <w:t>________________________________________________________________________________</w:t>
      </w:r>
    </w:p>
    <w:p w14:paraId="60DC88B1" w14:textId="77777777" w:rsidR="00BD4038" w:rsidRDefault="00000000">
      <w:pPr>
        <w:spacing w:after="100"/>
      </w:pPr>
      <w:r>
        <w:t>________________________________________________________________________________</w:t>
      </w:r>
    </w:p>
    <w:p w14:paraId="0774CB11" w14:textId="77777777" w:rsidR="00BD4038" w:rsidRDefault="00000000">
      <w:r>
        <w:br w:type="page"/>
      </w:r>
    </w:p>
    <w:p w14:paraId="269EF9B5" w14:textId="77777777" w:rsidR="00BD4038" w:rsidRDefault="00000000">
      <w:pPr>
        <w:pStyle w:val="Heading1"/>
      </w:pPr>
      <w:r>
        <w:lastRenderedPageBreak/>
        <w:t>5 How would you evaluate the benefits and unwanted effects</w:t>
      </w:r>
    </w:p>
    <w:p w14:paraId="3BDE66E0" w14:textId="77777777" w:rsidR="00BD4038" w:rsidRDefault="00000000">
      <w:r>
        <w:t>Use the remaining 8 minutes to finish your safeguards and plan an evaluation. Use the final 5 minutes to complete and check your written answers to all five questions.</w:t>
      </w:r>
    </w:p>
    <w:p w14:paraId="5E1D7C36" w14:textId="77777777" w:rsidR="00BD4038" w:rsidRDefault="00000000">
      <w:pPr>
        <w:pStyle w:val="Heading2"/>
      </w:pPr>
      <w:r>
        <w:t>Intended benefit</w:t>
      </w:r>
    </w:p>
    <w:p w14:paraId="2C32FF7B" w14:textId="77777777" w:rsidR="00BD4038" w:rsidRDefault="00000000">
      <w:r>
        <w:t>What would show that your system supports useful participation or learning? Choose a measure that goes beyond simply counting clicks, visits or points.</w:t>
      </w:r>
    </w:p>
    <w:p w14:paraId="3B7FDFAF" w14:textId="77777777" w:rsidR="00BD4038" w:rsidRDefault="00000000">
      <w:pPr>
        <w:spacing w:after="100"/>
      </w:pPr>
      <w:r>
        <w:t>________________________________________________________________________________</w:t>
      </w:r>
    </w:p>
    <w:p w14:paraId="33B519C9" w14:textId="77777777" w:rsidR="00BD4038" w:rsidRDefault="00000000">
      <w:pPr>
        <w:spacing w:after="100"/>
      </w:pPr>
      <w:r>
        <w:t>________________________________________________________________________________</w:t>
      </w:r>
    </w:p>
    <w:p w14:paraId="45AB0C5C" w14:textId="77777777" w:rsidR="00BD4038" w:rsidRDefault="00000000">
      <w:pPr>
        <w:spacing w:after="100"/>
      </w:pPr>
      <w:r>
        <w:t>________________________________________________________________________________</w:t>
      </w:r>
    </w:p>
    <w:p w14:paraId="4E06052E" w14:textId="77777777" w:rsidR="00BD4038" w:rsidRDefault="00000000">
      <w:pPr>
        <w:pStyle w:val="Heading2"/>
      </w:pPr>
      <w:r>
        <w:t>Method and comparison</w:t>
      </w:r>
    </w:p>
    <w:p w14:paraId="580194CB" w14:textId="77777777" w:rsidR="00BD4038" w:rsidRDefault="00000000">
      <w:r>
        <w:t>How would you collect evidence, and over what period? What would you compare it with, such as previous practice or a version without the rewards? Note one factor that could make the comparison difficult to interpret.</w:t>
      </w:r>
    </w:p>
    <w:p w14:paraId="4FB61CD7" w14:textId="77777777" w:rsidR="00BD4038" w:rsidRDefault="00000000">
      <w:pPr>
        <w:spacing w:after="100"/>
      </w:pPr>
      <w:r>
        <w:t>________________________________________________________________________________</w:t>
      </w:r>
    </w:p>
    <w:p w14:paraId="187D4FEE" w14:textId="77777777" w:rsidR="00BD4038" w:rsidRDefault="00000000">
      <w:pPr>
        <w:spacing w:after="100"/>
      </w:pPr>
      <w:r>
        <w:t>________________________________________________________________________________</w:t>
      </w:r>
    </w:p>
    <w:p w14:paraId="1A701F8D" w14:textId="77777777" w:rsidR="00BD4038" w:rsidRDefault="00000000">
      <w:pPr>
        <w:spacing w:after="100"/>
      </w:pPr>
      <w:r>
        <w:t>________________________________________________________________________________</w:t>
      </w:r>
    </w:p>
    <w:p w14:paraId="5A771FA4" w14:textId="77777777" w:rsidR="00BD4038" w:rsidRDefault="00000000">
      <w:pPr>
        <w:spacing w:after="100"/>
      </w:pPr>
      <w:r>
        <w:t>________________________________________________________________________________</w:t>
      </w:r>
    </w:p>
    <w:p w14:paraId="2705B1FE" w14:textId="77777777" w:rsidR="00BD4038" w:rsidRDefault="00000000">
      <w:pPr>
        <w:pStyle w:val="Heading2"/>
      </w:pPr>
      <w:r>
        <w:t>Unwanted effects</w:t>
      </w:r>
    </w:p>
    <w:p w14:paraId="208A27D4" w14:textId="77777777" w:rsidR="00BD4038" w:rsidRDefault="00000000">
      <w:r>
        <w:t>Choose at least one possible unwanted effect, such as low-quality contributions, pressure, avoidance or unfairness. How would you detect it, including experiences that interaction records might miss?</w:t>
      </w:r>
    </w:p>
    <w:p w14:paraId="6F26BF96" w14:textId="77777777" w:rsidR="00BD4038" w:rsidRDefault="00000000">
      <w:pPr>
        <w:spacing w:after="100"/>
      </w:pPr>
      <w:r>
        <w:t>________________________________________________________________________________</w:t>
      </w:r>
    </w:p>
    <w:p w14:paraId="3C90D9F3" w14:textId="77777777" w:rsidR="00BD4038" w:rsidRDefault="00000000">
      <w:pPr>
        <w:spacing w:after="100"/>
      </w:pPr>
      <w:r>
        <w:t>________________________________________________________________________________</w:t>
      </w:r>
    </w:p>
    <w:p w14:paraId="1C060DE1" w14:textId="77777777" w:rsidR="00BD4038" w:rsidRDefault="00000000">
      <w:pPr>
        <w:spacing w:after="100"/>
      </w:pPr>
      <w:r>
        <w:t>________________________________________________________________________________</w:t>
      </w:r>
    </w:p>
    <w:p w14:paraId="2F4F38F8" w14:textId="77777777" w:rsidR="00BD4038" w:rsidRDefault="00000000">
      <w:pPr>
        <w:spacing w:after="100"/>
      </w:pPr>
      <w:r>
        <w:t>________________________________________________________________________________</w:t>
      </w:r>
    </w:p>
    <w:p w14:paraId="0D495FD5" w14:textId="77777777" w:rsidR="00BD4038" w:rsidRDefault="00000000">
      <w:pPr>
        <w:pStyle w:val="Heading2"/>
      </w:pPr>
      <w:r>
        <w:t>Interpreting the results</w:t>
      </w:r>
    </w:p>
    <w:p w14:paraId="52EE2AC5" w14:textId="77777777" w:rsidR="00BD4038" w:rsidRDefault="00000000">
      <w:r>
        <w:t>Would more activity necessarily mean that your design worked? Explain what evidence would lead you to revise or remove a feature.</w:t>
      </w:r>
    </w:p>
    <w:p w14:paraId="15EBB0D8" w14:textId="77777777" w:rsidR="00BD4038" w:rsidRDefault="00000000">
      <w:pPr>
        <w:spacing w:after="100"/>
      </w:pPr>
      <w:r>
        <w:t>________________________________________________________________________________</w:t>
      </w:r>
    </w:p>
    <w:p w14:paraId="0DEC09D1" w14:textId="77777777" w:rsidR="00BD4038" w:rsidRDefault="00000000">
      <w:pPr>
        <w:spacing w:after="100"/>
      </w:pPr>
      <w:r>
        <w:t>________________________________________________________________________________</w:t>
      </w:r>
    </w:p>
    <w:p w14:paraId="33414502" w14:textId="77777777" w:rsidR="00BD4038" w:rsidRDefault="00000000">
      <w:pPr>
        <w:spacing w:after="100"/>
      </w:pPr>
      <w:r>
        <w:t>________________________________________________________________________________</w:t>
      </w:r>
    </w:p>
    <w:p w14:paraId="6A012C66" w14:textId="77777777" w:rsidR="00BD4038" w:rsidRDefault="00000000">
      <w:pPr>
        <w:spacing w:after="100"/>
      </w:pPr>
      <w:r>
        <w:t>________________________________________________________________________________</w:t>
      </w:r>
    </w:p>
    <w:p w14:paraId="4A113A9E" w14:textId="77777777" w:rsidR="00BD4038" w:rsidRDefault="00000000">
      <w:r>
        <w:t>Final check: Have you documented the target behaviour, holes, concrete exploits, safeguards, and an evaluation of both benefits and unwanted effects?</w:t>
      </w:r>
    </w:p>
    <w:sectPr w:rsidR="00BD4038" w:rsidSect="00034616">
      <w:headerReference w:type="default" r:id="rId8"/>
      <w:footerReference w:type="default" r:id="rId9"/>
      <w:pgSz w:w="12240" w:h="15840"/>
      <w:pgMar w:top="936" w:right="1008" w:bottom="936"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582DC" w14:textId="77777777" w:rsidR="00543ECB" w:rsidRDefault="00543ECB">
      <w:pPr>
        <w:spacing w:after="0" w:line="240" w:lineRule="auto"/>
      </w:pPr>
      <w:r>
        <w:separator/>
      </w:r>
    </w:p>
  </w:endnote>
  <w:endnote w:type="continuationSeparator" w:id="0">
    <w:p w14:paraId="0DC6F5DC" w14:textId="77777777" w:rsidR="00543ECB" w:rsidRDefault="00543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7FC37" w14:textId="77777777" w:rsidR="00BD4038" w:rsidRDefault="00000000">
    <w:pPr>
      <w:pStyle w:val="Footer"/>
    </w:pPr>
    <w:r>
      <w:rPr>
        <w:sz w:val="18"/>
      </w:rPr>
      <w:t>Exercise 2  •  Gamification and gaming the system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0A079" w14:textId="77777777" w:rsidR="00543ECB" w:rsidRDefault="00543ECB">
      <w:pPr>
        <w:spacing w:after="0" w:line="240" w:lineRule="auto"/>
      </w:pPr>
      <w:r>
        <w:separator/>
      </w:r>
    </w:p>
  </w:footnote>
  <w:footnote w:type="continuationSeparator" w:id="0">
    <w:p w14:paraId="500C1DFA" w14:textId="77777777" w:rsidR="00543ECB" w:rsidRDefault="00543E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AFA09" w14:textId="77777777" w:rsidR="00BD4038" w:rsidRDefault="00000000">
    <w:pPr>
      <w:pStyle w:val="Header"/>
    </w:pPr>
    <w:r>
      <w:rPr>
        <w:sz w:val="18"/>
      </w:rPr>
      <w:t xml:space="preserve">Usability Engineering  •  Workshop 16  •  Designing User </w:t>
    </w:r>
    <w:proofErr w:type="spellStart"/>
    <w:r>
      <w:rPr>
        <w:sz w:val="18"/>
      </w:rPr>
      <w:t>Behaviour</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56031542">
    <w:abstractNumId w:val="8"/>
  </w:num>
  <w:num w:numId="2" w16cid:durableId="500775145">
    <w:abstractNumId w:val="6"/>
  </w:num>
  <w:num w:numId="3" w16cid:durableId="5330769">
    <w:abstractNumId w:val="5"/>
  </w:num>
  <w:num w:numId="4" w16cid:durableId="1264729962">
    <w:abstractNumId w:val="4"/>
  </w:num>
  <w:num w:numId="5" w16cid:durableId="1103577268">
    <w:abstractNumId w:val="7"/>
  </w:num>
  <w:num w:numId="6" w16cid:durableId="870144632">
    <w:abstractNumId w:val="3"/>
  </w:num>
  <w:num w:numId="7" w16cid:durableId="67465942">
    <w:abstractNumId w:val="2"/>
  </w:num>
  <w:num w:numId="8" w16cid:durableId="607853634">
    <w:abstractNumId w:val="1"/>
  </w:num>
  <w:num w:numId="9" w16cid:durableId="1209876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6365"/>
    <w:rsid w:val="00034616"/>
    <w:rsid w:val="0006063C"/>
    <w:rsid w:val="0015074B"/>
    <w:rsid w:val="0029639D"/>
    <w:rsid w:val="00326F90"/>
    <w:rsid w:val="00543ECB"/>
    <w:rsid w:val="00AA1D8D"/>
    <w:rsid w:val="00B47730"/>
    <w:rsid w:val="00BD4038"/>
    <w:rsid w:val="00BE07EC"/>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59BC16"/>
  <w14:defaultImageDpi w14:val="300"/>
  <w15:docId w15:val="{8923C90A-4652-4399-B5B6-259CB63F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Calibri" w:hAnsi="Calibri"/>
      <w:color w:val="00000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rPr>
      <w:rFonts w:ascii="Calibri" w:hAnsi="Calibri"/>
      <w:color w:val="000000"/>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spacing w:val="5"/>
      <w:kern w:val="28"/>
      <w:sz w:val="4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alibri" w:hAnsi="Calibri"/>
      <w:color w:val="000000"/>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rPr>
      <w:rFonts w:ascii="Calibri" w:hAnsi="Calibri"/>
    </w:r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544</Words>
  <Characters>6065</Characters>
  <Application>Microsoft Office Word</Application>
  <DocSecurity>0</DocSecurity>
  <Lines>93</Lines>
  <Paragraphs>80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Nik Whitehead</cp:lastModifiedBy>
  <cp:revision>2</cp:revision>
  <dcterms:created xsi:type="dcterms:W3CDTF">2013-12-23T23:15:00Z</dcterms:created>
  <dcterms:modified xsi:type="dcterms:W3CDTF">2026-10-19T11:49:00Z</dcterms:modified>
  <cp:category/>
</cp:coreProperties>
</file>