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121B8" w14:textId="77777777" w:rsidR="00091AD3" w:rsidRPr="00091AD3" w:rsidRDefault="00091AD3" w:rsidP="00091AD3">
      <w:pPr>
        <w:jc w:val="center"/>
        <w:rPr>
          <w:rFonts w:ascii="Arial" w:hAnsi="Arial" w:cs="Arial"/>
          <w:b/>
          <w:bCs/>
          <w:sz w:val="24"/>
          <w:szCs w:val="24"/>
        </w:rPr>
      </w:pPr>
      <w:r w:rsidRPr="00091AD3">
        <w:rPr>
          <w:rFonts w:ascii="Arial" w:hAnsi="Arial" w:cs="Arial"/>
          <w:b/>
          <w:bCs/>
          <w:sz w:val="24"/>
          <w:szCs w:val="24"/>
        </w:rPr>
        <w:t xml:space="preserve">YUSTINA DA COSTA </w:t>
      </w:r>
    </w:p>
    <w:p w14:paraId="5A577299" w14:textId="77777777" w:rsidR="00091AD3" w:rsidRPr="00091AD3" w:rsidRDefault="00091AD3" w:rsidP="00091AD3">
      <w:pPr>
        <w:jc w:val="center"/>
        <w:rPr>
          <w:rFonts w:ascii="Arial" w:hAnsi="Arial" w:cs="Arial"/>
          <w:b/>
          <w:bCs/>
          <w:sz w:val="24"/>
          <w:szCs w:val="24"/>
        </w:rPr>
      </w:pPr>
      <w:r w:rsidRPr="00091AD3">
        <w:rPr>
          <w:rFonts w:ascii="Arial" w:hAnsi="Arial" w:cs="Arial"/>
          <w:b/>
          <w:bCs/>
          <w:sz w:val="24"/>
          <w:szCs w:val="24"/>
        </w:rPr>
        <w:t>2430457</w:t>
      </w:r>
    </w:p>
    <w:p w14:paraId="67D440DB" w14:textId="77777777" w:rsidR="00091AD3" w:rsidRPr="00091AD3" w:rsidRDefault="00091AD3" w:rsidP="00091AD3">
      <w:pPr>
        <w:jc w:val="center"/>
        <w:rPr>
          <w:rFonts w:ascii="Arial" w:hAnsi="Arial" w:cs="Arial"/>
          <w:b/>
          <w:bCs/>
          <w:sz w:val="24"/>
          <w:szCs w:val="24"/>
        </w:rPr>
      </w:pPr>
      <w:r w:rsidRPr="00091AD3">
        <w:rPr>
          <w:rFonts w:ascii="Arial" w:hAnsi="Arial" w:cs="Arial"/>
          <w:b/>
          <w:bCs/>
          <w:sz w:val="24"/>
          <w:szCs w:val="24"/>
        </w:rPr>
        <w:t>GROUP 2</w:t>
      </w:r>
    </w:p>
    <w:p w14:paraId="3C294C26" w14:textId="656346EB" w:rsidR="00091AD3" w:rsidRPr="00091AD3" w:rsidRDefault="00091AD3" w:rsidP="00091AD3">
      <w:pPr>
        <w:jc w:val="center"/>
        <w:rPr>
          <w:rFonts w:ascii="Arial" w:hAnsi="Arial" w:cs="Arial"/>
          <w:b/>
          <w:bCs/>
          <w:sz w:val="24"/>
          <w:szCs w:val="24"/>
        </w:rPr>
      </w:pPr>
      <w:r w:rsidRPr="00091AD3">
        <w:rPr>
          <w:rFonts w:ascii="Arial" w:hAnsi="Arial" w:cs="Arial"/>
          <w:b/>
          <w:bCs/>
          <w:sz w:val="24"/>
          <w:szCs w:val="24"/>
        </w:rPr>
        <w:t>Lecture: Mohammad Rahman</w:t>
      </w:r>
    </w:p>
    <w:p w14:paraId="71E4B80B" w14:textId="414AD3EF" w:rsidR="005643FF" w:rsidRPr="00091AD3" w:rsidRDefault="00DC2398" w:rsidP="00091AD3">
      <w:pPr>
        <w:pStyle w:val="Heading1"/>
        <w:ind w:firstLine="720"/>
        <w:rPr>
          <w:rFonts w:ascii="Arial" w:hAnsi="Arial" w:cs="Arial"/>
          <w:b w:val="0"/>
          <w:bCs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1AD3">
        <w:rPr>
          <w:rFonts w:ascii="Arial" w:hAnsi="Arial" w:cs="Arial"/>
          <w:b w:val="0"/>
          <w:bCs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 Segmentation, Targeting and Positioning (STP)</w:t>
      </w:r>
    </w:p>
    <w:p w14:paraId="6E756CBD" w14:textId="77777777" w:rsidR="005643FF" w:rsidRPr="00091AD3" w:rsidRDefault="00DC2398">
      <w:pPr>
        <w:pStyle w:val="Heading2"/>
        <w:rPr>
          <w:rFonts w:ascii="Arial" w:hAnsi="Arial" w:cs="Arial"/>
          <w:b w:val="0"/>
          <w:bCs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1AD3">
        <w:rPr>
          <w:rFonts w:ascii="Arial" w:hAnsi="Arial" w:cs="Arial"/>
          <w:b w:val="0"/>
          <w:bCs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 Segmentation</w:t>
      </w:r>
    </w:p>
    <w:p w14:paraId="29D97A7C" w14:textId="77777777" w:rsidR="005643FF" w:rsidRPr="00091AD3" w:rsidRDefault="00DC2398">
      <w:pPr>
        <w:rPr>
          <w:rFonts w:ascii="Arial" w:hAnsi="Arial" w:cs="Arial"/>
          <w:sz w:val="24"/>
          <w:szCs w:val="24"/>
        </w:rPr>
      </w:pPr>
      <w:r w:rsidRPr="00091AD3">
        <w:rPr>
          <w:rFonts w:ascii="Arial" w:hAnsi="Arial" w:cs="Arial"/>
          <w:sz w:val="24"/>
          <w:szCs w:val="24"/>
        </w:rPr>
        <w:t>To understand my customers better, I divide the market into smaller groups based on who they are and what they like:</w:t>
      </w:r>
    </w:p>
    <w:p w14:paraId="173CA936" w14:textId="77777777" w:rsidR="005643FF" w:rsidRPr="00091AD3" w:rsidRDefault="00DC2398">
      <w:pPr>
        <w:rPr>
          <w:rFonts w:ascii="Arial" w:hAnsi="Arial" w:cs="Arial"/>
          <w:sz w:val="24"/>
          <w:szCs w:val="24"/>
        </w:rPr>
      </w:pPr>
      <w:r w:rsidRPr="00091AD3">
        <w:rPr>
          <w:rFonts w:ascii="Arial" w:hAnsi="Arial" w:cs="Arial"/>
          <w:sz w:val="24"/>
          <w:szCs w:val="24"/>
        </w:rPr>
        <w:t>- Demographic: My main customers are people aged 18–45, both men and women. They are students or working adults who have some extra income and enjoy eating out.</w:t>
      </w:r>
    </w:p>
    <w:p w14:paraId="0D343F02" w14:textId="77777777" w:rsidR="005643FF" w:rsidRPr="00091AD3" w:rsidRDefault="00DC2398">
      <w:pPr>
        <w:rPr>
          <w:rFonts w:ascii="Arial" w:hAnsi="Arial" w:cs="Arial"/>
          <w:sz w:val="24"/>
          <w:szCs w:val="24"/>
        </w:rPr>
      </w:pPr>
      <w:r w:rsidRPr="00091AD3">
        <w:rPr>
          <w:rFonts w:ascii="Arial" w:hAnsi="Arial" w:cs="Arial"/>
          <w:sz w:val="24"/>
          <w:szCs w:val="24"/>
        </w:rPr>
        <w:t>- Psychographic: They live busy lives and care about healthy food, good service, and comfort. They also like to share food experiences on social media.</w:t>
      </w:r>
    </w:p>
    <w:p w14:paraId="2861E0A8" w14:textId="77777777" w:rsidR="005643FF" w:rsidRPr="00091AD3" w:rsidRDefault="00DC2398">
      <w:pPr>
        <w:rPr>
          <w:rFonts w:ascii="Arial" w:hAnsi="Arial" w:cs="Arial"/>
          <w:sz w:val="24"/>
          <w:szCs w:val="24"/>
        </w:rPr>
      </w:pPr>
      <w:r w:rsidRPr="00091AD3">
        <w:rPr>
          <w:rFonts w:ascii="Arial" w:hAnsi="Arial" w:cs="Arial"/>
          <w:sz w:val="24"/>
          <w:szCs w:val="24"/>
        </w:rPr>
        <w:t>- Geographic: My café will serve local people in Oxford, especially those near schools, offices, and shopping areas.</w:t>
      </w:r>
    </w:p>
    <w:p w14:paraId="4DF457F6" w14:textId="77777777" w:rsidR="005643FF" w:rsidRPr="00091AD3" w:rsidRDefault="00DC2398">
      <w:pPr>
        <w:rPr>
          <w:rFonts w:ascii="Arial" w:hAnsi="Arial" w:cs="Arial"/>
          <w:sz w:val="24"/>
          <w:szCs w:val="24"/>
        </w:rPr>
      </w:pPr>
      <w:r w:rsidRPr="00091AD3">
        <w:rPr>
          <w:rFonts w:ascii="Arial" w:hAnsi="Arial" w:cs="Arial"/>
          <w:sz w:val="24"/>
          <w:szCs w:val="24"/>
        </w:rPr>
        <w:t>- Behavioural: These customers like fast service, good prices, and friendly places. They often respond well to discounts and loyalty cards.</w:t>
      </w:r>
    </w:p>
    <w:p w14:paraId="31DF446C" w14:textId="77777777" w:rsidR="005643FF" w:rsidRPr="00091AD3" w:rsidRDefault="00DC2398">
      <w:pPr>
        <w:pStyle w:val="Heading2"/>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1AD3">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Targeting</w:t>
      </w:r>
    </w:p>
    <w:p w14:paraId="5D50A4B8" w14:textId="77777777" w:rsidR="005643FF" w:rsidRPr="00091AD3" w:rsidRDefault="00DC2398">
      <w:pPr>
        <w:rPr>
          <w:rFonts w:ascii="Arial" w:hAnsi="Arial" w:cs="Arial"/>
          <w:sz w:val="24"/>
          <w:szCs w:val="24"/>
        </w:rPr>
      </w:pPr>
      <w:r w:rsidRPr="00091AD3">
        <w:rPr>
          <w:rFonts w:ascii="Arial" w:hAnsi="Arial" w:cs="Arial"/>
          <w:sz w:val="24"/>
          <w:szCs w:val="24"/>
        </w:rPr>
        <w:t>My main target customers are young adults and students (18–35 years old) living in or around Oxford.</w:t>
      </w:r>
    </w:p>
    <w:p w14:paraId="79CC1D9A" w14:textId="77777777" w:rsidR="005643FF" w:rsidRPr="00091AD3" w:rsidRDefault="00DC2398">
      <w:pPr>
        <w:rPr>
          <w:rFonts w:ascii="Arial" w:hAnsi="Arial" w:cs="Arial"/>
          <w:sz w:val="24"/>
          <w:szCs w:val="24"/>
        </w:rPr>
      </w:pPr>
      <w:r w:rsidRPr="00091AD3">
        <w:rPr>
          <w:rFonts w:ascii="Arial" w:hAnsi="Arial" w:cs="Arial"/>
          <w:sz w:val="24"/>
          <w:szCs w:val="24"/>
        </w:rPr>
        <w:t>Reasons for choosing this group:</w:t>
      </w:r>
    </w:p>
    <w:p w14:paraId="26989954" w14:textId="77777777" w:rsidR="005643FF" w:rsidRPr="00091AD3" w:rsidRDefault="00DC2398">
      <w:pPr>
        <w:rPr>
          <w:rFonts w:ascii="Arial" w:hAnsi="Arial" w:cs="Arial"/>
          <w:sz w:val="24"/>
          <w:szCs w:val="24"/>
        </w:rPr>
      </w:pPr>
      <w:r w:rsidRPr="00091AD3">
        <w:rPr>
          <w:rFonts w:ascii="Arial" w:hAnsi="Arial" w:cs="Arial"/>
          <w:sz w:val="24"/>
          <w:szCs w:val="24"/>
        </w:rPr>
        <w:t>- Many students and young professionals live in Oxford and eat out often.</w:t>
      </w:r>
    </w:p>
    <w:p w14:paraId="473EF312" w14:textId="77777777" w:rsidR="005643FF" w:rsidRPr="00091AD3" w:rsidRDefault="00DC2398">
      <w:pPr>
        <w:rPr>
          <w:rFonts w:ascii="Arial" w:hAnsi="Arial" w:cs="Arial"/>
          <w:sz w:val="24"/>
          <w:szCs w:val="24"/>
        </w:rPr>
      </w:pPr>
      <w:r w:rsidRPr="00091AD3">
        <w:rPr>
          <w:rFonts w:ascii="Arial" w:hAnsi="Arial" w:cs="Arial"/>
          <w:sz w:val="24"/>
          <w:szCs w:val="24"/>
        </w:rPr>
        <w:t xml:space="preserve">- They want affordable and quick food </w:t>
      </w:r>
      <w:proofErr w:type="gramStart"/>
      <w:r w:rsidRPr="00091AD3">
        <w:rPr>
          <w:rFonts w:ascii="Arial" w:hAnsi="Arial" w:cs="Arial"/>
          <w:sz w:val="24"/>
          <w:szCs w:val="24"/>
        </w:rPr>
        <w:t>with</w:t>
      </w:r>
      <w:proofErr w:type="gramEnd"/>
      <w:r w:rsidRPr="00091AD3">
        <w:rPr>
          <w:rFonts w:ascii="Arial" w:hAnsi="Arial" w:cs="Arial"/>
          <w:sz w:val="24"/>
          <w:szCs w:val="24"/>
        </w:rPr>
        <w:t xml:space="preserve"> good quality.</w:t>
      </w:r>
    </w:p>
    <w:p w14:paraId="54FFE549" w14:textId="77777777" w:rsidR="005643FF" w:rsidRPr="00091AD3" w:rsidRDefault="00DC2398">
      <w:pPr>
        <w:rPr>
          <w:rFonts w:ascii="Arial" w:hAnsi="Arial" w:cs="Arial"/>
          <w:sz w:val="24"/>
          <w:szCs w:val="24"/>
        </w:rPr>
      </w:pPr>
      <w:r w:rsidRPr="00091AD3">
        <w:rPr>
          <w:rFonts w:ascii="Arial" w:hAnsi="Arial" w:cs="Arial"/>
          <w:sz w:val="24"/>
          <w:szCs w:val="24"/>
        </w:rPr>
        <w:t>- They use social media a lot, so I can easily reach them online.</w:t>
      </w:r>
    </w:p>
    <w:p w14:paraId="780C0300" w14:textId="77777777" w:rsidR="005643FF" w:rsidRPr="00091AD3" w:rsidRDefault="00DC2398">
      <w:pPr>
        <w:rPr>
          <w:rFonts w:ascii="Arial" w:hAnsi="Arial" w:cs="Arial"/>
          <w:sz w:val="24"/>
          <w:szCs w:val="24"/>
        </w:rPr>
      </w:pPr>
      <w:r w:rsidRPr="00091AD3">
        <w:rPr>
          <w:rFonts w:ascii="Arial" w:hAnsi="Arial" w:cs="Arial"/>
          <w:sz w:val="24"/>
          <w:szCs w:val="24"/>
        </w:rPr>
        <w:t>- They like to try new cafés and tell friends if they enjoy it.</w:t>
      </w:r>
    </w:p>
    <w:p w14:paraId="7FDBFCE6" w14:textId="77777777" w:rsidR="005643FF" w:rsidRPr="00091AD3" w:rsidRDefault="00DC2398">
      <w:pPr>
        <w:rPr>
          <w:rFonts w:ascii="Arial" w:hAnsi="Arial" w:cs="Arial"/>
          <w:sz w:val="24"/>
          <w:szCs w:val="24"/>
        </w:rPr>
      </w:pPr>
      <w:r w:rsidRPr="00091AD3">
        <w:rPr>
          <w:rFonts w:ascii="Arial" w:hAnsi="Arial" w:cs="Arial"/>
          <w:sz w:val="24"/>
          <w:szCs w:val="24"/>
        </w:rPr>
        <w:t>I will also serve office workers and families who want quick takeaways or casual meals.</w:t>
      </w:r>
    </w:p>
    <w:p w14:paraId="358204F5" w14:textId="77777777" w:rsidR="005643FF" w:rsidRPr="00091AD3" w:rsidRDefault="00DC2398">
      <w:pPr>
        <w:pStyle w:val="Heading2"/>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1AD3">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Positioning</w:t>
      </w:r>
    </w:p>
    <w:p w14:paraId="5804F927" w14:textId="77777777" w:rsidR="005643FF" w:rsidRPr="00091AD3" w:rsidRDefault="00DC2398">
      <w:pPr>
        <w:rPr>
          <w:rFonts w:ascii="Arial" w:hAnsi="Arial" w:cs="Arial"/>
          <w:sz w:val="24"/>
          <w:szCs w:val="24"/>
        </w:rPr>
      </w:pPr>
      <w:r w:rsidRPr="00091AD3">
        <w:rPr>
          <w:rFonts w:ascii="Arial" w:hAnsi="Arial" w:cs="Arial"/>
          <w:sz w:val="24"/>
          <w:szCs w:val="24"/>
        </w:rPr>
        <w:t>My café will be known as a friendly, modern, and affordable place to eat and relax.</w:t>
      </w:r>
    </w:p>
    <w:p w14:paraId="51D73851" w14:textId="77777777" w:rsidR="005643FF" w:rsidRPr="00091AD3" w:rsidRDefault="00DC2398">
      <w:pPr>
        <w:rPr>
          <w:rFonts w:ascii="Arial" w:hAnsi="Arial" w:cs="Arial"/>
          <w:sz w:val="24"/>
          <w:szCs w:val="24"/>
        </w:rPr>
      </w:pPr>
      <w:r w:rsidRPr="00091AD3">
        <w:rPr>
          <w:rFonts w:ascii="Arial" w:hAnsi="Arial" w:cs="Arial"/>
          <w:sz w:val="24"/>
          <w:szCs w:val="24"/>
        </w:rPr>
        <w:t>Unique Value: “A cozy café with tasty, fresh food at a fair price — made quickly and served with a smile.”</w:t>
      </w:r>
    </w:p>
    <w:p w14:paraId="48984B86" w14:textId="77777777" w:rsidR="005643FF" w:rsidRPr="00091AD3" w:rsidRDefault="00DC2398">
      <w:pPr>
        <w:rPr>
          <w:rFonts w:ascii="Arial" w:hAnsi="Arial" w:cs="Arial"/>
          <w:sz w:val="24"/>
          <w:szCs w:val="24"/>
        </w:rPr>
      </w:pPr>
      <w:r w:rsidRPr="00091AD3">
        <w:rPr>
          <w:rFonts w:ascii="Arial" w:hAnsi="Arial" w:cs="Arial"/>
          <w:sz w:val="24"/>
          <w:szCs w:val="24"/>
        </w:rPr>
        <w:t>Brand Image: Customers should see my café as a clean, welcoming, and reliable place. I will focus on good quality, kind service, and a community feeling to stand out from bigger café chains.</w:t>
      </w:r>
    </w:p>
    <w:p w14:paraId="15963431" w14:textId="77777777" w:rsidR="005643FF" w:rsidRPr="00091AD3" w:rsidRDefault="00DC2398">
      <w:pPr>
        <w:pStyle w:val="Heading2"/>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1AD3">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Reaching the Audience</w:t>
      </w:r>
    </w:p>
    <w:p w14:paraId="3E5CED7B" w14:textId="77777777" w:rsidR="005643FF" w:rsidRPr="00091AD3" w:rsidRDefault="00DC2398">
      <w:pPr>
        <w:pStyle w:val="Heading3"/>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1AD3">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Channels</w:t>
      </w:r>
    </w:p>
    <w:p w14:paraId="0E0F4B92" w14:textId="77777777" w:rsidR="005643FF" w:rsidRPr="00091AD3" w:rsidRDefault="00DC2398">
      <w:pPr>
        <w:rPr>
          <w:rFonts w:ascii="Arial" w:hAnsi="Arial" w:cs="Arial"/>
          <w:sz w:val="24"/>
          <w:szCs w:val="24"/>
        </w:rPr>
      </w:pPr>
      <w:r w:rsidRPr="00091AD3">
        <w:rPr>
          <w:rFonts w:ascii="Arial" w:hAnsi="Arial" w:cs="Arial"/>
          <w:sz w:val="24"/>
          <w:szCs w:val="24"/>
        </w:rPr>
        <w:t>I will use both online and local methods to reach customers:</w:t>
      </w:r>
    </w:p>
    <w:p w14:paraId="7BD2E93E" w14:textId="77777777" w:rsidR="005643FF" w:rsidRPr="00091AD3" w:rsidRDefault="00DC2398">
      <w:pPr>
        <w:rPr>
          <w:rFonts w:ascii="Arial" w:hAnsi="Arial" w:cs="Arial"/>
          <w:sz w:val="24"/>
          <w:szCs w:val="24"/>
        </w:rPr>
      </w:pPr>
      <w:r w:rsidRPr="00091AD3">
        <w:rPr>
          <w:rFonts w:ascii="Arial" w:hAnsi="Arial" w:cs="Arial"/>
          <w:sz w:val="24"/>
          <w:szCs w:val="24"/>
        </w:rPr>
        <w:t xml:space="preserve">1. </w:t>
      </w:r>
      <w:proofErr w:type="gramStart"/>
      <w:r w:rsidRPr="00091AD3">
        <w:rPr>
          <w:rFonts w:ascii="Arial" w:hAnsi="Arial" w:cs="Arial"/>
          <w:sz w:val="24"/>
          <w:szCs w:val="24"/>
        </w:rPr>
        <w:t>Social Media</w:t>
      </w:r>
      <w:proofErr w:type="gramEnd"/>
      <w:r w:rsidRPr="00091AD3">
        <w:rPr>
          <w:rFonts w:ascii="Arial" w:hAnsi="Arial" w:cs="Arial"/>
          <w:sz w:val="24"/>
          <w:szCs w:val="24"/>
        </w:rPr>
        <w:t>: Post photos and videos of food, daily specials, and happy customers on Instagram, TikTok, and Facebook. Use local ads to reach people in Oxford. Work with local influencers to promote the café.</w:t>
      </w:r>
    </w:p>
    <w:p w14:paraId="654ADB1E" w14:textId="77777777" w:rsidR="005643FF" w:rsidRPr="00091AD3" w:rsidRDefault="00DC2398">
      <w:pPr>
        <w:rPr>
          <w:rFonts w:ascii="Arial" w:hAnsi="Arial" w:cs="Arial"/>
          <w:sz w:val="24"/>
          <w:szCs w:val="24"/>
        </w:rPr>
      </w:pPr>
      <w:r w:rsidRPr="00091AD3">
        <w:rPr>
          <w:rFonts w:ascii="Arial" w:hAnsi="Arial" w:cs="Arial"/>
          <w:sz w:val="24"/>
          <w:szCs w:val="24"/>
        </w:rPr>
        <w:t xml:space="preserve">2. Email and Loyalty: Ask customers to join an email list or loyalty program for updates and rewards. Send simple emails about new </w:t>
      </w:r>
      <w:proofErr w:type="gramStart"/>
      <w:r w:rsidRPr="00091AD3">
        <w:rPr>
          <w:rFonts w:ascii="Arial" w:hAnsi="Arial" w:cs="Arial"/>
          <w:sz w:val="24"/>
          <w:szCs w:val="24"/>
        </w:rPr>
        <w:t>menu items</w:t>
      </w:r>
      <w:proofErr w:type="gramEnd"/>
      <w:r w:rsidRPr="00091AD3">
        <w:rPr>
          <w:rFonts w:ascii="Arial" w:hAnsi="Arial" w:cs="Arial"/>
          <w:sz w:val="24"/>
          <w:szCs w:val="24"/>
        </w:rPr>
        <w:t xml:space="preserve"> or special offers.</w:t>
      </w:r>
    </w:p>
    <w:p w14:paraId="03C507D0" w14:textId="77777777" w:rsidR="005643FF" w:rsidRPr="00091AD3" w:rsidRDefault="00DC2398">
      <w:pPr>
        <w:rPr>
          <w:rFonts w:ascii="Arial" w:hAnsi="Arial" w:cs="Arial"/>
          <w:sz w:val="24"/>
          <w:szCs w:val="24"/>
        </w:rPr>
      </w:pPr>
      <w:r w:rsidRPr="00091AD3">
        <w:rPr>
          <w:rFonts w:ascii="Arial" w:hAnsi="Arial" w:cs="Arial"/>
          <w:sz w:val="24"/>
          <w:szCs w:val="24"/>
        </w:rPr>
        <w:t>3. Local Promotion: Share flyers near schools, gyms, and offices. Join local events or markets to make people aware of the café.</w:t>
      </w:r>
    </w:p>
    <w:p w14:paraId="38C957FB" w14:textId="77777777" w:rsidR="005643FF" w:rsidRPr="00091AD3" w:rsidRDefault="00DC2398">
      <w:pPr>
        <w:pStyle w:val="Heading3"/>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1AD3">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Promotion Strategy</w:t>
      </w:r>
    </w:p>
    <w:p w14:paraId="1F411279" w14:textId="77777777" w:rsidR="005643FF" w:rsidRPr="00091AD3" w:rsidRDefault="00DC2398">
      <w:pPr>
        <w:rPr>
          <w:rFonts w:ascii="Arial" w:hAnsi="Arial" w:cs="Arial"/>
          <w:sz w:val="24"/>
          <w:szCs w:val="24"/>
        </w:rPr>
      </w:pPr>
      <w:r w:rsidRPr="00091AD3">
        <w:rPr>
          <w:rFonts w:ascii="Arial" w:hAnsi="Arial" w:cs="Arial"/>
          <w:sz w:val="24"/>
          <w:szCs w:val="24"/>
        </w:rPr>
        <w:t>To attract new customers and keep them coming back, I will offer:</w:t>
      </w:r>
    </w:p>
    <w:p w14:paraId="1E6E8114" w14:textId="77777777" w:rsidR="005643FF" w:rsidRPr="00091AD3" w:rsidRDefault="00DC2398">
      <w:pPr>
        <w:rPr>
          <w:rFonts w:ascii="Arial" w:hAnsi="Arial" w:cs="Arial"/>
          <w:sz w:val="24"/>
          <w:szCs w:val="24"/>
        </w:rPr>
      </w:pPr>
      <w:r w:rsidRPr="00091AD3">
        <w:rPr>
          <w:rFonts w:ascii="Arial" w:hAnsi="Arial" w:cs="Arial"/>
          <w:sz w:val="24"/>
          <w:szCs w:val="24"/>
        </w:rPr>
        <w:t>- Opening Week Offer: Free drink with any meal.</w:t>
      </w:r>
    </w:p>
    <w:p w14:paraId="105A9CEF" w14:textId="77777777" w:rsidR="005643FF" w:rsidRPr="00091AD3" w:rsidRDefault="00DC2398">
      <w:pPr>
        <w:rPr>
          <w:rFonts w:ascii="Arial" w:hAnsi="Arial" w:cs="Arial"/>
          <w:sz w:val="24"/>
          <w:szCs w:val="24"/>
        </w:rPr>
      </w:pPr>
      <w:r w:rsidRPr="00091AD3">
        <w:rPr>
          <w:rFonts w:ascii="Arial" w:hAnsi="Arial" w:cs="Arial"/>
          <w:sz w:val="24"/>
          <w:szCs w:val="24"/>
        </w:rPr>
        <w:t>- Loyalty Card: Buy 5 meals, get 1 free.</w:t>
      </w:r>
    </w:p>
    <w:p w14:paraId="7F4326EE" w14:textId="77777777" w:rsidR="005643FF" w:rsidRPr="00091AD3" w:rsidRDefault="00DC2398">
      <w:pPr>
        <w:rPr>
          <w:rFonts w:ascii="Arial" w:hAnsi="Arial" w:cs="Arial"/>
          <w:sz w:val="24"/>
          <w:szCs w:val="24"/>
        </w:rPr>
      </w:pPr>
      <w:r w:rsidRPr="00091AD3">
        <w:rPr>
          <w:rFonts w:ascii="Arial" w:hAnsi="Arial" w:cs="Arial"/>
          <w:sz w:val="24"/>
          <w:szCs w:val="24"/>
        </w:rPr>
        <w:t>- Social Media Contest: Post a photo and tag the café to win a free lunch.</w:t>
      </w:r>
    </w:p>
    <w:p w14:paraId="4E397BCF" w14:textId="77777777" w:rsidR="005643FF" w:rsidRPr="00091AD3" w:rsidRDefault="00DC2398">
      <w:pPr>
        <w:rPr>
          <w:rFonts w:ascii="Arial" w:hAnsi="Arial" w:cs="Arial"/>
          <w:sz w:val="24"/>
          <w:szCs w:val="24"/>
        </w:rPr>
      </w:pPr>
      <w:r w:rsidRPr="00091AD3">
        <w:rPr>
          <w:rFonts w:ascii="Arial" w:hAnsi="Arial" w:cs="Arial"/>
          <w:sz w:val="24"/>
          <w:szCs w:val="24"/>
        </w:rPr>
        <w:t>- Referral Discount: Small discount if a friend is referred.</w:t>
      </w:r>
    </w:p>
    <w:p w14:paraId="0E4F9E14" w14:textId="77777777" w:rsidR="005643FF" w:rsidRPr="00091AD3" w:rsidRDefault="00DC2398">
      <w:pPr>
        <w:rPr>
          <w:rFonts w:ascii="Arial" w:hAnsi="Arial" w:cs="Arial"/>
          <w:sz w:val="24"/>
          <w:szCs w:val="24"/>
        </w:rPr>
      </w:pPr>
      <w:r w:rsidRPr="00091AD3">
        <w:rPr>
          <w:rFonts w:ascii="Arial" w:hAnsi="Arial" w:cs="Arial"/>
          <w:sz w:val="24"/>
          <w:szCs w:val="24"/>
        </w:rPr>
        <w:t>- Holiday Promotions: Special deals during holidays or student weeks.</w:t>
      </w:r>
    </w:p>
    <w:p w14:paraId="1F700BA2" w14:textId="77777777" w:rsidR="005643FF" w:rsidRPr="00091AD3" w:rsidRDefault="00DC2398">
      <w:pPr>
        <w:pStyle w:val="Heading2"/>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1AD3">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w:t>
      </w:r>
    </w:p>
    <w:p w14:paraId="287AF954" w14:textId="77777777" w:rsidR="005643FF" w:rsidRPr="00091AD3" w:rsidRDefault="00DC2398">
      <w:pPr>
        <w:rPr>
          <w:rFonts w:ascii="Arial" w:hAnsi="Arial" w:cs="Arial"/>
          <w:sz w:val="24"/>
          <w:szCs w:val="24"/>
        </w:rPr>
      </w:pPr>
      <w:r w:rsidRPr="00091AD3">
        <w:rPr>
          <w:rFonts w:ascii="Arial" w:hAnsi="Arial" w:cs="Arial"/>
          <w:sz w:val="24"/>
          <w:szCs w:val="24"/>
        </w:rPr>
        <w:t>By dividing the market, choosing the right target group, and creating a friendly café image, I can reach my customers easily. Using social media, local marketing, and small rewards will help build loyal and happy customers in Oxford.</w:t>
      </w:r>
    </w:p>
    <w:sectPr w:rsidR="005643FF" w:rsidRPr="00091AD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66684678">
    <w:abstractNumId w:val="8"/>
  </w:num>
  <w:num w:numId="2" w16cid:durableId="1640181580">
    <w:abstractNumId w:val="6"/>
  </w:num>
  <w:num w:numId="3" w16cid:durableId="1979531957">
    <w:abstractNumId w:val="5"/>
  </w:num>
  <w:num w:numId="4" w16cid:durableId="390467784">
    <w:abstractNumId w:val="4"/>
  </w:num>
  <w:num w:numId="5" w16cid:durableId="2106417250">
    <w:abstractNumId w:val="7"/>
  </w:num>
  <w:num w:numId="6" w16cid:durableId="700017544">
    <w:abstractNumId w:val="3"/>
  </w:num>
  <w:num w:numId="7" w16cid:durableId="2141610703">
    <w:abstractNumId w:val="2"/>
  </w:num>
  <w:num w:numId="8" w16cid:durableId="812403078">
    <w:abstractNumId w:val="1"/>
  </w:num>
  <w:num w:numId="9" w16cid:durableId="904342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1AD3"/>
    <w:rsid w:val="0015074B"/>
    <w:rsid w:val="0029639D"/>
    <w:rsid w:val="00326F90"/>
    <w:rsid w:val="005643FF"/>
    <w:rsid w:val="00A748D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8AA846"/>
  <w14:defaultImageDpi w14:val="300"/>
  <w15:docId w15:val="{4BDED66F-31FD-4772-86AD-7FC46DE93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499</Words>
  <Characters>2432</Characters>
  <Application>Microsoft Office Word</Application>
  <DocSecurity>0</DocSecurity>
  <Lines>59</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Yustina Da Costsa</cp:lastModifiedBy>
  <cp:revision>2</cp:revision>
  <dcterms:created xsi:type="dcterms:W3CDTF">2025-11-11T13:21:00Z</dcterms:created>
  <dcterms:modified xsi:type="dcterms:W3CDTF">2025-11-11T13:21:00Z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b18793ae-1855-4eab-843c-667a06bba4e8</vt:lpwstr>
  </property>
</Properties>
</file>