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1749D5D" w14:textId="77777777" w:rsidR="00854340" w:rsidRDefault="00537718">
      <w:pPr>
        <w:spacing w:after="280"/>
      </w:pPr>
      <w:r>
        <w:rPr>
          <w:b/>
          <w:color w:val="123047"/>
          <w:sz w:val="54"/>
        </w:rPr>
        <w:t>DS 1 Template</w:t>
      </w:r>
    </w:p>
    <w:p w14:paraId="61C5D612" w14:textId="77777777" w:rsidR="00854340" w:rsidRDefault="00537718">
      <w:pPr>
        <w:spacing w:after="160"/>
      </w:pPr>
      <w:r>
        <w:rPr>
          <w:b/>
          <w:color w:val="123047"/>
          <w:sz w:val="40"/>
        </w:rPr>
        <w:t>My Screenshots/Photos</w:t>
      </w:r>
    </w:p>
    <w:p w14:paraId="7DB24FD8" w14:textId="77777777" w:rsidR="00854340" w:rsidRDefault="00537718">
      <w:pPr>
        <w:pStyle w:val="ListBullet"/>
        <w:spacing w:after="100"/>
      </w:pPr>
      <w:r>
        <w:t>Please add 4–6 screenshots or photos of your digital life.</w:t>
      </w:r>
    </w:p>
    <w:p w14:paraId="3CAE1378" w14:textId="77777777" w:rsidR="00854340" w:rsidRDefault="00537718">
      <w:pPr>
        <w:pStyle w:val="ListBullet"/>
        <w:spacing w:after="100"/>
      </w:pPr>
      <w:r>
        <w:t>You can use your phone or laptop.</w:t>
      </w:r>
    </w:p>
    <w:p w14:paraId="7D2DC220" w14:textId="77777777" w:rsidR="00854340" w:rsidRDefault="00537718">
      <w:pPr>
        <w:pStyle w:val="ListBullet"/>
        <w:spacing w:after="100"/>
      </w:pPr>
      <w:r>
        <w:t>For each screenshot, write one or two sentences explaining what it shows.</w:t>
      </w:r>
    </w:p>
    <w:p w14:paraId="5F7D362A" w14:textId="77777777" w:rsidR="00854340" w:rsidRDefault="00537718">
      <w:pPr>
        <w:spacing w:before="120" w:after="140"/>
      </w:pPr>
      <w:r>
        <w:rPr>
          <w:b/>
          <w:color w:val="28616F"/>
          <w:sz w:val="34"/>
        </w:rPr>
        <w:t>Screenshot/Photo 1 — WhatsApp</w:t>
      </w:r>
    </w:p>
    <w:tbl>
      <w:tblPr>
        <w:tblW w:w="0" w:type="auto"/>
        <w:jc w:val="center"/>
        <w:tblLayout w:type="fixed"/>
        <w:tblLook w:val="04A0" w:firstRow="1" w:lastRow="0" w:firstColumn="1" w:lastColumn="0" w:noHBand="0" w:noVBand="1"/>
      </w:tblPr>
      <w:tblGrid>
        <w:gridCol w:w="9936"/>
      </w:tblGrid>
      <w:tr w:rsidR="00854340" w14:paraId="5E9BBE5C" w14:textId="77777777">
        <w:trPr>
          <w:jc w:val="center"/>
        </w:trPr>
        <w:tc>
          <w:tcPr>
            <w:tcW w:w="9936" w:type="dxa"/>
            <w:tcBorders>
              <w:top w:val="single" w:sz="12" w:space="0" w:color="111111"/>
              <w:left w:val="single" w:sz="12" w:space="0" w:color="111111"/>
              <w:bottom w:val="single" w:sz="12" w:space="0" w:color="111111"/>
              <w:right w:val="single" w:sz="12" w:space="0" w:color="111111"/>
            </w:tcBorders>
          </w:tcPr>
          <w:p w14:paraId="6193E2B7" w14:textId="77777777" w:rsidR="00854340" w:rsidRDefault="00537718">
            <w:pPr>
              <w:spacing w:after="140"/>
            </w:pPr>
            <w:r>
              <w:rPr>
                <w:noProof/>
              </w:rPr>
              <w:drawing>
                <wp:inline distT="0" distB="0" distL="0" distR="0" wp14:anchorId="379B6AC4" wp14:editId="605BB7AB">
                  <wp:extent cx="1828800" cy="17772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723.jpeg"/>
                          <pic:cNvPicPr/>
                        </pic:nvPicPr>
                        <pic:blipFill>
                          <a:blip r:embed="rId6"/>
                          <a:stretch>
                            <a:fillRect/>
                          </a:stretch>
                        </pic:blipFill>
                        <pic:spPr>
                          <a:xfrm>
                            <a:off x="0" y="0"/>
                            <a:ext cx="1828800" cy="1777204"/>
                          </a:xfrm>
                          <a:prstGeom prst="rect">
                            <a:avLst/>
                          </a:prstGeom>
                        </pic:spPr>
                      </pic:pic>
                    </a:graphicData>
                  </a:graphic>
                </wp:inline>
              </w:drawing>
            </w:r>
          </w:p>
          <w:p w14:paraId="016D712F" w14:textId="77777777" w:rsidR="00854340" w:rsidRDefault="00537718">
            <w:pPr>
              <w:spacing w:before="100" w:after="100"/>
            </w:pPr>
            <w:r>
              <w:t>I use WhatsApp to communicate with my family and friends through messages, voice calls and video calls. It helps me stay connected with people who are important to me, even when we are apart.</w:t>
            </w:r>
          </w:p>
        </w:tc>
      </w:tr>
    </w:tbl>
    <w:p w14:paraId="17E2C8A9" w14:textId="77777777" w:rsidR="00854340" w:rsidRDefault="00854340">
      <w:pPr>
        <w:spacing w:after="40"/>
      </w:pPr>
    </w:p>
    <w:p w14:paraId="7238B649" w14:textId="77777777" w:rsidR="00854340" w:rsidRDefault="00537718">
      <w:pPr>
        <w:spacing w:before="120" w:after="140"/>
      </w:pPr>
      <w:r>
        <w:rPr>
          <w:b/>
          <w:color w:val="28616F"/>
          <w:sz w:val="34"/>
        </w:rPr>
        <w:t>Screenshot/Photo 2 — Snapchat</w:t>
      </w:r>
    </w:p>
    <w:tbl>
      <w:tblPr>
        <w:tblW w:w="0" w:type="auto"/>
        <w:jc w:val="center"/>
        <w:tblLayout w:type="fixed"/>
        <w:tblLook w:val="04A0" w:firstRow="1" w:lastRow="0" w:firstColumn="1" w:lastColumn="0" w:noHBand="0" w:noVBand="1"/>
      </w:tblPr>
      <w:tblGrid>
        <w:gridCol w:w="9936"/>
      </w:tblGrid>
      <w:tr w:rsidR="00854340" w14:paraId="3639C1E7" w14:textId="77777777">
        <w:trPr>
          <w:jc w:val="center"/>
        </w:trPr>
        <w:tc>
          <w:tcPr>
            <w:tcW w:w="9936" w:type="dxa"/>
            <w:tcBorders>
              <w:top w:val="single" w:sz="12" w:space="0" w:color="111111"/>
              <w:left w:val="single" w:sz="12" w:space="0" w:color="111111"/>
              <w:bottom w:val="single" w:sz="12" w:space="0" w:color="111111"/>
              <w:right w:val="single" w:sz="12" w:space="0" w:color="111111"/>
            </w:tcBorders>
          </w:tcPr>
          <w:p w14:paraId="04B605E2" w14:textId="77777777" w:rsidR="00854340" w:rsidRDefault="00537718">
            <w:pPr>
              <w:spacing w:after="140"/>
            </w:pPr>
            <w:r>
              <w:rPr>
                <w:noProof/>
              </w:rPr>
              <w:drawing>
                <wp:inline distT="0" distB="0" distL="0" distR="0" wp14:anchorId="39A20C7D" wp14:editId="18C5EA6F">
                  <wp:extent cx="1828800" cy="22844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724.jpeg"/>
                          <pic:cNvPicPr/>
                        </pic:nvPicPr>
                        <pic:blipFill>
                          <a:blip r:embed="rId7"/>
                          <a:stretch>
                            <a:fillRect/>
                          </a:stretch>
                        </pic:blipFill>
                        <pic:spPr>
                          <a:xfrm>
                            <a:off x="0" y="0"/>
                            <a:ext cx="1828800" cy="2284440"/>
                          </a:xfrm>
                          <a:prstGeom prst="rect">
                            <a:avLst/>
                          </a:prstGeom>
                        </pic:spPr>
                      </pic:pic>
                    </a:graphicData>
                  </a:graphic>
                </wp:inline>
              </w:drawing>
            </w:r>
          </w:p>
          <w:p w14:paraId="560C7037" w14:textId="77777777" w:rsidR="00854340" w:rsidRDefault="00537718">
            <w:pPr>
              <w:spacing w:before="100" w:after="100"/>
            </w:pPr>
            <w:r>
              <w:t>I use Snapchat to share photos, videos and messages with friends. It is a fun way to share everyday moments and keep in touch.</w:t>
            </w:r>
          </w:p>
        </w:tc>
      </w:tr>
    </w:tbl>
    <w:p w14:paraId="60D07F2D" w14:textId="77777777" w:rsidR="00854340" w:rsidRDefault="00854340">
      <w:pPr>
        <w:spacing w:after="40"/>
      </w:pPr>
    </w:p>
    <w:p w14:paraId="39ABCD65" w14:textId="77777777" w:rsidR="00854340" w:rsidRDefault="00537718">
      <w:r>
        <w:br w:type="page"/>
      </w:r>
    </w:p>
    <w:p w14:paraId="0EF372B0" w14:textId="77777777" w:rsidR="00854340" w:rsidRDefault="00537718">
      <w:pPr>
        <w:spacing w:before="120" w:after="140"/>
      </w:pPr>
      <w:r>
        <w:rPr>
          <w:b/>
          <w:color w:val="28616F"/>
          <w:sz w:val="34"/>
        </w:rPr>
        <w:t>Screenshot/Photo 3 — Google Maps</w:t>
      </w:r>
    </w:p>
    <w:tbl>
      <w:tblPr>
        <w:tblW w:w="0" w:type="auto"/>
        <w:jc w:val="center"/>
        <w:tblLayout w:type="fixed"/>
        <w:tblLook w:val="04A0" w:firstRow="1" w:lastRow="0" w:firstColumn="1" w:lastColumn="0" w:noHBand="0" w:noVBand="1"/>
      </w:tblPr>
      <w:tblGrid>
        <w:gridCol w:w="9936"/>
      </w:tblGrid>
      <w:tr w:rsidR="00854340" w14:paraId="1684DF8E" w14:textId="77777777">
        <w:trPr>
          <w:jc w:val="center"/>
        </w:trPr>
        <w:tc>
          <w:tcPr>
            <w:tcW w:w="9936" w:type="dxa"/>
            <w:tcBorders>
              <w:top w:val="single" w:sz="12" w:space="0" w:color="111111"/>
              <w:left w:val="single" w:sz="12" w:space="0" w:color="111111"/>
              <w:bottom w:val="single" w:sz="12" w:space="0" w:color="111111"/>
              <w:right w:val="single" w:sz="12" w:space="0" w:color="111111"/>
            </w:tcBorders>
          </w:tcPr>
          <w:p w14:paraId="2C8378FE" w14:textId="77777777" w:rsidR="00854340" w:rsidRDefault="00537718">
            <w:pPr>
              <w:spacing w:after="140"/>
            </w:pPr>
            <w:r>
              <w:rPr>
                <w:noProof/>
              </w:rPr>
              <w:drawing>
                <wp:inline distT="0" distB="0" distL="0" distR="0" wp14:anchorId="7BBF61B0" wp14:editId="78139412">
                  <wp:extent cx="1965960" cy="427116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725.jpeg"/>
                          <pic:cNvPicPr/>
                        </pic:nvPicPr>
                        <pic:blipFill>
                          <a:blip r:embed="rId8"/>
                          <a:stretch>
                            <a:fillRect/>
                          </a:stretch>
                        </pic:blipFill>
                        <pic:spPr>
                          <a:xfrm>
                            <a:off x="0" y="0"/>
                            <a:ext cx="1965960" cy="4271166"/>
                          </a:xfrm>
                          <a:prstGeom prst="rect">
                            <a:avLst/>
                          </a:prstGeom>
                        </pic:spPr>
                      </pic:pic>
                    </a:graphicData>
                  </a:graphic>
                </wp:inline>
              </w:drawing>
            </w:r>
          </w:p>
          <w:p w14:paraId="4AC584CF" w14:textId="77777777" w:rsidR="00854340" w:rsidRDefault="00537718">
            <w:pPr>
              <w:spacing w:before="100" w:after="100"/>
            </w:pPr>
            <w:r>
              <w:t>I use Google Maps to find locations, plan journeys and get directions. It helps me travel more easily and discover places nearby.</w:t>
            </w:r>
          </w:p>
        </w:tc>
      </w:tr>
    </w:tbl>
    <w:p w14:paraId="028102B6" w14:textId="77777777" w:rsidR="00854340" w:rsidRDefault="00854340">
      <w:pPr>
        <w:spacing w:after="40"/>
      </w:pPr>
    </w:p>
    <w:p w14:paraId="2A51B578" w14:textId="77777777" w:rsidR="00854340" w:rsidRDefault="00537718">
      <w:pPr>
        <w:spacing w:before="120" w:after="140"/>
      </w:pPr>
      <w:r>
        <w:rPr>
          <w:b/>
          <w:color w:val="28616F"/>
          <w:sz w:val="34"/>
        </w:rPr>
        <w:t>Screenshot/Photo 4 — Notes</w:t>
      </w:r>
    </w:p>
    <w:tbl>
      <w:tblPr>
        <w:tblW w:w="0" w:type="auto"/>
        <w:jc w:val="center"/>
        <w:tblLayout w:type="fixed"/>
        <w:tblLook w:val="04A0" w:firstRow="1" w:lastRow="0" w:firstColumn="1" w:lastColumn="0" w:noHBand="0" w:noVBand="1"/>
      </w:tblPr>
      <w:tblGrid>
        <w:gridCol w:w="9936"/>
      </w:tblGrid>
      <w:tr w:rsidR="00854340" w14:paraId="7A42CAEF" w14:textId="77777777">
        <w:trPr>
          <w:jc w:val="center"/>
        </w:trPr>
        <w:tc>
          <w:tcPr>
            <w:tcW w:w="9936" w:type="dxa"/>
            <w:tcBorders>
              <w:top w:val="single" w:sz="12" w:space="0" w:color="111111"/>
              <w:left w:val="single" w:sz="12" w:space="0" w:color="111111"/>
              <w:bottom w:val="single" w:sz="12" w:space="0" w:color="111111"/>
              <w:right w:val="single" w:sz="12" w:space="0" w:color="111111"/>
            </w:tcBorders>
          </w:tcPr>
          <w:p w14:paraId="1BAB7CAA" w14:textId="77777777" w:rsidR="00854340" w:rsidRDefault="00537718">
            <w:pPr>
              <w:spacing w:after="140"/>
            </w:pPr>
            <w:r>
              <w:rPr>
                <w:noProof/>
              </w:rPr>
              <w:drawing>
                <wp:inline distT="0" distB="0" distL="0" distR="0" wp14:anchorId="22246F67" wp14:editId="6AD27571">
                  <wp:extent cx="1828800" cy="397348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726.png"/>
                          <pic:cNvPicPr/>
                        </pic:nvPicPr>
                        <pic:blipFill>
                          <a:blip r:embed="rId9"/>
                          <a:stretch>
                            <a:fillRect/>
                          </a:stretch>
                        </pic:blipFill>
                        <pic:spPr>
                          <a:xfrm>
                            <a:off x="0" y="0"/>
                            <a:ext cx="1828800" cy="3973484"/>
                          </a:xfrm>
                          <a:prstGeom prst="rect">
                            <a:avLst/>
                          </a:prstGeom>
                        </pic:spPr>
                      </pic:pic>
                    </a:graphicData>
                  </a:graphic>
                </wp:inline>
              </w:drawing>
            </w:r>
          </w:p>
          <w:p w14:paraId="1CDA357D" w14:textId="77777777" w:rsidR="00854340" w:rsidRDefault="00537718">
            <w:pPr>
              <w:spacing w:before="100" w:after="100"/>
            </w:pPr>
            <w:r>
              <w:t>I use the Notes app to write down important information, make lists and keep track of ideas. It helps me stay organised and find information when I need it.</w:t>
            </w:r>
          </w:p>
        </w:tc>
      </w:tr>
    </w:tbl>
    <w:p w14:paraId="6F701A73" w14:textId="77777777" w:rsidR="00854340" w:rsidRDefault="00854340">
      <w:pPr>
        <w:spacing w:after="40"/>
      </w:pPr>
    </w:p>
    <w:p w14:paraId="3AB38FB6" w14:textId="77777777" w:rsidR="00854340" w:rsidRDefault="00537718">
      <w:r>
        <w:br w:type="page"/>
      </w:r>
    </w:p>
    <w:p w14:paraId="159CFC2E" w14:textId="77777777" w:rsidR="00854340" w:rsidRDefault="00537718">
      <w:pPr>
        <w:spacing w:before="120" w:after="140"/>
      </w:pPr>
      <w:r>
        <w:rPr>
          <w:b/>
          <w:color w:val="28616F"/>
          <w:sz w:val="34"/>
        </w:rPr>
        <w:t>Screenshot/Photo 5 — Barclays</w:t>
      </w:r>
    </w:p>
    <w:tbl>
      <w:tblPr>
        <w:tblW w:w="0" w:type="auto"/>
        <w:jc w:val="center"/>
        <w:tblLayout w:type="fixed"/>
        <w:tblLook w:val="04A0" w:firstRow="1" w:lastRow="0" w:firstColumn="1" w:lastColumn="0" w:noHBand="0" w:noVBand="1"/>
      </w:tblPr>
      <w:tblGrid>
        <w:gridCol w:w="9936"/>
      </w:tblGrid>
      <w:tr w:rsidR="00854340" w14:paraId="2A5DC4BF" w14:textId="77777777">
        <w:trPr>
          <w:jc w:val="center"/>
        </w:trPr>
        <w:tc>
          <w:tcPr>
            <w:tcW w:w="9936" w:type="dxa"/>
            <w:tcBorders>
              <w:top w:val="single" w:sz="12" w:space="0" w:color="111111"/>
              <w:left w:val="single" w:sz="12" w:space="0" w:color="111111"/>
              <w:bottom w:val="single" w:sz="12" w:space="0" w:color="111111"/>
              <w:right w:val="single" w:sz="12" w:space="0" w:color="111111"/>
            </w:tcBorders>
          </w:tcPr>
          <w:p w14:paraId="428339FE" w14:textId="77777777" w:rsidR="00854340" w:rsidRDefault="00537718">
            <w:pPr>
              <w:spacing w:after="140"/>
            </w:pPr>
            <w:r>
              <w:rPr>
                <w:noProof/>
              </w:rPr>
              <w:drawing>
                <wp:inline distT="0" distB="0" distL="0" distR="0" wp14:anchorId="26F064A4" wp14:editId="6F51B354">
                  <wp:extent cx="1828800" cy="179690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727.jpeg"/>
                          <pic:cNvPicPr/>
                        </pic:nvPicPr>
                        <pic:blipFill>
                          <a:blip r:embed="rId10"/>
                          <a:stretch>
                            <a:fillRect/>
                          </a:stretch>
                        </pic:blipFill>
                        <pic:spPr>
                          <a:xfrm>
                            <a:off x="0" y="0"/>
                            <a:ext cx="1828800" cy="1796902"/>
                          </a:xfrm>
                          <a:prstGeom prst="rect">
                            <a:avLst/>
                          </a:prstGeom>
                        </pic:spPr>
                      </pic:pic>
                    </a:graphicData>
                  </a:graphic>
                </wp:inline>
              </w:drawing>
            </w:r>
          </w:p>
          <w:p w14:paraId="3F54917A" w14:textId="77777777" w:rsidR="00854340" w:rsidRDefault="00537718">
            <w:pPr>
              <w:spacing w:before="100" w:after="100"/>
            </w:pPr>
            <w:r>
              <w:t>I use the Barclays mobile banking app to check my balance, review transactions and manage my money. It helps me monitor my spending and make payments without visiting a branch.</w:t>
            </w:r>
          </w:p>
        </w:tc>
      </w:tr>
    </w:tbl>
    <w:p w14:paraId="6A519B8A" w14:textId="77777777" w:rsidR="00854340" w:rsidRDefault="00854340">
      <w:pPr>
        <w:spacing w:after="40"/>
      </w:pPr>
    </w:p>
    <w:p w14:paraId="57C8FA43" w14:textId="77777777" w:rsidR="00854340" w:rsidRDefault="00537718">
      <w:r>
        <w:br w:type="page"/>
      </w:r>
    </w:p>
    <w:p w14:paraId="5435C337" w14:textId="77777777" w:rsidR="00854340" w:rsidRDefault="00537718">
      <w:r>
        <w:rPr>
          <w:b/>
          <w:color w:val="123047"/>
          <w:sz w:val="54"/>
        </w:rPr>
        <w:t>My Short Reflection</w:t>
      </w:r>
    </w:p>
    <w:p w14:paraId="2D8EFDE2" w14:textId="77777777" w:rsidR="00854340" w:rsidRDefault="00537718">
      <w:pPr>
        <w:pStyle w:val="ListBullet"/>
        <w:spacing w:after="100"/>
      </w:pPr>
      <w:r>
        <w:t>Write 5–8 simple sentences about your digital life.</w:t>
      </w:r>
    </w:p>
    <w:p w14:paraId="61AE85F7" w14:textId="77777777" w:rsidR="00854340" w:rsidRDefault="00537718">
      <w:pPr>
        <w:pStyle w:val="ListBullet"/>
        <w:spacing w:after="100"/>
      </w:pPr>
      <w:r>
        <w:t>You can use the sentence starters below if helpful.</w:t>
      </w:r>
    </w:p>
    <w:tbl>
      <w:tblPr>
        <w:tblW w:w="0" w:type="auto"/>
        <w:tblLook w:val="04A0" w:firstRow="1" w:lastRow="0" w:firstColumn="1" w:lastColumn="0" w:noHBand="0" w:noVBand="1"/>
      </w:tblPr>
      <w:tblGrid>
        <w:gridCol w:w="10368"/>
      </w:tblGrid>
      <w:tr w:rsidR="00854340" w14:paraId="4B7BD992" w14:textId="77777777">
        <w:tc>
          <w:tcPr>
            <w:tcW w:w="10368" w:type="dxa"/>
            <w:tcBorders>
              <w:top w:val="single" w:sz="12" w:space="0" w:color="111111"/>
              <w:left w:val="single" w:sz="12" w:space="0" w:color="111111"/>
              <w:bottom w:val="single" w:sz="12" w:space="0" w:color="111111"/>
              <w:right w:val="single" w:sz="12" w:space="0" w:color="111111"/>
            </w:tcBorders>
          </w:tcPr>
          <w:p w14:paraId="7F563DC7" w14:textId="77777777" w:rsidR="00854340" w:rsidRDefault="00537718">
            <w:pPr>
              <w:spacing w:after="160"/>
            </w:pPr>
            <w:r>
              <w:t>I use digital tools every day to communicate, find information and organise my life.</w:t>
            </w:r>
          </w:p>
          <w:p w14:paraId="2A8CEE76" w14:textId="77777777" w:rsidR="00854340" w:rsidRDefault="00537718">
            <w:pPr>
              <w:spacing w:after="160"/>
            </w:pPr>
            <w:r>
              <w:t>I feel confident when I use apps such as WhatsApp, Snapchat and Google Maps because they are easy to access on my phone.</w:t>
            </w:r>
          </w:p>
          <w:p w14:paraId="7BA4DF62" w14:textId="77777777" w:rsidR="00854340" w:rsidRDefault="00537718">
            <w:pPr>
              <w:spacing w:after="160"/>
            </w:pPr>
            <w:r>
              <w:t>I often use these tools to keep in touch with people, plan journeys, save notes and manage my money.</w:t>
            </w:r>
          </w:p>
          <w:p w14:paraId="7F1AAD7B" w14:textId="77777777" w:rsidR="00854340" w:rsidRDefault="00537718">
            <w:pPr>
              <w:spacing w:after="160"/>
            </w:pPr>
            <w:r>
              <w:t>Digital tools save me time because I can complete many tasks without needing to go somewhere in person.</w:t>
            </w:r>
          </w:p>
          <w:p w14:paraId="3D7E43B1" w14:textId="77777777" w:rsidR="00854340" w:rsidRDefault="00537718">
            <w:pPr>
              <w:spacing w:after="160"/>
            </w:pPr>
            <w:r>
              <w:t>I understand that I need to protect my personal information, especially when using banking apps or saving private notes.</w:t>
            </w:r>
          </w:p>
          <w:p w14:paraId="2FF7A875" w14:textId="77777777" w:rsidR="00854340" w:rsidRDefault="00537718">
            <w:pPr>
              <w:spacing w:after="160"/>
            </w:pPr>
            <w:r>
              <w:t>I want to keep improving my digital skills so I can use apps and online services safely and effectively.</w:t>
            </w:r>
          </w:p>
          <w:p w14:paraId="4B064B19" w14:textId="77777777" w:rsidR="00854340" w:rsidRDefault="00537718">
            <w:pPr>
              <w:spacing w:after="160"/>
            </w:pPr>
            <w:r>
              <w:t>Digital skills are important for me because they help me in my everyday life, at work and when learning new things.</w:t>
            </w:r>
          </w:p>
        </w:tc>
      </w:tr>
    </w:tbl>
    <w:p w14:paraId="6956878F" w14:textId="77777777" w:rsidR="00537718" w:rsidRDefault="00537718"/>
    <w:sectPr w:rsidR="00000000" w:rsidSect="00034616">
      <w:pgSz w:w="12240" w:h="15840"/>
      <w:pgMar w:top="936" w:right="936" w:bottom="936"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notTrueType/>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20811626">
    <w:abstractNumId w:val="8"/>
  </w:num>
  <w:num w:numId="2" w16cid:durableId="953514001">
    <w:abstractNumId w:val="6"/>
  </w:num>
  <w:num w:numId="3" w16cid:durableId="144514584">
    <w:abstractNumId w:val="5"/>
  </w:num>
  <w:num w:numId="4" w16cid:durableId="1698965631">
    <w:abstractNumId w:val="4"/>
  </w:num>
  <w:num w:numId="5" w16cid:durableId="1033462956">
    <w:abstractNumId w:val="7"/>
  </w:num>
  <w:num w:numId="6" w16cid:durableId="1148596324">
    <w:abstractNumId w:val="3"/>
  </w:num>
  <w:num w:numId="7" w16cid:durableId="1765808450">
    <w:abstractNumId w:val="2"/>
  </w:num>
  <w:num w:numId="8" w16cid:durableId="829253597">
    <w:abstractNumId w:val="1"/>
  </w:num>
  <w:num w:numId="9" w16cid:durableId="162727393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37718"/>
    <w:rsid w:val="00705F2D"/>
    <w:rsid w:val="0085434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28DADC"/>
  <w14:defaultImageDpi w14:val="300"/>
  <w15:docId w15:val="{14AFF22F-7192-684E-940B-962AABEA0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olor w:val="11111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1737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Andreea-Simona Tudosa</cp:lastModifiedBy>
  <cp:revision>2</cp:revision>
  <dcterms:created xsi:type="dcterms:W3CDTF">2026-10-25T21:53:00Z</dcterms:created>
  <dcterms:modified xsi:type="dcterms:W3CDTF">2026-10-25T21:53:00Z</dcterms:modified>
  <cp:category/>
</cp:coreProperties>
</file>