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510D1" w14:textId="77777777" w:rsidR="00B47CCA" w:rsidRPr="00B47CCA" w:rsidRDefault="00B47CCA" w:rsidP="00796F38">
      <w:pPr>
        <w:spacing w:line="360" w:lineRule="auto"/>
        <w:rPr>
          <w:lang w:val="en-GB"/>
        </w:rPr>
      </w:pPr>
      <w:r w:rsidRPr="00B47CCA">
        <w:rPr>
          <w:b/>
          <w:bCs/>
          <w:lang w:val="en-GB"/>
        </w:rPr>
        <w:t>LEVEL 4 ASSESSMENT SPECIFICATION</w:t>
      </w:r>
    </w:p>
    <w:p w14:paraId="29A4A038" w14:textId="77777777" w:rsidR="00B47CCA" w:rsidRDefault="00B47CCA" w:rsidP="00796F38">
      <w:pPr>
        <w:spacing w:line="360" w:lineRule="auto"/>
        <w:rPr>
          <w:lang w:val="en-GB"/>
        </w:rPr>
      </w:pPr>
      <w:r w:rsidRPr="00B47CCA">
        <w:rPr>
          <w:b/>
          <w:bCs/>
          <w:lang w:val="en-GB"/>
        </w:rPr>
        <w:t>Student Name:</w:t>
      </w:r>
      <w:r w:rsidRPr="00B47CCA">
        <w:rPr>
          <w:lang w:val="en-GB"/>
        </w:rPr>
        <w:t xml:space="preserve"> Vasile</w:t>
      </w:r>
      <w:r w:rsidRPr="00B47CCA">
        <w:rPr>
          <w:lang w:val="en-GB"/>
        </w:rPr>
        <w:noBreakHyphen/>
        <w:t>Zaharia Calin</w:t>
      </w:r>
    </w:p>
    <w:p w14:paraId="374664A8" w14:textId="17E0E457" w:rsidR="00B47CCA" w:rsidRDefault="00B47CCA" w:rsidP="00796F38">
      <w:pPr>
        <w:spacing w:line="360" w:lineRule="auto"/>
        <w:rPr>
          <w:lang w:val="en-GB"/>
        </w:rPr>
      </w:pPr>
      <w:r w:rsidRPr="00B47CCA">
        <w:rPr>
          <w:b/>
          <w:bCs/>
          <w:lang w:val="en-GB"/>
        </w:rPr>
        <w:t>Student ID Number:</w:t>
      </w:r>
      <w:r w:rsidRPr="00B47CCA">
        <w:rPr>
          <w:lang w:val="en-GB"/>
        </w:rPr>
        <w:t xml:space="preserve"> 2429941</w:t>
      </w:r>
    </w:p>
    <w:p w14:paraId="6242C1F8" w14:textId="77777777" w:rsidR="00B47CCA" w:rsidRDefault="00B47CCA" w:rsidP="00796F38">
      <w:pPr>
        <w:spacing w:line="360" w:lineRule="auto"/>
        <w:rPr>
          <w:lang w:val="en-GB"/>
        </w:rPr>
      </w:pPr>
      <w:r w:rsidRPr="00B47CCA">
        <w:rPr>
          <w:b/>
          <w:bCs/>
          <w:lang w:val="en-GB"/>
        </w:rPr>
        <w:t>Programme:</w:t>
      </w:r>
      <w:r w:rsidRPr="00B47CCA">
        <w:rPr>
          <w:lang w:val="en-GB"/>
        </w:rPr>
        <w:t xml:space="preserve"> Cert HE Business Skills for the Workplace</w:t>
      </w:r>
    </w:p>
    <w:p w14:paraId="2D0EE280" w14:textId="77777777" w:rsidR="00B47CCA" w:rsidRDefault="00B47CCA" w:rsidP="00796F38">
      <w:pPr>
        <w:spacing w:line="360" w:lineRule="auto"/>
        <w:rPr>
          <w:lang w:val="en-GB"/>
        </w:rPr>
      </w:pPr>
      <w:r w:rsidRPr="00B47CCA">
        <w:rPr>
          <w:b/>
          <w:bCs/>
          <w:lang w:val="en-GB"/>
        </w:rPr>
        <w:t>Module:</w:t>
      </w:r>
      <w:r w:rsidRPr="00B47CCA">
        <w:rPr>
          <w:lang w:val="en-GB"/>
        </w:rPr>
        <w:t xml:space="preserve"> Employability and Career Development</w:t>
      </w:r>
    </w:p>
    <w:p w14:paraId="2A522AF8" w14:textId="78EE816F" w:rsidR="00796F38" w:rsidRPr="00796F38" w:rsidRDefault="00B47CCA" w:rsidP="00796F38">
      <w:pPr>
        <w:spacing w:line="360" w:lineRule="auto"/>
        <w:rPr>
          <w:lang w:val="en-GB"/>
        </w:rPr>
      </w:pPr>
      <w:r w:rsidRPr="00B47CCA">
        <w:rPr>
          <w:b/>
          <w:bCs/>
          <w:lang w:val="en-GB"/>
        </w:rPr>
        <w:t>Lecturer:</w:t>
      </w:r>
      <w:r w:rsidRPr="00B47CCA">
        <w:rPr>
          <w:lang w:val="en-GB"/>
        </w:rPr>
        <w:t xml:space="preserve"> Jaya Gopalkrishnan</w:t>
      </w:r>
    </w:p>
    <w:p w14:paraId="278D4AFC" w14:textId="2C85F69A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Task 1 – Compare Four Job Adverts (≈300 words)</w:t>
      </w:r>
    </w:p>
    <w:p w14:paraId="72827185" w14:textId="77777777" w:rsidR="004A5FC4" w:rsidRPr="004A5FC4" w:rsidRDefault="004A5FC4" w:rsidP="00796F38">
      <w:pPr>
        <w:spacing w:line="360" w:lineRule="auto"/>
        <w:rPr>
          <w:lang w:val="en-GB"/>
        </w:rPr>
      </w:pPr>
      <w:r w:rsidRPr="004A5FC4">
        <w:rPr>
          <w:lang w:val="en-GB"/>
        </w:rPr>
        <w:t xml:space="preserve">I looked at four job adverts for roles that are </w:t>
      </w:r>
      <w:proofErr w:type="gramStart"/>
      <w:r w:rsidRPr="004A5FC4">
        <w:rPr>
          <w:lang w:val="en-GB"/>
        </w:rPr>
        <w:t>similar to</w:t>
      </w:r>
      <w:proofErr w:type="gramEnd"/>
      <w:r w:rsidRPr="004A5FC4">
        <w:rPr>
          <w:lang w:val="en-GB"/>
        </w:rPr>
        <w:t xml:space="preserve"> what I would need in my LED billboard business, mainly Marketing Assistant and Sales Coordinator. These roles are important because they help promote services, communicate with clients, and support basic sales tasks.</w:t>
      </w:r>
    </w:p>
    <w:p w14:paraId="114A0291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Common Skills:</w:t>
      </w:r>
    </w:p>
    <w:p w14:paraId="5F5122E8" w14:textId="03081B4E" w:rsidR="004A5FC4" w:rsidRPr="00796F38" w:rsidRDefault="004A5FC4" w:rsidP="00796F38">
      <w:pPr>
        <w:pStyle w:val="ListParagraph"/>
        <w:numPr>
          <w:ilvl w:val="0"/>
          <w:numId w:val="19"/>
        </w:numPr>
        <w:spacing w:line="360" w:lineRule="auto"/>
        <w:rPr>
          <w:lang w:val="en-GB"/>
        </w:rPr>
      </w:pPr>
      <w:r w:rsidRPr="00796F38">
        <w:rPr>
          <w:lang w:val="en-GB"/>
        </w:rPr>
        <w:t>Good communication skills</w:t>
      </w:r>
    </w:p>
    <w:p w14:paraId="46B4FAE4" w14:textId="12589BD2" w:rsidR="004A5FC4" w:rsidRPr="00796F38" w:rsidRDefault="004A5FC4" w:rsidP="00796F38">
      <w:pPr>
        <w:pStyle w:val="ListParagraph"/>
        <w:numPr>
          <w:ilvl w:val="0"/>
          <w:numId w:val="19"/>
        </w:numPr>
        <w:spacing w:line="360" w:lineRule="auto"/>
        <w:rPr>
          <w:lang w:val="en-GB"/>
        </w:rPr>
      </w:pPr>
      <w:r w:rsidRPr="00796F38">
        <w:rPr>
          <w:lang w:val="en-GB"/>
        </w:rPr>
        <w:t>Basic sales and negotiation</w:t>
      </w:r>
    </w:p>
    <w:p w14:paraId="2809EA26" w14:textId="1EF0F9D4" w:rsidR="004A5FC4" w:rsidRPr="00796F38" w:rsidRDefault="004A5FC4" w:rsidP="00796F38">
      <w:pPr>
        <w:pStyle w:val="ListParagraph"/>
        <w:numPr>
          <w:ilvl w:val="0"/>
          <w:numId w:val="19"/>
        </w:numPr>
        <w:spacing w:line="360" w:lineRule="auto"/>
        <w:rPr>
          <w:lang w:val="en-GB"/>
        </w:rPr>
      </w:pPr>
      <w:r w:rsidRPr="00796F38">
        <w:rPr>
          <w:lang w:val="en-GB"/>
        </w:rPr>
        <w:t>Teamwork</w:t>
      </w:r>
    </w:p>
    <w:p w14:paraId="1F688E2C" w14:textId="70547FC5" w:rsidR="004A5FC4" w:rsidRPr="00796F38" w:rsidRDefault="004A5FC4" w:rsidP="00796F38">
      <w:pPr>
        <w:pStyle w:val="ListParagraph"/>
        <w:numPr>
          <w:ilvl w:val="0"/>
          <w:numId w:val="19"/>
        </w:numPr>
        <w:spacing w:line="360" w:lineRule="auto"/>
        <w:rPr>
          <w:lang w:val="en-GB"/>
        </w:rPr>
      </w:pPr>
      <w:r w:rsidRPr="00796F38">
        <w:rPr>
          <w:lang w:val="en-GB"/>
        </w:rPr>
        <w:t>Time management</w:t>
      </w:r>
    </w:p>
    <w:p w14:paraId="0922E3B6" w14:textId="4CC14028" w:rsidR="004A5FC4" w:rsidRPr="00796F38" w:rsidRDefault="004A5FC4" w:rsidP="00796F38">
      <w:pPr>
        <w:pStyle w:val="ListParagraph"/>
        <w:numPr>
          <w:ilvl w:val="0"/>
          <w:numId w:val="19"/>
        </w:numPr>
        <w:spacing w:line="360" w:lineRule="auto"/>
        <w:rPr>
          <w:lang w:val="en-GB"/>
        </w:rPr>
      </w:pPr>
      <w:r w:rsidRPr="00796F38">
        <w:rPr>
          <w:lang w:val="en-GB"/>
        </w:rPr>
        <w:t>Basic IT skills (Word, Excel)</w:t>
      </w:r>
    </w:p>
    <w:p w14:paraId="1A8679A9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Common Knowledge:</w:t>
      </w:r>
    </w:p>
    <w:p w14:paraId="33F6193E" w14:textId="30D912D8" w:rsidR="004A5FC4" w:rsidRPr="00796F38" w:rsidRDefault="004A5FC4" w:rsidP="00796F38">
      <w:pPr>
        <w:pStyle w:val="ListParagraph"/>
        <w:numPr>
          <w:ilvl w:val="0"/>
          <w:numId w:val="18"/>
        </w:numPr>
        <w:spacing w:line="360" w:lineRule="auto"/>
        <w:rPr>
          <w:lang w:val="en-GB"/>
        </w:rPr>
      </w:pPr>
      <w:r w:rsidRPr="00796F38">
        <w:rPr>
          <w:lang w:val="en-GB"/>
        </w:rPr>
        <w:t>Basic understanding of marketing</w:t>
      </w:r>
    </w:p>
    <w:p w14:paraId="033338FE" w14:textId="760F137E" w:rsidR="004A5FC4" w:rsidRPr="00796F38" w:rsidRDefault="004A5FC4" w:rsidP="00796F38">
      <w:pPr>
        <w:pStyle w:val="ListParagraph"/>
        <w:numPr>
          <w:ilvl w:val="0"/>
          <w:numId w:val="18"/>
        </w:numPr>
        <w:spacing w:line="360" w:lineRule="auto"/>
        <w:rPr>
          <w:lang w:val="en-GB"/>
        </w:rPr>
      </w:pPr>
      <w:r w:rsidRPr="00796F38">
        <w:rPr>
          <w:lang w:val="en-GB"/>
        </w:rPr>
        <w:t>Social media knowledge</w:t>
      </w:r>
    </w:p>
    <w:p w14:paraId="6260B24B" w14:textId="72D1E296" w:rsidR="004A5FC4" w:rsidRPr="00796F38" w:rsidRDefault="004A5FC4" w:rsidP="00796F38">
      <w:pPr>
        <w:pStyle w:val="ListParagraph"/>
        <w:numPr>
          <w:ilvl w:val="0"/>
          <w:numId w:val="18"/>
        </w:numPr>
        <w:spacing w:line="360" w:lineRule="auto"/>
        <w:rPr>
          <w:lang w:val="en-GB"/>
        </w:rPr>
      </w:pPr>
      <w:r w:rsidRPr="00796F38">
        <w:rPr>
          <w:lang w:val="en-GB"/>
        </w:rPr>
        <w:t>Customer service awareness</w:t>
      </w:r>
    </w:p>
    <w:p w14:paraId="7C86CA7E" w14:textId="77777777" w:rsidR="004A5FC4" w:rsidRPr="00796F38" w:rsidRDefault="004A5FC4" w:rsidP="00796F38">
      <w:pPr>
        <w:spacing w:line="360" w:lineRule="auto"/>
        <w:rPr>
          <w:b/>
          <w:bCs/>
          <w:lang w:val="en-GB"/>
        </w:rPr>
      </w:pPr>
      <w:r w:rsidRPr="00796F38">
        <w:rPr>
          <w:b/>
          <w:bCs/>
          <w:lang w:val="en-GB"/>
        </w:rPr>
        <w:t>Similarities Across Adverts:</w:t>
      </w:r>
    </w:p>
    <w:p w14:paraId="7E278867" w14:textId="0708ED5D" w:rsidR="004A5FC4" w:rsidRPr="004A5FC4" w:rsidRDefault="004A5FC4" w:rsidP="00796F38">
      <w:pPr>
        <w:spacing w:line="360" w:lineRule="auto"/>
        <w:rPr>
          <w:lang w:val="en-GB"/>
        </w:rPr>
      </w:pPr>
      <w:r w:rsidRPr="004A5FC4">
        <w:rPr>
          <w:lang w:val="en-GB"/>
        </w:rPr>
        <w:t>All adverts mention communication and teamwork as essential. They also ask for basic</w:t>
      </w:r>
      <w:r>
        <w:rPr>
          <w:lang w:val="en-GB"/>
        </w:rPr>
        <w:t xml:space="preserve"> </w:t>
      </w:r>
      <w:r w:rsidRPr="004A5FC4">
        <w:rPr>
          <w:lang w:val="en-GB"/>
        </w:rPr>
        <w:t>IT skills and some marketing knowledge. These are important for my LED billboard</w:t>
      </w:r>
      <w:r>
        <w:rPr>
          <w:lang w:val="en-GB"/>
        </w:rPr>
        <w:t xml:space="preserve"> </w:t>
      </w:r>
      <w:r w:rsidRPr="004A5FC4">
        <w:rPr>
          <w:lang w:val="en-GB"/>
        </w:rPr>
        <w:t>business because I will need to talk to clients, organise bookings, and promote</w:t>
      </w:r>
      <w:r>
        <w:rPr>
          <w:lang w:val="en-GB"/>
        </w:rPr>
        <w:t xml:space="preserve"> </w:t>
      </w:r>
      <w:r w:rsidRPr="004A5FC4">
        <w:rPr>
          <w:lang w:val="en-GB"/>
        </w:rPr>
        <w:t>advertising packages online.</w:t>
      </w:r>
    </w:p>
    <w:p w14:paraId="4DA8D213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lastRenderedPageBreak/>
        <w:t>EDI / Legal Observations:</w:t>
      </w:r>
    </w:p>
    <w:p w14:paraId="60900A14" w14:textId="292D0B65" w:rsidR="004A5FC4" w:rsidRPr="004A5FC4" w:rsidRDefault="004A5FC4" w:rsidP="00796F38">
      <w:pPr>
        <w:spacing w:line="360" w:lineRule="auto"/>
        <w:rPr>
          <w:lang w:val="en-GB"/>
        </w:rPr>
      </w:pPr>
      <w:r w:rsidRPr="004A5FC4">
        <w:rPr>
          <w:lang w:val="en-GB"/>
        </w:rPr>
        <w:t>The adverts use neutral and inclusive language. They do not ask for unnecessary</w:t>
      </w:r>
      <w:r>
        <w:rPr>
          <w:lang w:val="en-GB"/>
        </w:rPr>
        <w:t xml:space="preserve"> </w:t>
      </w:r>
      <w:r w:rsidRPr="004A5FC4">
        <w:rPr>
          <w:lang w:val="en-GB"/>
        </w:rPr>
        <w:t>personal details and follow the Equality Act 2010 and GDPR rules.</w:t>
      </w:r>
    </w:p>
    <w:p w14:paraId="10DF7FAE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Summary:</w:t>
      </w:r>
    </w:p>
    <w:p w14:paraId="4727D77F" w14:textId="77777777" w:rsidR="004A5FC4" w:rsidRPr="004A5FC4" w:rsidRDefault="004A5FC4" w:rsidP="00796F38">
      <w:pPr>
        <w:spacing w:line="360" w:lineRule="auto"/>
        <w:rPr>
          <w:lang w:val="en-GB"/>
        </w:rPr>
      </w:pPr>
      <w:r w:rsidRPr="004A5FC4">
        <w:rPr>
          <w:lang w:val="en-GB"/>
        </w:rPr>
        <w:t>The adverts show that communication, teamwork, and basic marketing knowledge are the most common requirements. These skills are important for my business because I need to explain services clearly and work with others when installing and managing LED billboards. All adverts mention social media, so I need to keep improving in this area. Comparing these adverts helped me understand what employers expect and what I need to develop further.</w:t>
      </w:r>
    </w:p>
    <w:p w14:paraId="54E3A4AA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Task 2 – Self</w:t>
      </w:r>
      <w:r w:rsidRPr="004A5FC4">
        <w:rPr>
          <w:rFonts w:ascii="Cambria Math" w:hAnsi="Cambria Math" w:cs="Cambria Math"/>
          <w:b/>
          <w:bCs/>
          <w:lang w:val="en-GB"/>
        </w:rPr>
        <w:t>‑</w:t>
      </w:r>
      <w:r w:rsidRPr="004A5FC4">
        <w:rPr>
          <w:b/>
          <w:bCs/>
          <w:lang w:val="en-GB"/>
        </w:rPr>
        <w:t>Assessment &amp; Evidence (</w:t>
      </w:r>
      <w:r w:rsidRPr="004A5FC4">
        <w:rPr>
          <w:rFonts w:cs="Arial"/>
          <w:b/>
          <w:bCs/>
          <w:lang w:val="en-GB"/>
        </w:rPr>
        <w:t>≈</w:t>
      </w:r>
      <w:r w:rsidRPr="004A5FC4">
        <w:rPr>
          <w:b/>
          <w:bCs/>
          <w:lang w:val="en-GB"/>
        </w:rPr>
        <w:t>500 words)</w:t>
      </w:r>
    </w:p>
    <w:p w14:paraId="3C30F981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SWOT Analysis</w:t>
      </w:r>
    </w:p>
    <w:p w14:paraId="3DE0AB58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Strengths:</w:t>
      </w:r>
    </w:p>
    <w:p w14:paraId="6F1A34DE" w14:textId="47C8718F" w:rsidR="004A5FC4" w:rsidRPr="00796F38" w:rsidRDefault="004A5FC4" w:rsidP="00796F38">
      <w:pPr>
        <w:pStyle w:val="ListParagraph"/>
        <w:numPr>
          <w:ilvl w:val="0"/>
          <w:numId w:val="17"/>
        </w:numPr>
        <w:spacing w:line="360" w:lineRule="auto"/>
        <w:rPr>
          <w:lang w:val="en-GB"/>
        </w:rPr>
      </w:pPr>
      <w:r w:rsidRPr="00796F38">
        <w:rPr>
          <w:lang w:val="en-GB"/>
        </w:rPr>
        <w:t>Creative ideas (I developed a business plan for LED billboards)</w:t>
      </w:r>
    </w:p>
    <w:p w14:paraId="5B6B2A0C" w14:textId="586C40C1" w:rsidR="004A5FC4" w:rsidRPr="00796F38" w:rsidRDefault="004A5FC4" w:rsidP="00796F38">
      <w:pPr>
        <w:pStyle w:val="ListParagraph"/>
        <w:numPr>
          <w:ilvl w:val="0"/>
          <w:numId w:val="17"/>
        </w:numPr>
        <w:spacing w:line="360" w:lineRule="auto"/>
        <w:rPr>
          <w:lang w:val="en-GB"/>
        </w:rPr>
      </w:pPr>
      <w:r w:rsidRPr="00796F38">
        <w:rPr>
          <w:lang w:val="en-GB"/>
        </w:rPr>
        <w:t>Basic marketing knowledge from my studies</w:t>
      </w:r>
    </w:p>
    <w:p w14:paraId="393902E0" w14:textId="6127517B" w:rsidR="004A5FC4" w:rsidRPr="00796F38" w:rsidRDefault="004A5FC4" w:rsidP="00796F38">
      <w:pPr>
        <w:pStyle w:val="ListParagraph"/>
        <w:numPr>
          <w:ilvl w:val="0"/>
          <w:numId w:val="17"/>
        </w:numPr>
        <w:spacing w:line="360" w:lineRule="auto"/>
        <w:rPr>
          <w:lang w:val="en-GB"/>
        </w:rPr>
      </w:pPr>
      <w:r w:rsidRPr="00796F38">
        <w:rPr>
          <w:lang w:val="en-GB"/>
        </w:rPr>
        <w:t>Strong motivation and willingness to learn</w:t>
      </w:r>
    </w:p>
    <w:p w14:paraId="5B301028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Weaknesses:</w:t>
      </w:r>
    </w:p>
    <w:p w14:paraId="5DE8C4FE" w14:textId="573217D7" w:rsidR="004A5FC4" w:rsidRPr="00796F38" w:rsidRDefault="004A5FC4" w:rsidP="00796F38">
      <w:pPr>
        <w:pStyle w:val="ListParagraph"/>
        <w:numPr>
          <w:ilvl w:val="0"/>
          <w:numId w:val="16"/>
        </w:numPr>
        <w:spacing w:line="360" w:lineRule="auto"/>
        <w:rPr>
          <w:lang w:val="en-GB"/>
        </w:rPr>
      </w:pPr>
      <w:r w:rsidRPr="00796F38">
        <w:rPr>
          <w:lang w:val="en-GB"/>
        </w:rPr>
        <w:t>Limited practical sales experience</w:t>
      </w:r>
    </w:p>
    <w:p w14:paraId="45DA24C8" w14:textId="0C847C53" w:rsidR="004A5FC4" w:rsidRPr="00796F38" w:rsidRDefault="004A5FC4" w:rsidP="00796F38">
      <w:pPr>
        <w:pStyle w:val="ListParagraph"/>
        <w:numPr>
          <w:ilvl w:val="0"/>
          <w:numId w:val="16"/>
        </w:numPr>
        <w:spacing w:line="360" w:lineRule="auto"/>
        <w:rPr>
          <w:lang w:val="en-GB"/>
        </w:rPr>
      </w:pPr>
      <w:r w:rsidRPr="00796F38">
        <w:rPr>
          <w:lang w:val="en-GB"/>
        </w:rPr>
        <w:t>Not enough knowledge about advertising laws</w:t>
      </w:r>
    </w:p>
    <w:p w14:paraId="5CC1E4B2" w14:textId="0DCDD60C" w:rsidR="004A5FC4" w:rsidRPr="00796F38" w:rsidRDefault="004A5FC4" w:rsidP="00796F38">
      <w:pPr>
        <w:pStyle w:val="ListParagraph"/>
        <w:numPr>
          <w:ilvl w:val="0"/>
          <w:numId w:val="16"/>
        </w:numPr>
        <w:spacing w:line="360" w:lineRule="auto"/>
        <w:rPr>
          <w:lang w:val="en-GB"/>
        </w:rPr>
      </w:pPr>
      <w:r w:rsidRPr="00796F38">
        <w:rPr>
          <w:lang w:val="en-GB"/>
        </w:rPr>
        <w:t>Need to improve confidence when presenting</w:t>
      </w:r>
    </w:p>
    <w:p w14:paraId="6EA6DE8E" w14:textId="77777777" w:rsidR="004A5FC4" w:rsidRDefault="004A5FC4" w:rsidP="00796F38">
      <w:pPr>
        <w:spacing w:line="360" w:lineRule="auto"/>
        <w:rPr>
          <w:b/>
          <w:bCs/>
          <w:lang w:val="en-GB"/>
        </w:rPr>
      </w:pPr>
    </w:p>
    <w:p w14:paraId="156F6AEA" w14:textId="5C84D331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Opportunities:</w:t>
      </w:r>
    </w:p>
    <w:p w14:paraId="6E655C36" w14:textId="3BADC33F" w:rsidR="004A5FC4" w:rsidRPr="00796F38" w:rsidRDefault="004A5FC4" w:rsidP="00796F38">
      <w:pPr>
        <w:pStyle w:val="ListParagraph"/>
        <w:numPr>
          <w:ilvl w:val="0"/>
          <w:numId w:val="15"/>
        </w:numPr>
        <w:spacing w:line="360" w:lineRule="auto"/>
        <w:rPr>
          <w:lang w:val="en-GB"/>
        </w:rPr>
      </w:pPr>
      <w:r w:rsidRPr="00796F38">
        <w:rPr>
          <w:lang w:val="en-GB"/>
        </w:rPr>
        <w:t>Growing demand for digital advertising</w:t>
      </w:r>
    </w:p>
    <w:p w14:paraId="418F6F37" w14:textId="2E9AC63B" w:rsidR="004A5FC4" w:rsidRPr="00796F38" w:rsidRDefault="004A5FC4" w:rsidP="00796F38">
      <w:pPr>
        <w:pStyle w:val="ListParagraph"/>
        <w:numPr>
          <w:ilvl w:val="0"/>
          <w:numId w:val="15"/>
        </w:numPr>
        <w:spacing w:line="360" w:lineRule="auto"/>
        <w:rPr>
          <w:lang w:val="en-GB"/>
        </w:rPr>
      </w:pPr>
      <w:r w:rsidRPr="00796F38">
        <w:rPr>
          <w:lang w:val="en-GB"/>
        </w:rPr>
        <w:t>Online courses for marketing and business skills</w:t>
      </w:r>
    </w:p>
    <w:p w14:paraId="36AA6487" w14:textId="534FAB17" w:rsidR="004A5FC4" w:rsidRPr="00796F38" w:rsidRDefault="004A5FC4" w:rsidP="00796F38">
      <w:pPr>
        <w:pStyle w:val="ListParagraph"/>
        <w:numPr>
          <w:ilvl w:val="0"/>
          <w:numId w:val="15"/>
        </w:numPr>
        <w:spacing w:line="360" w:lineRule="auto"/>
        <w:rPr>
          <w:lang w:val="en-GB"/>
        </w:rPr>
      </w:pPr>
      <w:r w:rsidRPr="00796F38">
        <w:rPr>
          <w:lang w:val="en-GB"/>
        </w:rPr>
        <w:t>Networking with local businesses</w:t>
      </w:r>
    </w:p>
    <w:p w14:paraId="2312288D" w14:textId="77777777" w:rsidR="00796F38" w:rsidRDefault="00796F38" w:rsidP="00796F38">
      <w:pPr>
        <w:spacing w:line="360" w:lineRule="auto"/>
        <w:rPr>
          <w:b/>
          <w:bCs/>
          <w:lang w:val="en-GB"/>
        </w:rPr>
      </w:pPr>
    </w:p>
    <w:p w14:paraId="41DF56D3" w14:textId="70E883B8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lastRenderedPageBreak/>
        <w:t>Threats:</w:t>
      </w:r>
    </w:p>
    <w:p w14:paraId="3012B6F1" w14:textId="4BB188DD" w:rsidR="004A5FC4" w:rsidRPr="00796F38" w:rsidRDefault="004A5FC4" w:rsidP="00796F38">
      <w:pPr>
        <w:pStyle w:val="ListParagraph"/>
        <w:numPr>
          <w:ilvl w:val="0"/>
          <w:numId w:val="14"/>
        </w:numPr>
        <w:spacing w:line="360" w:lineRule="auto"/>
        <w:rPr>
          <w:lang w:val="en-GB"/>
        </w:rPr>
      </w:pPr>
      <w:r w:rsidRPr="00796F38">
        <w:rPr>
          <w:lang w:val="en-GB"/>
        </w:rPr>
        <w:t>Strong competition in the advertising industry</w:t>
      </w:r>
    </w:p>
    <w:p w14:paraId="590110AB" w14:textId="5E2A1565" w:rsidR="004A5FC4" w:rsidRPr="00796F38" w:rsidRDefault="004A5FC4" w:rsidP="00796F38">
      <w:pPr>
        <w:pStyle w:val="ListParagraph"/>
        <w:numPr>
          <w:ilvl w:val="0"/>
          <w:numId w:val="14"/>
        </w:numPr>
        <w:spacing w:line="360" w:lineRule="auto"/>
        <w:rPr>
          <w:lang w:val="en-GB"/>
        </w:rPr>
      </w:pPr>
      <w:r w:rsidRPr="00796F38">
        <w:rPr>
          <w:lang w:val="en-GB"/>
        </w:rPr>
        <w:t>High start</w:t>
      </w:r>
      <w:r w:rsidRPr="00796F38">
        <w:rPr>
          <w:rFonts w:ascii="Cambria Math" w:hAnsi="Cambria Math" w:cs="Cambria Math"/>
          <w:lang w:val="en-GB"/>
        </w:rPr>
        <w:t>‑</w:t>
      </w:r>
      <w:r w:rsidRPr="00796F38">
        <w:rPr>
          <w:lang w:val="en-GB"/>
        </w:rPr>
        <w:t>up costs</w:t>
      </w:r>
    </w:p>
    <w:p w14:paraId="4AC11D47" w14:textId="7F267142" w:rsidR="004A5FC4" w:rsidRPr="00796F38" w:rsidRDefault="004A5FC4" w:rsidP="00796F38">
      <w:pPr>
        <w:pStyle w:val="ListParagraph"/>
        <w:numPr>
          <w:ilvl w:val="0"/>
          <w:numId w:val="14"/>
        </w:numPr>
        <w:spacing w:line="360" w:lineRule="auto"/>
        <w:rPr>
          <w:lang w:val="en-GB"/>
        </w:rPr>
      </w:pPr>
      <w:r w:rsidRPr="00796F38">
        <w:rPr>
          <w:lang w:val="en-GB"/>
        </w:rPr>
        <w:t>Fast changes in technology</w:t>
      </w:r>
    </w:p>
    <w:p w14:paraId="6D8D09C7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Evidence of Readiness (STAR Example)</w:t>
      </w:r>
    </w:p>
    <w:p w14:paraId="56BD0117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 xml:space="preserve">Situation: </w:t>
      </w:r>
      <w:r w:rsidRPr="004A5FC4">
        <w:rPr>
          <w:lang w:val="en-GB"/>
        </w:rPr>
        <w:t>I had to present my LED billboard business idea as part of my coursework.</w:t>
      </w:r>
    </w:p>
    <w:p w14:paraId="2BDFBB7B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 xml:space="preserve">Task: </w:t>
      </w:r>
      <w:r w:rsidRPr="004A5FC4">
        <w:rPr>
          <w:lang w:val="en-GB"/>
        </w:rPr>
        <w:t>My task was to explain the concept clearly and show how the idea could be useful for small businesses.</w:t>
      </w:r>
    </w:p>
    <w:p w14:paraId="41281548" w14:textId="77777777" w:rsidR="004A5FC4" w:rsidRPr="004A5FC4" w:rsidRDefault="004A5FC4" w:rsidP="00796F38">
      <w:pPr>
        <w:spacing w:line="360" w:lineRule="auto"/>
        <w:rPr>
          <w:lang w:val="en-GB"/>
        </w:rPr>
      </w:pPr>
      <w:r w:rsidRPr="004A5FC4">
        <w:rPr>
          <w:b/>
          <w:bCs/>
          <w:lang w:val="en-GB"/>
        </w:rPr>
        <w:t xml:space="preserve">Action: </w:t>
      </w:r>
      <w:r w:rsidRPr="004A5FC4">
        <w:rPr>
          <w:lang w:val="en-GB"/>
        </w:rPr>
        <w:t>I prepared a set of slides, researched the PESTEL factors, and practised the presentation to make sure I could deliver it in a clear and organised way.</w:t>
      </w:r>
    </w:p>
    <w:p w14:paraId="5EAD0B0D" w14:textId="2856D4FA" w:rsidR="004A5FC4" w:rsidRPr="004A5FC4" w:rsidRDefault="004A5FC4" w:rsidP="00796F38">
      <w:pPr>
        <w:spacing w:line="360" w:lineRule="auto"/>
        <w:rPr>
          <w:lang w:val="en-GB"/>
        </w:rPr>
      </w:pPr>
      <w:r w:rsidRPr="00796F38">
        <w:rPr>
          <w:b/>
          <w:bCs/>
          <w:lang w:val="en-GB"/>
        </w:rPr>
        <w:t>Result:</w:t>
      </w:r>
      <w:r w:rsidRPr="004A5FC4">
        <w:rPr>
          <w:lang w:val="en-GB"/>
        </w:rPr>
        <w:t xml:space="preserve"> </w:t>
      </w:r>
      <w:r w:rsidRPr="00796F38">
        <w:rPr>
          <w:lang w:val="en-GB"/>
        </w:rPr>
        <w:t xml:space="preserve">I </w:t>
      </w:r>
      <w:r w:rsidRPr="004A5FC4">
        <w:rPr>
          <w:lang w:val="en-GB"/>
        </w:rPr>
        <w:t>completed the presentation and received constructive feedback that helped me understand what I did well and what I can improve in the future.</w:t>
      </w:r>
    </w:p>
    <w:p w14:paraId="2F8DD48E" w14:textId="77777777" w:rsidR="004A5FC4" w:rsidRPr="004A5FC4" w:rsidRDefault="004A5FC4" w:rsidP="00796F38">
      <w:pPr>
        <w:spacing w:line="360" w:lineRule="auto"/>
        <w:rPr>
          <w:b/>
          <w:bCs/>
          <w:lang w:val="en-GB"/>
        </w:rPr>
      </w:pPr>
      <w:r w:rsidRPr="004A5FC4">
        <w:rPr>
          <w:b/>
          <w:bCs/>
          <w:lang w:val="en-GB"/>
        </w:rPr>
        <w:t>Reflection:</w:t>
      </w:r>
    </w:p>
    <w:p w14:paraId="6599391A" w14:textId="00D3ED10" w:rsidR="004A5FC4" w:rsidRPr="00796F38" w:rsidRDefault="004A5FC4" w:rsidP="00796F38">
      <w:pPr>
        <w:spacing w:line="360" w:lineRule="auto"/>
        <w:rPr>
          <w:lang w:val="en-GB"/>
        </w:rPr>
      </w:pPr>
      <w:r w:rsidRPr="004A5FC4">
        <w:rPr>
          <w:lang w:val="en-GB"/>
        </w:rPr>
        <w:t>This experience showed me that I have good ideas, but I need to improve my confidence and learn more about advertising regulations. Using SWOT and feedback from class helps me understand what I need to work on. I plan to continue learning through CPD courses, research, and presentation practice so I can develop the skills needed for my business.</w:t>
      </w:r>
    </w:p>
    <w:p w14:paraId="26AC2F8F" w14:textId="77777777" w:rsidR="00796F38" w:rsidRPr="00796F38" w:rsidRDefault="00796F38" w:rsidP="00796F38">
      <w:pPr>
        <w:spacing w:line="360" w:lineRule="auto"/>
        <w:rPr>
          <w:b/>
          <w:bCs/>
          <w:lang w:val="en-GB"/>
        </w:rPr>
      </w:pPr>
      <w:r w:rsidRPr="00796F38">
        <w:rPr>
          <w:b/>
          <w:bCs/>
          <w:lang w:val="en-GB"/>
        </w:rPr>
        <w:t>Task 3 – Employment Goals &amp; Personal Development Plan (≈500 words)</w:t>
      </w:r>
    </w:p>
    <w:p w14:paraId="36A943DC" w14:textId="77777777" w:rsidR="00796F38" w:rsidRPr="00796F38" w:rsidRDefault="00796F38" w:rsidP="00796F38">
      <w:pPr>
        <w:spacing w:line="360" w:lineRule="auto"/>
        <w:rPr>
          <w:b/>
          <w:bCs/>
          <w:lang w:val="en-GB"/>
        </w:rPr>
      </w:pPr>
      <w:r w:rsidRPr="00796F38">
        <w:rPr>
          <w:b/>
          <w:bCs/>
          <w:lang w:val="en-GB"/>
        </w:rPr>
        <w:t>Short</w:t>
      </w:r>
      <w:r w:rsidRPr="00796F38">
        <w:rPr>
          <w:rFonts w:ascii="Cambria Math" w:hAnsi="Cambria Math" w:cs="Cambria Math"/>
          <w:b/>
          <w:bCs/>
          <w:lang w:val="en-GB"/>
        </w:rPr>
        <w:t>‑</w:t>
      </w:r>
      <w:r w:rsidRPr="00796F38">
        <w:rPr>
          <w:b/>
          <w:bCs/>
          <w:lang w:val="en-GB"/>
        </w:rPr>
        <w:t>Term Goals (0</w:t>
      </w:r>
      <w:r w:rsidRPr="00796F38">
        <w:rPr>
          <w:rFonts w:cs="Arial"/>
          <w:b/>
          <w:bCs/>
          <w:lang w:val="en-GB"/>
        </w:rPr>
        <w:t>–</w:t>
      </w:r>
      <w:r w:rsidRPr="00796F38">
        <w:rPr>
          <w:b/>
          <w:bCs/>
          <w:lang w:val="en-GB"/>
        </w:rPr>
        <w:t>3 months):</w:t>
      </w:r>
    </w:p>
    <w:p w14:paraId="169D30A2" w14:textId="1FB3B222" w:rsidR="00796F38" w:rsidRPr="00796F38" w:rsidRDefault="00796F38" w:rsidP="00796F38">
      <w:pPr>
        <w:pStyle w:val="ListParagraph"/>
        <w:numPr>
          <w:ilvl w:val="0"/>
          <w:numId w:val="13"/>
        </w:numPr>
        <w:spacing w:line="360" w:lineRule="auto"/>
        <w:rPr>
          <w:lang w:val="en-GB"/>
        </w:rPr>
      </w:pPr>
      <w:r w:rsidRPr="00796F38">
        <w:rPr>
          <w:lang w:val="en-GB"/>
        </w:rPr>
        <w:t>Complete an online course on marketing basics (Deadline: March)</w:t>
      </w:r>
    </w:p>
    <w:p w14:paraId="275F64EF" w14:textId="73514026" w:rsidR="00796F38" w:rsidRPr="00796F38" w:rsidRDefault="00796F38" w:rsidP="00796F38">
      <w:pPr>
        <w:pStyle w:val="ListParagraph"/>
        <w:numPr>
          <w:ilvl w:val="0"/>
          <w:numId w:val="13"/>
        </w:numPr>
        <w:spacing w:line="360" w:lineRule="auto"/>
        <w:rPr>
          <w:lang w:val="en-GB"/>
        </w:rPr>
      </w:pPr>
      <w:r w:rsidRPr="00796F38">
        <w:rPr>
          <w:lang w:val="en-GB"/>
        </w:rPr>
        <w:t>Practise my elevator pitch and get feedback from two classmates</w:t>
      </w:r>
    </w:p>
    <w:p w14:paraId="11AFF381" w14:textId="7B132DB7" w:rsidR="00796F38" w:rsidRPr="00796F38" w:rsidRDefault="00796F38" w:rsidP="00796F38">
      <w:pPr>
        <w:pStyle w:val="ListParagraph"/>
        <w:numPr>
          <w:ilvl w:val="0"/>
          <w:numId w:val="13"/>
        </w:numPr>
        <w:spacing w:line="360" w:lineRule="auto"/>
        <w:rPr>
          <w:lang w:val="en-GB"/>
        </w:rPr>
      </w:pPr>
      <w:r w:rsidRPr="00796F38">
        <w:rPr>
          <w:lang w:val="en-GB"/>
        </w:rPr>
        <w:t>Learn about advertising regulations using CIPD and ACAS guides</w:t>
      </w:r>
    </w:p>
    <w:p w14:paraId="261D44B3" w14:textId="77777777" w:rsidR="00796F38" w:rsidRPr="00796F38" w:rsidRDefault="00796F38" w:rsidP="00796F38">
      <w:pPr>
        <w:spacing w:line="360" w:lineRule="auto"/>
        <w:rPr>
          <w:b/>
          <w:bCs/>
          <w:lang w:val="en-GB"/>
        </w:rPr>
      </w:pPr>
      <w:r w:rsidRPr="00796F38">
        <w:rPr>
          <w:b/>
          <w:bCs/>
          <w:lang w:val="en-GB"/>
        </w:rPr>
        <w:t>Long</w:t>
      </w:r>
      <w:r w:rsidRPr="00796F38">
        <w:rPr>
          <w:rFonts w:ascii="Cambria Math" w:hAnsi="Cambria Math" w:cs="Cambria Math"/>
          <w:b/>
          <w:bCs/>
          <w:lang w:val="en-GB"/>
        </w:rPr>
        <w:t>‑</w:t>
      </w:r>
      <w:r w:rsidRPr="00796F38">
        <w:rPr>
          <w:b/>
          <w:bCs/>
          <w:lang w:val="en-GB"/>
        </w:rPr>
        <w:t>Term Goals (6</w:t>
      </w:r>
      <w:r w:rsidRPr="00796F38">
        <w:rPr>
          <w:rFonts w:cs="Arial"/>
          <w:b/>
          <w:bCs/>
          <w:lang w:val="en-GB"/>
        </w:rPr>
        <w:t>–</w:t>
      </w:r>
      <w:r w:rsidRPr="00796F38">
        <w:rPr>
          <w:b/>
          <w:bCs/>
          <w:lang w:val="en-GB"/>
        </w:rPr>
        <w:t>12 months):</w:t>
      </w:r>
    </w:p>
    <w:p w14:paraId="6337C256" w14:textId="145393FC" w:rsidR="00796F38" w:rsidRPr="00796F38" w:rsidRDefault="00796F38" w:rsidP="00796F38">
      <w:pPr>
        <w:pStyle w:val="ListParagraph"/>
        <w:numPr>
          <w:ilvl w:val="0"/>
          <w:numId w:val="12"/>
        </w:numPr>
        <w:spacing w:line="360" w:lineRule="auto"/>
        <w:rPr>
          <w:lang w:val="en-GB"/>
        </w:rPr>
      </w:pPr>
      <w:r w:rsidRPr="00796F38">
        <w:rPr>
          <w:lang w:val="en-GB"/>
        </w:rPr>
        <w:t>Attend two networking events to meet local business owners</w:t>
      </w:r>
    </w:p>
    <w:p w14:paraId="204556B6" w14:textId="501F7E29" w:rsidR="00796F38" w:rsidRPr="00796F38" w:rsidRDefault="00796F38" w:rsidP="00796F38">
      <w:pPr>
        <w:pStyle w:val="ListParagraph"/>
        <w:numPr>
          <w:ilvl w:val="0"/>
          <w:numId w:val="12"/>
        </w:numPr>
        <w:spacing w:line="360" w:lineRule="auto"/>
        <w:rPr>
          <w:lang w:val="en-GB"/>
        </w:rPr>
      </w:pPr>
      <w:r w:rsidRPr="00796F38">
        <w:rPr>
          <w:lang w:val="en-GB"/>
        </w:rPr>
        <w:t>Secure one pilot contract for LED billboard advertising</w:t>
      </w:r>
    </w:p>
    <w:p w14:paraId="1F1C4382" w14:textId="4D17E959" w:rsidR="00796F38" w:rsidRPr="00796F38" w:rsidRDefault="00796F38" w:rsidP="00796F38">
      <w:pPr>
        <w:pStyle w:val="ListParagraph"/>
        <w:numPr>
          <w:ilvl w:val="0"/>
          <w:numId w:val="12"/>
        </w:numPr>
        <w:spacing w:line="360" w:lineRule="auto"/>
        <w:rPr>
          <w:lang w:val="en-GB"/>
        </w:rPr>
      </w:pPr>
      <w:r w:rsidRPr="00796F38">
        <w:rPr>
          <w:lang w:val="en-GB"/>
        </w:rPr>
        <w:t>Improve social media skills by creating a simple website and posting regularly</w:t>
      </w:r>
    </w:p>
    <w:p w14:paraId="1A569F55" w14:textId="77777777" w:rsidR="00796F38" w:rsidRPr="00796F38" w:rsidRDefault="00796F38" w:rsidP="00796F38">
      <w:pPr>
        <w:spacing w:line="360" w:lineRule="auto"/>
        <w:rPr>
          <w:b/>
          <w:bCs/>
          <w:lang w:val="en-GB"/>
        </w:rPr>
      </w:pPr>
    </w:p>
    <w:p w14:paraId="082B2FD6" w14:textId="77777777" w:rsidR="00796F38" w:rsidRPr="00796F38" w:rsidRDefault="00796F38" w:rsidP="00796F38">
      <w:pPr>
        <w:spacing w:line="360" w:lineRule="auto"/>
        <w:rPr>
          <w:b/>
          <w:bCs/>
          <w:lang w:val="en-GB"/>
        </w:rPr>
      </w:pPr>
      <w:r w:rsidRPr="00796F38">
        <w:rPr>
          <w:b/>
          <w:bCs/>
          <w:lang w:val="en-GB"/>
        </w:rPr>
        <w:t>Personal Development Plan (PDP)</w:t>
      </w:r>
    </w:p>
    <w:p w14:paraId="7BD6E1CE" w14:textId="77777777" w:rsidR="00796F38" w:rsidRPr="00796F38" w:rsidRDefault="00796F38" w:rsidP="00796F38">
      <w:pPr>
        <w:pStyle w:val="ListParagraph"/>
        <w:numPr>
          <w:ilvl w:val="0"/>
          <w:numId w:val="11"/>
        </w:numPr>
        <w:spacing w:line="360" w:lineRule="auto"/>
        <w:rPr>
          <w:lang w:val="en-GB"/>
        </w:rPr>
      </w:pPr>
      <w:r w:rsidRPr="00796F38">
        <w:rPr>
          <w:lang w:val="en-GB"/>
        </w:rPr>
        <w:t>Goal: Improve my marketing and legal knowledge</w:t>
      </w:r>
    </w:p>
    <w:p w14:paraId="7DA19D75" w14:textId="77777777" w:rsidR="00796F38" w:rsidRPr="00796F38" w:rsidRDefault="00796F38" w:rsidP="00796F38">
      <w:pPr>
        <w:pStyle w:val="ListParagraph"/>
        <w:numPr>
          <w:ilvl w:val="0"/>
          <w:numId w:val="11"/>
        </w:numPr>
        <w:spacing w:line="360" w:lineRule="auto"/>
        <w:rPr>
          <w:lang w:val="en-GB"/>
        </w:rPr>
      </w:pPr>
      <w:r w:rsidRPr="00796F38">
        <w:rPr>
          <w:lang w:val="en-GB"/>
        </w:rPr>
        <w:t>Skills to Learn: Social media marketing, advertising compliance</w:t>
      </w:r>
    </w:p>
    <w:p w14:paraId="3C229AFF" w14:textId="77777777" w:rsidR="00796F38" w:rsidRPr="00796F38" w:rsidRDefault="00796F38" w:rsidP="00796F38">
      <w:pPr>
        <w:pStyle w:val="ListParagraph"/>
        <w:numPr>
          <w:ilvl w:val="0"/>
          <w:numId w:val="11"/>
        </w:numPr>
        <w:spacing w:line="360" w:lineRule="auto"/>
        <w:rPr>
          <w:lang w:val="en-GB"/>
        </w:rPr>
      </w:pPr>
      <w:r w:rsidRPr="00796F38">
        <w:rPr>
          <w:lang w:val="en-GB"/>
        </w:rPr>
        <w:t>Next Steps: Enrol in a CPD course, research regulations, practise presentations</w:t>
      </w:r>
    </w:p>
    <w:p w14:paraId="16A10E78" w14:textId="77777777" w:rsidR="00796F38" w:rsidRPr="00796F38" w:rsidRDefault="00796F38" w:rsidP="00796F38">
      <w:pPr>
        <w:pStyle w:val="ListParagraph"/>
        <w:numPr>
          <w:ilvl w:val="0"/>
          <w:numId w:val="11"/>
        </w:numPr>
        <w:spacing w:line="360" w:lineRule="auto"/>
        <w:rPr>
          <w:lang w:val="en-GB"/>
        </w:rPr>
      </w:pPr>
      <w:r w:rsidRPr="00796F38">
        <w:rPr>
          <w:lang w:val="en-GB"/>
        </w:rPr>
        <w:t>Resources: Online courses, CIPD website, peer feedback</w:t>
      </w:r>
    </w:p>
    <w:p w14:paraId="3BB4BF4D" w14:textId="77777777" w:rsidR="00796F38" w:rsidRPr="00796F38" w:rsidRDefault="00796F38" w:rsidP="00796F38">
      <w:pPr>
        <w:pStyle w:val="ListParagraph"/>
        <w:numPr>
          <w:ilvl w:val="0"/>
          <w:numId w:val="11"/>
        </w:numPr>
        <w:spacing w:line="360" w:lineRule="auto"/>
        <w:rPr>
          <w:lang w:val="en-GB"/>
        </w:rPr>
      </w:pPr>
      <w:r w:rsidRPr="00796F38">
        <w:rPr>
          <w:lang w:val="en-GB"/>
        </w:rPr>
        <w:t>Timeline: Review progress every three months</w:t>
      </w:r>
    </w:p>
    <w:p w14:paraId="6381B86C" w14:textId="43B2EE62" w:rsidR="00796F38" w:rsidRPr="00796F38" w:rsidRDefault="00796F38" w:rsidP="00796F38">
      <w:pPr>
        <w:pStyle w:val="ListParagraph"/>
        <w:numPr>
          <w:ilvl w:val="0"/>
          <w:numId w:val="11"/>
        </w:numPr>
        <w:spacing w:line="360" w:lineRule="auto"/>
        <w:rPr>
          <w:lang w:val="en-GB"/>
        </w:rPr>
      </w:pPr>
      <w:r w:rsidRPr="00796F38">
        <w:rPr>
          <w:lang w:val="en-GB"/>
        </w:rPr>
        <w:t>Completion Indicators: Course certificates, feedback notes, one signed contract</w:t>
      </w:r>
    </w:p>
    <w:p w14:paraId="028D0558" w14:textId="77777777" w:rsidR="00796F38" w:rsidRPr="00796F38" w:rsidRDefault="00796F38" w:rsidP="00796F38">
      <w:pPr>
        <w:spacing w:line="360" w:lineRule="auto"/>
        <w:rPr>
          <w:b/>
          <w:bCs/>
          <w:lang w:val="en-GB"/>
        </w:rPr>
      </w:pPr>
      <w:r w:rsidRPr="00796F38">
        <w:rPr>
          <w:b/>
          <w:bCs/>
          <w:lang w:val="en-GB"/>
        </w:rPr>
        <w:t>Explanation:</w:t>
      </w:r>
    </w:p>
    <w:p w14:paraId="15B5321E" w14:textId="77777777" w:rsidR="00796F38" w:rsidRDefault="00796F38" w:rsidP="00796F38">
      <w:pPr>
        <w:spacing w:line="360" w:lineRule="auto"/>
        <w:rPr>
          <w:lang w:val="en-GB"/>
        </w:rPr>
      </w:pPr>
      <w:r w:rsidRPr="00796F38">
        <w:rPr>
          <w:rFonts w:hint="eastAsia"/>
          <w:lang w:val="en-GB"/>
        </w:rPr>
        <w:t xml:space="preserve">These goals will help me build confidence and develop the skills I need for my LED billboard business. They follow the career development process (Discover </w:t>
      </w:r>
      <w:r w:rsidRPr="00796F38">
        <w:rPr>
          <w:rFonts w:hint="eastAsia"/>
          <w:lang w:val="en-GB"/>
        </w:rPr>
        <w:t>→</w:t>
      </w:r>
      <w:r w:rsidRPr="00796F38">
        <w:rPr>
          <w:rFonts w:hint="eastAsia"/>
          <w:lang w:val="en-GB"/>
        </w:rPr>
        <w:t xml:space="preserve"> Explore </w:t>
      </w:r>
      <w:r w:rsidRPr="00796F38">
        <w:rPr>
          <w:rFonts w:hint="eastAsia"/>
          <w:lang w:val="en-GB"/>
        </w:rPr>
        <w:t>→</w:t>
      </w:r>
      <w:r w:rsidRPr="00796F38">
        <w:rPr>
          <w:rFonts w:hint="eastAsia"/>
          <w:lang w:val="en-GB"/>
        </w:rPr>
        <w:t xml:space="preserve"> Make Choices </w:t>
      </w:r>
      <w:r w:rsidRPr="00796F38">
        <w:rPr>
          <w:rFonts w:hint="eastAsia"/>
          <w:lang w:val="en-GB"/>
        </w:rPr>
        <w:t>→</w:t>
      </w:r>
      <w:r w:rsidRPr="00796F38">
        <w:rPr>
          <w:rFonts w:hint="eastAsia"/>
          <w:lang w:val="en-GB"/>
        </w:rPr>
        <w:t xml:space="preserve"> </w:t>
      </w:r>
      <w:proofErr w:type="gramStart"/>
      <w:r w:rsidRPr="00796F38">
        <w:rPr>
          <w:rFonts w:hint="eastAsia"/>
          <w:lang w:val="en-GB"/>
        </w:rPr>
        <w:t>Take Action</w:t>
      </w:r>
      <w:proofErr w:type="gramEnd"/>
      <w:r w:rsidRPr="00796F38">
        <w:rPr>
          <w:rFonts w:hint="eastAsia"/>
          <w:lang w:val="en-GB"/>
        </w:rPr>
        <w:t>) and include CPD activities to support continuous learning. B</w:t>
      </w:r>
      <w:r w:rsidRPr="00796F38">
        <w:rPr>
          <w:lang w:val="en-GB"/>
        </w:rPr>
        <w:t xml:space="preserve">y completing these steps, I will be better prepared to grow my business and work professionally with </w:t>
      </w:r>
      <w:proofErr w:type="spellStart"/>
      <w:r w:rsidRPr="00796F38">
        <w:rPr>
          <w:lang w:val="en-GB"/>
        </w:rPr>
        <w:t>clients.</w:t>
      </w:r>
      <w:proofErr w:type="spellEnd"/>
    </w:p>
    <w:p w14:paraId="202C7161" w14:textId="1CC3C2BF" w:rsidR="00B47CCA" w:rsidRPr="00B47CCA" w:rsidRDefault="00B47CCA" w:rsidP="00796F38">
      <w:pPr>
        <w:spacing w:line="360" w:lineRule="auto"/>
        <w:rPr>
          <w:b/>
          <w:bCs/>
          <w:lang w:val="en-GB"/>
        </w:rPr>
      </w:pPr>
      <w:r w:rsidRPr="00B47CCA">
        <w:rPr>
          <w:b/>
          <w:bCs/>
          <w:lang w:val="en-GB"/>
        </w:rPr>
        <w:t xml:space="preserve">References </w:t>
      </w:r>
    </w:p>
    <w:p w14:paraId="7996B0A0" w14:textId="77777777" w:rsidR="00796F38" w:rsidRDefault="00B47CCA" w:rsidP="00796F38">
      <w:pPr>
        <w:pStyle w:val="ListParagraph"/>
        <w:numPr>
          <w:ilvl w:val="0"/>
          <w:numId w:val="10"/>
        </w:numPr>
        <w:spacing w:line="360" w:lineRule="auto"/>
        <w:rPr>
          <w:lang w:val="en-GB"/>
        </w:rPr>
      </w:pPr>
      <w:r w:rsidRPr="00796F38">
        <w:rPr>
          <w:lang w:val="en-GB"/>
        </w:rPr>
        <w:t xml:space="preserve">Neugebauer, J. &amp; Evans-Brain, J. (2016) </w:t>
      </w:r>
      <w:r w:rsidRPr="00796F38">
        <w:rPr>
          <w:i/>
          <w:iCs/>
          <w:lang w:val="en-GB"/>
        </w:rPr>
        <w:t>Employability: Making the Most of Your Career Development</w:t>
      </w:r>
      <w:r w:rsidRPr="00796F38">
        <w:rPr>
          <w:lang w:val="en-GB"/>
        </w:rPr>
        <w:t>. SAGE.</w:t>
      </w:r>
    </w:p>
    <w:p w14:paraId="0121A18D" w14:textId="77777777" w:rsidR="00796F38" w:rsidRDefault="00B47CCA" w:rsidP="00796F38">
      <w:pPr>
        <w:pStyle w:val="ListParagraph"/>
        <w:numPr>
          <w:ilvl w:val="0"/>
          <w:numId w:val="10"/>
        </w:numPr>
        <w:spacing w:line="360" w:lineRule="auto"/>
        <w:rPr>
          <w:lang w:val="en-GB"/>
        </w:rPr>
      </w:pPr>
      <w:r w:rsidRPr="00796F38">
        <w:rPr>
          <w:lang w:val="en-GB"/>
        </w:rPr>
        <w:t xml:space="preserve">Morgan, P. (2017) </w:t>
      </w:r>
      <w:r w:rsidRPr="00796F38">
        <w:rPr>
          <w:i/>
          <w:iCs/>
          <w:lang w:val="en-GB"/>
        </w:rPr>
        <w:t>The Business Student’s Guide to Study and Employability</w:t>
      </w:r>
      <w:r w:rsidRPr="00796F38">
        <w:rPr>
          <w:lang w:val="en-GB"/>
        </w:rPr>
        <w:t>. Sage Publications.</w:t>
      </w:r>
    </w:p>
    <w:p w14:paraId="0951549C" w14:textId="77777777" w:rsidR="00796F38" w:rsidRDefault="00B47CCA" w:rsidP="00796F38">
      <w:pPr>
        <w:pStyle w:val="ListParagraph"/>
        <w:numPr>
          <w:ilvl w:val="0"/>
          <w:numId w:val="10"/>
        </w:numPr>
        <w:spacing w:line="360" w:lineRule="auto"/>
        <w:rPr>
          <w:lang w:val="en-GB"/>
        </w:rPr>
      </w:pPr>
      <w:r w:rsidRPr="00796F38">
        <w:rPr>
          <w:lang w:val="en-GB"/>
        </w:rPr>
        <w:t xml:space="preserve">Government Equalities Office (2015) </w:t>
      </w:r>
      <w:r w:rsidRPr="00796F38">
        <w:rPr>
          <w:i/>
          <w:iCs/>
          <w:lang w:val="en-GB"/>
        </w:rPr>
        <w:t>Equality Act 2010 Guidance</w:t>
      </w:r>
      <w:r w:rsidRPr="00796F38">
        <w:rPr>
          <w:lang w:val="en-GB"/>
        </w:rPr>
        <w:t xml:space="preserve">. Available at: </w:t>
      </w:r>
      <w:hyperlink r:id="rId6" w:history="1">
        <w:r w:rsidRPr="00796F38">
          <w:rPr>
            <w:rStyle w:val="Hyperlink"/>
            <w:lang w:val="en-GB"/>
          </w:rPr>
          <w:t>https://www.gov.uk/guidance/equality-act-2010-guidance</w:t>
        </w:r>
      </w:hyperlink>
    </w:p>
    <w:p w14:paraId="76787DD0" w14:textId="17340F96" w:rsidR="00885556" w:rsidRPr="00796F38" w:rsidRDefault="00B47CCA" w:rsidP="00796F38">
      <w:pPr>
        <w:pStyle w:val="ListParagraph"/>
        <w:numPr>
          <w:ilvl w:val="0"/>
          <w:numId w:val="10"/>
        </w:numPr>
        <w:spacing w:line="360" w:lineRule="auto"/>
        <w:rPr>
          <w:lang w:val="en-GB"/>
        </w:rPr>
      </w:pPr>
      <w:r w:rsidRPr="00796F38">
        <w:rPr>
          <w:lang w:val="en-GB"/>
        </w:rPr>
        <w:t xml:space="preserve">CIPD (2025) </w:t>
      </w:r>
      <w:r w:rsidRPr="00796F38">
        <w:rPr>
          <w:i/>
          <w:iCs/>
          <w:lang w:val="en-GB"/>
        </w:rPr>
        <w:t>Employment Law Changes</w:t>
      </w:r>
      <w:r w:rsidRPr="00796F38">
        <w:rPr>
          <w:lang w:val="en-GB"/>
        </w:rPr>
        <w:t xml:space="preserve">. Available at: </w:t>
      </w:r>
      <w:hyperlink r:id="rId7" w:history="1">
        <w:r w:rsidRPr="00796F38">
          <w:rPr>
            <w:rStyle w:val="Hyperlink"/>
            <w:lang w:val="en-GB"/>
          </w:rPr>
          <w:t>https://www.cipd.org</w:t>
        </w:r>
      </w:hyperlink>
    </w:p>
    <w:sectPr w:rsidR="00885556" w:rsidRPr="00796F3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0B4808"/>
    <w:multiLevelType w:val="hybridMultilevel"/>
    <w:tmpl w:val="58E25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54627D"/>
    <w:multiLevelType w:val="hybridMultilevel"/>
    <w:tmpl w:val="3D4E5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70E52"/>
    <w:multiLevelType w:val="hybridMultilevel"/>
    <w:tmpl w:val="0CCA06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2333B8"/>
    <w:multiLevelType w:val="hybridMultilevel"/>
    <w:tmpl w:val="C9F4176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E0058"/>
    <w:multiLevelType w:val="hybridMultilevel"/>
    <w:tmpl w:val="A6D2697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B54B9D"/>
    <w:multiLevelType w:val="hybridMultilevel"/>
    <w:tmpl w:val="28FCD5A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6773F7"/>
    <w:multiLevelType w:val="hybridMultilevel"/>
    <w:tmpl w:val="52ECAE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94EA5"/>
    <w:multiLevelType w:val="hybridMultilevel"/>
    <w:tmpl w:val="CD6677E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1B0F9C"/>
    <w:multiLevelType w:val="hybridMultilevel"/>
    <w:tmpl w:val="2200B2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EB2490"/>
    <w:multiLevelType w:val="hybridMultilevel"/>
    <w:tmpl w:val="D65295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447487">
    <w:abstractNumId w:val="8"/>
  </w:num>
  <w:num w:numId="2" w16cid:durableId="366100152">
    <w:abstractNumId w:val="6"/>
  </w:num>
  <w:num w:numId="3" w16cid:durableId="1699161467">
    <w:abstractNumId w:val="5"/>
  </w:num>
  <w:num w:numId="4" w16cid:durableId="1641958968">
    <w:abstractNumId w:val="4"/>
  </w:num>
  <w:num w:numId="5" w16cid:durableId="1431505498">
    <w:abstractNumId w:val="7"/>
  </w:num>
  <w:num w:numId="6" w16cid:durableId="1149437922">
    <w:abstractNumId w:val="3"/>
  </w:num>
  <w:num w:numId="7" w16cid:durableId="1264071672">
    <w:abstractNumId w:val="2"/>
  </w:num>
  <w:num w:numId="8" w16cid:durableId="1650746056">
    <w:abstractNumId w:val="1"/>
  </w:num>
  <w:num w:numId="9" w16cid:durableId="156963527">
    <w:abstractNumId w:val="0"/>
  </w:num>
  <w:num w:numId="10" w16cid:durableId="28192628">
    <w:abstractNumId w:val="14"/>
  </w:num>
  <w:num w:numId="11" w16cid:durableId="1422800395">
    <w:abstractNumId w:val="10"/>
  </w:num>
  <w:num w:numId="12" w16cid:durableId="855924956">
    <w:abstractNumId w:val="15"/>
  </w:num>
  <w:num w:numId="13" w16cid:durableId="722948038">
    <w:abstractNumId w:val="11"/>
  </w:num>
  <w:num w:numId="14" w16cid:durableId="64767308">
    <w:abstractNumId w:val="13"/>
  </w:num>
  <w:num w:numId="15" w16cid:durableId="674579827">
    <w:abstractNumId w:val="17"/>
  </w:num>
  <w:num w:numId="16" w16cid:durableId="257522622">
    <w:abstractNumId w:val="9"/>
  </w:num>
  <w:num w:numId="17" w16cid:durableId="813527649">
    <w:abstractNumId w:val="16"/>
  </w:num>
  <w:num w:numId="18" w16cid:durableId="1429500022">
    <w:abstractNumId w:val="12"/>
  </w:num>
  <w:num w:numId="19" w16cid:durableId="18307553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A5FC4"/>
    <w:rsid w:val="00796F38"/>
    <w:rsid w:val="007A338E"/>
    <w:rsid w:val="00885556"/>
    <w:rsid w:val="00AA1D8D"/>
    <w:rsid w:val="00B47730"/>
    <w:rsid w:val="00B47CCA"/>
    <w:rsid w:val="00CB0664"/>
    <w:rsid w:val="00DF5C25"/>
    <w:rsid w:val="00E827C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3AABA9"/>
  <w14:defaultImageDpi w14:val="300"/>
  <w15:docId w15:val="{7CA938B0-A9C3-485F-BFAB-3494492E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47CC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7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cipd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uk/guidance/equality-act-2010-guidanc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Vasile Calin (2429941)</cp:lastModifiedBy>
  <cp:revision>2</cp:revision>
  <dcterms:created xsi:type="dcterms:W3CDTF">2025-12-13T18:08:00Z</dcterms:created>
  <dcterms:modified xsi:type="dcterms:W3CDTF">2025-12-13T18:08:00Z</dcterms:modified>
  <cp:category/>
</cp:coreProperties>
</file>