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79A77" w14:textId="5EDF6250" w:rsidR="00E74359" w:rsidRDefault="00000000">
      <w:pPr>
        <w:jc w:val="center"/>
      </w:pPr>
      <w:r>
        <w:rPr>
          <w:b/>
          <w:color w:val="000000"/>
          <w:sz w:val="40"/>
        </w:rPr>
        <w:t>Computer Architecture and Operating Systems</w:t>
      </w:r>
      <w:r>
        <w:rPr>
          <w:b/>
          <w:color w:val="000000"/>
          <w:sz w:val="40"/>
        </w:rPr>
        <w:br/>
      </w:r>
    </w:p>
    <w:p w14:paraId="41BDB560" w14:textId="6522B814" w:rsidR="00E74359" w:rsidRDefault="00000000">
      <w:r>
        <w:br/>
      </w:r>
      <w:r>
        <w:br/>
        <w:t xml:space="preserve">Name: </w:t>
      </w:r>
      <w:r w:rsidR="001C232E">
        <w:t xml:space="preserve">Asif Rashid </w:t>
      </w:r>
      <w:r>
        <w:t>____________________</w:t>
      </w:r>
    </w:p>
    <w:p w14:paraId="25E3FE2A" w14:textId="138A5C94" w:rsidR="00E74359" w:rsidRDefault="00000000">
      <w:r>
        <w:t>Course</w:t>
      </w:r>
      <w:r w:rsidR="00B74E5D">
        <w:t xml:space="preserve">: Computer architecture and operating systems </w:t>
      </w:r>
      <w:r>
        <w:t>____________________</w:t>
      </w:r>
    </w:p>
    <w:p w14:paraId="369A6661" w14:textId="77777777" w:rsidR="00E74359" w:rsidRDefault="00000000">
      <w:r>
        <w:t>Unit: Computer Architecture</w:t>
      </w:r>
    </w:p>
    <w:p w14:paraId="5C5657E6" w14:textId="7AC914F6" w:rsidR="00E74359" w:rsidRDefault="00000000">
      <w:r>
        <w:t xml:space="preserve">Date: </w:t>
      </w:r>
      <w:r w:rsidR="00F95430">
        <w:t>21/03/2026</w:t>
      </w:r>
      <w:r>
        <w:t>____________________</w:t>
      </w:r>
    </w:p>
    <w:p w14:paraId="77770963" w14:textId="77777777" w:rsidR="00E74359" w:rsidRDefault="00000000">
      <w:r>
        <w:br w:type="page"/>
      </w:r>
    </w:p>
    <w:p w14:paraId="2CB01E51" w14:textId="77777777" w:rsidR="00E74359" w:rsidRDefault="00000000">
      <w:pPr>
        <w:pStyle w:val="Title"/>
      </w:pPr>
      <w:r>
        <w:rPr>
          <w:color w:val="000000"/>
        </w:rPr>
        <w:t>Table of Contents</w:t>
      </w:r>
    </w:p>
    <w:p w14:paraId="7B87CCEF" w14:textId="77777777" w:rsidR="00E74359" w:rsidRDefault="00000000">
      <w:r>
        <w:t>1. Introduction</w:t>
      </w:r>
      <w:r>
        <w:br/>
        <w:t>2. Number Systems and Data Representation</w:t>
      </w:r>
      <w:r>
        <w:br/>
        <w:t>3. Computer System Components</w:t>
      </w:r>
      <w:r>
        <w:br/>
        <w:t>4. Processor Design and Performance</w:t>
      </w:r>
      <w:r>
        <w:br/>
        <w:t>5. Memory Organisation</w:t>
      </w:r>
      <w:r>
        <w:br/>
        <w:t>6. Storage Technologies</w:t>
      </w:r>
      <w:r>
        <w:br/>
        <w:t>7. Networking Fundamentals</w:t>
      </w:r>
      <w:r>
        <w:br/>
        <w:t>8. Operating System Functions</w:t>
      </w:r>
      <w:r>
        <w:br/>
        <w:t>9. Critical Evaluation</w:t>
      </w:r>
      <w:r>
        <w:br/>
        <w:t>10. Conclusion</w:t>
      </w:r>
      <w:r>
        <w:br/>
        <w:t>11. References</w:t>
      </w:r>
    </w:p>
    <w:p w14:paraId="23CDDFEB" w14:textId="77777777" w:rsidR="00E74359" w:rsidRDefault="00000000">
      <w:r>
        <w:br w:type="page"/>
      </w:r>
    </w:p>
    <w:p w14:paraId="2C13EDD9" w14:textId="77777777" w:rsidR="00E74359" w:rsidRDefault="00000000">
      <w:pPr>
        <w:pStyle w:val="Heading1"/>
      </w:pPr>
      <w:r>
        <w:rPr>
          <w:color w:val="000000"/>
        </w:rPr>
        <w:t>Introduction</w:t>
      </w:r>
    </w:p>
    <w:p w14:paraId="13986F82" w14:textId="77777777" w:rsidR="00E74359" w:rsidRDefault="00000000">
      <w:r>
        <w:t>Computer architecture and operating systems form the core foundation of modern computing systems (Stallings, 2019). They define how hardware components interact and how software manages these resources efficiently. In contemporary society, where computing systems are embedded in everyday life, understanding these concepts is essential for ensuring performance, scalability, and security.</w:t>
      </w:r>
      <w:r>
        <w:br/>
      </w:r>
      <w:r>
        <w:br/>
        <w:t>This assignment critically explores key aspects of computer architecture and operating systems, analysing not only their functions but also their limitations and real-world implications.</w:t>
      </w:r>
    </w:p>
    <w:p w14:paraId="59FA8140" w14:textId="77777777" w:rsidR="00E74359" w:rsidRDefault="00000000">
      <w:pPr>
        <w:pStyle w:val="Heading1"/>
      </w:pPr>
      <w:r>
        <w:rPr>
          <w:color w:val="000000"/>
        </w:rPr>
        <w:t>Number Systems and Data Representation</w:t>
      </w:r>
    </w:p>
    <w:p w14:paraId="7A3D68D6" w14:textId="77777777" w:rsidR="00E74359" w:rsidRDefault="00000000">
      <w:r>
        <w:t>Computers rely on the binary number system, which uses only two states (0 and 1). This simplicity allows reliable processing using electronic signals. However, binary can be difficult for humans to interpret, which is why hexadecimal is often used as a more readable representation.</w:t>
      </w:r>
      <w:r>
        <w:br/>
      </w:r>
      <w:r>
        <w:br/>
        <w:t>Data representation also includes encoding systems such as ASCII and Unicode, enabling consistent communication between systems. A limitation of encoding systems is that they require standardisation, without which compatibility issues may arise across platforms.</w:t>
      </w:r>
    </w:p>
    <w:p w14:paraId="20EBCBDC" w14:textId="77777777" w:rsidR="00E74359" w:rsidRDefault="00000000">
      <w:pPr>
        <w:pStyle w:val="Heading1"/>
      </w:pPr>
      <w:r>
        <w:rPr>
          <w:color w:val="000000"/>
        </w:rPr>
        <w:t>Computer System Components</w:t>
      </w:r>
    </w:p>
    <w:p w14:paraId="10F882FA" w14:textId="77777777" w:rsidR="00E74359" w:rsidRDefault="00000000">
      <w:r>
        <w:t>The CPU, memory, and input/output devices are the main components of a computer system. The CPU executes instructions using the control unit and ALU, while RAM stores temporary data for quick access.</w:t>
      </w:r>
      <w:r>
        <w:br/>
      </w:r>
      <w:r>
        <w:br/>
        <w:t>However, system performance depends on balance. For example, a fast CPU paired with slow memory creates a bottleneck. This highlights the importance of system integration rather than focusing on individual components alone.</w:t>
      </w:r>
    </w:p>
    <w:p w14:paraId="28C5724F" w14:textId="77777777" w:rsidR="00E74359" w:rsidRDefault="00000000">
      <w:pPr>
        <w:pStyle w:val="Heading1"/>
      </w:pPr>
      <w:r>
        <w:rPr>
          <w:color w:val="000000"/>
        </w:rPr>
        <w:t>Processor Design and Performance</w:t>
      </w:r>
    </w:p>
    <w:p w14:paraId="39BF1119" w14:textId="77777777" w:rsidR="00E74359" w:rsidRDefault="00000000">
      <w:r>
        <w:t>Processor performance is influenced by architecture (RISC vs CISC), clock speed, and core count. Multi-core processors improve multitasking, but performance gains depend on software optimisation.</w:t>
      </w:r>
      <w:r>
        <w:br/>
      </w:r>
      <w:r>
        <w:br/>
        <w:t>A key limitation is that increasing clock speed leads to higher power consumption and heat generation. Therefore, modern designs focus on efficiency rather than raw speed, demonstrating a shift in processor development strategies.</w:t>
      </w:r>
    </w:p>
    <w:p w14:paraId="71FFC219" w14:textId="77777777" w:rsidR="00E74359" w:rsidRDefault="00000000">
      <w:pPr>
        <w:pStyle w:val="Heading1"/>
      </w:pPr>
      <w:r>
        <w:rPr>
          <w:color w:val="000000"/>
        </w:rPr>
        <w:t>Memory Organisation</w:t>
      </w:r>
    </w:p>
    <w:p w14:paraId="7BC62700" w14:textId="77777777" w:rsidR="00E74359" w:rsidRDefault="00000000">
      <w:r>
        <w:t>Memory hierarchy consists of cache, RAM, and secondary storage. Cache memory significantly improves performance by reducing access time.</w:t>
      </w:r>
      <w:r>
        <w:br/>
      </w:r>
      <w:r>
        <w:br/>
        <w:t>Virtual memory extends RAM capacity, but it is slower, which can impact performance. This shows that while virtual memory improves usability, it introduces trade-offs between speed and capacity (Silberschatz et al., 2018).</w:t>
      </w:r>
    </w:p>
    <w:p w14:paraId="7BD316D2" w14:textId="77777777" w:rsidR="00E74359" w:rsidRDefault="00000000">
      <w:pPr>
        <w:pStyle w:val="Heading1"/>
      </w:pPr>
      <w:r>
        <w:rPr>
          <w:color w:val="000000"/>
        </w:rPr>
        <w:t>Storage Technologies</w:t>
      </w:r>
    </w:p>
    <w:p w14:paraId="6C1F5ED0" w14:textId="77777777" w:rsidR="00E74359" w:rsidRDefault="00000000">
      <w:r>
        <w:t>Storage devices such as HDDs and SSDs provide long-term data storage. SSDs offer faster speeds and reliability, while HDDs are more cost-effective.</w:t>
      </w:r>
      <w:r>
        <w:br/>
      </w:r>
      <w:r>
        <w:br/>
        <w:t>Cloud storage introduces flexibility and accessibility, but raises concerns about security and data privacy. This demonstrates that advancements in storage technology come with both benefits and risks.</w:t>
      </w:r>
    </w:p>
    <w:p w14:paraId="0A853A64" w14:textId="77777777" w:rsidR="00E74359" w:rsidRDefault="00000000">
      <w:pPr>
        <w:pStyle w:val="Heading1"/>
      </w:pPr>
      <w:r>
        <w:rPr>
          <w:color w:val="000000"/>
        </w:rPr>
        <w:t>Networking Fundamentals</w:t>
      </w:r>
    </w:p>
    <w:p w14:paraId="341DC64D" w14:textId="77777777" w:rsidR="00E74359" w:rsidRDefault="00000000">
      <w:r>
        <w:t>Networking enables communication between devices using protocols such as TCP/IP. It supports global connectivity and data sharing.</w:t>
      </w:r>
      <w:r>
        <w:br/>
      </w:r>
      <w:r>
        <w:br/>
        <w:t>However, networking introduces security challenges such as cyberattacks and data breaches. Effective network design must balance performance, accessibility, and security.</w:t>
      </w:r>
    </w:p>
    <w:p w14:paraId="754D45BF" w14:textId="77777777" w:rsidR="00E74359" w:rsidRDefault="00000000">
      <w:pPr>
        <w:pStyle w:val="Heading1"/>
      </w:pPr>
      <w:r>
        <w:rPr>
          <w:color w:val="000000"/>
        </w:rPr>
        <w:t>Operating System Functions</w:t>
      </w:r>
    </w:p>
    <w:p w14:paraId="30799F0F" w14:textId="77777777" w:rsidR="00E74359" w:rsidRDefault="00000000">
      <w:r>
        <w:t>Operating systems manage system resources, including processes, memory, and files (Tanenbaum and Bos, 2015). They provide a platform for applications and ensure system stability.</w:t>
      </w:r>
      <w:r>
        <w:br/>
      </w:r>
      <w:r>
        <w:br/>
        <w:t>Different operating systems offer different advantages. For example, Linux provides flexibility and security, while Windows offers user-friendliness. This demonstrates the importance of choosing an OS based on specific requirements.</w:t>
      </w:r>
    </w:p>
    <w:p w14:paraId="44D7C0DD" w14:textId="77777777" w:rsidR="00E74359" w:rsidRDefault="00000000">
      <w:pPr>
        <w:pStyle w:val="Heading1"/>
      </w:pPr>
      <w:r>
        <w:rPr>
          <w:color w:val="000000"/>
        </w:rPr>
        <w:t>Critical Evaluation</w:t>
      </w:r>
    </w:p>
    <w:p w14:paraId="240EC3E4" w14:textId="77777777" w:rsidR="00E74359" w:rsidRDefault="00000000">
      <w:r>
        <w:t>While computer architecture and operating systems have advanced significantly, challenges remain. Performance limitations, security vulnerabilities, and resource constraints continue to affect system efficiency.</w:t>
      </w:r>
      <w:r>
        <w:br/>
      </w:r>
      <w:r>
        <w:br/>
        <w:t>Future developments focus on improving efficiency, security, and scalability. Technologies such as artificial intelligence and cloud computing are shaping the next generation of computing systems, highlighting the evolving nature of this field.</w:t>
      </w:r>
    </w:p>
    <w:p w14:paraId="657DC0FE" w14:textId="77777777" w:rsidR="00E74359" w:rsidRDefault="00000000">
      <w:pPr>
        <w:pStyle w:val="Heading1"/>
      </w:pPr>
      <w:r>
        <w:rPr>
          <w:color w:val="000000"/>
        </w:rPr>
        <w:t>Conclusion</w:t>
      </w:r>
    </w:p>
    <w:p w14:paraId="2461AED6" w14:textId="77777777" w:rsidR="00E74359" w:rsidRDefault="00000000">
      <w:r>
        <w:t>In conclusion, computer architecture and operating systems are essential for modern computing. Their design directly impacts system performance, usability, and security.</w:t>
      </w:r>
      <w:r>
        <w:br/>
      </w:r>
      <w:r>
        <w:br/>
        <w:t>A critical understanding of these systems enables better decision-making in system design and implementation. As technology continues to evolve, these concepts will remain central to innovation in computing.</w:t>
      </w:r>
    </w:p>
    <w:p w14:paraId="527D040F" w14:textId="77777777" w:rsidR="00E74359" w:rsidRDefault="00000000">
      <w:pPr>
        <w:pStyle w:val="Heading1"/>
      </w:pPr>
      <w:r>
        <w:rPr>
          <w:color w:val="000000"/>
        </w:rPr>
        <w:t>References (Harvard Style)</w:t>
      </w:r>
    </w:p>
    <w:p w14:paraId="211195C2" w14:textId="77777777" w:rsidR="00E74359" w:rsidRDefault="00000000">
      <w:r>
        <w:t>Stallings, W. (2019) Computer Organization and Architecture. Pearson.</w:t>
      </w:r>
      <w:r>
        <w:br/>
      </w:r>
      <w:r>
        <w:br/>
        <w:t>Tanenbaum, A.S. and Bos, H. (2015) Modern Operating Systems. Pearson.</w:t>
      </w:r>
      <w:r>
        <w:br/>
      </w:r>
      <w:r>
        <w:br/>
        <w:t>Silberschatz, A., Galvin, P.B. and Gagne, G. (2018) Operating System Concepts. Wiley.</w:t>
      </w:r>
      <w:r>
        <w:br/>
      </w:r>
      <w:r>
        <w:br/>
        <w:t>Patterson, D.A. and Hennessy, J.L. (2020) Computer Architecture: A Quantitative Approach. Morgan Kaufmann.</w:t>
      </w:r>
    </w:p>
    <w:sectPr w:rsidR="00E7435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32885876">
    <w:abstractNumId w:val="8"/>
  </w:num>
  <w:num w:numId="2" w16cid:durableId="25562641">
    <w:abstractNumId w:val="6"/>
  </w:num>
  <w:num w:numId="3" w16cid:durableId="1665935">
    <w:abstractNumId w:val="5"/>
  </w:num>
  <w:num w:numId="4" w16cid:durableId="295113228">
    <w:abstractNumId w:val="4"/>
  </w:num>
  <w:num w:numId="5" w16cid:durableId="908462840">
    <w:abstractNumId w:val="7"/>
  </w:num>
  <w:num w:numId="6" w16cid:durableId="197086046">
    <w:abstractNumId w:val="3"/>
  </w:num>
  <w:num w:numId="7" w16cid:durableId="524565505">
    <w:abstractNumId w:val="2"/>
  </w:num>
  <w:num w:numId="8" w16cid:durableId="1058632499">
    <w:abstractNumId w:val="1"/>
  </w:num>
  <w:num w:numId="9" w16cid:durableId="885337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C232E"/>
    <w:rsid w:val="0029639D"/>
    <w:rsid w:val="00326F90"/>
    <w:rsid w:val="00850724"/>
    <w:rsid w:val="00922B2A"/>
    <w:rsid w:val="00AA1D8D"/>
    <w:rsid w:val="00B47730"/>
    <w:rsid w:val="00B74E5D"/>
    <w:rsid w:val="00CB0664"/>
    <w:rsid w:val="00E74359"/>
    <w:rsid w:val="00EE76E3"/>
    <w:rsid w:val="00F9543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E5EECA"/>
  <w14:defaultImageDpi w14:val="300"/>
  <w15:docId w15:val="{4BF20B8A-C7EB-7447-90F3-9E40DF132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801</Words>
  <Characters>4567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asif rashid</cp:lastModifiedBy>
  <cp:revision>6</cp:revision>
  <dcterms:created xsi:type="dcterms:W3CDTF">2026-03-21T22:43:00Z</dcterms:created>
  <dcterms:modified xsi:type="dcterms:W3CDTF">2026-03-21T22:45:00Z</dcterms:modified>
  <cp:category/>
</cp:coreProperties>
</file>