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color w:val="1F4E79"/>
          <w:sz w:val="26"/>
        </w:rPr>
        <w:t>SELF-AWARENESS PRESENTATION</w:t>
      </w:r>
    </w:p>
    <w:p>
      <w:pPr>
        <w:jc w:val="center"/>
      </w:pPr>
      <w:r>
        <w:rPr>
          <w:rFonts w:ascii="Arial" w:hAnsi="Arial"/>
          <w:b/>
          <w:sz w:val="48"/>
        </w:rPr>
        <w:t>My Future Career – Nurse</w:t>
      </w:r>
    </w:p>
    <w:p>
      <w:pPr>
        <w:jc w:val="center"/>
      </w:pPr>
      <w:r>
        <w:t>Name: Aakriti Sapkota</w:t>
        <w:br/>
        <w:t>Student Number: 2523605</w:t>
        <w:br/>
        <w:t>Module Number: LCHS4009</w:t>
        <w:br/>
        <w:t>Assignment Title: Self Awareness Presentation</w:t>
      </w:r>
    </w:p>
    <w:p>
      <w:r>
        <w:br w:type="page"/>
      </w:r>
    </w:p>
    <w:p>
      <w:pPr>
        <w:pStyle w:val="Heading1"/>
      </w:pPr>
      <w:r>
        <w:t>My Future Career – Nurse</w:t>
      </w:r>
    </w:p>
    <w:p>
      <w:pPr>
        <w:keepLines/>
      </w:pPr>
      <w:r>
        <w:t>I would like to become a nurse in the future because I enjoy helping people and making them feel cared for. I believe that every person deserves kindness, respect and support, especially when they are ill, worried or feeling weak. Nursing is important because nurses support patients during difficult times and help them feel safer and more comfortable.</w:t>
      </w:r>
    </w:p>
    <w:p>
      <w:pPr>
        <w:keepLines/>
      </w:pPr>
      <w:r>
        <w:t>Nurses work in different places, such as hospitals, care homes, health centres and clinics. They care for people of different ages and backgrounds, and they work with doctors and other health workers to support patients. I think nursing could be a good career for me because it would allow me to help others, learn new skills and make a positive difference in people’s lives.</w:t>
      </w:r>
    </w:p>
    <w:p>
      <w:pPr>
        <w:pStyle w:val="Heading1"/>
      </w:pPr>
      <w:r>
        <w:t>How Can I Find a Nursing Job?</w:t>
      </w:r>
    </w:p>
    <w:p>
      <w:pPr>
        <w:keepLines/>
      </w:pPr>
      <w:r>
        <w:t>One way to look for nursing jobs in the United Kingdom is to use the NHS Jobs website at www.jobs.nhs.uk. I can search for jobs by typing words such as “Registered Nurse” into the search box. I can also choose the town or area where I would like to work, so that I can find jobs that are suitable for me.</w:t>
      </w:r>
    </w:p>
    <w:p>
      <w:pPr>
        <w:keepLines/>
      </w:pPr>
      <w:r>
        <w:t>When I find a job advert, I should read it carefully and check the job title, location, salary, working hours and duties. I should also look at the qualifications, experience and skills that the employer requires. This will help me understand whether I meet the requirements or need to gain more experience first. When I have the correct qualifications and meet the requirements, I can follow the instructions in the advert to apply for the job.</w:t>
      </w:r>
    </w:p>
    <w:p>
      <w:pPr>
        <w:keepLines/>
      </w:pPr>
      <w:r>
        <w:t>I can also learn about nursing careers through the NHS Health Careers website and university websites. These sources can help me understand the training I need, the different areas of nursing and the steps I must take before I can apply for a registered nursing role.</w:t>
      </w:r>
    </w:p>
    <w:p>
      <w:pPr>
        <w:pStyle w:val="Heading1"/>
      </w:pPr>
      <w:r>
        <w:t>What Does a Nurse Do?</w:t>
      </w:r>
    </w:p>
    <w:p>
      <w:pPr>
        <w:keepLines/>
      </w:pPr>
      <w:r>
        <w:t>A nurse cares for patients and helps them with their health needs. Nurses speak to patients, listen carefully to their concerns and explain information in a clear and respectful way. They may check a patient’s temperature, pulse, breathing and other signs of health, depending on their training and role. They also help patients understand their care and treatment.</w:t>
      </w:r>
    </w:p>
    <w:p>
      <w:pPr>
        <w:keepLines/>
      </w:pPr>
      <w:r>
        <w:t>Nurses may give medicines and carry out treatments when they are trained and authorised to do so. They keep clear and accurate records about patients, report changes in a patient’s condition and follow safety and hygiene rules. They also protect patients’ privacy and treat every person with dignity and respect.</w:t>
      </w:r>
    </w:p>
    <w:p>
      <w:pPr>
        <w:keepLines/>
      </w:pPr>
      <w:r>
        <w:t>Nursing is not only about completing tasks. It is also about being patient, understanding people’s feelings and helping them feel listened to. Nurses work closely with doctors, other nurses, patients and families. Good communication, teamwork, kindness and responsibility are important because they help make care safe and supportive.</w:t>
      </w:r>
    </w:p>
    <w:p>
      <w:pPr>
        <w:pStyle w:val="Heading1"/>
      </w:pPr>
      <w:r>
        <w:t>Salary</w:t>
      </w:r>
    </w:p>
    <w:p>
      <w:pPr>
        <w:keepLines/>
      </w:pPr>
      <w:r>
        <w:t>The salary for a nurse in the United Kingdom depends on the job, level of responsibility, experience and employer. Many nurses working for the NHS are paid according to NHS pay bands. The amount can also depend on the role and the hours worked, including any eligible extra payments for shifts.</w:t>
      </w:r>
    </w:p>
    <w:p>
      <w:pPr>
        <w:keepLines/>
      </w:pPr>
      <w:r>
        <w:t>When I look for a nursing job, I can read the salary information in the job advert and check whether the position is full-time or part-time. I can also use trusted NHS careers and NHS recruitment websites to learn more about pay. Checking the latest information will help me understand what salary may be available when I qualify.</w:t>
      </w:r>
    </w:p>
    <w:p>
      <w:pPr>
        <w:pStyle w:val="Heading1"/>
      </w:pPr>
      <w:r>
        <w:t>My Strengths</w:t>
      </w:r>
    </w:p>
    <w:p>
      <w:pPr>
        <w:keepLines/>
      </w:pPr>
      <w:r>
        <w:t>One of my strengths is that I enjoy helping people. I try to be caring and respectful, and I want people to feel that they are being listened to. These qualities are important in nursing because patients may feel worried, uncomfortable or unsure about what will happen to them. A kind approach can help them feel more supported.</w:t>
      </w:r>
    </w:p>
    <w:p>
      <w:pPr>
        <w:keepLines/>
      </w:pPr>
      <w:r>
        <w:t>Another strength is that I am willing to learn new things and improve myself. Nursing involves learning throughout a person’s career, so I will need to listen to advice, follow instructions and practise new skills. I can use my listening skills to understand patients’ concerns and my caring attitude to treat people with patience and respect.</w:t>
      </w:r>
    </w:p>
    <w:p>
      <w:pPr>
        <w:keepLines/>
      </w:pPr>
      <w:r>
        <w:t>I also understand that nurses need to be reliable and responsible. I can continue building these qualities by completing my work on time, preparing for lessons, asking questions when I do not understand something and learning from feedback. I believe these steps can help me prepare for a future in nursing.</w:t>
      </w:r>
    </w:p>
    <w:p>
      <w:pPr>
        <w:pStyle w:val="Heading1"/>
      </w:pPr>
      <w:r>
        <w:t>My Weaknesses</w:t>
      </w:r>
    </w:p>
    <w:p>
      <w:pPr>
        <w:keepLines/>
      </w:pPr>
      <w:r>
        <w:t>One area I need to improve is my nursing knowledge and practical experience because I am still working towards my career goal. I understand that I cannot know everything at the beginning, so I will need to study, practise and learn from trained professionals. I can build my knowledge by attending lessons, reading reliable information and taking part in suitable work experience.</w:t>
      </w:r>
    </w:p>
    <w:p>
      <w:pPr>
        <w:keepLines/>
      </w:pPr>
      <w:r>
        <w:t>Another area I may need to develop is my confidence when speaking to new people. Communication is very important in nursing because nurses need to speak clearly with patients, families and other health workers. I can improve by practising my English, joining in class discussions, asking questions and speaking to people in different situations.</w:t>
      </w:r>
    </w:p>
    <w:p>
      <w:pPr>
        <w:keepLines/>
      </w:pPr>
      <w:r>
        <w:t>I will try not to see these areas as permanent problems. Instead, I will treat them as skills that I can develop over time. I can ask teachers for feedback, learn from my mistakes and set small goals for myself. With regular practice and support, I hope to become more confident and prepared.</w:t>
      </w:r>
    </w:p>
    <w:p>
      <w:pPr>
        <w:pStyle w:val="Heading1"/>
      </w:pPr>
      <w:r>
        <w:t>My Opportunities</w:t>
      </w:r>
    </w:p>
    <w:p>
      <w:pPr>
        <w:keepLines/>
      </w:pPr>
      <w:r>
        <w:t>I have different opportunities that can help me work towards becoming a nurse. One important opportunity is studying a suitable nursing course at university. I can research entry requirements, course content, fees and placement opportunities so that I understand what each course offers. I will need to check the requirements carefully and choose a course that fits my situation.</w:t>
      </w:r>
    </w:p>
    <w:p>
      <w:pPr>
        <w:keepLines/>
      </w:pPr>
      <w:r>
        <w:t>I can also look for suitable volunteering or work experience in a health or care setting. This could help me understand how care workers support people, how teams work together and what a caring role is like in real life. I would need to follow the organisation’s rules and respect people’s privacy and safety.</w:t>
      </w:r>
    </w:p>
    <w:p>
      <w:pPr>
        <w:keepLines/>
      </w:pPr>
      <w:r>
        <w:t>Another opportunity is using trusted websites, such as NHS Health Careers, the NHS website and university websites, to learn about nursing. I can also ask teachers, careers advisers and people who work in health and social care for guidance. By making use of these opportunities, I can gain knowledge, develop my skills and make better decisions about my future.</w:t>
      </w:r>
    </w:p>
    <w:p>
      <w:pPr>
        <w:pStyle w:val="Heading1"/>
      </w:pPr>
      <w:r>
        <w:t>My Threats and Challenges</w:t>
      </w:r>
    </w:p>
    <w:p>
      <w:pPr>
        <w:keepLines/>
      </w:pPr>
      <w:r>
        <w:t>One challenge is that nursing can be demanding. Nurses may need to work long shifts, nights, weekends and public holidays, depending on their role and workplace. They may also care for people who are very unwell, so the work can sometimes be emotionally difficult. I will need to learn how to manage my time, look after my wellbeing and ask for support when I need it.</w:t>
      </w:r>
    </w:p>
    <w:p>
      <w:pPr>
        <w:keepLines/>
      </w:pPr>
      <w:r>
        <w:t>Another challenge is that nursing education requires commitment, regular study and practical learning. I may find some topics difficult at first, and I will need to balance my studies with my other responsibilities. I can manage this by planning my week, setting realistic goals, completing tasks on time and asking for help before a problem becomes too difficult.</w:t>
      </w:r>
    </w:p>
    <w:p>
      <w:pPr>
        <w:keepLines/>
      </w:pPr>
      <w:r>
        <w:t>There may also be competition for courses or jobs, and I will need to meet the required qualifications and professional standards. I can prepare by checking entry requirements early, improving my English and communication skills, gaining relevant experience where possible and staying focused on my goal. These steps cannot remove every challenge, but they can help me become better prepared.</w:t>
      </w:r>
    </w:p>
    <w:p>
      <w:pPr>
        <w:pStyle w:val="Heading1"/>
      </w:pPr>
      <w:r>
        <w:t>My Career Plan</w:t>
      </w:r>
    </w:p>
    <w:p>
      <w:pPr>
        <w:keepLines/>
      </w:pPr>
      <w:r>
        <w:t>My main career goal is to become a registered nurse. First, I will find out which qualifications and entry requirements I need for a nursing degree. I will use reliable sources, such as university websites and NHS Health Careers, and I will ask a teacher or careers adviser if I need help understanding the information.</w:t>
      </w:r>
    </w:p>
    <w:p>
      <w:pPr>
        <w:keepLines/>
      </w:pPr>
      <w:r>
        <w:t>Next, I will continue improving my English, communication, study and teamwork skills. I will practise speaking clearly, listening carefully and writing information in an organised way. I will also look for suitable volunteering or work experience in health and social care, if an opportunity is available and appropriate for me.</w:t>
      </w:r>
    </w:p>
    <w:p>
      <w:pPr>
        <w:keepLines/>
      </w:pPr>
      <w:r>
        <w:t>After that, I will research nursing courses and apply to a course that meets the required standards. During my training, I will attend classes, complete assignments, learn practical skills and take part in supervised placements. I will treat patients with respect, follow guidance from qualified staff and use feedback to improve my work.</w:t>
      </w:r>
    </w:p>
    <w:p>
      <w:pPr>
        <w:keepLines/>
      </w:pPr>
      <w:r>
        <w:t>After I complete the required training and meet the professional registration requirements, I will look for suitable nursing vacancies, including on the NHS Jobs website. I will prepare a clear application that explains my skills, learning and experience. I know that this plan will take time and effort, but I will work step by step and review my progress along the way.</w:t>
      </w:r>
    </w:p>
    <w:p>
      <w:pPr>
        <w:pStyle w:val="Heading1"/>
      </w:pPr>
      <w:r>
        <w:t>Conclusion</w:t>
      </w:r>
    </w:p>
    <w:p>
      <w:pPr>
        <w:keepLines/>
      </w:pPr>
      <w:r>
        <w:t>In conclusion, I want to become a nurse because I care about helping people and supporting them when they need care. I understand that nursing involves much more than helping someone who is ill. It also requires good communication, teamwork, patience, respect, responsibility and a willingness to keep learning.</w:t>
      </w:r>
    </w:p>
    <w:p>
      <w:pPr>
        <w:keepLines/>
      </w:pPr>
      <w:r>
        <w:t>I know that I have strengths, such as wanting to help people and being willing to learn. I also know that I need to build my knowledge, experience and confidence. By studying, practising my skills, asking for advice and making use of available opportunities, I can continue working towards my goal.</w:t>
      </w:r>
    </w:p>
    <w:p>
      <w:pPr>
        <w:keepLines/>
      </w:pPr>
      <w:r>
        <w:t>Becoming a nurse will require hard work and commitment, but I am prepared to take the necessary steps. I hope that in the future I can become a skilled and caring nurse who treats patients fairly, listens to their needs and helps them feel safe and respected.</w:t>
      </w:r>
    </w:p>
    <w:p>
      <w:pPr>
        <w:pStyle w:val="Heading1"/>
      </w:pPr>
      <w:r>
        <w:t>References</w:t>
      </w:r>
    </w:p>
    <w:p>
      <w:pPr>
        <w:keepLines/>
      </w:pPr>
      <w:r>
        <w:t>1. NHS Jobs – https://www.jobs.nhs.uk</w:t>
      </w:r>
    </w:p>
    <w:p>
      <w:pPr>
        <w:keepLines/>
      </w:pPr>
      <w:r>
        <w:t>2. NHS Health Careers – https://www.healthcareers.nhs.uk</w:t>
      </w:r>
    </w:p>
    <w:p>
      <w:pPr>
        <w:keepLines/>
      </w:pPr>
      <w:r>
        <w:t>3. Nursing and Midwifery Council – https://www.nmc.org.uk</w:t>
      </w:r>
    </w:p>
    <w:p>
      <w:pPr>
        <w:keepLines/>
      </w:pPr>
      <w:r>
        <w:t>4. NHS Employers – https://www.nhsemployers.org</w:t>
      </w:r>
    </w:p>
    <w:p>
      <w:pPr>
        <w:keepLines/>
      </w:pPr>
      <w:r>
        <w:t>5. UCAS – https://www.ucas.com</w:t>
      </w:r>
    </w:p>
    <w:p>
      <w:pPr>
        <w:keepLines/>
      </w:pPr>
      <w:r>
        <w:t>6. NHS – https://www.nhs.uk</w:t>
      </w:r>
    </w:p>
    <w:sectPr w:rsidR="00FC693F" w:rsidRPr="0006063C" w:rsidSect="00034616">
      <w:footerReference w:type="default" r:id="rId9"/>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My Future Career – Nurse | </w:t>
    </w:r>
    <w:r>
      <w:fldChar w:fldCharType="begin"/>
    </w:r>
    <w:instrText xml:space="preserve"> PAGE </w:instrText>
    <w:fldChar w:fldCharType="end"/>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76" w:lineRule="auto"/>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