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10209"/>
        <w:docPartObj>
          <w:docPartGallery w:val="Cover Pages"/>
          <w:docPartUnique/>
        </w:docPartObj>
      </w:sdtPr>
      <w:sdtContent>
        <w:p w14:paraId="3BF5409F" w14:textId="1B67FDE7" w:rsidR="00CA1B15" w:rsidRDefault="00CA1B15">
          <w:r>
            <w:rPr>
              <w:noProof/>
            </w:rPr>
            <mc:AlternateContent>
              <mc:Choice Requires="wpg">
                <w:drawing>
                  <wp:anchor distT="0" distB="0" distL="114300" distR="114300" simplePos="0" relativeHeight="251807744" behindDoc="0" locked="0" layoutInCell="1" allowOverlap="1" wp14:anchorId="4ABCD6F9" wp14:editId="5878AD16">
                    <wp:simplePos x="0" y="0"/>
                    <wp:positionH relativeFrom="page">
                      <wp:posOffset>215900</wp:posOffset>
                    </wp:positionH>
                    <wp:positionV relativeFrom="page">
                      <wp:posOffset>228600</wp:posOffset>
                    </wp:positionV>
                    <wp:extent cx="7355785"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55785" cy="9601200"/>
                              <a:chOff x="0" y="0"/>
                              <a:chExt cx="7355785" cy="9601200"/>
                            </a:xfrm>
                          </wpg:grpSpPr>
                          <wpg:grpSp>
                            <wpg:cNvPr id="472" name="Group 472"/>
                            <wpg:cNvGrpSpPr/>
                            <wpg:grpSpPr>
                              <a:xfrm>
                                <a:off x="0" y="0"/>
                                <a:ext cx="7355785" cy="9601200"/>
                                <a:chOff x="0" y="0"/>
                                <a:chExt cx="7355275"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80062" y="3166422"/>
                                  <a:ext cx="4875213" cy="5922963"/>
                                  <a:chOff x="22612" y="42222"/>
                                  <a:chExt cx="4875213" cy="5922963"/>
                                </a:xfrm>
                              </wpg:grpSpPr>
                              <wps:wsp>
                                <wps:cNvPr id="475" name="Freeform 475"/>
                                <wps:cNvSpPr/>
                                <wps:spPr bwMode="auto">
                                  <a:xfrm>
                                    <a:off x="22612" y="42222"/>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37954" y="4499922"/>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381" y="3695701"/>
                                <a:ext cx="3900170" cy="3276600"/>
                              </a:xfrm>
                              <a:prstGeom prst="rect">
                                <a:avLst/>
                              </a:prstGeom>
                              <a:noFill/>
                              <a:ln w="6350">
                                <a:noFill/>
                              </a:ln>
                            </wps:spPr>
                            <wps:txbx>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31E46153" w:rsidR="00CA1B15" w:rsidRPr="00CA1B15" w:rsidRDefault="00CA1B15">
                                      <w:pPr>
                                        <w:pStyle w:val="NoSpacing"/>
                                        <w:spacing w:after="240" w:line="264" w:lineRule="auto"/>
                                        <w:rPr>
                                          <w:rFonts w:asciiTheme="majorHAnsi" w:hAnsiTheme="majorHAnsi"/>
                                          <w:color w:val="EEECE1" w:themeColor="background2"/>
                                          <w:sz w:val="50"/>
                                          <w:szCs w:val="50"/>
                                        </w:rPr>
                                      </w:pPr>
                                      <w:r w:rsidRPr="00CA1B15">
                                        <w:rPr>
                                          <w:rFonts w:asciiTheme="majorHAnsi" w:hAnsiTheme="majorHAnsi"/>
                                          <w:color w:val="EEECE1" w:themeColor="background2"/>
                                          <w:sz w:val="50"/>
                                          <w:szCs w:val="50"/>
                                        </w:rPr>
                                        <w:t>Web Development Report</w:t>
                                      </w:r>
                                    </w:p>
                                  </w:sdtContent>
                                </w:sdt>
                                <w:p w14:paraId="7190F70E" w14:textId="0C725416" w:rsidR="00CA1B15" w:rsidRDefault="00CA1B15">
                                  <w:pPr>
                                    <w:pStyle w:val="NoSpacing"/>
                                    <w:spacing w:line="264" w:lineRule="auto"/>
                                    <w:rPr>
                                      <w:color w:val="EEECE1" w:themeColor="background2"/>
                                      <w:spacing w:val="20"/>
                                      <w:sz w:val="40"/>
                                      <w:szCs w:val="40"/>
                                    </w:rPr>
                                  </w:pPr>
                                  <w:r>
                                    <w:rPr>
                                      <w:color w:val="EEECE1" w:themeColor="background2"/>
                                      <w:spacing w:val="20"/>
                                      <w:sz w:val="40"/>
                                      <w:szCs w:val="40"/>
                                    </w:rPr>
                                    <w:t>Module: Introduction to Web &amp; Database Concept ACCA4023</w:t>
                                  </w:r>
                                </w:p>
                                <w:p w14:paraId="2BE6495E" w14:textId="71997E41" w:rsidR="00CA1B15" w:rsidRDefault="00CA1B15">
                                  <w:pPr>
                                    <w:pStyle w:val="NoSpacing"/>
                                    <w:spacing w:line="264" w:lineRule="auto"/>
                                    <w:rPr>
                                      <w:color w:val="EEECE1" w:themeColor="background2"/>
                                      <w:spacing w:val="20"/>
                                      <w:sz w:val="40"/>
                                      <w:szCs w:val="40"/>
                                    </w:rPr>
                                  </w:pPr>
                                </w:p>
                                <w:p w14:paraId="53FBE93B" w14:textId="1234153D"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Assessment: HTML and CSS Development</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430F9A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IWD</w:t>
                                  </w:r>
                                </w:p>
                                <w:p w14:paraId="22E8AEAD" w14:textId="18981D6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24 April 202</w:t>
                                  </w:r>
                                  <w:r w:rsidR="002B7527">
                                    <w:rPr>
                                      <w:color w:val="EEECE1" w:themeColor="background2"/>
                                      <w:spacing w:val="20"/>
                                      <w:sz w:val="30"/>
                                      <w:szCs w:val="30"/>
                                    </w:rPr>
                                    <w:t>6</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6858529"/>
                                <a:ext cx="3904488" cy="2003425"/>
                              </a:xfrm>
                              <a:prstGeom prst="rect">
                                <a:avLst/>
                              </a:prstGeom>
                              <a:noFill/>
                              <a:ln w="6350">
                                <a:noFill/>
                              </a:ln>
                            </wps:spPr>
                            <wps:txbx>
                              <w:txbxContent>
                                <w:p w14:paraId="2464CE63" w14:textId="65DEC525" w:rsidR="00CA1B15" w:rsidRDefault="002B7527"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EEECE1" w:themeColor="background2"/>
                                          <w:spacing w:val="20"/>
                                          <w:sz w:val="36"/>
                                          <w:szCs w:val="36"/>
                                        </w:rPr>
                                        <w:t>Professor: Fahad Ahmed</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1A4AC939"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ABCD6F9" id="Group 133" o:spid="_x0000_s1026" alt="Title: Cover page feather background with text block" style="position:absolute;margin-left:17pt;margin-top:18pt;width:579.2pt;height:756pt;z-index:251807744;mso-position-horizontal-relative:page;mso-position-vertical-relative:page;mso-width-relative:margin" coordsize="73557,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">
                    <v:group id="Group 472" o:spid="_x0000_s1027" style="position:absolute;width:73557;height:96012" coordsize="73552,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800;top:31664;width:48752;height:59229" coordorigin="226,422"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226;top:422;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365f9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eece1 [3214]" stroked="f" strokeweight="0">
                          <v:path arrowok="t"/>
                        </v:shape>
                        <v:line id="Straight Connector 477" o:spid="_x0000_s1032" style="position:absolute;visibility:visible;mso-wrap-style:square" from="6379,44999" to="43389,449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eece1 [3214]" strokeweight="3pt"/>
                      </v:group>
                    </v:group>
                    <v:shapetype id="_x0000_t202" coordsize="21600,21600" o:spt="202" path="m,l,21600r21600,l21600,xe">
                      <v:stroke joinstyle="miter"/>
                      <v:path gradientshapeok="t" o:connecttype="rect"/>
                    </v:shapetype>
                    <v:shape id="Text Box 478" o:spid="_x0000_s1033" type="#_x0000_t202" style="position:absolute;left:30953;top:36957;width:39002;height:3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31E46153" w:rsidR="00CA1B15" w:rsidRPr="00CA1B15" w:rsidRDefault="00CA1B15">
                                <w:pPr>
                                  <w:pStyle w:val="NoSpacing"/>
                                  <w:spacing w:after="240" w:line="264" w:lineRule="auto"/>
                                  <w:rPr>
                                    <w:rFonts w:asciiTheme="majorHAnsi" w:hAnsiTheme="majorHAnsi"/>
                                    <w:color w:val="EEECE1" w:themeColor="background2"/>
                                    <w:sz w:val="50"/>
                                    <w:szCs w:val="50"/>
                                  </w:rPr>
                                </w:pPr>
                                <w:r w:rsidRPr="00CA1B15">
                                  <w:rPr>
                                    <w:rFonts w:asciiTheme="majorHAnsi" w:hAnsiTheme="majorHAnsi"/>
                                    <w:color w:val="EEECE1" w:themeColor="background2"/>
                                    <w:sz w:val="50"/>
                                    <w:szCs w:val="50"/>
                                  </w:rPr>
                                  <w:t>Web Development Report</w:t>
                                </w:r>
                              </w:p>
                            </w:sdtContent>
                          </w:sdt>
                          <w:p w14:paraId="7190F70E" w14:textId="0C725416" w:rsidR="00CA1B15" w:rsidRDefault="00CA1B15">
                            <w:pPr>
                              <w:pStyle w:val="NoSpacing"/>
                              <w:spacing w:line="264" w:lineRule="auto"/>
                              <w:rPr>
                                <w:color w:val="EEECE1" w:themeColor="background2"/>
                                <w:spacing w:val="20"/>
                                <w:sz w:val="40"/>
                                <w:szCs w:val="40"/>
                              </w:rPr>
                            </w:pPr>
                            <w:r>
                              <w:rPr>
                                <w:color w:val="EEECE1" w:themeColor="background2"/>
                                <w:spacing w:val="20"/>
                                <w:sz w:val="40"/>
                                <w:szCs w:val="40"/>
                              </w:rPr>
                              <w:t>Module: Introduction to Web &amp; Database Concept ACCA4023</w:t>
                            </w:r>
                          </w:p>
                          <w:p w14:paraId="2BE6495E" w14:textId="71997E41" w:rsidR="00CA1B15" w:rsidRDefault="00CA1B15">
                            <w:pPr>
                              <w:pStyle w:val="NoSpacing"/>
                              <w:spacing w:line="264" w:lineRule="auto"/>
                              <w:rPr>
                                <w:color w:val="EEECE1" w:themeColor="background2"/>
                                <w:spacing w:val="20"/>
                                <w:sz w:val="40"/>
                                <w:szCs w:val="40"/>
                              </w:rPr>
                            </w:pPr>
                          </w:p>
                          <w:p w14:paraId="53FBE93B" w14:textId="1234153D"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Assessment: HTML and CSS Development</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430F9A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IWD</w:t>
                            </w:r>
                          </w:p>
                          <w:p w14:paraId="22E8AEAD" w14:textId="18981D6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24 April 202</w:t>
                            </w:r>
                            <w:r w:rsidR="002B7527">
                              <w:rPr>
                                <w:color w:val="EEECE1" w:themeColor="background2"/>
                                <w:spacing w:val="20"/>
                                <w:sz w:val="30"/>
                                <w:szCs w:val="30"/>
                              </w:rPr>
                              <w:t>6</w:t>
                            </w:r>
                          </w:p>
                        </w:txbxContent>
                      </v:textbox>
                    </v:shape>
                    <v:shape id="Text Box 479" o:spid="_x0000_s1034" type="#_x0000_t202" style="position:absolute;left:30956;top:68585;width:39045;height:200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2464CE63" w14:textId="65DEC525" w:rsidR="00CA1B15" w:rsidRDefault="002B7527"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Pr>
                                    <w:color w:val="EEECE1" w:themeColor="background2"/>
                                    <w:spacing w:val="20"/>
                                    <w:sz w:val="36"/>
                                    <w:szCs w:val="36"/>
                                  </w:rPr>
                                  <w:t>Professor: Fahad Ahmed</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1A4AC939"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v:textbox>
                    </v:shape>
                    <w10:wrap anchorx="page" anchory="page"/>
                  </v:group>
                </w:pict>
              </mc:Fallback>
            </mc:AlternateContent>
          </w:r>
        </w:p>
        <w:p w14:paraId="74378A6D" w14:textId="307E2F91" w:rsidR="00CA1B15" w:rsidRDefault="00CA1B15">
          <w:r>
            <w:br w:type="page"/>
          </w:r>
        </w:p>
      </w:sdtContent>
    </w:sdt>
    <w:sdt>
      <w:sdtPr>
        <w:id w:val="568934723"/>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1473B09C" w14:textId="474A859F" w:rsidR="005B5B77" w:rsidRDefault="005B5B77" w:rsidP="00620233">
          <w:pPr>
            <w:pStyle w:val="TOCHeading"/>
            <w:jc w:val="both"/>
          </w:pPr>
          <w:r>
            <w:t>Table of Contents</w:t>
          </w:r>
        </w:p>
        <w:p w14:paraId="70026C2F" w14:textId="473CFE7F" w:rsidR="00947A27" w:rsidRDefault="005B5B77">
          <w:pPr>
            <w:pStyle w:val="TOC1"/>
            <w:tabs>
              <w:tab w:val="right" w:leader="dot" w:pos="8630"/>
            </w:tabs>
            <w:rPr>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7895182" w:history="1">
            <w:r w:rsidR="00947A27" w:rsidRPr="006E564E">
              <w:rPr>
                <w:rStyle w:val="Hyperlink"/>
                <w:noProof/>
              </w:rPr>
              <w:t>1. Introduction (Abstract)</w:t>
            </w:r>
            <w:r w:rsidR="00947A27">
              <w:rPr>
                <w:noProof/>
                <w:webHidden/>
              </w:rPr>
              <w:tab/>
            </w:r>
            <w:r w:rsidR="00947A27">
              <w:rPr>
                <w:noProof/>
                <w:webHidden/>
              </w:rPr>
              <w:fldChar w:fldCharType="begin"/>
            </w:r>
            <w:r w:rsidR="00947A27">
              <w:rPr>
                <w:noProof/>
                <w:webHidden/>
              </w:rPr>
              <w:instrText xml:space="preserve"> PAGEREF _Toc227895182 \h </w:instrText>
            </w:r>
            <w:r w:rsidR="00947A27">
              <w:rPr>
                <w:noProof/>
                <w:webHidden/>
              </w:rPr>
            </w:r>
            <w:r w:rsidR="00947A27">
              <w:rPr>
                <w:noProof/>
                <w:webHidden/>
              </w:rPr>
              <w:fldChar w:fldCharType="separate"/>
            </w:r>
            <w:r w:rsidR="00947A27">
              <w:rPr>
                <w:noProof/>
                <w:webHidden/>
              </w:rPr>
              <w:t>2</w:t>
            </w:r>
            <w:r w:rsidR="00947A27">
              <w:rPr>
                <w:noProof/>
                <w:webHidden/>
              </w:rPr>
              <w:fldChar w:fldCharType="end"/>
            </w:r>
          </w:hyperlink>
        </w:p>
        <w:p w14:paraId="27FD3BD0" w14:textId="273ACEA7" w:rsidR="00947A27" w:rsidRDefault="00947A27">
          <w:pPr>
            <w:pStyle w:val="TOC1"/>
            <w:tabs>
              <w:tab w:val="right" w:leader="dot" w:pos="8630"/>
            </w:tabs>
            <w:rPr>
              <w:b w:val="0"/>
              <w:bCs w:val="0"/>
              <w:i w:val="0"/>
              <w:iCs w:val="0"/>
              <w:noProof/>
              <w:kern w:val="2"/>
              <w:lang w:eastAsia="en-GB"/>
              <w14:ligatures w14:val="standardContextual"/>
            </w:rPr>
          </w:pPr>
          <w:hyperlink w:anchor="_Toc227895183" w:history="1">
            <w:r w:rsidRPr="006E564E">
              <w:rPr>
                <w:rStyle w:val="Hyperlink"/>
                <w:noProof/>
              </w:rPr>
              <w:t>2. Requirements</w:t>
            </w:r>
            <w:r>
              <w:rPr>
                <w:noProof/>
                <w:webHidden/>
              </w:rPr>
              <w:tab/>
            </w:r>
            <w:r>
              <w:rPr>
                <w:noProof/>
                <w:webHidden/>
              </w:rPr>
              <w:fldChar w:fldCharType="begin"/>
            </w:r>
            <w:r>
              <w:rPr>
                <w:noProof/>
                <w:webHidden/>
              </w:rPr>
              <w:instrText xml:space="preserve"> PAGEREF _Toc227895183 \h </w:instrText>
            </w:r>
            <w:r>
              <w:rPr>
                <w:noProof/>
                <w:webHidden/>
              </w:rPr>
            </w:r>
            <w:r>
              <w:rPr>
                <w:noProof/>
                <w:webHidden/>
              </w:rPr>
              <w:fldChar w:fldCharType="separate"/>
            </w:r>
            <w:r>
              <w:rPr>
                <w:noProof/>
                <w:webHidden/>
              </w:rPr>
              <w:t>3</w:t>
            </w:r>
            <w:r>
              <w:rPr>
                <w:noProof/>
                <w:webHidden/>
              </w:rPr>
              <w:fldChar w:fldCharType="end"/>
            </w:r>
          </w:hyperlink>
        </w:p>
        <w:p w14:paraId="38EC7441" w14:textId="7DC988E6" w:rsidR="00947A27" w:rsidRDefault="00947A27">
          <w:pPr>
            <w:pStyle w:val="TOC2"/>
            <w:tabs>
              <w:tab w:val="right" w:leader="dot" w:pos="8630"/>
            </w:tabs>
            <w:rPr>
              <w:b w:val="0"/>
              <w:bCs w:val="0"/>
              <w:noProof/>
              <w:kern w:val="2"/>
              <w:sz w:val="24"/>
              <w:szCs w:val="24"/>
              <w:lang w:eastAsia="en-GB"/>
              <w14:ligatures w14:val="standardContextual"/>
            </w:rPr>
          </w:pPr>
          <w:hyperlink w:anchor="_Toc227895184" w:history="1">
            <w:r w:rsidRPr="006E564E">
              <w:rPr>
                <w:rStyle w:val="Hyperlink"/>
                <w:rFonts w:ascii="Aptos" w:hAnsi="Aptos"/>
                <w:noProof/>
              </w:rPr>
              <w:t>2.1 Purpose and Subject Matter</w:t>
            </w:r>
            <w:r>
              <w:rPr>
                <w:noProof/>
                <w:webHidden/>
              </w:rPr>
              <w:tab/>
            </w:r>
            <w:r>
              <w:rPr>
                <w:noProof/>
                <w:webHidden/>
              </w:rPr>
              <w:fldChar w:fldCharType="begin"/>
            </w:r>
            <w:r>
              <w:rPr>
                <w:noProof/>
                <w:webHidden/>
              </w:rPr>
              <w:instrText xml:space="preserve"> PAGEREF _Toc227895184 \h </w:instrText>
            </w:r>
            <w:r>
              <w:rPr>
                <w:noProof/>
                <w:webHidden/>
              </w:rPr>
            </w:r>
            <w:r>
              <w:rPr>
                <w:noProof/>
                <w:webHidden/>
              </w:rPr>
              <w:fldChar w:fldCharType="separate"/>
            </w:r>
            <w:r>
              <w:rPr>
                <w:noProof/>
                <w:webHidden/>
              </w:rPr>
              <w:t>3</w:t>
            </w:r>
            <w:r>
              <w:rPr>
                <w:noProof/>
                <w:webHidden/>
              </w:rPr>
              <w:fldChar w:fldCharType="end"/>
            </w:r>
          </w:hyperlink>
        </w:p>
        <w:p w14:paraId="6234A559" w14:textId="0B31AD2D" w:rsidR="00947A27" w:rsidRDefault="00947A27">
          <w:pPr>
            <w:pStyle w:val="TOC2"/>
            <w:tabs>
              <w:tab w:val="right" w:leader="dot" w:pos="8630"/>
            </w:tabs>
            <w:rPr>
              <w:b w:val="0"/>
              <w:bCs w:val="0"/>
              <w:noProof/>
              <w:kern w:val="2"/>
              <w:sz w:val="24"/>
              <w:szCs w:val="24"/>
              <w:lang w:eastAsia="en-GB"/>
              <w14:ligatures w14:val="standardContextual"/>
            </w:rPr>
          </w:pPr>
          <w:hyperlink w:anchor="_Toc227895185" w:history="1">
            <w:r w:rsidRPr="006E564E">
              <w:rPr>
                <w:rStyle w:val="Hyperlink"/>
                <w:rFonts w:ascii="Aptos" w:hAnsi="Aptos"/>
                <w:noProof/>
              </w:rPr>
              <w:t>2.2 Target Audience</w:t>
            </w:r>
            <w:r>
              <w:rPr>
                <w:noProof/>
                <w:webHidden/>
              </w:rPr>
              <w:tab/>
            </w:r>
            <w:r>
              <w:rPr>
                <w:noProof/>
                <w:webHidden/>
              </w:rPr>
              <w:fldChar w:fldCharType="begin"/>
            </w:r>
            <w:r>
              <w:rPr>
                <w:noProof/>
                <w:webHidden/>
              </w:rPr>
              <w:instrText xml:space="preserve"> PAGEREF _Toc227895185 \h </w:instrText>
            </w:r>
            <w:r>
              <w:rPr>
                <w:noProof/>
                <w:webHidden/>
              </w:rPr>
            </w:r>
            <w:r>
              <w:rPr>
                <w:noProof/>
                <w:webHidden/>
              </w:rPr>
              <w:fldChar w:fldCharType="separate"/>
            </w:r>
            <w:r>
              <w:rPr>
                <w:noProof/>
                <w:webHidden/>
              </w:rPr>
              <w:t>3</w:t>
            </w:r>
            <w:r>
              <w:rPr>
                <w:noProof/>
                <w:webHidden/>
              </w:rPr>
              <w:fldChar w:fldCharType="end"/>
            </w:r>
          </w:hyperlink>
        </w:p>
        <w:p w14:paraId="18B828F7" w14:textId="5E602AF3" w:rsidR="00947A27" w:rsidRDefault="00947A27">
          <w:pPr>
            <w:pStyle w:val="TOC1"/>
            <w:tabs>
              <w:tab w:val="right" w:leader="dot" w:pos="8630"/>
            </w:tabs>
            <w:rPr>
              <w:b w:val="0"/>
              <w:bCs w:val="0"/>
              <w:i w:val="0"/>
              <w:iCs w:val="0"/>
              <w:noProof/>
              <w:kern w:val="2"/>
              <w:lang w:eastAsia="en-GB"/>
              <w14:ligatures w14:val="standardContextual"/>
            </w:rPr>
          </w:pPr>
          <w:hyperlink w:anchor="_Toc227895186" w:history="1">
            <w:r w:rsidRPr="006E564E">
              <w:rPr>
                <w:rStyle w:val="Hyperlink"/>
                <w:noProof/>
              </w:rPr>
              <w:t>3. Implementation</w:t>
            </w:r>
            <w:r>
              <w:rPr>
                <w:noProof/>
                <w:webHidden/>
              </w:rPr>
              <w:tab/>
            </w:r>
            <w:r>
              <w:rPr>
                <w:noProof/>
                <w:webHidden/>
              </w:rPr>
              <w:fldChar w:fldCharType="begin"/>
            </w:r>
            <w:r>
              <w:rPr>
                <w:noProof/>
                <w:webHidden/>
              </w:rPr>
              <w:instrText xml:space="preserve"> PAGEREF _Toc227895186 \h </w:instrText>
            </w:r>
            <w:r>
              <w:rPr>
                <w:noProof/>
                <w:webHidden/>
              </w:rPr>
            </w:r>
            <w:r>
              <w:rPr>
                <w:noProof/>
                <w:webHidden/>
              </w:rPr>
              <w:fldChar w:fldCharType="separate"/>
            </w:r>
            <w:r>
              <w:rPr>
                <w:noProof/>
                <w:webHidden/>
              </w:rPr>
              <w:t>4</w:t>
            </w:r>
            <w:r>
              <w:rPr>
                <w:noProof/>
                <w:webHidden/>
              </w:rPr>
              <w:fldChar w:fldCharType="end"/>
            </w:r>
          </w:hyperlink>
        </w:p>
        <w:p w14:paraId="6C085934" w14:textId="3F8B6547" w:rsidR="00947A27" w:rsidRDefault="00947A27">
          <w:pPr>
            <w:pStyle w:val="TOC2"/>
            <w:tabs>
              <w:tab w:val="right" w:leader="dot" w:pos="8630"/>
            </w:tabs>
            <w:rPr>
              <w:b w:val="0"/>
              <w:bCs w:val="0"/>
              <w:noProof/>
              <w:kern w:val="2"/>
              <w:sz w:val="24"/>
              <w:szCs w:val="24"/>
              <w:lang w:eastAsia="en-GB"/>
              <w14:ligatures w14:val="standardContextual"/>
            </w:rPr>
          </w:pPr>
          <w:hyperlink w:anchor="_Toc227895187" w:history="1">
            <w:r w:rsidRPr="006E564E">
              <w:rPr>
                <w:rStyle w:val="Hyperlink"/>
                <w:noProof/>
              </w:rPr>
              <w:t>3.1 Include screenshots of all website pages.</w:t>
            </w:r>
            <w:r>
              <w:rPr>
                <w:noProof/>
                <w:webHidden/>
              </w:rPr>
              <w:tab/>
            </w:r>
            <w:r>
              <w:rPr>
                <w:noProof/>
                <w:webHidden/>
              </w:rPr>
              <w:fldChar w:fldCharType="begin"/>
            </w:r>
            <w:r>
              <w:rPr>
                <w:noProof/>
                <w:webHidden/>
              </w:rPr>
              <w:instrText xml:space="preserve"> PAGEREF _Toc227895187 \h </w:instrText>
            </w:r>
            <w:r>
              <w:rPr>
                <w:noProof/>
                <w:webHidden/>
              </w:rPr>
            </w:r>
            <w:r>
              <w:rPr>
                <w:noProof/>
                <w:webHidden/>
              </w:rPr>
              <w:fldChar w:fldCharType="separate"/>
            </w:r>
            <w:r>
              <w:rPr>
                <w:noProof/>
                <w:webHidden/>
              </w:rPr>
              <w:t>4</w:t>
            </w:r>
            <w:r>
              <w:rPr>
                <w:noProof/>
                <w:webHidden/>
              </w:rPr>
              <w:fldChar w:fldCharType="end"/>
            </w:r>
          </w:hyperlink>
        </w:p>
        <w:p w14:paraId="1753190D" w14:textId="1A8C1404" w:rsidR="00947A27" w:rsidRDefault="00947A27">
          <w:pPr>
            <w:pStyle w:val="TOC3"/>
            <w:tabs>
              <w:tab w:val="right" w:leader="dot" w:pos="8630"/>
            </w:tabs>
            <w:rPr>
              <w:noProof/>
              <w:kern w:val="2"/>
              <w:sz w:val="24"/>
              <w:szCs w:val="24"/>
              <w:lang w:eastAsia="en-GB"/>
              <w14:ligatures w14:val="standardContextual"/>
            </w:rPr>
          </w:pPr>
          <w:hyperlink w:anchor="_Toc227895188" w:history="1">
            <w:r w:rsidRPr="006E564E">
              <w:rPr>
                <w:rStyle w:val="Hyperlink"/>
                <w:rFonts w:ascii="Aptos" w:hAnsi="Aptos"/>
                <w:noProof/>
              </w:rPr>
              <w:t>3.1.1 Home Page (index.html)</w:t>
            </w:r>
            <w:r>
              <w:rPr>
                <w:noProof/>
                <w:webHidden/>
              </w:rPr>
              <w:tab/>
            </w:r>
            <w:r>
              <w:rPr>
                <w:noProof/>
                <w:webHidden/>
              </w:rPr>
              <w:fldChar w:fldCharType="begin"/>
            </w:r>
            <w:r>
              <w:rPr>
                <w:noProof/>
                <w:webHidden/>
              </w:rPr>
              <w:instrText xml:space="preserve"> PAGEREF _Toc227895188 \h </w:instrText>
            </w:r>
            <w:r>
              <w:rPr>
                <w:noProof/>
                <w:webHidden/>
              </w:rPr>
            </w:r>
            <w:r>
              <w:rPr>
                <w:noProof/>
                <w:webHidden/>
              </w:rPr>
              <w:fldChar w:fldCharType="separate"/>
            </w:r>
            <w:r>
              <w:rPr>
                <w:noProof/>
                <w:webHidden/>
              </w:rPr>
              <w:t>4</w:t>
            </w:r>
            <w:r>
              <w:rPr>
                <w:noProof/>
                <w:webHidden/>
              </w:rPr>
              <w:fldChar w:fldCharType="end"/>
            </w:r>
          </w:hyperlink>
        </w:p>
        <w:p w14:paraId="69F4D69F" w14:textId="16DBEE56" w:rsidR="00947A27" w:rsidRDefault="00947A27">
          <w:pPr>
            <w:pStyle w:val="TOC3"/>
            <w:tabs>
              <w:tab w:val="right" w:leader="dot" w:pos="8630"/>
            </w:tabs>
            <w:rPr>
              <w:noProof/>
              <w:kern w:val="2"/>
              <w:sz w:val="24"/>
              <w:szCs w:val="24"/>
              <w:lang w:eastAsia="en-GB"/>
              <w14:ligatures w14:val="standardContextual"/>
            </w:rPr>
          </w:pPr>
          <w:hyperlink w:anchor="_Toc227895189" w:history="1">
            <w:r w:rsidRPr="006E564E">
              <w:rPr>
                <w:rStyle w:val="Hyperlink"/>
                <w:rFonts w:ascii="Aptos" w:hAnsi="Aptos"/>
                <w:noProof/>
              </w:rPr>
              <w:t>3.1.2 Dishes Page (dishes.html)</w:t>
            </w:r>
            <w:r>
              <w:rPr>
                <w:noProof/>
                <w:webHidden/>
              </w:rPr>
              <w:tab/>
            </w:r>
            <w:r>
              <w:rPr>
                <w:noProof/>
                <w:webHidden/>
              </w:rPr>
              <w:fldChar w:fldCharType="begin"/>
            </w:r>
            <w:r>
              <w:rPr>
                <w:noProof/>
                <w:webHidden/>
              </w:rPr>
              <w:instrText xml:space="preserve"> PAGEREF _Toc227895189 \h </w:instrText>
            </w:r>
            <w:r>
              <w:rPr>
                <w:noProof/>
                <w:webHidden/>
              </w:rPr>
            </w:r>
            <w:r>
              <w:rPr>
                <w:noProof/>
                <w:webHidden/>
              </w:rPr>
              <w:fldChar w:fldCharType="separate"/>
            </w:r>
            <w:r>
              <w:rPr>
                <w:noProof/>
                <w:webHidden/>
              </w:rPr>
              <w:t>5</w:t>
            </w:r>
            <w:r>
              <w:rPr>
                <w:noProof/>
                <w:webHidden/>
              </w:rPr>
              <w:fldChar w:fldCharType="end"/>
            </w:r>
          </w:hyperlink>
        </w:p>
        <w:p w14:paraId="70DA75DD" w14:textId="220AACCE" w:rsidR="00947A27" w:rsidRDefault="00947A27">
          <w:pPr>
            <w:pStyle w:val="TOC3"/>
            <w:tabs>
              <w:tab w:val="right" w:leader="dot" w:pos="8630"/>
            </w:tabs>
            <w:rPr>
              <w:noProof/>
              <w:kern w:val="2"/>
              <w:sz w:val="24"/>
              <w:szCs w:val="24"/>
              <w:lang w:eastAsia="en-GB"/>
              <w14:ligatures w14:val="standardContextual"/>
            </w:rPr>
          </w:pPr>
          <w:hyperlink w:anchor="_Toc227895190" w:history="1">
            <w:r w:rsidRPr="006E564E">
              <w:rPr>
                <w:rStyle w:val="Hyperlink"/>
                <w:rFonts w:ascii="Aptos" w:hAnsi="Aptos"/>
                <w:noProof/>
              </w:rPr>
              <w:t>3.1.3 Order Page (order.html)</w:t>
            </w:r>
            <w:r>
              <w:rPr>
                <w:noProof/>
                <w:webHidden/>
              </w:rPr>
              <w:tab/>
            </w:r>
            <w:r>
              <w:rPr>
                <w:noProof/>
                <w:webHidden/>
              </w:rPr>
              <w:fldChar w:fldCharType="begin"/>
            </w:r>
            <w:r>
              <w:rPr>
                <w:noProof/>
                <w:webHidden/>
              </w:rPr>
              <w:instrText xml:space="preserve"> PAGEREF _Toc227895190 \h </w:instrText>
            </w:r>
            <w:r>
              <w:rPr>
                <w:noProof/>
                <w:webHidden/>
              </w:rPr>
            </w:r>
            <w:r>
              <w:rPr>
                <w:noProof/>
                <w:webHidden/>
              </w:rPr>
              <w:fldChar w:fldCharType="separate"/>
            </w:r>
            <w:r>
              <w:rPr>
                <w:noProof/>
                <w:webHidden/>
              </w:rPr>
              <w:t>6</w:t>
            </w:r>
            <w:r>
              <w:rPr>
                <w:noProof/>
                <w:webHidden/>
              </w:rPr>
              <w:fldChar w:fldCharType="end"/>
            </w:r>
          </w:hyperlink>
        </w:p>
        <w:p w14:paraId="07E892E7" w14:textId="621277EE" w:rsidR="00947A27" w:rsidRDefault="00947A27">
          <w:pPr>
            <w:pStyle w:val="TOC3"/>
            <w:tabs>
              <w:tab w:val="right" w:leader="dot" w:pos="8630"/>
            </w:tabs>
            <w:rPr>
              <w:noProof/>
              <w:kern w:val="2"/>
              <w:sz w:val="24"/>
              <w:szCs w:val="24"/>
              <w:lang w:eastAsia="en-GB"/>
              <w14:ligatures w14:val="standardContextual"/>
            </w:rPr>
          </w:pPr>
          <w:hyperlink w:anchor="_Toc227895191" w:history="1">
            <w:r w:rsidRPr="006E564E">
              <w:rPr>
                <w:rStyle w:val="Hyperlink"/>
                <w:rFonts w:ascii="Aptos" w:hAnsi="Aptos"/>
                <w:noProof/>
              </w:rPr>
              <w:t>3.1.4 About Page (about.html)</w:t>
            </w:r>
            <w:r>
              <w:rPr>
                <w:noProof/>
                <w:webHidden/>
              </w:rPr>
              <w:tab/>
            </w:r>
            <w:r>
              <w:rPr>
                <w:noProof/>
                <w:webHidden/>
              </w:rPr>
              <w:fldChar w:fldCharType="begin"/>
            </w:r>
            <w:r>
              <w:rPr>
                <w:noProof/>
                <w:webHidden/>
              </w:rPr>
              <w:instrText xml:space="preserve"> PAGEREF _Toc227895191 \h </w:instrText>
            </w:r>
            <w:r>
              <w:rPr>
                <w:noProof/>
                <w:webHidden/>
              </w:rPr>
            </w:r>
            <w:r>
              <w:rPr>
                <w:noProof/>
                <w:webHidden/>
              </w:rPr>
              <w:fldChar w:fldCharType="separate"/>
            </w:r>
            <w:r>
              <w:rPr>
                <w:noProof/>
                <w:webHidden/>
              </w:rPr>
              <w:t>7</w:t>
            </w:r>
            <w:r>
              <w:rPr>
                <w:noProof/>
                <w:webHidden/>
              </w:rPr>
              <w:fldChar w:fldCharType="end"/>
            </w:r>
          </w:hyperlink>
        </w:p>
        <w:p w14:paraId="005865E3" w14:textId="1CB3073D" w:rsidR="00947A27" w:rsidRDefault="00947A27">
          <w:pPr>
            <w:pStyle w:val="TOC2"/>
            <w:tabs>
              <w:tab w:val="right" w:leader="dot" w:pos="8630"/>
            </w:tabs>
            <w:rPr>
              <w:b w:val="0"/>
              <w:bCs w:val="0"/>
              <w:noProof/>
              <w:kern w:val="2"/>
              <w:sz w:val="24"/>
              <w:szCs w:val="24"/>
              <w:lang w:eastAsia="en-GB"/>
              <w14:ligatures w14:val="standardContextual"/>
            </w:rPr>
          </w:pPr>
          <w:hyperlink w:anchor="_Toc227895192" w:history="1">
            <w:r w:rsidRPr="006E564E">
              <w:rPr>
                <w:rStyle w:val="Hyperlink"/>
                <w:noProof/>
              </w:rPr>
              <w:t>3.2 Provide validation results (HTML &amp; CSS).</w:t>
            </w:r>
            <w:r>
              <w:rPr>
                <w:noProof/>
                <w:webHidden/>
              </w:rPr>
              <w:tab/>
            </w:r>
            <w:r>
              <w:rPr>
                <w:noProof/>
                <w:webHidden/>
              </w:rPr>
              <w:fldChar w:fldCharType="begin"/>
            </w:r>
            <w:r>
              <w:rPr>
                <w:noProof/>
                <w:webHidden/>
              </w:rPr>
              <w:instrText xml:space="preserve"> PAGEREF _Toc227895192 \h </w:instrText>
            </w:r>
            <w:r>
              <w:rPr>
                <w:noProof/>
                <w:webHidden/>
              </w:rPr>
            </w:r>
            <w:r>
              <w:rPr>
                <w:noProof/>
                <w:webHidden/>
              </w:rPr>
              <w:fldChar w:fldCharType="separate"/>
            </w:r>
            <w:r>
              <w:rPr>
                <w:noProof/>
                <w:webHidden/>
              </w:rPr>
              <w:t>7</w:t>
            </w:r>
            <w:r>
              <w:rPr>
                <w:noProof/>
                <w:webHidden/>
              </w:rPr>
              <w:fldChar w:fldCharType="end"/>
            </w:r>
          </w:hyperlink>
        </w:p>
        <w:p w14:paraId="5A497142" w14:textId="20DEB4AD" w:rsidR="00947A27" w:rsidRDefault="00947A27">
          <w:pPr>
            <w:pStyle w:val="TOC3"/>
            <w:tabs>
              <w:tab w:val="right" w:leader="dot" w:pos="8630"/>
            </w:tabs>
            <w:rPr>
              <w:noProof/>
              <w:kern w:val="2"/>
              <w:sz w:val="24"/>
              <w:szCs w:val="24"/>
              <w:lang w:eastAsia="en-GB"/>
              <w14:ligatures w14:val="standardContextual"/>
            </w:rPr>
          </w:pPr>
          <w:hyperlink w:anchor="_Toc227895193" w:history="1">
            <w:r w:rsidRPr="006E564E">
              <w:rPr>
                <w:rStyle w:val="Hyperlink"/>
                <w:rFonts w:ascii="Aptos" w:hAnsi="Aptos"/>
                <w:noProof/>
              </w:rPr>
              <w:t>3.2.1 HTML Validation (index.html)</w:t>
            </w:r>
            <w:r>
              <w:rPr>
                <w:noProof/>
                <w:webHidden/>
              </w:rPr>
              <w:tab/>
            </w:r>
            <w:r>
              <w:rPr>
                <w:noProof/>
                <w:webHidden/>
              </w:rPr>
              <w:fldChar w:fldCharType="begin"/>
            </w:r>
            <w:r>
              <w:rPr>
                <w:noProof/>
                <w:webHidden/>
              </w:rPr>
              <w:instrText xml:space="preserve"> PAGEREF _Toc227895193 \h </w:instrText>
            </w:r>
            <w:r>
              <w:rPr>
                <w:noProof/>
                <w:webHidden/>
              </w:rPr>
            </w:r>
            <w:r>
              <w:rPr>
                <w:noProof/>
                <w:webHidden/>
              </w:rPr>
              <w:fldChar w:fldCharType="separate"/>
            </w:r>
            <w:r>
              <w:rPr>
                <w:noProof/>
                <w:webHidden/>
              </w:rPr>
              <w:t>7</w:t>
            </w:r>
            <w:r>
              <w:rPr>
                <w:noProof/>
                <w:webHidden/>
              </w:rPr>
              <w:fldChar w:fldCharType="end"/>
            </w:r>
          </w:hyperlink>
        </w:p>
        <w:p w14:paraId="4E8AC8DE" w14:textId="3EDC398F" w:rsidR="00947A27" w:rsidRDefault="00947A27">
          <w:pPr>
            <w:pStyle w:val="TOC3"/>
            <w:tabs>
              <w:tab w:val="right" w:leader="dot" w:pos="8630"/>
            </w:tabs>
            <w:rPr>
              <w:noProof/>
              <w:kern w:val="2"/>
              <w:sz w:val="24"/>
              <w:szCs w:val="24"/>
              <w:lang w:eastAsia="en-GB"/>
              <w14:ligatures w14:val="standardContextual"/>
            </w:rPr>
          </w:pPr>
          <w:hyperlink w:anchor="_Toc227895194" w:history="1">
            <w:r w:rsidRPr="006E564E">
              <w:rPr>
                <w:rStyle w:val="Hyperlink"/>
                <w:rFonts w:ascii="Aptos" w:hAnsi="Aptos"/>
                <w:noProof/>
              </w:rPr>
              <w:t>3.2.2 CSS Validation</w:t>
            </w:r>
            <w:r>
              <w:rPr>
                <w:noProof/>
                <w:webHidden/>
              </w:rPr>
              <w:tab/>
            </w:r>
            <w:r>
              <w:rPr>
                <w:noProof/>
                <w:webHidden/>
              </w:rPr>
              <w:fldChar w:fldCharType="begin"/>
            </w:r>
            <w:r>
              <w:rPr>
                <w:noProof/>
                <w:webHidden/>
              </w:rPr>
              <w:instrText xml:space="preserve"> PAGEREF _Toc227895194 \h </w:instrText>
            </w:r>
            <w:r>
              <w:rPr>
                <w:noProof/>
                <w:webHidden/>
              </w:rPr>
            </w:r>
            <w:r>
              <w:rPr>
                <w:noProof/>
                <w:webHidden/>
              </w:rPr>
              <w:fldChar w:fldCharType="separate"/>
            </w:r>
            <w:r>
              <w:rPr>
                <w:noProof/>
                <w:webHidden/>
              </w:rPr>
              <w:t>8</w:t>
            </w:r>
            <w:r>
              <w:rPr>
                <w:noProof/>
                <w:webHidden/>
              </w:rPr>
              <w:fldChar w:fldCharType="end"/>
            </w:r>
          </w:hyperlink>
        </w:p>
        <w:p w14:paraId="3D48D759" w14:textId="04BF27B7" w:rsidR="00947A27" w:rsidRDefault="00947A27">
          <w:pPr>
            <w:pStyle w:val="TOC1"/>
            <w:tabs>
              <w:tab w:val="right" w:leader="dot" w:pos="8630"/>
            </w:tabs>
            <w:rPr>
              <w:b w:val="0"/>
              <w:bCs w:val="0"/>
              <w:i w:val="0"/>
              <w:iCs w:val="0"/>
              <w:noProof/>
              <w:kern w:val="2"/>
              <w:lang w:eastAsia="en-GB"/>
              <w14:ligatures w14:val="standardContextual"/>
            </w:rPr>
          </w:pPr>
          <w:hyperlink w:anchor="_Toc227895195" w:history="1">
            <w:r w:rsidRPr="006E564E">
              <w:rPr>
                <w:rStyle w:val="Hyperlink"/>
                <w:noProof/>
              </w:rPr>
              <w:t>4. Evaluation</w:t>
            </w:r>
            <w:r>
              <w:rPr>
                <w:noProof/>
                <w:webHidden/>
              </w:rPr>
              <w:tab/>
            </w:r>
            <w:r>
              <w:rPr>
                <w:noProof/>
                <w:webHidden/>
              </w:rPr>
              <w:fldChar w:fldCharType="begin"/>
            </w:r>
            <w:r>
              <w:rPr>
                <w:noProof/>
                <w:webHidden/>
              </w:rPr>
              <w:instrText xml:space="preserve"> PAGEREF _Toc227895195 \h </w:instrText>
            </w:r>
            <w:r>
              <w:rPr>
                <w:noProof/>
                <w:webHidden/>
              </w:rPr>
            </w:r>
            <w:r>
              <w:rPr>
                <w:noProof/>
                <w:webHidden/>
              </w:rPr>
              <w:fldChar w:fldCharType="separate"/>
            </w:r>
            <w:r>
              <w:rPr>
                <w:noProof/>
                <w:webHidden/>
              </w:rPr>
              <w:t>8</w:t>
            </w:r>
            <w:r>
              <w:rPr>
                <w:noProof/>
                <w:webHidden/>
              </w:rPr>
              <w:fldChar w:fldCharType="end"/>
            </w:r>
          </w:hyperlink>
        </w:p>
        <w:p w14:paraId="2E7A3DFC" w14:textId="5F6AB43F" w:rsidR="00947A27" w:rsidRDefault="00947A27">
          <w:pPr>
            <w:pStyle w:val="TOC2"/>
            <w:tabs>
              <w:tab w:val="right" w:leader="dot" w:pos="8630"/>
            </w:tabs>
            <w:rPr>
              <w:b w:val="0"/>
              <w:bCs w:val="0"/>
              <w:noProof/>
              <w:kern w:val="2"/>
              <w:sz w:val="24"/>
              <w:szCs w:val="24"/>
              <w:lang w:eastAsia="en-GB"/>
              <w14:ligatures w14:val="standardContextual"/>
            </w:rPr>
          </w:pPr>
          <w:hyperlink w:anchor="_Toc227895196" w:history="1">
            <w:r w:rsidRPr="006E564E">
              <w:rPr>
                <w:rStyle w:val="Hyperlink"/>
                <w:rFonts w:ascii="Aptos" w:hAnsi="Aptos"/>
                <w:noProof/>
              </w:rPr>
              <w:t>4.1 Key Web Development Concepts</w:t>
            </w:r>
            <w:r>
              <w:rPr>
                <w:noProof/>
                <w:webHidden/>
              </w:rPr>
              <w:tab/>
            </w:r>
            <w:r>
              <w:rPr>
                <w:noProof/>
                <w:webHidden/>
              </w:rPr>
              <w:fldChar w:fldCharType="begin"/>
            </w:r>
            <w:r>
              <w:rPr>
                <w:noProof/>
                <w:webHidden/>
              </w:rPr>
              <w:instrText xml:space="preserve"> PAGEREF _Toc227895196 \h </w:instrText>
            </w:r>
            <w:r>
              <w:rPr>
                <w:noProof/>
                <w:webHidden/>
              </w:rPr>
            </w:r>
            <w:r>
              <w:rPr>
                <w:noProof/>
                <w:webHidden/>
              </w:rPr>
              <w:fldChar w:fldCharType="separate"/>
            </w:r>
            <w:r>
              <w:rPr>
                <w:noProof/>
                <w:webHidden/>
              </w:rPr>
              <w:t>8</w:t>
            </w:r>
            <w:r>
              <w:rPr>
                <w:noProof/>
                <w:webHidden/>
              </w:rPr>
              <w:fldChar w:fldCharType="end"/>
            </w:r>
          </w:hyperlink>
        </w:p>
        <w:p w14:paraId="22A8BF6B" w14:textId="3E8CEB62" w:rsidR="00947A27" w:rsidRDefault="00947A27">
          <w:pPr>
            <w:pStyle w:val="TOC3"/>
            <w:tabs>
              <w:tab w:val="right" w:leader="dot" w:pos="8630"/>
            </w:tabs>
            <w:rPr>
              <w:noProof/>
              <w:kern w:val="2"/>
              <w:sz w:val="24"/>
              <w:szCs w:val="24"/>
              <w:lang w:eastAsia="en-GB"/>
              <w14:ligatures w14:val="standardContextual"/>
            </w:rPr>
          </w:pPr>
          <w:hyperlink w:anchor="_Toc227895197" w:history="1">
            <w:r w:rsidRPr="006E564E">
              <w:rPr>
                <w:rStyle w:val="Hyperlink"/>
                <w:rFonts w:ascii="Aptos" w:hAnsi="Aptos"/>
                <w:noProof/>
              </w:rPr>
              <w:t>4.1.1 Usability</w:t>
            </w:r>
            <w:r>
              <w:rPr>
                <w:noProof/>
                <w:webHidden/>
              </w:rPr>
              <w:tab/>
            </w:r>
            <w:r>
              <w:rPr>
                <w:noProof/>
                <w:webHidden/>
              </w:rPr>
              <w:fldChar w:fldCharType="begin"/>
            </w:r>
            <w:r>
              <w:rPr>
                <w:noProof/>
                <w:webHidden/>
              </w:rPr>
              <w:instrText xml:space="preserve"> PAGEREF _Toc227895197 \h </w:instrText>
            </w:r>
            <w:r>
              <w:rPr>
                <w:noProof/>
                <w:webHidden/>
              </w:rPr>
            </w:r>
            <w:r>
              <w:rPr>
                <w:noProof/>
                <w:webHidden/>
              </w:rPr>
              <w:fldChar w:fldCharType="separate"/>
            </w:r>
            <w:r>
              <w:rPr>
                <w:noProof/>
                <w:webHidden/>
              </w:rPr>
              <w:t>8</w:t>
            </w:r>
            <w:r>
              <w:rPr>
                <w:noProof/>
                <w:webHidden/>
              </w:rPr>
              <w:fldChar w:fldCharType="end"/>
            </w:r>
          </w:hyperlink>
        </w:p>
        <w:p w14:paraId="3EC441AA" w14:textId="024AEEC0" w:rsidR="00947A27" w:rsidRDefault="00947A27">
          <w:pPr>
            <w:pStyle w:val="TOC3"/>
            <w:tabs>
              <w:tab w:val="right" w:leader="dot" w:pos="8630"/>
            </w:tabs>
            <w:rPr>
              <w:noProof/>
              <w:kern w:val="2"/>
              <w:sz w:val="24"/>
              <w:szCs w:val="24"/>
              <w:lang w:eastAsia="en-GB"/>
              <w14:ligatures w14:val="standardContextual"/>
            </w:rPr>
          </w:pPr>
          <w:hyperlink w:anchor="_Toc227895198" w:history="1">
            <w:r w:rsidRPr="006E564E">
              <w:rPr>
                <w:rStyle w:val="Hyperlink"/>
                <w:rFonts w:ascii="Aptos" w:hAnsi="Aptos"/>
                <w:noProof/>
              </w:rPr>
              <w:t>4.1.2 Accessibility</w:t>
            </w:r>
            <w:r>
              <w:rPr>
                <w:noProof/>
                <w:webHidden/>
              </w:rPr>
              <w:tab/>
            </w:r>
            <w:r>
              <w:rPr>
                <w:noProof/>
                <w:webHidden/>
              </w:rPr>
              <w:fldChar w:fldCharType="begin"/>
            </w:r>
            <w:r>
              <w:rPr>
                <w:noProof/>
                <w:webHidden/>
              </w:rPr>
              <w:instrText xml:space="preserve"> PAGEREF _Toc227895198 \h </w:instrText>
            </w:r>
            <w:r>
              <w:rPr>
                <w:noProof/>
                <w:webHidden/>
              </w:rPr>
            </w:r>
            <w:r>
              <w:rPr>
                <w:noProof/>
                <w:webHidden/>
              </w:rPr>
              <w:fldChar w:fldCharType="separate"/>
            </w:r>
            <w:r>
              <w:rPr>
                <w:noProof/>
                <w:webHidden/>
              </w:rPr>
              <w:t>9</w:t>
            </w:r>
            <w:r>
              <w:rPr>
                <w:noProof/>
                <w:webHidden/>
              </w:rPr>
              <w:fldChar w:fldCharType="end"/>
            </w:r>
          </w:hyperlink>
        </w:p>
        <w:p w14:paraId="0A17EFC7" w14:textId="4F2EF232" w:rsidR="00947A27" w:rsidRDefault="00947A27">
          <w:pPr>
            <w:pStyle w:val="TOC3"/>
            <w:tabs>
              <w:tab w:val="right" w:leader="dot" w:pos="8630"/>
            </w:tabs>
            <w:rPr>
              <w:noProof/>
              <w:kern w:val="2"/>
              <w:sz w:val="24"/>
              <w:szCs w:val="24"/>
              <w:lang w:eastAsia="en-GB"/>
              <w14:ligatures w14:val="standardContextual"/>
            </w:rPr>
          </w:pPr>
          <w:hyperlink w:anchor="_Toc227895199" w:history="1">
            <w:r w:rsidRPr="006E564E">
              <w:rPr>
                <w:rStyle w:val="Hyperlink"/>
                <w:rFonts w:ascii="Aptos" w:hAnsi="Aptos"/>
                <w:noProof/>
              </w:rPr>
              <w:t>4.1.3 Search Engine Optimisation (SEO)</w:t>
            </w:r>
            <w:r>
              <w:rPr>
                <w:noProof/>
                <w:webHidden/>
              </w:rPr>
              <w:tab/>
            </w:r>
            <w:r>
              <w:rPr>
                <w:noProof/>
                <w:webHidden/>
              </w:rPr>
              <w:fldChar w:fldCharType="begin"/>
            </w:r>
            <w:r>
              <w:rPr>
                <w:noProof/>
                <w:webHidden/>
              </w:rPr>
              <w:instrText xml:space="preserve"> PAGEREF _Toc227895199 \h </w:instrText>
            </w:r>
            <w:r>
              <w:rPr>
                <w:noProof/>
                <w:webHidden/>
              </w:rPr>
            </w:r>
            <w:r>
              <w:rPr>
                <w:noProof/>
                <w:webHidden/>
              </w:rPr>
              <w:fldChar w:fldCharType="separate"/>
            </w:r>
            <w:r>
              <w:rPr>
                <w:noProof/>
                <w:webHidden/>
              </w:rPr>
              <w:t>9</w:t>
            </w:r>
            <w:r>
              <w:rPr>
                <w:noProof/>
                <w:webHidden/>
              </w:rPr>
              <w:fldChar w:fldCharType="end"/>
            </w:r>
          </w:hyperlink>
        </w:p>
        <w:p w14:paraId="535650AD" w14:textId="5A4BC36C" w:rsidR="00947A27" w:rsidRDefault="00947A27">
          <w:pPr>
            <w:pStyle w:val="TOC2"/>
            <w:tabs>
              <w:tab w:val="right" w:leader="dot" w:pos="8630"/>
            </w:tabs>
            <w:rPr>
              <w:b w:val="0"/>
              <w:bCs w:val="0"/>
              <w:noProof/>
              <w:kern w:val="2"/>
              <w:sz w:val="24"/>
              <w:szCs w:val="24"/>
              <w:lang w:eastAsia="en-GB"/>
              <w14:ligatures w14:val="standardContextual"/>
            </w:rPr>
          </w:pPr>
          <w:hyperlink w:anchor="_Toc227895200" w:history="1">
            <w:r w:rsidRPr="006E564E">
              <w:rPr>
                <w:rStyle w:val="Hyperlink"/>
                <w:rFonts w:ascii="Aptos" w:hAnsi="Aptos"/>
                <w:noProof/>
              </w:rPr>
              <w:t>4.2 Evaluation of the Completed Website</w:t>
            </w:r>
            <w:r>
              <w:rPr>
                <w:noProof/>
                <w:webHidden/>
              </w:rPr>
              <w:tab/>
            </w:r>
            <w:r>
              <w:rPr>
                <w:noProof/>
                <w:webHidden/>
              </w:rPr>
              <w:fldChar w:fldCharType="begin"/>
            </w:r>
            <w:r>
              <w:rPr>
                <w:noProof/>
                <w:webHidden/>
              </w:rPr>
              <w:instrText xml:space="preserve"> PAGEREF _Toc227895200 \h </w:instrText>
            </w:r>
            <w:r>
              <w:rPr>
                <w:noProof/>
                <w:webHidden/>
              </w:rPr>
            </w:r>
            <w:r>
              <w:rPr>
                <w:noProof/>
                <w:webHidden/>
              </w:rPr>
              <w:fldChar w:fldCharType="separate"/>
            </w:r>
            <w:r>
              <w:rPr>
                <w:noProof/>
                <w:webHidden/>
              </w:rPr>
              <w:t>10</w:t>
            </w:r>
            <w:r>
              <w:rPr>
                <w:noProof/>
                <w:webHidden/>
              </w:rPr>
              <w:fldChar w:fldCharType="end"/>
            </w:r>
          </w:hyperlink>
        </w:p>
        <w:p w14:paraId="3161DD35" w14:textId="1487B489" w:rsidR="00947A27" w:rsidRDefault="00947A27">
          <w:pPr>
            <w:pStyle w:val="TOC3"/>
            <w:tabs>
              <w:tab w:val="right" w:leader="dot" w:pos="8630"/>
            </w:tabs>
            <w:rPr>
              <w:noProof/>
              <w:kern w:val="2"/>
              <w:sz w:val="24"/>
              <w:szCs w:val="24"/>
              <w:lang w:eastAsia="en-GB"/>
              <w14:ligatures w14:val="standardContextual"/>
            </w:rPr>
          </w:pPr>
          <w:hyperlink w:anchor="_Toc227895201" w:history="1">
            <w:r w:rsidRPr="006E564E">
              <w:rPr>
                <w:rStyle w:val="Hyperlink"/>
                <w:rFonts w:ascii="Aptos" w:hAnsi="Aptos"/>
                <w:noProof/>
              </w:rPr>
              <w:t>4.2.1 Usability and Utility</w:t>
            </w:r>
            <w:r>
              <w:rPr>
                <w:noProof/>
                <w:webHidden/>
              </w:rPr>
              <w:tab/>
            </w:r>
            <w:r>
              <w:rPr>
                <w:noProof/>
                <w:webHidden/>
              </w:rPr>
              <w:fldChar w:fldCharType="begin"/>
            </w:r>
            <w:r>
              <w:rPr>
                <w:noProof/>
                <w:webHidden/>
              </w:rPr>
              <w:instrText xml:space="preserve"> PAGEREF _Toc227895201 \h </w:instrText>
            </w:r>
            <w:r>
              <w:rPr>
                <w:noProof/>
                <w:webHidden/>
              </w:rPr>
            </w:r>
            <w:r>
              <w:rPr>
                <w:noProof/>
                <w:webHidden/>
              </w:rPr>
              <w:fldChar w:fldCharType="separate"/>
            </w:r>
            <w:r>
              <w:rPr>
                <w:noProof/>
                <w:webHidden/>
              </w:rPr>
              <w:t>10</w:t>
            </w:r>
            <w:r>
              <w:rPr>
                <w:noProof/>
                <w:webHidden/>
              </w:rPr>
              <w:fldChar w:fldCharType="end"/>
            </w:r>
          </w:hyperlink>
        </w:p>
        <w:p w14:paraId="1270045C" w14:textId="00D9545D" w:rsidR="00947A27" w:rsidRDefault="00947A27">
          <w:pPr>
            <w:pStyle w:val="TOC3"/>
            <w:tabs>
              <w:tab w:val="right" w:leader="dot" w:pos="8630"/>
            </w:tabs>
            <w:rPr>
              <w:noProof/>
              <w:kern w:val="2"/>
              <w:sz w:val="24"/>
              <w:szCs w:val="24"/>
              <w:lang w:eastAsia="en-GB"/>
              <w14:ligatures w14:val="standardContextual"/>
            </w:rPr>
          </w:pPr>
          <w:hyperlink w:anchor="_Toc227895202" w:history="1">
            <w:r w:rsidRPr="006E564E">
              <w:rPr>
                <w:rStyle w:val="Hyperlink"/>
                <w:rFonts w:ascii="Aptos" w:hAnsi="Aptos"/>
                <w:noProof/>
              </w:rPr>
              <w:t>4.2.2 Search Engine Optimisation (SEO)</w:t>
            </w:r>
            <w:r>
              <w:rPr>
                <w:noProof/>
                <w:webHidden/>
              </w:rPr>
              <w:tab/>
            </w:r>
            <w:r>
              <w:rPr>
                <w:noProof/>
                <w:webHidden/>
              </w:rPr>
              <w:fldChar w:fldCharType="begin"/>
            </w:r>
            <w:r>
              <w:rPr>
                <w:noProof/>
                <w:webHidden/>
              </w:rPr>
              <w:instrText xml:space="preserve"> PAGEREF _Toc227895202 \h </w:instrText>
            </w:r>
            <w:r>
              <w:rPr>
                <w:noProof/>
                <w:webHidden/>
              </w:rPr>
            </w:r>
            <w:r>
              <w:rPr>
                <w:noProof/>
                <w:webHidden/>
              </w:rPr>
              <w:fldChar w:fldCharType="separate"/>
            </w:r>
            <w:r>
              <w:rPr>
                <w:noProof/>
                <w:webHidden/>
              </w:rPr>
              <w:t>12</w:t>
            </w:r>
            <w:r>
              <w:rPr>
                <w:noProof/>
                <w:webHidden/>
              </w:rPr>
              <w:fldChar w:fldCharType="end"/>
            </w:r>
          </w:hyperlink>
        </w:p>
        <w:p w14:paraId="6E64098C" w14:textId="2FE53ACD" w:rsidR="00947A27" w:rsidRDefault="00947A27">
          <w:pPr>
            <w:pStyle w:val="TOC3"/>
            <w:tabs>
              <w:tab w:val="right" w:leader="dot" w:pos="8630"/>
            </w:tabs>
            <w:rPr>
              <w:noProof/>
              <w:kern w:val="2"/>
              <w:sz w:val="24"/>
              <w:szCs w:val="24"/>
              <w:lang w:eastAsia="en-GB"/>
              <w14:ligatures w14:val="standardContextual"/>
            </w:rPr>
          </w:pPr>
          <w:hyperlink w:anchor="_Toc227895203" w:history="1">
            <w:r w:rsidRPr="006E564E">
              <w:rPr>
                <w:rStyle w:val="Hyperlink"/>
                <w:rFonts w:ascii="Aptos" w:hAnsi="Aptos"/>
                <w:noProof/>
              </w:rPr>
              <w:t>4.2.3 Accessibility: WCAG 2.1 Evaluation</w:t>
            </w:r>
            <w:r>
              <w:rPr>
                <w:noProof/>
                <w:webHidden/>
              </w:rPr>
              <w:tab/>
            </w:r>
            <w:r>
              <w:rPr>
                <w:noProof/>
                <w:webHidden/>
              </w:rPr>
              <w:fldChar w:fldCharType="begin"/>
            </w:r>
            <w:r>
              <w:rPr>
                <w:noProof/>
                <w:webHidden/>
              </w:rPr>
              <w:instrText xml:space="preserve"> PAGEREF _Toc227895203 \h </w:instrText>
            </w:r>
            <w:r>
              <w:rPr>
                <w:noProof/>
                <w:webHidden/>
              </w:rPr>
            </w:r>
            <w:r>
              <w:rPr>
                <w:noProof/>
                <w:webHidden/>
              </w:rPr>
              <w:fldChar w:fldCharType="separate"/>
            </w:r>
            <w:r>
              <w:rPr>
                <w:noProof/>
                <w:webHidden/>
              </w:rPr>
              <w:t>12</w:t>
            </w:r>
            <w:r>
              <w:rPr>
                <w:noProof/>
                <w:webHidden/>
              </w:rPr>
              <w:fldChar w:fldCharType="end"/>
            </w:r>
          </w:hyperlink>
        </w:p>
        <w:p w14:paraId="0ECF2EAF" w14:textId="0CCEA50A" w:rsidR="00947A27" w:rsidRDefault="00947A27">
          <w:pPr>
            <w:pStyle w:val="TOC2"/>
            <w:tabs>
              <w:tab w:val="right" w:leader="dot" w:pos="8630"/>
            </w:tabs>
            <w:rPr>
              <w:b w:val="0"/>
              <w:bCs w:val="0"/>
              <w:noProof/>
              <w:kern w:val="2"/>
              <w:sz w:val="24"/>
              <w:szCs w:val="24"/>
              <w:lang w:eastAsia="en-GB"/>
              <w14:ligatures w14:val="standardContextual"/>
            </w:rPr>
          </w:pPr>
          <w:hyperlink w:anchor="_Toc227895204" w:history="1">
            <w:r w:rsidRPr="006E564E">
              <w:rPr>
                <w:rStyle w:val="Hyperlink"/>
                <w:rFonts w:ascii="Aptos" w:hAnsi="Aptos"/>
                <w:noProof/>
              </w:rPr>
              <w:t>4.3 Comparison of Two Live Websites</w:t>
            </w:r>
            <w:r>
              <w:rPr>
                <w:noProof/>
                <w:webHidden/>
              </w:rPr>
              <w:tab/>
            </w:r>
            <w:r>
              <w:rPr>
                <w:noProof/>
                <w:webHidden/>
              </w:rPr>
              <w:fldChar w:fldCharType="begin"/>
            </w:r>
            <w:r>
              <w:rPr>
                <w:noProof/>
                <w:webHidden/>
              </w:rPr>
              <w:instrText xml:space="preserve"> PAGEREF _Toc227895204 \h </w:instrText>
            </w:r>
            <w:r>
              <w:rPr>
                <w:noProof/>
                <w:webHidden/>
              </w:rPr>
            </w:r>
            <w:r>
              <w:rPr>
                <w:noProof/>
                <w:webHidden/>
              </w:rPr>
              <w:fldChar w:fldCharType="separate"/>
            </w:r>
            <w:r>
              <w:rPr>
                <w:noProof/>
                <w:webHidden/>
              </w:rPr>
              <w:t>13</w:t>
            </w:r>
            <w:r>
              <w:rPr>
                <w:noProof/>
                <w:webHidden/>
              </w:rPr>
              <w:fldChar w:fldCharType="end"/>
            </w:r>
          </w:hyperlink>
        </w:p>
        <w:p w14:paraId="3D3E9590" w14:textId="42119C79" w:rsidR="00947A27" w:rsidRDefault="00947A27">
          <w:pPr>
            <w:pStyle w:val="TOC3"/>
            <w:tabs>
              <w:tab w:val="right" w:leader="dot" w:pos="8630"/>
            </w:tabs>
            <w:rPr>
              <w:noProof/>
              <w:kern w:val="2"/>
              <w:sz w:val="24"/>
              <w:szCs w:val="24"/>
              <w:lang w:eastAsia="en-GB"/>
              <w14:ligatures w14:val="standardContextual"/>
            </w:rPr>
          </w:pPr>
          <w:hyperlink w:anchor="_Toc227895205" w:history="1">
            <w:r w:rsidRPr="006E564E">
              <w:rPr>
                <w:rStyle w:val="Hyperlink"/>
                <w:rFonts w:ascii="Aptos" w:hAnsi="Aptos"/>
                <w:noProof/>
              </w:rPr>
              <w:t>4.3.1 Site Descriptions</w:t>
            </w:r>
            <w:r>
              <w:rPr>
                <w:noProof/>
                <w:webHidden/>
              </w:rPr>
              <w:tab/>
            </w:r>
            <w:r>
              <w:rPr>
                <w:noProof/>
                <w:webHidden/>
              </w:rPr>
              <w:fldChar w:fldCharType="begin"/>
            </w:r>
            <w:r>
              <w:rPr>
                <w:noProof/>
                <w:webHidden/>
              </w:rPr>
              <w:instrText xml:space="preserve"> PAGEREF _Toc227895205 \h </w:instrText>
            </w:r>
            <w:r>
              <w:rPr>
                <w:noProof/>
                <w:webHidden/>
              </w:rPr>
            </w:r>
            <w:r>
              <w:rPr>
                <w:noProof/>
                <w:webHidden/>
              </w:rPr>
              <w:fldChar w:fldCharType="separate"/>
            </w:r>
            <w:r>
              <w:rPr>
                <w:noProof/>
                <w:webHidden/>
              </w:rPr>
              <w:t>14</w:t>
            </w:r>
            <w:r>
              <w:rPr>
                <w:noProof/>
                <w:webHidden/>
              </w:rPr>
              <w:fldChar w:fldCharType="end"/>
            </w:r>
          </w:hyperlink>
        </w:p>
        <w:p w14:paraId="24FC92AD" w14:textId="508067DF" w:rsidR="00947A27" w:rsidRDefault="00947A27">
          <w:pPr>
            <w:pStyle w:val="TOC3"/>
            <w:tabs>
              <w:tab w:val="right" w:leader="dot" w:pos="8630"/>
            </w:tabs>
            <w:rPr>
              <w:noProof/>
              <w:kern w:val="2"/>
              <w:sz w:val="24"/>
              <w:szCs w:val="24"/>
              <w:lang w:eastAsia="en-GB"/>
              <w14:ligatures w14:val="standardContextual"/>
            </w:rPr>
          </w:pPr>
          <w:hyperlink w:anchor="_Toc227895206" w:history="1">
            <w:r w:rsidRPr="006E564E">
              <w:rPr>
                <w:rStyle w:val="Hyperlink"/>
                <w:rFonts w:ascii="Aptos" w:hAnsi="Aptos"/>
                <w:noProof/>
              </w:rPr>
              <w:t>4.3.2 Usability</w:t>
            </w:r>
            <w:r>
              <w:rPr>
                <w:noProof/>
                <w:webHidden/>
              </w:rPr>
              <w:tab/>
            </w:r>
            <w:r>
              <w:rPr>
                <w:noProof/>
                <w:webHidden/>
              </w:rPr>
              <w:fldChar w:fldCharType="begin"/>
            </w:r>
            <w:r>
              <w:rPr>
                <w:noProof/>
                <w:webHidden/>
              </w:rPr>
              <w:instrText xml:space="preserve"> PAGEREF _Toc227895206 \h </w:instrText>
            </w:r>
            <w:r>
              <w:rPr>
                <w:noProof/>
                <w:webHidden/>
              </w:rPr>
            </w:r>
            <w:r>
              <w:rPr>
                <w:noProof/>
                <w:webHidden/>
              </w:rPr>
              <w:fldChar w:fldCharType="separate"/>
            </w:r>
            <w:r>
              <w:rPr>
                <w:noProof/>
                <w:webHidden/>
              </w:rPr>
              <w:t>14</w:t>
            </w:r>
            <w:r>
              <w:rPr>
                <w:noProof/>
                <w:webHidden/>
              </w:rPr>
              <w:fldChar w:fldCharType="end"/>
            </w:r>
          </w:hyperlink>
        </w:p>
        <w:p w14:paraId="0893B6C4" w14:textId="31F31B40" w:rsidR="00947A27" w:rsidRDefault="00947A27">
          <w:pPr>
            <w:pStyle w:val="TOC3"/>
            <w:tabs>
              <w:tab w:val="right" w:leader="dot" w:pos="8630"/>
            </w:tabs>
            <w:rPr>
              <w:noProof/>
              <w:kern w:val="2"/>
              <w:sz w:val="24"/>
              <w:szCs w:val="24"/>
              <w:lang w:eastAsia="en-GB"/>
              <w14:ligatures w14:val="standardContextual"/>
            </w:rPr>
          </w:pPr>
          <w:hyperlink w:anchor="_Toc227895207" w:history="1">
            <w:r w:rsidRPr="006E564E">
              <w:rPr>
                <w:rStyle w:val="Hyperlink"/>
                <w:rFonts w:ascii="Aptos" w:hAnsi="Aptos"/>
                <w:noProof/>
              </w:rPr>
              <w:t>4.3.3 Accessibility (WAVE Tool)</w:t>
            </w:r>
            <w:r>
              <w:rPr>
                <w:noProof/>
                <w:webHidden/>
              </w:rPr>
              <w:tab/>
            </w:r>
            <w:r>
              <w:rPr>
                <w:noProof/>
                <w:webHidden/>
              </w:rPr>
              <w:fldChar w:fldCharType="begin"/>
            </w:r>
            <w:r>
              <w:rPr>
                <w:noProof/>
                <w:webHidden/>
              </w:rPr>
              <w:instrText xml:space="preserve"> PAGEREF _Toc227895207 \h </w:instrText>
            </w:r>
            <w:r>
              <w:rPr>
                <w:noProof/>
                <w:webHidden/>
              </w:rPr>
            </w:r>
            <w:r>
              <w:rPr>
                <w:noProof/>
                <w:webHidden/>
              </w:rPr>
              <w:fldChar w:fldCharType="separate"/>
            </w:r>
            <w:r>
              <w:rPr>
                <w:noProof/>
                <w:webHidden/>
              </w:rPr>
              <w:t>15</w:t>
            </w:r>
            <w:r>
              <w:rPr>
                <w:noProof/>
                <w:webHidden/>
              </w:rPr>
              <w:fldChar w:fldCharType="end"/>
            </w:r>
          </w:hyperlink>
        </w:p>
        <w:p w14:paraId="25D72E5C" w14:textId="1B966904" w:rsidR="00947A27" w:rsidRDefault="00947A27">
          <w:pPr>
            <w:pStyle w:val="TOC3"/>
            <w:tabs>
              <w:tab w:val="right" w:leader="dot" w:pos="8630"/>
            </w:tabs>
            <w:rPr>
              <w:noProof/>
              <w:kern w:val="2"/>
              <w:sz w:val="24"/>
              <w:szCs w:val="24"/>
              <w:lang w:eastAsia="en-GB"/>
              <w14:ligatures w14:val="standardContextual"/>
            </w:rPr>
          </w:pPr>
          <w:hyperlink w:anchor="_Toc227895208" w:history="1">
            <w:r w:rsidRPr="006E564E">
              <w:rPr>
                <w:rStyle w:val="Hyperlink"/>
                <w:noProof/>
              </w:rPr>
              <w:t>4.3.4 SEO</w:t>
            </w:r>
            <w:r>
              <w:rPr>
                <w:noProof/>
                <w:webHidden/>
              </w:rPr>
              <w:tab/>
            </w:r>
            <w:r>
              <w:rPr>
                <w:noProof/>
                <w:webHidden/>
              </w:rPr>
              <w:fldChar w:fldCharType="begin"/>
            </w:r>
            <w:r>
              <w:rPr>
                <w:noProof/>
                <w:webHidden/>
              </w:rPr>
              <w:instrText xml:space="preserve"> PAGEREF _Toc227895208 \h </w:instrText>
            </w:r>
            <w:r>
              <w:rPr>
                <w:noProof/>
                <w:webHidden/>
              </w:rPr>
            </w:r>
            <w:r>
              <w:rPr>
                <w:noProof/>
                <w:webHidden/>
              </w:rPr>
              <w:fldChar w:fldCharType="separate"/>
            </w:r>
            <w:r>
              <w:rPr>
                <w:noProof/>
                <w:webHidden/>
              </w:rPr>
              <w:t>16</w:t>
            </w:r>
            <w:r>
              <w:rPr>
                <w:noProof/>
                <w:webHidden/>
              </w:rPr>
              <w:fldChar w:fldCharType="end"/>
            </w:r>
          </w:hyperlink>
        </w:p>
        <w:p w14:paraId="4B1A38E4" w14:textId="7800DA0E" w:rsidR="00947A27" w:rsidRDefault="00947A27">
          <w:pPr>
            <w:pStyle w:val="TOC3"/>
            <w:tabs>
              <w:tab w:val="right" w:leader="dot" w:pos="8630"/>
            </w:tabs>
            <w:rPr>
              <w:noProof/>
              <w:kern w:val="2"/>
              <w:sz w:val="24"/>
              <w:szCs w:val="24"/>
              <w:lang w:eastAsia="en-GB"/>
              <w14:ligatures w14:val="standardContextual"/>
            </w:rPr>
          </w:pPr>
          <w:hyperlink w:anchor="_Toc227895209" w:history="1">
            <w:r w:rsidRPr="006E564E">
              <w:rPr>
                <w:rStyle w:val="Hyperlink"/>
                <w:rFonts w:ascii="Aptos" w:hAnsi="Aptos"/>
                <w:noProof/>
              </w:rPr>
              <w:t>SEO Factor</w:t>
            </w:r>
            <w:r>
              <w:rPr>
                <w:noProof/>
                <w:webHidden/>
              </w:rPr>
              <w:tab/>
            </w:r>
            <w:r>
              <w:rPr>
                <w:noProof/>
                <w:webHidden/>
              </w:rPr>
              <w:fldChar w:fldCharType="begin"/>
            </w:r>
            <w:r>
              <w:rPr>
                <w:noProof/>
                <w:webHidden/>
              </w:rPr>
              <w:instrText xml:space="preserve"> PAGEREF _Toc227895209 \h </w:instrText>
            </w:r>
            <w:r>
              <w:rPr>
                <w:noProof/>
                <w:webHidden/>
              </w:rPr>
            </w:r>
            <w:r>
              <w:rPr>
                <w:noProof/>
                <w:webHidden/>
              </w:rPr>
              <w:fldChar w:fldCharType="separate"/>
            </w:r>
            <w:r>
              <w:rPr>
                <w:noProof/>
                <w:webHidden/>
              </w:rPr>
              <w:t>16</w:t>
            </w:r>
            <w:r>
              <w:rPr>
                <w:noProof/>
                <w:webHidden/>
              </w:rPr>
              <w:fldChar w:fldCharType="end"/>
            </w:r>
          </w:hyperlink>
        </w:p>
        <w:p w14:paraId="480568E1" w14:textId="2C406F22" w:rsidR="00947A27" w:rsidRDefault="00947A27">
          <w:pPr>
            <w:pStyle w:val="TOC3"/>
            <w:tabs>
              <w:tab w:val="right" w:leader="dot" w:pos="8630"/>
            </w:tabs>
            <w:rPr>
              <w:noProof/>
              <w:kern w:val="2"/>
              <w:sz w:val="24"/>
              <w:szCs w:val="24"/>
              <w:lang w:eastAsia="en-GB"/>
              <w14:ligatures w14:val="standardContextual"/>
            </w:rPr>
          </w:pPr>
          <w:hyperlink w:anchor="_Toc227895210" w:history="1">
            <w:r w:rsidRPr="006E564E">
              <w:rPr>
                <w:rStyle w:val="Hyperlink"/>
                <w:rFonts w:ascii="Aptos" w:hAnsi="Aptos"/>
                <w:noProof/>
              </w:rPr>
              <w:t>BBC Good Food</w:t>
            </w:r>
            <w:r>
              <w:rPr>
                <w:noProof/>
                <w:webHidden/>
              </w:rPr>
              <w:tab/>
            </w:r>
            <w:r>
              <w:rPr>
                <w:noProof/>
                <w:webHidden/>
              </w:rPr>
              <w:fldChar w:fldCharType="begin"/>
            </w:r>
            <w:r>
              <w:rPr>
                <w:noProof/>
                <w:webHidden/>
              </w:rPr>
              <w:instrText xml:space="preserve"> PAGEREF _Toc227895210 \h </w:instrText>
            </w:r>
            <w:r>
              <w:rPr>
                <w:noProof/>
                <w:webHidden/>
              </w:rPr>
            </w:r>
            <w:r>
              <w:rPr>
                <w:noProof/>
                <w:webHidden/>
              </w:rPr>
              <w:fldChar w:fldCharType="separate"/>
            </w:r>
            <w:r>
              <w:rPr>
                <w:noProof/>
                <w:webHidden/>
              </w:rPr>
              <w:t>16</w:t>
            </w:r>
            <w:r>
              <w:rPr>
                <w:noProof/>
                <w:webHidden/>
              </w:rPr>
              <w:fldChar w:fldCharType="end"/>
            </w:r>
          </w:hyperlink>
        </w:p>
        <w:p w14:paraId="129568B7" w14:textId="389CC22D" w:rsidR="00947A27" w:rsidRDefault="00947A27">
          <w:pPr>
            <w:pStyle w:val="TOC3"/>
            <w:tabs>
              <w:tab w:val="right" w:leader="dot" w:pos="8630"/>
            </w:tabs>
            <w:rPr>
              <w:noProof/>
              <w:kern w:val="2"/>
              <w:sz w:val="24"/>
              <w:szCs w:val="24"/>
              <w:lang w:eastAsia="en-GB"/>
              <w14:ligatures w14:val="standardContextual"/>
            </w:rPr>
          </w:pPr>
          <w:hyperlink w:anchor="_Toc227895211" w:history="1">
            <w:r w:rsidRPr="006E564E">
              <w:rPr>
                <w:rStyle w:val="Hyperlink"/>
                <w:rFonts w:ascii="Aptos" w:hAnsi="Aptos"/>
                <w:noProof/>
              </w:rPr>
              <w:t>Allrecipes UK</w:t>
            </w:r>
            <w:r>
              <w:rPr>
                <w:noProof/>
                <w:webHidden/>
              </w:rPr>
              <w:tab/>
            </w:r>
            <w:r>
              <w:rPr>
                <w:noProof/>
                <w:webHidden/>
              </w:rPr>
              <w:fldChar w:fldCharType="begin"/>
            </w:r>
            <w:r>
              <w:rPr>
                <w:noProof/>
                <w:webHidden/>
              </w:rPr>
              <w:instrText xml:space="preserve"> PAGEREF _Toc227895211 \h </w:instrText>
            </w:r>
            <w:r>
              <w:rPr>
                <w:noProof/>
                <w:webHidden/>
              </w:rPr>
            </w:r>
            <w:r>
              <w:rPr>
                <w:noProof/>
                <w:webHidden/>
              </w:rPr>
              <w:fldChar w:fldCharType="separate"/>
            </w:r>
            <w:r>
              <w:rPr>
                <w:noProof/>
                <w:webHidden/>
              </w:rPr>
              <w:t>16</w:t>
            </w:r>
            <w:r>
              <w:rPr>
                <w:noProof/>
                <w:webHidden/>
              </w:rPr>
              <w:fldChar w:fldCharType="end"/>
            </w:r>
          </w:hyperlink>
        </w:p>
        <w:p w14:paraId="08DEFA51" w14:textId="45DFAF4F" w:rsidR="00947A27" w:rsidRDefault="00947A27">
          <w:pPr>
            <w:pStyle w:val="TOC3"/>
            <w:tabs>
              <w:tab w:val="right" w:leader="dot" w:pos="8630"/>
            </w:tabs>
            <w:rPr>
              <w:noProof/>
              <w:kern w:val="2"/>
              <w:sz w:val="24"/>
              <w:szCs w:val="24"/>
              <w:lang w:eastAsia="en-GB"/>
              <w14:ligatures w14:val="standardContextual"/>
            </w:rPr>
          </w:pPr>
          <w:hyperlink w:anchor="_Toc227895212" w:history="1">
            <w:r w:rsidRPr="006E564E">
              <w:rPr>
                <w:rStyle w:val="Hyperlink"/>
                <w:rFonts w:ascii="Aptos" w:hAnsi="Aptos"/>
                <w:noProof/>
              </w:rPr>
              <w:t>Title Tags</w:t>
            </w:r>
            <w:r>
              <w:rPr>
                <w:noProof/>
                <w:webHidden/>
              </w:rPr>
              <w:tab/>
            </w:r>
            <w:r>
              <w:rPr>
                <w:noProof/>
                <w:webHidden/>
              </w:rPr>
              <w:fldChar w:fldCharType="begin"/>
            </w:r>
            <w:r>
              <w:rPr>
                <w:noProof/>
                <w:webHidden/>
              </w:rPr>
              <w:instrText xml:space="preserve"> PAGEREF _Toc227895212 \h </w:instrText>
            </w:r>
            <w:r>
              <w:rPr>
                <w:noProof/>
                <w:webHidden/>
              </w:rPr>
            </w:r>
            <w:r>
              <w:rPr>
                <w:noProof/>
                <w:webHidden/>
              </w:rPr>
              <w:fldChar w:fldCharType="separate"/>
            </w:r>
            <w:r>
              <w:rPr>
                <w:noProof/>
                <w:webHidden/>
              </w:rPr>
              <w:t>16</w:t>
            </w:r>
            <w:r>
              <w:rPr>
                <w:noProof/>
                <w:webHidden/>
              </w:rPr>
              <w:fldChar w:fldCharType="end"/>
            </w:r>
          </w:hyperlink>
        </w:p>
        <w:p w14:paraId="6D35B3FD" w14:textId="2DFEA2F6" w:rsidR="00947A27" w:rsidRDefault="00947A27">
          <w:pPr>
            <w:pStyle w:val="TOC3"/>
            <w:tabs>
              <w:tab w:val="right" w:leader="dot" w:pos="8630"/>
            </w:tabs>
            <w:rPr>
              <w:noProof/>
              <w:kern w:val="2"/>
              <w:sz w:val="24"/>
              <w:szCs w:val="24"/>
              <w:lang w:eastAsia="en-GB"/>
              <w14:ligatures w14:val="standardContextual"/>
            </w:rPr>
          </w:pPr>
          <w:hyperlink w:anchor="_Toc227895213" w:history="1">
            <w:r w:rsidRPr="006E564E">
              <w:rPr>
                <w:rStyle w:val="Hyperlink"/>
                <w:rFonts w:ascii="Aptos" w:hAnsi="Aptos"/>
                <w:noProof/>
              </w:rPr>
              <w:t>Unique, descriptive titles on every page. Follow the format 'Recipe Name | BBC Good Food'.</w:t>
            </w:r>
            <w:r>
              <w:rPr>
                <w:noProof/>
                <w:webHidden/>
              </w:rPr>
              <w:tab/>
            </w:r>
            <w:r>
              <w:rPr>
                <w:noProof/>
                <w:webHidden/>
              </w:rPr>
              <w:fldChar w:fldCharType="begin"/>
            </w:r>
            <w:r>
              <w:rPr>
                <w:noProof/>
                <w:webHidden/>
              </w:rPr>
              <w:instrText xml:space="preserve"> PAGEREF _Toc227895213 \h </w:instrText>
            </w:r>
            <w:r>
              <w:rPr>
                <w:noProof/>
                <w:webHidden/>
              </w:rPr>
            </w:r>
            <w:r>
              <w:rPr>
                <w:noProof/>
                <w:webHidden/>
              </w:rPr>
              <w:fldChar w:fldCharType="separate"/>
            </w:r>
            <w:r>
              <w:rPr>
                <w:noProof/>
                <w:webHidden/>
              </w:rPr>
              <w:t>16</w:t>
            </w:r>
            <w:r>
              <w:rPr>
                <w:noProof/>
                <w:webHidden/>
              </w:rPr>
              <w:fldChar w:fldCharType="end"/>
            </w:r>
          </w:hyperlink>
        </w:p>
        <w:p w14:paraId="4046E473" w14:textId="5653EA3C" w:rsidR="00947A27" w:rsidRDefault="00947A27">
          <w:pPr>
            <w:pStyle w:val="TOC3"/>
            <w:tabs>
              <w:tab w:val="right" w:leader="dot" w:pos="8630"/>
            </w:tabs>
            <w:rPr>
              <w:noProof/>
              <w:kern w:val="2"/>
              <w:sz w:val="24"/>
              <w:szCs w:val="24"/>
              <w:lang w:eastAsia="en-GB"/>
              <w14:ligatures w14:val="standardContextual"/>
            </w:rPr>
          </w:pPr>
          <w:hyperlink w:anchor="_Toc227895214" w:history="1">
            <w:r w:rsidRPr="006E564E">
              <w:rPr>
                <w:rStyle w:val="Hyperlink"/>
                <w:rFonts w:ascii="Aptos" w:hAnsi="Aptos"/>
                <w:noProof/>
              </w:rPr>
              <w:t>Unique titles per recipe. Format: 'Recipe Name - Allrecipes'.</w:t>
            </w:r>
            <w:r>
              <w:rPr>
                <w:noProof/>
                <w:webHidden/>
              </w:rPr>
              <w:tab/>
            </w:r>
            <w:r>
              <w:rPr>
                <w:noProof/>
                <w:webHidden/>
              </w:rPr>
              <w:fldChar w:fldCharType="begin"/>
            </w:r>
            <w:r>
              <w:rPr>
                <w:noProof/>
                <w:webHidden/>
              </w:rPr>
              <w:instrText xml:space="preserve"> PAGEREF _Toc227895214 \h </w:instrText>
            </w:r>
            <w:r>
              <w:rPr>
                <w:noProof/>
                <w:webHidden/>
              </w:rPr>
            </w:r>
            <w:r>
              <w:rPr>
                <w:noProof/>
                <w:webHidden/>
              </w:rPr>
              <w:fldChar w:fldCharType="separate"/>
            </w:r>
            <w:r>
              <w:rPr>
                <w:noProof/>
                <w:webHidden/>
              </w:rPr>
              <w:t>16</w:t>
            </w:r>
            <w:r>
              <w:rPr>
                <w:noProof/>
                <w:webHidden/>
              </w:rPr>
              <w:fldChar w:fldCharType="end"/>
            </w:r>
          </w:hyperlink>
        </w:p>
        <w:p w14:paraId="7AB6ED0F" w14:textId="03244290" w:rsidR="00947A27" w:rsidRDefault="00947A27">
          <w:pPr>
            <w:pStyle w:val="TOC3"/>
            <w:tabs>
              <w:tab w:val="right" w:leader="dot" w:pos="8630"/>
            </w:tabs>
            <w:rPr>
              <w:noProof/>
              <w:kern w:val="2"/>
              <w:sz w:val="24"/>
              <w:szCs w:val="24"/>
              <w:lang w:eastAsia="en-GB"/>
              <w14:ligatures w14:val="standardContextual"/>
            </w:rPr>
          </w:pPr>
          <w:hyperlink w:anchor="_Toc227895215" w:history="1">
            <w:r w:rsidRPr="006E564E">
              <w:rPr>
                <w:rStyle w:val="Hyperlink"/>
                <w:rFonts w:ascii="Aptos" w:hAnsi="Aptos"/>
                <w:noProof/>
              </w:rPr>
              <w:t>Meta Descriptions</w:t>
            </w:r>
            <w:r>
              <w:rPr>
                <w:noProof/>
                <w:webHidden/>
              </w:rPr>
              <w:tab/>
            </w:r>
            <w:r>
              <w:rPr>
                <w:noProof/>
                <w:webHidden/>
              </w:rPr>
              <w:fldChar w:fldCharType="begin"/>
            </w:r>
            <w:r>
              <w:rPr>
                <w:noProof/>
                <w:webHidden/>
              </w:rPr>
              <w:instrText xml:space="preserve"> PAGEREF _Toc227895215 \h </w:instrText>
            </w:r>
            <w:r>
              <w:rPr>
                <w:noProof/>
                <w:webHidden/>
              </w:rPr>
            </w:r>
            <w:r>
              <w:rPr>
                <w:noProof/>
                <w:webHidden/>
              </w:rPr>
              <w:fldChar w:fldCharType="separate"/>
            </w:r>
            <w:r>
              <w:rPr>
                <w:noProof/>
                <w:webHidden/>
              </w:rPr>
              <w:t>16</w:t>
            </w:r>
            <w:r>
              <w:rPr>
                <w:noProof/>
                <w:webHidden/>
              </w:rPr>
              <w:fldChar w:fldCharType="end"/>
            </w:r>
          </w:hyperlink>
        </w:p>
        <w:p w14:paraId="56B15E1F" w14:textId="0504CEF6" w:rsidR="00947A27" w:rsidRDefault="00947A27">
          <w:pPr>
            <w:pStyle w:val="TOC3"/>
            <w:tabs>
              <w:tab w:val="right" w:leader="dot" w:pos="8630"/>
            </w:tabs>
            <w:rPr>
              <w:noProof/>
              <w:kern w:val="2"/>
              <w:sz w:val="24"/>
              <w:szCs w:val="24"/>
              <w:lang w:eastAsia="en-GB"/>
              <w14:ligatures w14:val="standardContextual"/>
            </w:rPr>
          </w:pPr>
          <w:hyperlink w:anchor="_Toc227895216" w:history="1">
            <w:r w:rsidRPr="006E564E">
              <w:rPr>
                <w:rStyle w:val="Hyperlink"/>
                <w:rFonts w:ascii="Aptos" w:hAnsi="Aptos"/>
                <w:noProof/>
              </w:rPr>
              <w:t>Present on all pages. Well-crafted summaries that include keywords naturally.</w:t>
            </w:r>
            <w:r>
              <w:rPr>
                <w:noProof/>
                <w:webHidden/>
              </w:rPr>
              <w:tab/>
            </w:r>
            <w:r>
              <w:rPr>
                <w:noProof/>
                <w:webHidden/>
              </w:rPr>
              <w:fldChar w:fldCharType="begin"/>
            </w:r>
            <w:r>
              <w:rPr>
                <w:noProof/>
                <w:webHidden/>
              </w:rPr>
              <w:instrText xml:space="preserve"> PAGEREF _Toc227895216 \h </w:instrText>
            </w:r>
            <w:r>
              <w:rPr>
                <w:noProof/>
                <w:webHidden/>
              </w:rPr>
            </w:r>
            <w:r>
              <w:rPr>
                <w:noProof/>
                <w:webHidden/>
              </w:rPr>
              <w:fldChar w:fldCharType="separate"/>
            </w:r>
            <w:r>
              <w:rPr>
                <w:noProof/>
                <w:webHidden/>
              </w:rPr>
              <w:t>16</w:t>
            </w:r>
            <w:r>
              <w:rPr>
                <w:noProof/>
                <w:webHidden/>
              </w:rPr>
              <w:fldChar w:fldCharType="end"/>
            </w:r>
          </w:hyperlink>
        </w:p>
        <w:p w14:paraId="6D74A6E6" w14:textId="0605A2AC" w:rsidR="00947A27" w:rsidRDefault="00947A27">
          <w:pPr>
            <w:pStyle w:val="TOC3"/>
            <w:tabs>
              <w:tab w:val="right" w:leader="dot" w:pos="8630"/>
            </w:tabs>
            <w:rPr>
              <w:noProof/>
              <w:kern w:val="2"/>
              <w:sz w:val="24"/>
              <w:szCs w:val="24"/>
              <w:lang w:eastAsia="en-GB"/>
              <w14:ligatures w14:val="standardContextual"/>
            </w:rPr>
          </w:pPr>
          <w:hyperlink w:anchor="_Toc227895217" w:history="1">
            <w:r w:rsidRPr="006E564E">
              <w:rPr>
                <w:rStyle w:val="Hyperlink"/>
                <w:rFonts w:ascii="Aptos" w:hAnsi="Aptos"/>
                <w:noProof/>
              </w:rPr>
              <w:t>Present on all pages. Slightly more formulaic but keyword rich.</w:t>
            </w:r>
            <w:r>
              <w:rPr>
                <w:noProof/>
                <w:webHidden/>
              </w:rPr>
              <w:tab/>
            </w:r>
            <w:r>
              <w:rPr>
                <w:noProof/>
                <w:webHidden/>
              </w:rPr>
              <w:fldChar w:fldCharType="begin"/>
            </w:r>
            <w:r>
              <w:rPr>
                <w:noProof/>
                <w:webHidden/>
              </w:rPr>
              <w:instrText xml:space="preserve"> PAGEREF _Toc227895217 \h </w:instrText>
            </w:r>
            <w:r>
              <w:rPr>
                <w:noProof/>
                <w:webHidden/>
              </w:rPr>
            </w:r>
            <w:r>
              <w:rPr>
                <w:noProof/>
                <w:webHidden/>
              </w:rPr>
              <w:fldChar w:fldCharType="separate"/>
            </w:r>
            <w:r>
              <w:rPr>
                <w:noProof/>
                <w:webHidden/>
              </w:rPr>
              <w:t>16</w:t>
            </w:r>
            <w:r>
              <w:rPr>
                <w:noProof/>
                <w:webHidden/>
              </w:rPr>
              <w:fldChar w:fldCharType="end"/>
            </w:r>
          </w:hyperlink>
        </w:p>
        <w:p w14:paraId="2F33A504" w14:textId="6DB506B8" w:rsidR="00947A27" w:rsidRDefault="00947A27">
          <w:pPr>
            <w:pStyle w:val="TOC3"/>
            <w:tabs>
              <w:tab w:val="right" w:leader="dot" w:pos="8630"/>
            </w:tabs>
            <w:rPr>
              <w:noProof/>
              <w:kern w:val="2"/>
              <w:sz w:val="24"/>
              <w:szCs w:val="24"/>
              <w:lang w:eastAsia="en-GB"/>
              <w14:ligatures w14:val="standardContextual"/>
            </w:rPr>
          </w:pPr>
          <w:hyperlink w:anchor="_Toc227895218" w:history="1">
            <w:r w:rsidRPr="006E564E">
              <w:rPr>
                <w:rStyle w:val="Hyperlink"/>
                <w:rFonts w:ascii="Aptos" w:hAnsi="Aptos"/>
                <w:noProof/>
              </w:rPr>
              <w:t>Heading Structure</w:t>
            </w:r>
            <w:r>
              <w:rPr>
                <w:noProof/>
                <w:webHidden/>
              </w:rPr>
              <w:tab/>
            </w:r>
            <w:r>
              <w:rPr>
                <w:noProof/>
                <w:webHidden/>
              </w:rPr>
              <w:fldChar w:fldCharType="begin"/>
            </w:r>
            <w:r>
              <w:rPr>
                <w:noProof/>
                <w:webHidden/>
              </w:rPr>
              <w:instrText xml:space="preserve"> PAGEREF _Toc227895218 \h </w:instrText>
            </w:r>
            <w:r>
              <w:rPr>
                <w:noProof/>
                <w:webHidden/>
              </w:rPr>
            </w:r>
            <w:r>
              <w:rPr>
                <w:noProof/>
                <w:webHidden/>
              </w:rPr>
              <w:fldChar w:fldCharType="separate"/>
            </w:r>
            <w:r>
              <w:rPr>
                <w:noProof/>
                <w:webHidden/>
              </w:rPr>
              <w:t>16</w:t>
            </w:r>
            <w:r>
              <w:rPr>
                <w:noProof/>
                <w:webHidden/>
              </w:rPr>
              <w:fldChar w:fldCharType="end"/>
            </w:r>
          </w:hyperlink>
        </w:p>
        <w:p w14:paraId="6B4E4DA9" w14:textId="404AA540" w:rsidR="00947A27" w:rsidRDefault="00947A27">
          <w:pPr>
            <w:pStyle w:val="TOC3"/>
            <w:tabs>
              <w:tab w:val="right" w:leader="dot" w:pos="8630"/>
            </w:tabs>
            <w:rPr>
              <w:noProof/>
              <w:kern w:val="2"/>
              <w:sz w:val="24"/>
              <w:szCs w:val="24"/>
              <w:lang w:eastAsia="en-GB"/>
              <w14:ligatures w14:val="standardContextual"/>
            </w:rPr>
          </w:pPr>
          <w:hyperlink w:anchor="_Toc227895219" w:history="1">
            <w:r w:rsidRPr="006E564E">
              <w:rPr>
                <w:rStyle w:val="Hyperlink"/>
                <w:rFonts w:ascii="Aptos" w:hAnsi="Aptos"/>
                <w:noProof/>
              </w:rPr>
              <w:t>Strong H1/H2/H3 hierarchy throughout. Page purpose clear from heading alone.</w:t>
            </w:r>
            <w:r>
              <w:rPr>
                <w:noProof/>
                <w:webHidden/>
              </w:rPr>
              <w:tab/>
            </w:r>
            <w:r>
              <w:rPr>
                <w:noProof/>
                <w:webHidden/>
              </w:rPr>
              <w:fldChar w:fldCharType="begin"/>
            </w:r>
            <w:r>
              <w:rPr>
                <w:noProof/>
                <w:webHidden/>
              </w:rPr>
              <w:instrText xml:space="preserve"> PAGEREF _Toc227895219 \h </w:instrText>
            </w:r>
            <w:r>
              <w:rPr>
                <w:noProof/>
                <w:webHidden/>
              </w:rPr>
            </w:r>
            <w:r>
              <w:rPr>
                <w:noProof/>
                <w:webHidden/>
              </w:rPr>
              <w:fldChar w:fldCharType="separate"/>
            </w:r>
            <w:r>
              <w:rPr>
                <w:noProof/>
                <w:webHidden/>
              </w:rPr>
              <w:t>16</w:t>
            </w:r>
            <w:r>
              <w:rPr>
                <w:noProof/>
                <w:webHidden/>
              </w:rPr>
              <w:fldChar w:fldCharType="end"/>
            </w:r>
          </w:hyperlink>
        </w:p>
        <w:p w14:paraId="360649FA" w14:textId="7564A0D0" w:rsidR="00947A27" w:rsidRDefault="00947A27">
          <w:pPr>
            <w:pStyle w:val="TOC3"/>
            <w:tabs>
              <w:tab w:val="right" w:leader="dot" w:pos="8630"/>
            </w:tabs>
            <w:rPr>
              <w:noProof/>
              <w:kern w:val="2"/>
              <w:sz w:val="24"/>
              <w:szCs w:val="24"/>
              <w:lang w:eastAsia="en-GB"/>
              <w14:ligatures w14:val="standardContextual"/>
            </w:rPr>
          </w:pPr>
          <w:hyperlink w:anchor="_Toc227895220" w:history="1">
            <w:r w:rsidRPr="006E564E">
              <w:rPr>
                <w:rStyle w:val="Hyperlink"/>
                <w:rFonts w:ascii="Aptos" w:hAnsi="Aptos"/>
                <w:noProof/>
              </w:rPr>
              <w:t>Good hierarchy. Occasionally H2s used for decorative sub-labels rather than content headings.</w:t>
            </w:r>
            <w:r>
              <w:rPr>
                <w:noProof/>
                <w:webHidden/>
              </w:rPr>
              <w:tab/>
            </w:r>
            <w:r>
              <w:rPr>
                <w:noProof/>
                <w:webHidden/>
              </w:rPr>
              <w:fldChar w:fldCharType="begin"/>
            </w:r>
            <w:r>
              <w:rPr>
                <w:noProof/>
                <w:webHidden/>
              </w:rPr>
              <w:instrText xml:space="preserve"> PAGEREF _Toc227895220 \h </w:instrText>
            </w:r>
            <w:r>
              <w:rPr>
                <w:noProof/>
                <w:webHidden/>
              </w:rPr>
            </w:r>
            <w:r>
              <w:rPr>
                <w:noProof/>
                <w:webHidden/>
              </w:rPr>
              <w:fldChar w:fldCharType="separate"/>
            </w:r>
            <w:r>
              <w:rPr>
                <w:noProof/>
                <w:webHidden/>
              </w:rPr>
              <w:t>16</w:t>
            </w:r>
            <w:r>
              <w:rPr>
                <w:noProof/>
                <w:webHidden/>
              </w:rPr>
              <w:fldChar w:fldCharType="end"/>
            </w:r>
          </w:hyperlink>
        </w:p>
        <w:p w14:paraId="2A50BFC8" w14:textId="5E0FD781" w:rsidR="00947A27" w:rsidRDefault="00947A27">
          <w:pPr>
            <w:pStyle w:val="TOC3"/>
            <w:tabs>
              <w:tab w:val="right" w:leader="dot" w:pos="8630"/>
            </w:tabs>
            <w:rPr>
              <w:noProof/>
              <w:kern w:val="2"/>
              <w:sz w:val="24"/>
              <w:szCs w:val="24"/>
              <w:lang w:eastAsia="en-GB"/>
              <w14:ligatures w14:val="standardContextual"/>
            </w:rPr>
          </w:pPr>
          <w:hyperlink w:anchor="_Toc227895221" w:history="1">
            <w:r w:rsidRPr="006E564E">
              <w:rPr>
                <w:rStyle w:val="Hyperlink"/>
                <w:rFonts w:ascii="Aptos" w:hAnsi="Aptos"/>
                <w:noProof/>
              </w:rPr>
              <w:t>Alt Text</w:t>
            </w:r>
            <w:r>
              <w:rPr>
                <w:noProof/>
                <w:webHidden/>
              </w:rPr>
              <w:tab/>
            </w:r>
            <w:r>
              <w:rPr>
                <w:noProof/>
                <w:webHidden/>
              </w:rPr>
              <w:fldChar w:fldCharType="begin"/>
            </w:r>
            <w:r>
              <w:rPr>
                <w:noProof/>
                <w:webHidden/>
              </w:rPr>
              <w:instrText xml:space="preserve"> PAGEREF _Toc227895221 \h </w:instrText>
            </w:r>
            <w:r>
              <w:rPr>
                <w:noProof/>
                <w:webHidden/>
              </w:rPr>
            </w:r>
            <w:r>
              <w:rPr>
                <w:noProof/>
                <w:webHidden/>
              </w:rPr>
              <w:fldChar w:fldCharType="separate"/>
            </w:r>
            <w:r>
              <w:rPr>
                <w:noProof/>
                <w:webHidden/>
              </w:rPr>
              <w:t>16</w:t>
            </w:r>
            <w:r>
              <w:rPr>
                <w:noProof/>
                <w:webHidden/>
              </w:rPr>
              <w:fldChar w:fldCharType="end"/>
            </w:r>
          </w:hyperlink>
        </w:p>
        <w:p w14:paraId="76DA2BD4" w14:textId="33B75A77" w:rsidR="00947A27" w:rsidRDefault="00947A27">
          <w:pPr>
            <w:pStyle w:val="TOC3"/>
            <w:tabs>
              <w:tab w:val="right" w:leader="dot" w:pos="8630"/>
            </w:tabs>
            <w:rPr>
              <w:noProof/>
              <w:kern w:val="2"/>
              <w:sz w:val="24"/>
              <w:szCs w:val="24"/>
              <w:lang w:eastAsia="en-GB"/>
              <w14:ligatures w14:val="standardContextual"/>
            </w:rPr>
          </w:pPr>
          <w:hyperlink w:anchor="_Toc227895222" w:history="1">
            <w:r w:rsidRPr="006E564E">
              <w:rPr>
                <w:rStyle w:val="Hyperlink"/>
                <w:rFonts w:ascii="Aptos" w:hAnsi="Aptos"/>
                <w:noProof/>
              </w:rPr>
              <w:t>Thorough alt text on editorial images. Auto-generated alts on some thumbnails.</w:t>
            </w:r>
            <w:r>
              <w:rPr>
                <w:noProof/>
                <w:webHidden/>
              </w:rPr>
              <w:tab/>
            </w:r>
            <w:r>
              <w:rPr>
                <w:noProof/>
                <w:webHidden/>
              </w:rPr>
              <w:fldChar w:fldCharType="begin"/>
            </w:r>
            <w:r>
              <w:rPr>
                <w:noProof/>
                <w:webHidden/>
              </w:rPr>
              <w:instrText xml:space="preserve"> PAGEREF _Toc227895222 \h </w:instrText>
            </w:r>
            <w:r>
              <w:rPr>
                <w:noProof/>
                <w:webHidden/>
              </w:rPr>
            </w:r>
            <w:r>
              <w:rPr>
                <w:noProof/>
                <w:webHidden/>
              </w:rPr>
              <w:fldChar w:fldCharType="separate"/>
            </w:r>
            <w:r>
              <w:rPr>
                <w:noProof/>
                <w:webHidden/>
              </w:rPr>
              <w:t>16</w:t>
            </w:r>
            <w:r>
              <w:rPr>
                <w:noProof/>
                <w:webHidden/>
              </w:rPr>
              <w:fldChar w:fldCharType="end"/>
            </w:r>
          </w:hyperlink>
        </w:p>
        <w:p w14:paraId="2AD04B7E" w14:textId="21DE9DFB" w:rsidR="00947A27" w:rsidRDefault="00947A27">
          <w:pPr>
            <w:pStyle w:val="TOC3"/>
            <w:tabs>
              <w:tab w:val="right" w:leader="dot" w:pos="8630"/>
            </w:tabs>
            <w:rPr>
              <w:noProof/>
              <w:kern w:val="2"/>
              <w:sz w:val="24"/>
              <w:szCs w:val="24"/>
              <w:lang w:eastAsia="en-GB"/>
              <w14:ligatures w14:val="standardContextual"/>
            </w:rPr>
          </w:pPr>
          <w:hyperlink w:anchor="_Toc227895223" w:history="1">
            <w:r w:rsidRPr="006E564E">
              <w:rPr>
                <w:rStyle w:val="Hyperlink"/>
                <w:rFonts w:ascii="Aptos" w:hAnsi="Aptos"/>
                <w:noProof/>
              </w:rPr>
              <w:t>Variable quality. Editorial images well described; community images less consistently tagged.</w:t>
            </w:r>
            <w:r>
              <w:rPr>
                <w:noProof/>
                <w:webHidden/>
              </w:rPr>
              <w:tab/>
            </w:r>
            <w:r>
              <w:rPr>
                <w:noProof/>
                <w:webHidden/>
              </w:rPr>
              <w:fldChar w:fldCharType="begin"/>
            </w:r>
            <w:r>
              <w:rPr>
                <w:noProof/>
                <w:webHidden/>
              </w:rPr>
              <w:instrText xml:space="preserve"> PAGEREF _Toc227895223 \h </w:instrText>
            </w:r>
            <w:r>
              <w:rPr>
                <w:noProof/>
                <w:webHidden/>
              </w:rPr>
            </w:r>
            <w:r>
              <w:rPr>
                <w:noProof/>
                <w:webHidden/>
              </w:rPr>
              <w:fldChar w:fldCharType="separate"/>
            </w:r>
            <w:r>
              <w:rPr>
                <w:noProof/>
                <w:webHidden/>
              </w:rPr>
              <w:t>16</w:t>
            </w:r>
            <w:r>
              <w:rPr>
                <w:noProof/>
                <w:webHidden/>
              </w:rPr>
              <w:fldChar w:fldCharType="end"/>
            </w:r>
          </w:hyperlink>
        </w:p>
        <w:p w14:paraId="13ECF4C5" w14:textId="0ABD0606" w:rsidR="00947A27" w:rsidRDefault="00947A27">
          <w:pPr>
            <w:pStyle w:val="TOC3"/>
            <w:tabs>
              <w:tab w:val="right" w:leader="dot" w:pos="8630"/>
            </w:tabs>
            <w:rPr>
              <w:noProof/>
              <w:kern w:val="2"/>
              <w:sz w:val="24"/>
              <w:szCs w:val="24"/>
              <w:lang w:eastAsia="en-GB"/>
              <w14:ligatures w14:val="standardContextual"/>
            </w:rPr>
          </w:pPr>
          <w:hyperlink w:anchor="_Toc227895224" w:history="1">
            <w:r w:rsidRPr="006E564E">
              <w:rPr>
                <w:rStyle w:val="Hyperlink"/>
                <w:rFonts w:ascii="Aptos" w:hAnsi="Aptos"/>
                <w:noProof/>
              </w:rPr>
              <w:t>Mobile/Core Web Vitals</w:t>
            </w:r>
            <w:r>
              <w:rPr>
                <w:noProof/>
                <w:webHidden/>
              </w:rPr>
              <w:tab/>
            </w:r>
            <w:r>
              <w:rPr>
                <w:noProof/>
                <w:webHidden/>
              </w:rPr>
              <w:fldChar w:fldCharType="begin"/>
            </w:r>
            <w:r>
              <w:rPr>
                <w:noProof/>
                <w:webHidden/>
              </w:rPr>
              <w:instrText xml:space="preserve"> PAGEREF _Toc227895224 \h </w:instrText>
            </w:r>
            <w:r>
              <w:rPr>
                <w:noProof/>
                <w:webHidden/>
              </w:rPr>
            </w:r>
            <w:r>
              <w:rPr>
                <w:noProof/>
                <w:webHidden/>
              </w:rPr>
              <w:fldChar w:fldCharType="separate"/>
            </w:r>
            <w:r>
              <w:rPr>
                <w:noProof/>
                <w:webHidden/>
              </w:rPr>
              <w:t>16</w:t>
            </w:r>
            <w:r>
              <w:rPr>
                <w:noProof/>
                <w:webHidden/>
              </w:rPr>
              <w:fldChar w:fldCharType="end"/>
            </w:r>
          </w:hyperlink>
        </w:p>
        <w:p w14:paraId="0476F4CC" w14:textId="6B987333" w:rsidR="00947A27" w:rsidRDefault="00947A27">
          <w:pPr>
            <w:pStyle w:val="TOC3"/>
            <w:tabs>
              <w:tab w:val="right" w:leader="dot" w:pos="8630"/>
            </w:tabs>
            <w:rPr>
              <w:noProof/>
              <w:kern w:val="2"/>
              <w:sz w:val="24"/>
              <w:szCs w:val="24"/>
              <w:lang w:eastAsia="en-GB"/>
              <w14:ligatures w14:val="standardContextual"/>
            </w:rPr>
          </w:pPr>
          <w:hyperlink w:anchor="_Toc227895225" w:history="1">
            <w:r w:rsidRPr="006E564E">
              <w:rPr>
                <w:rStyle w:val="Hyperlink"/>
                <w:rFonts w:ascii="Aptos" w:hAnsi="Aptos"/>
                <w:noProof/>
              </w:rPr>
              <w:t>Strong performance scores. BBC invests heavily in technical SEO.</w:t>
            </w:r>
            <w:r>
              <w:rPr>
                <w:noProof/>
                <w:webHidden/>
              </w:rPr>
              <w:tab/>
            </w:r>
            <w:r>
              <w:rPr>
                <w:noProof/>
                <w:webHidden/>
              </w:rPr>
              <w:fldChar w:fldCharType="begin"/>
            </w:r>
            <w:r>
              <w:rPr>
                <w:noProof/>
                <w:webHidden/>
              </w:rPr>
              <w:instrText xml:space="preserve"> PAGEREF _Toc227895225 \h </w:instrText>
            </w:r>
            <w:r>
              <w:rPr>
                <w:noProof/>
                <w:webHidden/>
              </w:rPr>
            </w:r>
            <w:r>
              <w:rPr>
                <w:noProof/>
                <w:webHidden/>
              </w:rPr>
              <w:fldChar w:fldCharType="separate"/>
            </w:r>
            <w:r>
              <w:rPr>
                <w:noProof/>
                <w:webHidden/>
              </w:rPr>
              <w:t>16</w:t>
            </w:r>
            <w:r>
              <w:rPr>
                <w:noProof/>
                <w:webHidden/>
              </w:rPr>
              <w:fldChar w:fldCharType="end"/>
            </w:r>
          </w:hyperlink>
        </w:p>
        <w:p w14:paraId="6299F7AB" w14:textId="528EE53D" w:rsidR="00947A27" w:rsidRDefault="00947A27">
          <w:pPr>
            <w:pStyle w:val="TOC3"/>
            <w:tabs>
              <w:tab w:val="right" w:leader="dot" w:pos="8630"/>
            </w:tabs>
            <w:rPr>
              <w:noProof/>
              <w:kern w:val="2"/>
              <w:sz w:val="24"/>
              <w:szCs w:val="24"/>
              <w:lang w:eastAsia="en-GB"/>
              <w14:ligatures w14:val="standardContextual"/>
            </w:rPr>
          </w:pPr>
          <w:hyperlink w:anchor="_Toc227895226" w:history="1">
            <w:r w:rsidRPr="006E564E">
              <w:rPr>
                <w:rStyle w:val="Hyperlink"/>
                <w:rFonts w:ascii="Aptos" w:hAnsi="Aptos"/>
                <w:noProof/>
              </w:rPr>
              <w:t>Good performance overall, though slightly lower scores on ad-heavy pages.</w:t>
            </w:r>
            <w:r>
              <w:rPr>
                <w:noProof/>
                <w:webHidden/>
              </w:rPr>
              <w:tab/>
            </w:r>
            <w:r>
              <w:rPr>
                <w:noProof/>
                <w:webHidden/>
              </w:rPr>
              <w:fldChar w:fldCharType="begin"/>
            </w:r>
            <w:r>
              <w:rPr>
                <w:noProof/>
                <w:webHidden/>
              </w:rPr>
              <w:instrText xml:space="preserve"> PAGEREF _Toc227895226 \h </w:instrText>
            </w:r>
            <w:r>
              <w:rPr>
                <w:noProof/>
                <w:webHidden/>
              </w:rPr>
            </w:r>
            <w:r>
              <w:rPr>
                <w:noProof/>
                <w:webHidden/>
              </w:rPr>
              <w:fldChar w:fldCharType="separate"/>
            </w:r>
            <w:r>
              <w:rPr>
                <w:noProof/>
                <w:webHidden/>
              </w:rPr>
              <w:t>16</w:t>
            </w:r>
            <w:r>
              <w:rPr>
                <w:noProof/>
                <w:webHidden/>
              </w:rPr>
              <w:fldChar w:fldCharType="end"/>
            </w:r>
          </w:hyperlink>
        </w:p>
        <w:p w14:paraId="47BF58DA" w14:textId="61180F25" w:rsidR="00947A27" w:rsidRDefault="00947A27">
          <w:pPr>
            <w:pStyle w:val="TOC3"/>
            <w:tabs>
              <w:tab w:val="right" w:leader="dot" w:pos="8630"/>
            </w:tabs>
            <w:rPr>
              <w:noProof/>
              <w:kern w:val="2"/>
              <w:sz w:val="24"/>
              <w:szCs w:val="24"/>
              <w:lang w:eastAsia="en-GB"/>
              <w14:ligatures w14:val="standardContextual"/>
            </w:rPr>
          </w:pPr>
          <w:hyperlink w:anchor="_Toc227895227" w:history="1">
            <w:r w:rsidRPr="006E564E">
              <w:rPr>
                <w:rStyle w:val="Hyperlink"/>
                <w:rFonts w:ascii="Aptos" w:hAnsi="Aptos"/>
                <w:noProof/>
              </w:rPr>
              <w:t>Structured Data</w:t>
            </w:r>
            <w:r>
              <w:rPr>
                <w:noProof/>
                <w:webHidden/>
              </w:rPr>
              <w:tab/>
            </w:r>
            <w:r>
              <w:rPr>
                <w:noProof/>
                <w:webHidden/>
              </w:rPr>
              <w:fldChar w:fldCharType="begin"/>
            </w:r>
            <w:r>
              <w:rPr>
                <w:noProof/>
                <w:webHidden/>
              </w:rPr>
              <w:instrText xml:space="preserve"> PAGEREF _Toc227895227 \h </w:instrText>
            </w:r>
            <w:r>
              <w:rPr>
                <w:noProof/>
                <w:webHidden/>
              </w:rPr>
            </w:r>
            <w:r>
              <w:rPr>
                <w:noProof/>
                <w:webHidden/>
              </w:rPr>
              <w:fldChar w:fldCharType="separate"/>
            </w:r>
            <w:r>
              <w:rPr>
                <w:noProof/>
                <w:webHidden/>
              </w:rPr>
              <w:t>16</w:t>
            </w:r>
            <w:r>
              <w:rPr>
                <w:noProof/>
                <w:webHidden/>
              </w:rPr>
              <w:fldChar w:fldCharType="end"/>
            </w:r>
          </w:hyperlink>
        </w:p>
        <w:p w14:paraId="12C07518" w14:textId="5FB1C62D" w:rsidR="00947A27" w:rsidRDefault="00947A27">
          <w:pPr>
            <w:pStyle w:val="TOC3"/>
            <w:tabs>
              <w:tab w:val="right" w:leader="dot" w:pos="8630"/>
            </w:tabs>
            <w:rPr>
              <w:noProof/>
              <w:kern w:val="2"/>
              <w:sz w:val="24"/>
              <w:szCs w:val="24"/>
              <w:lang w:eastAsia="en-GB"/>
              <w14:ligatures w14:val="standardContextual"/>
            </w:rPr>
          </w:pPr>
          <w:hyperlink w:anchor="_Toc227895228" w:history="1">
            <w:r w:rsidRPr="006E564E">
              <w:rPr>
                <w:rStyle w:val="Hyperlink"/>
                <w:rFonts w:ascii="Aptos" w:hAnsi="Aptos"/>
                <w:noProof/>
              </w:rPr>
              <w:t>Rich snippets with recipe schema (ingredients, time, ratings) appear in Google search results.</w:t>
            </w:r>
            <w:r>
              <w:rPr>
                <w:noProof/>
                <w:webHidden/>
              </w:rPr>
              <w:tab/>
            </w:r>
            <w:r>
              <w:rPr>
                <w:noProof/>
                <w:webHidden/>
              </w:rPr>
              <w:fldChar w:fldCharType="begin"/>
            </w:r>
            <w:r>
              <w:rPr>
                <w:noProof/>
                <w:webHidden/>
              </w:rPr>
              <w:instrText xml:space="preserve"> PAGEREF _Toc227895228 \h </w:instrText>
            </w:r>
            <w:r>
              <w:rPr>
                <w:noProof/>
                <w:webHidden/>
              </w:rPr>
            </w:r>
            <w:r>
              <w:rPr>
                <w:noProof/>
                <w:webHidden/>
              </w:rPr>
              <w:fldChar w:fldCharType="separate"/>
            </w:r>
            <w:r>
              <w:rPr>
                <w:noProof/>
                <w:webHidden/>
              </w:rPr>
              <w:t>16</w:t>
            </w:r>
            <w:r>
              <w:rPr>
                <w:noProof/>
                <w:webHidden/>
              </w:rPr>
              <w:fldChar w:fldCharType="end"/>
            </w:r>
          </w:hyperlink>
        </w:p>
        <w:p w14:paraId="7C58E1A6" w14:textId="75EC2C73" w:rsidR="00947A27" w:rsidRDefault="00947A27">
          <w:pPr>
            <w:pStyle w:val="TOC3"/>
            <w:tabs>
              <w:tab w:val="right" w:leader="dot" w:pos="8630"/>
            </w:tabs>
            <w:rPr>
              <w:noProof/>
              <w:kern w:val="2"/>
              <w:sz w:val="24"/>
              <w:szCs w:val="24"/>
              <w:lang w:eastAsia="en-GB"/>
              <w14:ligatures w14:val="standardContextual"/>
            </w:rPr>
          </w:pPr>
          <w:hyperlink w:anchor="_Toc227895229" w:history="1">
            <w:r w:rsidRPr="006E564E">
              <w:rPr>
                <w:rStyle w:val="Hyperlink"/>
                <w:rFonts w:ascii="Aptos" w:hAnsi="Aptos"/>
                <w:noProof/>
              </w:rPr>
              <w:t>Recipe schema present. Rich results with star ratings visible in Google.</w:t>
            </w:r>
            <w:r>
              <w:rPr>
                <w:noProof/>
                <w:webHidden/>
              </w:rPr>
              <w:tab/>
            </w:r>
            <w:r>
              <w:rPr>
                <w:noProof/>
                <w:webHidden/>
              </w:rPr>
              <w:fldChar w:fldCharType="begin"/>
            </w:r>
            <w:r>
              <w:rPr>
                <w:noProof/>
                <w:webHidden/>
              </w:rPr>
              <w:instrText xml:space="preserve"> PAGEREF _Toc227895229 \h </w:instrText>
            </w:r>
            <w:r>
              <w:rPr>
                <w:noProof/>
                <w:webHidden/>
              </w:rPr>
            </w:r>
            <w:r>
              <w:rPr>
                <w:noProof/>
                <w:webHidden/>
              </w:rPr>
              <w:fldChar w:fldCharType="separate"/>
            </w:r>
            <w:r>
              <w:rPr>
                <w:noProof/>
                <w:webHidden/>
              </w:rPr>
              <w:t>16</w:t>
            </w:r>
            <w:r>
              <w:rPr>
                <w:noProof/>
                <w:webHidden/>
              </w:rPr>
              <w:fldChar w:fldCharType="end"/>
            </w:r>
          </w:hyperlink>
        </w:p>
        <w:p w14:paraId="78D58587" w14:textId="398CA1EA" w:rsidR="00947A27" w:rsidRDefault="00947A27">
          <w:pPr>
            <w:pStyle w:val="TOC3"/>
            <w:tabs>
              <w:tab w:val="right" w:leader="dot" w:pos="8630"/>
            </w:tabs>
            <w:rPr>
              <w:noProof/>
              <w:kern w:val="2"/>
              <w:sz w:val="24"/>
              <w:szCs w:val="24"/>
              <w:lang w:eastAsia="en-GB"/>
              <w14:ligatures w14:val="standardContextual"/>
            </w:rPr>
          </w:pPr>
          <w:hyperlink w:anchor="_Toc227895230" w:history="1">
            <w:r w:rsidRPr="006E564E">
              <w:rPr>
                <w:rStyle w:val="Hyperlink"/>
                <w:rFonts w:ascii="Aptos" w:hAnsi="Aptos"/>
                <w:noProof/>
              </w:rPr>
              <w:t>4.3.5 Mobile Responsiveness</w:t>
            </w:r>
            <w:r>
              <w:rPr>
                <w:noProof/>
                <w:webHidden/>
              </w:rPr>
              <w:tab/>
            </w:r>
            <w:r>
              <w:rPr>
                <w:noProof/>
                <w:webHidden/>
              </w:rPr>
              <w:fldChar w:fldCharType="begin"/>
            </w:r>
            <w:r>
              <w:rPr>
                <w:noProof/>
                <w:webHidden/>
              </w:rPr>
              <w:instrText xml:space="preserve"> PAGEREF _Toc227895230 \h </w:instrText>
            </w:r>
            <w:r>
              <w:rPr>
                <w:noProof/>
                <w:webHidden/>
              </w:rPr>
            </w:r>
            <w:r>
              <w:rPr>
                <w:noProof/>
                <w:webHidden/>
              </w:rPr>
              <w:fldChar w:fldCharType="separate"/>
            </w:r>
            <w:r>
              <w:rPr>
                <w:noProof/>
                <w:webHidden/>
              </w:rPr>
              <w:t>17</w:t>
            </w:r>
            <w:r>
              <w:rPr>
                <w:noProof/>
                <w:webHidden/>
              </w:rPr>
              <w:fldChar w:fldCharType="end"/>
            </w:r>
          </w:hyperlink>
        </w:p>
        <w:p w14:paraId="32707F5C" w14:textId="36C74D6E" w:rsidR="00947A27" w:rsidRDefault="00947A27">
          <w:pPr>
            <w:pStyle w:val="TOC3"/>
            <w:tabs>
              <w:tab w:val="right" w:leader="dot" w:pos="8630"/>
            </w:tabs>
            <w:rPr>
              <w:noProof/>
              <w:kern w:val="2"/>
              <w:sz w:val="24"/>
              <w:szCs w:val="24"/>
              <w:lang w:eastAsia="en-GB"/>
              <w14:ligatures w14:val="standardContextual"/>
            </w:rPr>
          </w:pPr>
          <w:hyperlink w:anchor="_Toc227895231" w:history="1">
            <w:r w:rsidRPr="006E564E">
              <w:rPr>
                <w:rStyle w:val="Hyperlink"/>
                <w:rFonts w:ascii="Aptos" w:hAnsi="Aptos"/>
                <w:noProof/>
              </w:rPr>
              <w:t>4.3.6 Overall Judgement</w:t>
            </w:r>
            <w:r>
              <w:rPr>
                <w:noProof/>
                <w:webHidden/>
              </w:rPr>
              <w:tab/>
            </w:r>
            <w:r>
              <w:rPr>
                <w:noProof/>
                <w:webHidden/>
              </w:rPr>
              <w:fldChar w:fldCharType="begin"/>
            </w:r>
            <w:r>
              <w:rPr>
                <w:noProof/>
                <w:webHidden/>
              </w:rPr>
              <w:instrText xml:space="preserve"> PAGEREF _Toc227895231 \h </w:instrText>
            </w:r>
            <w:r>
              <w:rPr>
                <w:noProof/>
                <w:webHidden/>
              </w:rPr>
            </w:r>
            <w:r>
              <w:rPr>
                <w:noProof/>
                <w:webHidden/>
              </w:rPr>
              <w:fldChar w:fldCharType="separate"/>
            </w:r>
            <w:r>
              <w:rPr>
                <w:noProof/>
                <w:webHidden/>
              </w:rPr>
              <w:t>17</w:t>
            </w:r>
            <w:r>
              <w:rPr>
                <w:noProof/>
                <w:webHidden/>
              </w:rPr>
              <w:fldChar w:fldCharType="end"/>
            </w:r>
          </w:hyperlink>
        </w:p>
        <w:p w14:paraId="20D2B4E1" w14:textId="674A7137" w:rsidR="00947A27" w:rsidRDefault="00947A27">
          <w:pPr>
            <w:pStyle w:val="TOC1"/>
            <w:tabs>
              <w:tab w:val="right" w:leader="dot" w:pos="8630"/>
            </w:tabs>
            <w:rPr>
              <w:b w:val="0"/>
              <w:bCs w:val="0"/>
              <w:i w:val="0"/>
              <w:iCs w:val="0"/>
              <w:noProof/>
              <w:kern w:val="2"/>
              <w:lang w:eastAsia="en-GB"/>
              <w14:ligatures w14:val="standardContextual"/>
            </w:rPr>
          </w:pPr>
          <w:hyperlink w:anchor="_Toc227895232" w:history="1">
            <w:r w:rsidRPr="006E564E">
              <w:rPr>
                <w:rStyle w:val="Hyperlink"/>
                <w:noProof/>
              </w:rPr>
              <w:t>5. Conclusion</w:t>
            </w:r>
            <w:r>
              <w:rPr>
                <w:noProof/>
                <w:webHidden/>
              </w:rPr>
              <w:tab/>
            </w:r>
            <w:r>
              <w:rPr>
                <w:noProof/>
                <w:webHidden/>
              </w:rPr>
              <w:fldChar w:fldCharType="begin"/>
            </w:r>
            <w:r>
              <w:rPr>
                <w:noProof/>
                <w:webHidden/>
              </w:rPr>
              <w:instrText xml:space="preserve"> PAGEREF _Toc227895232 \h </w:instrText>
            </w:r>
            <w:r>
              <w:rPr>
                <w:noProof/>
                <w:webHidden/>
              </w:rPr>
            </w:r>
            <w:r>
              <w:rPr>
                <w:noProof/>
                <w:webHidden/>
              </w:rPr>
              <w:fldChar w:fldCharType="separate"/>
            </w:r>
            <w:r>
              <w:rPr>
                <w:noProof/>
                <w:webHidden/>
              </w:rPr>
              <w:t>18</w:t>
            </w:r>
            <w:r>
              <w:rPr>
                <w:noProof/>
                <w:webHidden/>
              </w:rPr>
              <w:fldChar w:fldCharType="end"/>
            </w:r>
          </w:hyperlink>
        </w:p>
        <w:p w14:paraId="4E71E804" w14:textId="721692D6" w:rsidR="00947A27" w:rsidRDefault="00947A27">
          <w:pPr>
            <w:pStyle w:val="TOC1"/>
            <w:tabs>
              <w:tab w:val="right" w:leader="dot" w:pos="8630"/>
            </w:tabs>
            <w:rPr>
              <w:b w:val="0"/>
              <w:bCs w:val="0"/>
              <w:i w:val="0"/>
              <w:iCs w:val="0"/>
              <w:noProof/>
              <w:kern w:val="2"/>
              <w:lang w:eastAsia="en-GB"/>
              <w14:ligatures w14:val="standardContextual"/>
            </w:rPr>
          </w:pPr>
          <w:hyperlink w:anchor="_Toc227895233" w:history="1">
            <w:r w:rsidRPr="006E564E">
              <w:rPr>
                <w:rStyle w:val="Hyperlink"/>
                <w:noProof/>
              </w:rPr>
              <w:t>7. Appendices</w:t>
            </w:r>
            <w:r>
              <w:rPr>
                <w:noProof/>
                <w:webHidden/>
              </w:rPr>
              <w:tab/>
            </w:r>
            <w:r>
              <w:rPr>
                <w:noProof/>
                <w:webHidden/>
              </w:rPr>
              <w:fldChar w:fldCharType="begin"/>
            </w:r>
            <w:r>
              <w:rPr>
                <w:noProof/>
                <w:webHidden/>
              </w:rPr>
              <w:instrText xml:space="preserve"> PAGEREF _Toc227895233 \h </w:instrText>
            </w:r>
            <w:r>
              <w:rPr>
                <w:noProof/>
                <w:webHidden/>
              </w:rPr>
            </w:r>
            <w:r>
              <w:rPr>
                <w:noProof/>
                <w:webHidden/>
              </w:rPr>
              <w:fldChar w:fldCharType="separate"/>
            </w:r>
            <w:r>
              <w:rPr>
                <w:noProof/>
                <w:webHidden/>
              </w:rPr>
              <w:t>20</w:t>
            </w:r>
            <w:r>
              <w:rPr>
                <w:noProof/>
                <w:webHidden/>
              </w:rPr>
              <w:fldChar w:fldCharType="end"/>
            </w:r>
          </w:hyperlink>
        </w:p>
        <w:p w14:paraId="02DEB7D9" w14:textId="5528F537" w:rsidR="00947A27" w:rsidRDefault="00947A27">
          <w:pPr>
            <w:pStyle w:val="TOC2"/>
            <w:tabs>
              <w:tab w:val="right" w:leader="dot" w:pos="8630"/>
            </w:tabs>
            <w:rPr>
              <w:b w:val="0"/>
              <w:bCs w:val="0"/>
              <w:noProof/>
              <w:kern w:val="2"/>
              <w:sz w:val="24"/>
              <w:szCs w:val="24"/>
              <w:lang w:eastAsia="en-GB"/>
              <w14:ligatures w14:val="standardContextual"/>
            </w:rPr>
          </w:pPr>
          <w:hyperlink w:anchor="_Toc227895234" w:history="1">
            <w:r w:rsidRPr="006E564E">
              <w:rPr>
                <w:rStyle w:val="Hyperlink"/>
                <w:noProof/>
              </w:rPr>
              <w:t>7.1. Index.html</w:t>
            </w:r>
            <w:r>
              <w:rPr>
                <w:noProof/>
                <w:webHidden/>
              </w:rPr>
              <w:tab/>
            </w:r>
            <w:r>
              <w:rPr>
                <w:noProof/>
                <w:webHidden/>
              </w:rPr>
              <w:fldChar w:fldCharType="begin"/>
            </w:r>
            <w:r>
              <w:rPr>
                <w:noProof/>
                <w:webHidden/>
              </w:rPr>
              <w:instrText xml:space="preserve"> PAGEREF _Toc227895234 \h </w:instrText>
            </w:r>
            <w:r>
              <w:rPr>
                <w:noProof/>
                <w:webHidden/>
              </w:rPr>
            </w:r>
            <w:r>
              <w:rPr>
                <w:noProof/>
                <w:webHidden/>
              </w:rPr>
              <w:fldChar w:fldCharType="separate"/>
            </w:r>
            <w:r>
              <w:rPr>
                <w:noProof/>
                <w:webHidden/>
              </w:rPr>
              <w:t>20</w:t>
            </w:r>
            <w:r>
              <w:rPr>
                <w:noProof/>
                <w:webHidden/>
              </w:rPr>
              <w:fldChar w:fldCharType="end"/>
            </w:r>
          </w:hyperlink>
        </w:p>
        <w:p w14:paraId="353FC3DE" w14:textId="77D32743" w:rsidR="00947A27" w:rsidRDefault="00947A27">
          <w:pPr>
            <w:pStyle w:val="TOC2"/>
            <w:tabs>
              <w:tab w:val="right" w:leader="dot" w:pos="8630"/>
            </w:tabs>
            <w:rPr>
              <w:b w:val="0"/>
              <w:bCs w:val="0"/>
              <w:noProof/>
              <w:kern w:val="2"/>
              <w:sz w:val="24"/>
              <w:szCs w:val="24"/>
              <w:lang w:eastAsia="en-GB"/>
              <w14:ligatures w14:val="standardContextual"/>
            </w:rPr>
          </w:pPr>
          <w:hyperlink w:anchor="_Toc227895235" w:history="1">
            <w:r w:rsidRPr="006E564E">
              <w:rPr>
                <w:rStyle w:val="Hyperlink"/>
                <w:noProof/>
              </w:rPr>
              <w:t>7.2. Dishes.html</w:t>
            </w:r>
            <w:r>
              <w:rPr>
                <w:noProof/>
                <w:webHidden/>
              </w:rPr>
              <w:tab/>
            </w:r>
            <w:r>
              <w:rPr>
                <w:noProof/>
                <w:webHidden/>
              </w:rPr>
              <w:fldChar w:fldCharType="begin"/>
            </w:r>
            <w:r>
              <w:rPr>
                <w:noProof/>
                <w:webHidden/>
              </w:rPr>
              <w:instrText xml:space="preserve"> PAGEREF _Toc227895235 \h </w:instrText>
            </w:r>
            <w:r>
              <w:rPr>
                <w:noProof/>
                <w:webHidden/>
              </w:rPr>
            </w:r>
            <w:r>
              <w:rPr>
                <w:noProof/>
                <w:webHidden/>
              </w:rPr>
              <w:fldChar w:fldCharType="separate"/>
            </w:r>
            <w:r>
              <w:rPr>
                <w:noProof/>
                <w:webHidden/>
              </w:rPr>
              <w:t>22</w:t>
            </w:r>
            <w:r>
              <w:rPr>
                <w:noProof/>
                <w:webHidden/>
              </w:rPr>
              <w:fldChar w:fldCharType="end"/>
            </w:r>
          </w:hyperlink>
        </w:p>
        <w:p w14:paraId="6A49F2CA" w14:textId="6C12EF63" w:rsidR="00947A27" w:rsidRDefault="00947A27">
          <w:pPr>
            <w:pStyle w:val="TOC2"/>
            <w:tabs>
              <w:tab w:val="right" w:leader="dot" w:pos="8630"/>
            </w:tabs>
            <w:rPr>
              <w:b w:val="0"/>
              <w:bCs w:val="0"/>
              <w:noProof/>
              <w:kern w:val="2"/>
              <w:sz w:val="24"/>
              <w:szCs w:val="24"/>
              <w:lang w:eastAsia="en-GB"/>
              <w14:ligatures w14:val="standardContextual"/>
            </w:rPr>
          </w:pPr>
          <w:hyperlink w:anchor="_Toc227895236" w:history="1">
            <w:r w:rsidRPr="006E564E">
              <w:rPr>
                <w:rStyle w:val="Hyperlink"/>
                <w:noProof/>
              </w:rPr>
              <w:t>7.3. Order.html</w:t>
            </w:r>
            <w:r>
              <w:rPr>
                <w:noProof/>
                <w:webHidden/>
              </w:rPr>
              <w:tab/>
            </w:r>
            <w:r>
              <w:rPr>
                <w:noProof/>
                <w:webHidden/>
              </w:rPr>
              <w:fldChar w:fldCharType="begin"/>
            </w:r>
            <w:r>
              <w:rPr>
                <w:noProof/>
                <w:webHidden/>
              </w:rPr>
              <w:instrText xml:space="preserve"> PAGEREF _Toc227895236 \h </w:instrText>
            </w:r>
            <w:r>
              <w:rPr>
                <w:noProof/>
                <w:webHidden/>
              </w:rPr>
            </w:r>
            <w:r>
              <w:rPr>
                <w:noProof/>
                <w:webHidden/>
              </w:rPr>
              <w:fldChar w:fldCharType="separate"/>
            </w:r>
            <w:r>
              <w:rPr>
                <w:noProof/>
                <w:webHidden/>
              </w:rPr>
              <w:t>26</w:t>
            </w:r>
            <w:r>
              <w:rPr>
                <w:noProof/>
                <w:webHidden/>
              </w:rPr>
              <w:fldChar w:fldCharType="end"/>
            </w:r>
          </w:hyperlink>
        </w:p>
        <w:p w14:paraId="31F429BE" w14:textId="38CF5033" w:rsidR="00947A27" w:rsidRDefault="00947A27">
          <w:pPr>
            <w:pStyle w:val="TOC2"/>
            <w:tabs>
              <w:tab w:val="right" w:leader="dot" w:pos="8630"/>
            </w:tabs>
            <w:rPr>
              <w:b w:val="0"/>
              <w:bCs w:val="0"/>
              <w:noProof/>
              <w:kern w:val="2"/>
              <w:sz w:val="24"/>
              <w:szCs w:val="24"/>
              <w:lang w:eastAsia="en-GB"/>
              <w14:ligatures w14:val="standardContextual"/>
            </w:rPr>
          </w:pPr>
          <w:hyperlink w:anchor="_Toc227895237" w:history="1">
            <w:r w:rsidRPr="006E564E">
              <w:rPr>
                <w:rStyle w:val="Hyperlink"/>
                <w:noProof/>
              </w:rPr>
              <w:t>7.4. About.html</w:t>
            </w:r>
            <w:r>
              <w:rPr>
                <w:noProof/>
                <w:webHidden/>
              </w:rPr>
              <w:tab/>
            </w:r>
            <w:r>
              <w:rPr>
                <w:noProof/>
                <w:webHidden/>
              </w:rPr>
              <w:fldChar w:fldCharType="begin"/>
            </w:r>
            <w:r>
              <w:rPr>
                <w:noProof/>
                <w:webHidden/>
              </w:rPr>
              <w:instrText xml:space="preserve"> PAGEREF _Toc227895237 \h </w:instrText>
            </w:r>
            <w:r>
              <w:rPr>
                <w:noProof/>
                <w:webHidden/>
              </w:rPr>
            </w:r>
            <w:r>
              <w:rPr>
                <w:noProof/>
                <w:webHidden/>
              </w:rPr>
              <w:fldChar w:fldCharType="separate"/>
            </w:r>
            <w:r>
              <w:rPr>
                <w:noProof/>
                <w:webHidden/>
              </w:rPr>
              <w:t>30</w:t>
            </w:r>
            <w:r>
              <w:rPr>
                <w:noProof/>
                <w:webHidden/>
              </w:rPr>
              <w:fldChar w:fldCharType="end"/>
            </w:r>
          </w:hyperlink>
        </w:p>
        <w:p w14:paraId="7EF2293F" w14:textId="568F0CE1" w:rsidR="00947A27" w:rsidRDefault="00947A27">
          <w:pPr>
            <w:pStyle w:val="TOC2"/>
            <w:tabs>
              <w:tab w:val="right" w:leader="dot" w:pos="8630"/>
            </w:tabs>
            <w:rPr>
              <w:b w:val="0"/>
              <w:bCs w:val="0"/>
              <w:noProof/>
              <w:kern w:val="2"/>
              <w:sz w:val="24"/>
              <w:szCs w:val="24"/>
              <w:lang w:eastAsia="en-GB"/>
              <w14:ligatures w14:val="standardContextual"/>
            </w:rPr>
          </w:pPr>
          <w:hyperlink w:anchor="_Toc227895238" w:history="1">
            <w:r w:rsidRPr="006E564E">
              <w:rPr>
                <w:rStyle w:val="Hyperlink"/>
                <w:noProof/>
              </w:rPr>
              <w:t>7.5 Portfolio.css</w:t>
            </w:r>
            <w:r>
              <w:rPr>
                <w:noProof/>
                <w:webHidden/>
              </w:rPr>
              <w:tab/>
            </w:r>
            <w:r>
              <w:rPr>
                <w:noProof/>
                <w:webHidden/>
              </w:rPr>
              <w:fldChar w:fldCharType="begin"/>
            </w:r>
            <w:r>
              <w:rPr>
                <w:noProof/>
                <w:webHidden/>
              </w:rPr>
              <w:instrText xml:space="preserve"> PAGEREF _Toc227895238 \h </w:instrText>
            </w:r>
            <w:r>
              <w:rPr>
                <w:noProof/>
                <w:webHidden/>
              </w:rPr>
            </w:r>
            <w:r>
              <w:rPr>
                <w:noProof/>
                <w:webHidden/>
              </w:rPr>
              <w:fldChar w:fldCharType="separate"/>
            </w:r>
            <w:r>
              <w:rPr>
                <w:noProof/>
                <w:webHidden/>
              </w:rPr>
              <w:t>32</w:t>
            </w:r>
            <w:r>
              <w:rPr>
                <w:noProof/>
                <w:webHidden/>
              </w:rPr>
              <w:fldChar w:fldCharType="end"/>
            </w:r>
          </w:hyperlink>
        </w:p>
        <w:p w14:paraId="354B0127" w14:textId="2B25642D" w:rsidR="005B5B77" w:rsidRDefault="005B5B77" w:rsidP="00620233">
          <w:pPr>
            <w:jc w:val="both"/>
          </w:pPr>
          <w:r>
            <w:rPr>
              <w:b/>
              <w:bCs/>
              <w:noProof/>
            </w:rPr>
            <w:fldChar w:fldCharType="end"/>
          </w:r>
        </w:p>
      </w:sdtContent>
    </w:sdt>
    <w:p w14:paraId="05E02BAF" w14:textId="77777777" w:rsidR="00947A27" w:rsidRDefault="00947A27">
      <w:pPr>
        <w:rPr>
          <w:rFonts w:asciiTheme="majorHAnsi" w:eastAsiaTheme="majorEastAsia" w:hAnsiTheme="majorHAnsi" w:cstheme="majorBidi"/>
          <w:b/>
          <w:bCs/>
          <w:color w:val="365F91" w:themeColor="accent1" w:themeShade="BF"/>
          <w:sz w:val="28"/>
          <w:szCs w:val="28"/>
        </w:rPr>
      </w:pPr>
      <w:bookmarkStart w:id="0" w:name="_Toc227895182"/>
      <w:r>
        <w:br w:type="page"/>
      </w:r>
    </w:p>
    <w:p w14:paraId="5697C758" w14:textId="6A241901" w:rsidR="00767C45" w:rsidRDefault="00000000" w:rsidP="00620233">
      <w:pPr>
        <w:pStyle w:val="Heading1"/>
        <w:jc w:val="both"/>
      </w:pPr>
      <w:r>
        <w:lastRenderedPageBreak/>
        <w:t>1. Introduction (Abstract)</w:t>
      </w:r>
      <w:bookmarkEnd w:id="0"/>
    </w:p>
    <w:p w14:paraId="73DDF49A" w14:textId="77777777" w:rsidR="005B5B77" w:rsidRPr="00785FEF" w:rsidRDefault="005B5B77" w:rsidP="00620233">
      <w:pPr>
        <w:jc w:val="both"/>
        <w:rPr>
          <w:rFonts w:ascii="Aptos" w:hAnsi="Aptos"/>
        </w:rPr>
      </w:pPr>
      <w:r>
        <w:rPr>
          <w:rFonts w:ascii="Aptos" w:hAnsi="Aptos"/>
        </w:rPr>
        <w:t>This report covers the design, development, and evaluation of a four-page cooking portfolio website built for Henrietta, a home cook based in London. The site showcases her homemade dishes, gives visitors background information about her cooking, and lets them place meal orders directly through an online form.</w:t>
      </w:r>
    </w:p>
    <w:p w14:paraId="24FDA258" w14:textId="7660571D" w:rsidR="005B5B77" w:rsidRPr="00785FEF" w:rsidRDefault="005B5B77" w:rsidP="00620233">
      <w:pPr>
        <w:jc w:val="both"/>
        <w:rPr>
          <w:rFonts w:ascii="Aptos" w:hAnsi="Aptos"/>
        </w:rPr>
      </w:pPr>
      <w:r>
        <w:rPr>
          <w:rFonts w:ascii="Aptos" w:hAnsi="Aptos"/>
        </w:rPr>
        <w:t xml:space="preserve">The report is laid out as follows. The Requirements section introduces the site's purpose and audience. The Implementation section shows screen captures of every page along with the HTML and CSS validation results. The Evaluation section covers usability, accessibility, and search engine </w:t>
      </w:r>
      <w:r>
        <w:rPr>
          <w:rFonts w:ascii="Aptos" w:hAnsi="Aptos"/>
        </w:rPr>
        <w:t>optimization</w:t>
      </w:r>
      <w:r>
        <w:rPr>
          <w:rFonts w:ascii="Aptos" w:hAnsi="Aptos"/>
        </w:rPr>
        <w:t xml:space="preserve"> (SEO), then applies those ideas to the completed site. A comparison of two live cooking websites follows at the end of the evaluation. The full HTML and CSS source code is attached in the Appendices.</w:t>
      </w:r>
    </w:p>
    <w:p w14:paraId="17C76F56" w14:textId="77597998" w:rsidR="00767C45" w:rsidRDefault="00000000" w:rsidP="00620233">
      <w:pPr>
        <w:jc w:val="both"/>
      </w:pPr>
      <w:r>
        <w:br/>
      </w:r>
    </w:p>
    <w:p w14:paraId="5906ED17" w14:textId="77777777" w:rsidR="00767C45" w:rsidRDefault="00000000" w:rsidP="00620233">
      <w:pPr>
        <w:pStyle w:val="Heading1"/>
        <w:jc w:val="both"/>
      </w:pPr>
      <w:bookmarkStart w:id="1" w:name="_Toc227895183"/>
      <w:r>
        <w:t>2. Requirements</w:t>
      </w:r>
      <w:bookmarkEnd w:id="1"/>
    </w:p>
    <w:p w14:paraId="5BA0F893" w14:textId="77777777" w:rsidR="005B5B77" w:rsidRPr="00785FEF" w:rsidRDefault="00000000" w:rsidP="00620233">
      <w:pPr>
        <w:pStyle w:val="Heading2"/>
        <w:jc w:val="both"/>
        <w:rPr>
          <w:rFonts w:ascii="Aptos" w:hAnsi="Aptos"/>
          <w:sz w:val="22"/>
          <w:szCs w:val="22"/>
        </w:rPr>
      </w:pPr>
      <w:r>
        <w:br/>
      </w:r>
      <w:bookmarkStart w:id="2" w:name="_Toc227883466"/>
      <w:bookmarkStart w:id="3" w:name="_Toc227895184"/>
      <w:r w:rsidR="005B5B77">
        <w:rPr>
          <w:rFonts w:ascii="Aptos" w:hAnsi="Aptos"/>
          <w:sz w:val="22"/>
          <w:szCs w:val="22"/>
        </w:rPr>
        <w:t>2.1 Purpose and Subject Matter</w:t>
      </w:r>
      <w:bookmarkEnd w:id="2"/>
      <w:bookmarkEnd w:id="3"/>
    </w:p>
    <w:p w14:paraId="496D1377" w14:textId="77777777" w:rsidR="005B5B77" w:rsidRPr="00785FEF" w:rsidRDefault="005B5B77" w:rsidP="00620233">
      <w:pPr>
        <w:jc w:val="both"/>
        <w:rPr>
          <w:rFonts w:ascii="Aptos" w:hAnsi="Aptos"/>
        </w:rPr>
      </w:pPr>
      <w:r>
        <w:rPr>
          <w:rFonts w:ascii="Aptos" w:hAnsi="Aptos"/>
        </w:rPr>
        <w:t>The website is a personal cooking portfolio for Henrietta Erica Louise Lee, a home cook of Filipino heritage currently living in London. The site's primary purpose is to showcase 12 of her homemade dishes, provide background information about herself, and allow visitors to place orders for her food. It is structured around four pages: a Home page that introduces the site and its tone; a Dishes page that displays all 12 dishes in a visual grid; an Order page containing a contact form; and an About page with a personal biography.</w:t>
      </w:r>
    </w:p>
    <w:p w14:paraId="7890A3EE" w14:textId="77777777" w:rsidR="005B5B77" w:rsidRPr="00785FEF" w:rsidRDefault="005B5B77" w:rsidP="00620233">
      <w:pPr>
        <w:jc w:val="both"/>
        <w:rPr>
          <w:rFonts w:ascii="Aptos" w:hAnsi="Aptos"/>
        </w:rPr>
      </w:pPr>
      <w:r>
        <w:rPr>
          <w:rFonts w:ascii="Aptos" w:hAnsi="Aptos"/>
        </w:rPr>
        <w:t>The subject matter centres on home cooking, with dishes ranging from savoury mains such as Pan Seared Salmon and Pork Belly to desserts such as Orange Chiffon Cake and Egg Tarts. The site reflects a personal and curated aesthetic that mirrors the care Henrietta puts into her cooking.</w:t>
      </w:r>
    </w:p>
    <w:p w14:paraId="5FEDCA49" w14:textId="097B5CAC" w:rsidR="005B5B77" w:rsidRPr="00785FEF" w:rsidRDefault="005B5B77" w:rsidP="00620233">
      <w:pPr>
        <w:pStyle w:val="Heading2"/>
        <w:jc w:val="both"/>
        <w:rPr>
          <w:rFonts w:ascii="Aptos" w:hAnsi="Aptos"/>
          <w:sz w:val="22"/>
          <w:szCs w:val="22"/>
        </w:rPr>
      </w:pPr>
      <w:bookmarkStart w:id="4" w:name="_Toc227883467"/>
      <w:bookmarkStart w:id="5" w:name="_Toc227895185"/>
      <w:r>
        <w:rPr>
          <w:rFonts w:ascii="Aptos" w:hAnsi="Aptos"/>
          <w:sz w:val="22"/>
          <w:szCs w:val="22"/>
        </w:rPr>
        <w:t>2.2 Target Audience</w:t>
      </w:r>
      <w:bookmarkEnd w:id="4"/>
      <w:bookmarkEnd w:id="5"/>
    </w:p>
    <w:p w14:paraId="79C263B1" w14:textId="512E704E" w:rsidR="00767C45" w:rsidRDefault="005B5B77" w:rsidP="00620233">
      <w:pPr>
        <w:jc w:val="both"/>
      </w:pPr>
      <w:r>
        <w:rPr>
          <w:rFonts w:ascii="Aptos" w:hAnsi="Aptos"/>
        </w:rPr>
        <w:t xml:space="preserve">The main audience is friends, family, </w:t>
      </w:r>
      <w:r w:rsidRPr="005B5B77">
        <w:rPr>
          <w:rFonts w:ascii="Aptos" w:hAnsi="Aptos"/>
        </w:rPr>
        <w:t>and</w:t>
      </w:r>
      <w:r>
        <w:rPr>
          <w:rFonts w:ascii="Aptos" w:hAnsi="Aptos"/>
        </w:rPr>
        <w:t xml:space="preserve"> acquaintances of Henrietta who already know about her cooking and want to browse her dishes or place an order. A secondary audience is anyone who finds the site through her Instagram account (@</w:t>
      </w:r>
      <w:proofErr w:type="gramStart"/>
      <w:r>
        <w:rPr>
          <w:rFonts w:ascii="Aptos" w:hAnsi="Aptos"/>
        </w:rPr>
        <w:t>archaic.blaze</w:t>
      </w:r>
      <w:proofErr w:type="gramEnd"/>
      <w:r>
        <w:rPr>
          <w:rFonts w:ascii="Aptos" w:hAnsi="Aptos"/>
        </w:rPr>
        <w:t>) and is interested in having a home-cooked meal prepared. The audience is broadly adult, likely aged 18 to 45, and used to browsing websites on both desktop and mobile.</w:t>
      </w:r>
    </w:p>
    <w:p w14:paraId="55F4C7F8" w14:textId="77777777" w:rsidR="003F78AB" w:rsidRDefault="003F78AB" w:rsidP="00620233">
      <w:pPr>
        <w:jc w:val="both"/>
        <w:rPr>
          <w:rFonts w:asciiTheme="majorHAnsi" w:eastAsiaTheme="majorEastAsia" w:hAnsiTheme="majorHAnsi" w:cstheme="majorBidi"/>
          <w:b/>
          <w:bCs/>
          <w:color w:val="365F91" w:themeColor="accent1" w:themeShade="BF"/>
          <w:sz w:val="28"/>
          <w:szCs w:val="28"/>
        </w:rPr>
      </w:pPr>
      <w:r>
        <w:br w:type="page"/>
      </w:r>
    </w:p>
    <w:p w14:paraId="3177836C" w14:textId="47E6D04E" w:rsidR="00767C45" w:rsidRDefault="00000000" w:rsidP="00620233">
      <w:pPr>
        <w:pStyle w:val="Heading1"/>
        <w:jc w:val="both"/>
      </w:pPr>
      <w:bookmarkStart w:id="6" w:name="_Toc227895186"/>
      <w:r>
        <w:lastRenderedPageBreak/>
        <w:t>3. Implementation</w:t>
      </w:r>
      <w:bookmarkEnd w:id="6"/>
    </w:p>
    <w:p w14:paraId="64F2E0FC" w14:textId="135532DC" w:rsidR="005B5B77" w:rsidRDefault="003F78AB" w:rsidP="00620233">
      <w:pPr>
        <w:pStyle w:val="Heading2"/>
        <w:jc w:val="both"/>
      </w:pPr>
      <w:bookmarkStart w:id="7" w:name="_Toc227895187"/>
      <w:r>
        <w:t xml:space="preserve">3.1 </w:t>
      </w:r>
      <w:r w:rsidR="00000000">
        <w:t>Include screenshots of all website pages.</w:t>
      </w:r>
      <w:bookmarkEnd w:id="7"/>
    </w:p>
    <w:p w14:paraId="60CC9CBE" w14:textId="2D00F8D0" w:rsidR="003F78AB" w:rsidRPr="003F78AB" w:rsidRDefault="003F78AB" w:rsidP="00620233">
      <w:pPr>
        <w:jc w:val="both"/>
        <w:rPr>
          <w:rFonts w:ascii="Aptos" w:hAnsi="Aptos"/>
        </w:rPr>
      </w:pPr>
      <w:r>
        <w:rPr>
          <w:rFonts w:ascii="Aptos" w:hAnsi="Aptos"/>
        </w:rPr>
        <w:t>The following screenshots show each of the four pages of the completed website.</w:t>
      </w:r>
    </w:p>
    <w:p w14:paraId="0FE8F1A5" w14:textId="0BBB2D80" w:rsidR="005B5B77" w:rsidRPr="00785FEF" w:rsidRDefault="005B5B77" w:rsidP="00620233">
      <w:pPr>
        <w:pStyle w:val="Heading3"/>
        <w:jc w:val="both"/>
        <w:rPr>
          <w:rFonts w:ascii="Aptos" w:hAnsi="Aptos"/>
        </w:rPr>
      </w:pPr>
      <w:bookmarkStart w:id="8" w:name="_Toc227883470"/>
      <w:bookmarkStart w:id="9" w:name="_Toc227895188"/>
      <w:r>
        <w:rPr>
          <w:rFonts w:ascii="Aptos" w:hAnsi="Aptos"/>
        </w:rPr>
        <w:t>3.1</w:t>
      </w:r>
      <w:r w:rsidR="003F78AB">
        <w:rPr>
          <w:rFonts w:ascii="Aptos" w:hAnsi="Aptos"/>
        </w:rPr>
        <w:t>.1</w:t>
      </w:r>
      <w:r>
        <w:rPr>
          <w:rFonts w:ascii="Aptos" w:hAnsi="Aptos"/>
        </w:rPr>
        <w:t xml:space="preserve"> Home Page (index.html)</w:t>
      </w:r>
      <w:bookmarkEnd w:id="8"/>
      <w:bookmarkEnd w:id="9"/>
    </w:p>
    <w:p w14:paraId="768B1217" w14:textId="6B05AB99" w:rsidR="003F78AB" w:rsidRDefault="005B5B77" w:rsidP="00620233">
      <w:pPr>
        <w:jc w:val="both"/>
        <w:rPr>
          <w:rFonts w:ascii="Aptos" w:hAnsi="Aptos"/>
        </w:rPr>
      </w:pPr>
      <w:r>
        <w:rPr>
          <w:rFonts w:ascii="Aptos" w:hAnsi="Aptos"/>
        </w:rPr>
        <w:t>The Home page features the site title 'My Cooking Journey', a subtitle indicating the London, UK location, and a short welcoming paragraph. A call-to-action button directs visitors to the Dishes page. The dark background and gold typography establish the site's visual identity.</w:t>
      </w:r>
    </w:p>
    <w:p w14:paraId="684E4354" w14:textId="37C78915" w:rsidR="003F78AB" w:rsidRDefault="003F78AB" w:rsidP="00620233">
      <w:pPr>
        <w:jc w:val="both"/>
        <w:rPr>
          <w:rFonts w:ascii="Aptos" w:hAnsi="Aptos"/>
        </w:rPr>
      </w:pPr>
      <w:r>
        <w:rPr>
          <w:rFonts w:ascii="Aptos" w:hAnsi="Aptos"/>
          <w:noProof/>
        </w:rPr>
        <w:drawing>
          <wp:anchor distT="0" distB="0" distL="114300" distR="114300" simplePos="0" relativeHeight="251536384" behindDoc="0" locked="0" layoutInCell="1" allowOverlap="1" wp14:anchorId="529A6D3A" wp14:editId="10FC9329">
            <wp:simplePos x="0" y="0"/>
            <wp:positionH relativeFrom="column">
              <wp:posOffset>-810491</wp:posOffset>
            </wp:positionH>
            <wp:positionV relativeFrom="page">
              <wp:posOffset>3088928</wp:posOffset>
            </wp:positionV>
            <wp:extent cx="6985000" cy="4248785"/>
            <wp:effectExtent l="0" t="0" r="0" b="5715"/>
            <wp:wrapSquare wrapText="bothSides"/>
            <wp:docPr id="328708162" name="Picture 3"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08162" name="Picture 3" descr="A screenshot of a website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85000" cy="424878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rPr>
        <w:br w:type="page"/>
      </w:r>
    </w:p>
    <w:p w14:paraId="437FC4E7" w14:textId="77777777" w:rsidR="005B5B77" w:rsidRDefault="005B5B77" w:rsidP="00620233">
      <w:pPr>
        <w:spacing w:after="200"/>
        <w:jc w:val="both"/>
        <w:rPr>
          <w:rFonts w:ascii="Aptos" w:hAnsi="Aptos"/>
        </w:rPr>
      </w:pPr>
    </w:p>
    <w:p w14:paraId="4F0FF84A" w14:textId="2D6D1730" w:rsidR="005B5B77" w:rsidRDefault="005B5B77" w:rsidP="00620233">
      <w:pPr>
        <w:pStyle w:val="Heading3"/>
        <w:jc w:val="both"/>
        <w:rPr>
          <w:rFonts w:ascii="Aptos" w:hAnsi="Aptos"/>
        </w:rPr>
      </w:pPr>
      <w:bookmarkStart w:id="10" w:name="_Toc227895189"/>
      <w:r>
        <w:rPr>
          <w:rFonts w:ascii="Aptos" w:hAnsi="Aptos"/>
        </w:rPr>
        <w:t>3.</w:t>
      </w:r>
      <w:r w:rsidR="003F78AB">
        <w:rPr>
          <w:rFonts w:ascii="Aptos" w:hAnsi="Aptos"/>
        </w:rPr>
        <w:t>1.</w:t>
      </w:r>
      <w:r>
        <w:rPr>
          <w:rFonts w:ascii="Aptos" w:hAnsi="Aptos"/>
        </w:rPr>
        <w:t>2</w:t>
      </w:r>
      <w:r>
        <w:rPr>
          <w:rFonts w:ascii="Aptos" w:hAnsi="Aptos"/>
        </w:rPr>
        <w:t xml:space="preserve"> Dishes Page (dishes.html)</w:t>
      </w:r>
      <w:bookmarkEnd w:id="10"/>
    </w:p>
    <w:p w14:paraId="3A91C211" w14:textId="4026F068" w:rsidR="005B5B77" w:rsidRPr="005B5B77" w:rsidRDefault="005B5B77" w:rsidP="00620233">
      <w:pPr>
        <w:jc w:val="both"/>
      </w:pPr>
    </w:p>
    <w:p w14:paraId="7EE81D0D" w14:textId="05F3821E" w:rsidR="005B5B77" w:rsidRDefault="003F78AB" w:rsidP="00620233">
      <w:pPr>
        <w:jc w:val="both"/>
        <w:rPr>
          <w:rFonts w:ascii="Aptos" w:hAnsi="Aptos"/>
        </w:rPr>
      </w:pPr>
      <w:r>
        <w:rPr>
          <w:rFonts w:ascii="Aptos" w:hAnsi="Aptos"/>
          <w:b/>
          <w:bCs/>
          <w:noProof/>
          <w:color w:val="555555"/>
        </w:rPr>
        <w:drawing>
          <wp:anchor distT="0" distB="0" distL="114300" distR="114300" simplePos="0" relativeHeight="251575296" behindDoc="0" locked="0" layoutInCell="1" allowOverlap="1" wp14:anchorId="01106DED" wp14:editId="6E283999">
            <wp:simplePos x="0" y="0"/>
            <wp:positionH relativeFrom="column">
              <wp:posOffset>-593090</wp:posOffset>
            </wp:positionH>
            <wp:positionV relativeFrom="page">
              <wp:posOffset>2692188</wp:posOffset>
            </wp:positionV>
            <wp:extent cx="6427470" cy="2921000"/>
            <wp:effectExtent l="0" t="0" r="0" b="0"/>
            <wp:wrapSquare wrapText="bothSides"/>
            <wp:docPr id="1324616372" name="Picture 9"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16372" name="Picture 9" descr="A screenshot of a website  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7470" cy="292100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t>The Dishes page displays all 12 homemade dishes in a three-column CSS Grid layout. Each card shows a photograph of the dish along with its full name. Cards have a hover effect that scales them slightly and lightens the background. Two call-to-action buttons at the top and bottom link back to the Home page and forward to the Order page.</w:t>
      </w:r>
    </w:p>
    <w:p w14:paraId="48422DBE" w14:textId="69D36721" w:rsidR="005B5B77" w:rsidRDefault="000B759A" w:rsidP="00620233">
      <w:pPr>
        <w:jc w:val="both"/>
        <w:rPr>
          <w:rFonts w:ascii="Aptos" w:hAnsi="Aptos"/>
        </w:rPr>
      </w:pPr>
      <w:r>
        <w:rPr>
          <w:rFonts w:ascii="Aptos" w:hAnsi="Aptos"/>
          <w:b/>
          <w:bCs/>
          <w:noProof/>
          <w:color w:val="555555"/>
        </w:rPr>
        <w:drawing>
          <wp:anchor distT="0" distB="0" distL="114300" distR="114300" simplePos="0" relativeHeight="251554816" behindDoc="0" locked="0" layoutInCell="1" allowOverlap="1" wp14:anchorId="465FC563" wp14:editId="7D75583C">
            <wp:simplePos x="0" y="0"/>
            <wp:positionH relativeFrom="column">
              <wp:posOffset>970173</wp:posOffset>
            </wp:positionH>
            <wp:positionV relativeFrom="page">
              <wp:posOffset>5729440</wp:posOffset>
            </wp:positionV>
            <wp:extent cx="3277235" cy="4011930"/>
            <wp:effectExtent l="0" t="0" r="0" b="1270"/>
            <wp:wrapSquare wrapText="bothSides"/>
            <wp:docPr id="2089061555" name="Picture 7" descr="A collage of food on a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82644" name="Picture 7" descr="A collage of food on a screen  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7235" cy="401193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br w:type="page"/>
      </w:r>
    </w:p>
    <w:p w14:paraId="0079D732" w14:textId="4F23795C" w:rsidR="005B5B77" w:rsidRPr="00785FEF" w:rsidRDefault="005B5B77" w:rsidP="00620233">
      <w:pPr>
        <w:pStyle w:val="Heading3"/>
        <w:jc w:val="both"/>
        <w:rPr>
          <w:rFonts w:ascii="Aptos" w:hAnsi="Aptos"/>
        </w:rPr>
      </w:pPr>
      <w:bookmarkStart w:id="11" w:name="_Toc227895190"/>
      <w:r>
        <w:rPr>
          <w:rFonts w:ascii="Aptos" w:hAnsi="Aptos"/>
        </w:rPr>
        <w:lastRenderedPageBreak/>
        <w:t>3</w:t>
      </w:r>
      <w:r w:rsidR="003F78AB">
        <w:rPr>
          <w:rFonts w:ascii="Aptos" w:hAnsi="Aptos"/>
        </w:rPr>
        <w:t>.1</w:t>
      </w:r>
      <w:r>
        <w:rPr>
          <w:rFonts w:ascii="Aptos" w:hAnsi="Aptos"/>
        </w:rPr>
        <w:t>.</w:t>
      </w:r>
      <w:r>
        <w:rPr>
          <w:rFonts w:ascii="Aptos" w:hAnsi="Aptos"/>
        </w:rPr>
        <w:t>3</w:t>
      </w:r>
      <w:r w:rsidR="003F78AB">
        <w:rPr>
          <w:rFonts w:ascii="Aptos" w:hAnsi="Aptos"/>
        </w:rPr>
        <w:t xml:space="preserve"> </w:t>
      </w:r>
      <w:r>
        <w:rPr>
          <w:rFonts w:ascii="Aptos" w:hAnsi="Aptos"/>
        </w:rPr>
        <w:t>Order Page (order.html)</w:t>
      </w:r>
      <w:bookmarkEnd w:id="11"/>
    </w:p>
    <w:p w14:paraId="5D413C74" w14:textId="59AE171E" w:rsidR="005B5B77" w:rsidRPr="00785FEF" w:rsidRDefault="005B5B77" w:rsidP="00620233">
      <w:pPr>
        <w:jc w:val="both"/>
        <w:rPr>
          <w:rFonts w:ascii="Aptos" w:hAnsi="Aptos"/>
        </w:rPr>
      </w:pPr>
    </w:p>
    <w:p w14:paraId="2AB91D30" w14:textId="362C0207" w:rsidR="005B5B77" w:rsidRDefault="003F78AB" w:rsidP="00620233">
      <w:pPr>
        <w:jc w:val="both"/>
        <w:rPr>
          <w:rFonts w:ascii="Aptos" w:hAnsi="Aptos"/>
        </w:rPr>
      </w:pPr>
      <w:r>
        <w:rPr>
          <w:rFonts w:ascii="Aptos" w:hAnsi="Aptos"/>
          <w:noProof/>
        </w:rPr>
        <w:drawing>
          <wp:anchor distT="0" distB="0" distL="114300" distR="114300" simplePos="0" relativeHeight="251761664" behindDoc="0" locked="0" layoutInCell="1" allowOverlap="1" wp14:anchorId="12D66E5D" wp14:editId="74AEF1EA">
            <wp:simplePos x="0" y="0"/>
            <wp:positionH relativeFrom="column">
              <wp:posOffset>-406903</wp:posOffset>
            </wp:positionH>
            <wp:positionV relativeFrom="page">
              <wp:posOffset>2362835</wp:posOffset>
            </wp:positionV>
            <wp:extent cx="6115685" cy="3676015"/>
            <wp:effectExtent l="0" t="0" r="5715" b="0"/>
            <wp:wrapSquare wrapText="bothSides"/>
            <wp:docPr id="21740338" name="Picture 5" descr="A screenshot of a menu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0338" name="Picture 5" descr="A screenshot of a menu  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5685" cy="367601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noProof/>
        </w:rPr>
        <w:drawing>
          <wp:anchor distT="0" distB="0" distL="114300" distR="114300" simplePos="0" relativeHeight="251669504" behindDoc="0" locked="0" layoutInCell="1" allowOverlap="1" wp14:anchorId="1FCB84B4" wp14:editId="77531DC7">
            <wp:simplePos x="0" y="0"/>
            <wp:positionH relativeFrom="column">
              <wp:posOffset>-407093</wp:posOffset>
            </wp:positionH>
            <wp:positionV relativeFrom="page">
              <wp:posOffset>6266815</wp:posOffset>
            </wp:positionV>
            <wp:extent cx="6127115" cy="3597910"/>
            <wp:effectExtent l="0" t="0" r="0" b="0"/>
            <wp:wrapSquare wrapText="bothSides"/>
            <wp:docPr id="1007754060" name="Picture 6" descr="A menu with white text on a black background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54060" name="Picture 6" descr="A menu with white text on a black background  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127115" cy="3597910"/>
                    </a:xfrm>
                    <a:prstGeom prst="rect">
                      <a:avLst/>
                    </a:prstGeom>
                  </pic:spPr>
                </pic:pic>
              </a:graphicData>
            </a:graphic>
            <wp14:sizeRelH relativeFrom="page">
              <wp14:pctWidth>0</wp14:pctWidth>
            </wp14:sizeRelH>
            <wp14:sizeRelV relativeFrom="page">
              <wp14:pctHeight>0</wp14:pctHeight>
            </wp14:sizeRelV>
          </wp:anchor>
        </w:drawing>
      </w:r>
      <w:r w:rsidR="005B5B77">
        <w:rPr>
          <w:rFonts w:ascii="Aptos" w:hAnsi="Aptos"/>
        </w:rPr>
        <w:t>The Order page presents a contact form allowing visitors to enter their name, email address, phone number, preferred dish (via a dropdown), number of portions, preferred date, and any notes or allergy information. The form uses appropriate HTML5 input types for validation purposes.</w:t>
      </w:r>
    </w:p>
    <w:p w14:paraId="313242BB" w14:textId="45A47FE9" w:rsidR="003F78AB" w:rsidRPr="00785FEF" w:rsidRDefault="003F78AB" w:rsidP="00620233">
      <w:pPr>
        <w:pStyle w:val="Heading3"/>
        <w:jc w:val="both"/>
        <w:rPr>
          <w:rFonts w:ascii="Aptos" w:hAnsi="Aptos"/>
        </w:rPr>
      </w:pPr>
      <w:bookmarkStart w:id="12" w:name="_Toc227895191"/>
      <w:r>
        <w:rPr>
          <w:rFonts w:ascii="Aptos" w:hAnsi="Aptos"/>
        </w:rPr>
        <w:lastRenderedPageBreak/>
        <w:t>3</w:t>
      </w:r>
      <w:r>
        <w:rPr>
          <w:rFonts w:ascii="Aptos" w:hAnsi="Aptos"/>
        </w:rPr>
        <w:t>.1</w:t>
      </w:r>
      <w:r>
        <w:rPr>
          <w:rFonts w:ascii="Aptos" w:hAnsi="Aptos"/>
        </w:rPr>
        <w:t>.4 About Page (about.html)</w:t>
      </w:r>
      <w:bookmarkEnd w:id="12"/>
    </w:p>
    <w:p w14:paraId="7036C29E" w14:textId="77777777" w:rsidR="003F78AB" w:rsidRPr="00785FEF" w:rsidRDefault="003F78AB" w:rsidP="00620233">
      <w:pPr>
        <w:jc w:val="both"/>
        <w:rPr>
          <w:rFonts w:ascii="Aptos" w:hAnsi="Aptos"/>
        </w:rPr>
      </w:pPr>
    </w:p>
    <w:p w14:paraId="06CD4556" w14:textId="2A7BB7A5" w:rsidR="003F78AB" w:rsidRDefault="003F78AB" w:rsidP="00620233">
      <w:pPr>
        <w:jc w:val="both"/>
        <w:rPr>
          <w:rFonts w:ascii="Aptos" w:hAnsi="Aptos"/>
        </w:rPr>
      </w:pPr>
      <w:r>
        <w:rPr>
          <w:rFonts w:ascii="Aptos" w:hAnsi="Aptos"/>
          <w:noProof/>
        </w:rPr>
        <w:drawing>
          <wp:anchor distT="0" distB="0" distL="114300" distR="114300" simplePos="0" relativeHeight="251777024" behindDoc="0" locked="0" layoutInCell="1" allowOverlap="1" wp14:anchorId="088E8343" wp14:editId="439C3A74">
            <wp:simplePos x="0" y="0"/>
            <wp:positionH relativeFrom="column">
              <wp:posOffset>-677334</wp:posOffset>
            </wp:positionH>
            <wp:positionV relativeFrom="paragraph">
              <wp:posOffset>740622</wp:posOffset>
            </wp:positionV>
            <wp:extent cx="6586220" cy="3988435"/>
            <wp:effectExtent l="0" t="0" r="5080" b="0"/>
            <wp:wrapSquare wrapText="bothSides"/>
            <wp:docPr id="2097273102" name="Picture 10" descr="A screenshot of a websit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73102" name="Picture 10" descr="A screenshot of a website  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86220" cy="398843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rPr>
        <w:t>The About page includes a circular profile photograph of Henrietta, a heading, and three paragraphs describing her background, her love of food, and her experience living in the United Kingdom.</w:t>
      </w:r>
    </w:p>
    <w:p w14:paraId="7AFFF5FE" w14:textId="08522868" w:rsidR="003F78AB" w:rsidRDefault="00000000" w:rsidP="00620233">
      <w:pPr>
        <w:jc w:val="both"/>
        <w:rPr>
          <w:rStyle w:val="Heading2Char"/>
        </w:rPr>
      </w:pPr>
      <w:r>
        <w:br/>
      </w:r>
      <w:bookmarkStart w:id="13" w:name="_Toc227895192"/>
      <w:r w:rsidR="003F78AB">
        <w:rPr>
          <w:rStyle w:val="Heading2Char"/>
        </w:rPr>
        <w:t xml:space="preserve">3.2 </w:t>
      </w:r>
      <w:r w:rsidRPr="003F78AB">
        <w:rPr>
          <w:rStyle w:val="Heading2Char"/>
        </w:rPr>
        <w:t>Provide validation results (HTML &amp; CSS).</w:t>
      </w:r>
      <w:bookmarkEnd w:id="13"/>
    </w:p>
    <w:p w14:paraId="2F53BA9E" w14:textId="7480C9B4" w:rsidR="003F78AB" w:rsidRPr="00785FEF" w:rsidRDefault="003F78AB" w:rsidP="00620233">
      <w:pPr>
        <w:pStyle w:val="Heading3"/>
        <w:jc w:val="both"/>
        <w:rPr>
          <w:rFonts w:ascii="Aptos" w:hAnsi="Aptos"/>
        </w:rPr>
      </w:pPr>
      <w:bookmarkStart w:id="14" w:name="_Toc227883475"/>
      <w:bookmarkStart w:id="15" w:name="_Toc227895193"/>
      <w:r>
        <w:rPr>
          <w:rFonts w:ascii="Aptos" w:hAnsi="Aptos"/>
        </w:rPr>
        <w:t>3.2.1 HTML Validation (index.html)</w:t>
      </w:r>
      <w:bookmarkEnd w:id="14"/>
      <w:bookmarkEnd w:id="15"/>
    </w:p>
    <w:p w14:paraId="3A2B1CC3" w14:textId="13225060" w:rsidR="003F78AB" w:rsidRPr="00785FEF" w:rsidRDefault="003F78AB" w:rsidP="00620233">
      <w:pPr>
        <w:jc w:val="both"/>
        <w:rPr>
          <w:rFonts w:ascii="Aptos" w:hAnsi="Aptos"/>
        </w:rPr>
      </w:pPr>
      <w:r>
        <w:rPr>
          <w:rFonts w:ascii="Aptos" w:hAnsi="Aptos"/>
        </w:rPr>
        <w:t xml:space="preserve">The home page HTML was validated using the W3C Markup Validation Service at </w:t>
      </w:r>
      <w:hyperlink r:id="rId14" w:history="1">
        <w:r>
          <w:rPr>
            <w:rStyle w:val="Hyperlink"/>
            <w:rFonts w:ascii="Aptos" w:hAnsi="Aptos"/>
          </w:rPr>
          <w:t>http://validator.w3.org/</w:t>
        </w:r>
      </w:hyperlink>
      <w:r>
        <w:rPr>
          <w:rFonts w:ascii="Aptos" w:hAnsi="Aptos"/>
        </w:rPr>
        <w:t>.</w:t>
      </w:r>
    </w:p>
    <w:p w14:paraId="066104FE" w14:textId="267231D1" w:rsidR="003F78AB" w:rsidRDefault="000B759A" w:rsidP="00620233">
      <w:pPr>
        <w:jc w:val="both"/>
        <w:rPr>
          <w:rStyle w:val="Heading2Char"/>
        </w:rPr>
      </w:pPr>
      <w:r>
        <w:rPr>
          <w:rFonts w:ascii="Aptos" w:hAnsi="Aptos"/>
          <w:noProof/>
        </w:rPr>
        <w:drawing>
          <wp:anchor distT="0" distB="0" distL="114300" distR="114300" simplePos="0" relativeHeight="251791360" behindDoc="0" locked="0" layoutInCell="1" allowOverlap="1" wp14:anchorId="559498B8" wp14:editId="60590D54">
            <wp:simplePos x="0" y="0"/>
            <wp:positionH relativeFrom="column">
              <wp:posOffset>-240030</wp:posOffset>
            </wp:positionH>
            <wp:positionV relativeFrom="page">
              <wp:posOffset>7753804</wp:posOffset>
            </wp:positionV>
            <wp:extent cx="5949315" cy="1532890"/>
            <wp:effectExtent l="0" t="0" r="0" b="3810"/>
            <wp:wrapSquare wrapText="bothSides"/>
            <wp:docPr id="1037043210" name="Picture 1"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43210" name="Picture 1" descr="A screenshot of a computer  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9315" cy="1532890"/>
                    </a:xfrm>
                    <a:prstGeom prst="rect">
                      <a:avLst/>
                    </a:prstGeom>
                  </pic:spPr>
                </pic:pic>
              </a:graphicData>
            </a:graphic>
            <wp14:sizeRelH relativeFrom="page">
              <wp14:pctWidth>0</wp14:pctWidth>
            </wp14:sizeRelH>
            <wp14:sizeRelV relativeFrom="page">
              <wp14:pctHeight>0</wp14:pctHeight>
            </wp14:sizeRelV>
          </wp:anchor>
        </w:drawing>
      </w:r>
    </w:p>
    <w:p w14:paraId="7DDE2F7B" w14:textId="43A96B7D" w:rsidR="003F78AB" w:rsidRPr="00785FEF" w:rsidRDefault="003F78AB" w:rsidP="00620233">
      <w:pPr>
        <w:jc w:val="both"/>
        <w:rPr>
          <w:rFonts w:ascii="Aptos" w:hAnsi="Aptos"/>
        </w:rPr>
      </w:pPr>
      <w:r>
        <w:rPr>
          <w:rFonts w:ascii="Aptos" w:hAnsi="Aptos"/>
          <w:b/>
          <w:bCs/>
        </w:rPr>
        <w:lastRenderedPageBreak/>
        <w:t xml:space="preserve">Validation outcome: </w:t>
      </w:r>
      <w:r>
        <w:rPr>
          <w:rFonts w:ascii="Aptos" w:hAnsi="Aptos"/>
        </w:rPr>
        <w:t>The W3C validator returned one informational notice and one error.</w:t>
      </w:r>
    </w:p>
    <w:p w14:paraId="4FD07B5E" w14:textId="0E8FAF17" w:rsidR="003F78AB" w:rsidRPr="00785FEF" w:rsidRDefault="003F78AB" w:rsidP="00620233">
      <w:pPr>
        <w:jc w:val="both"/>
        <w:rPr>
          <w:rFonts w:ascii="Aptos" w:hAnsi="Aptos"/>
        </w:rPr>
      </w:pPr>
      <w:r>
        <w:rPr>
          <w:rFonts w:ascii="Aptos" w:hAnsi="Aptos"/>
          <w:b/>
          <w:bCs/>
        </w:rPr>
        <w:t xml:space="preserve">Info (trailing slash on void elements, line 6): </w:t>
      </w:r>
      <w:r>
        <w:rPr>
          <w:rFonts w:ascii="Aptos" w:hAnsi="Aptos"/>
        </w:rPr>
        <w:t xml:space="preserve">The validator flagged the self-closing slash on the &lt;link&gt; element (&lt;link </w:t>
      </w:r>
      <w:proofErr w:type="spellStart"/>
      <w:r>
        <w:rPr>
          <w:rFonts w:ascii="Aptos" w:hAnsi="Aptos"/>
        </w:rPr>
        <w:t>rel</w:t>
      </w:r>
      <w:proofErr w:type="spellEnd"/>
      <w:r>
        <w:rPr>
          <w:rFonts w:ascii="Aptos" w:hAnsi="Aptos"/>
        </w:rPr>
        <w:t xml:space="preserve">="stylesheet" </w:t>
      </w:r>
      <w:proofErr w:type="spellStart"/>
      <w:r>
        <w:rPr>
          <w:rFonts w:ascii="Aptos" w:hAnsi="Aptos"/>
        </w:rPr>
        <w:t>href</w:t>
      </w:r>
      <w:proofErr w:type="spellEnd"/>
      <w:r>
        <w:rPr>
          <w:rFonts w:ascii="Aptos" w:hAnsi="Aptos"/>
        </w:rPr>
        <w:t xml:space="preserve">="CSS/portfolio.css"/&gt;). In HTML5, void elements such as &lt;link&gt; do not require a trailing slash, and its presence has no effect but can interact badly with unquoted attribute values. This was corrected by removing the trailing slash, changing the tag to &lt;link </w:t>
      </w:r>
      <w:proofErr w:type="spellStart"/>
      <w:r>
        <w:rPr>
          <w:rFonts w:ascii="Aptos" w:hAnsi="Aptos"/>
        </w:rPr>
        <w:t>rel</w:t>
      </w:r>
      <w:proofErr w:type="spellEnd"/>
      <w:r>
        <w:rPr>
          <w:rFonts w:ascii="Aptos" w:hAnsi="Aptos"/>
        </w:rPr>
        <w:t xml:space="preserve">="stylesheet" </w:t>
      </w:r>
      <w:proofErr w:type="spellStart"/>
      <w:r>
        <w:rPr>
          <w:rFonts w:ascii="Aptos" w:hAnsi="Aptos"/>
        </w:rPr>
        <w:t>href</w:t>
      </w:r>
      <w:proofErr w:type="spellEnd"/>
      <w:r>
        <w:rPr>
          <w:rFonts w:ascii="Aptos" w:hAnsi="Aptos"/>
        </w:rPr>
        <w:t>="CSS/portfolio.css"&gt;.</w:t>
      </w:r>
    </w:p>
    <w:p w14:paraId="0C199E64" w14:textId="3D6BA93F" w:rsidR="003F78AB" w:rsidRPr="00785FEF" w:rsidRDefault="003F78AB" w:rsidP="00620233">
      <w:pPr>
        <w:jc w:val="both"/>
        <w:rPr>
          <w:rFonts w:ascii="Aptos" w:hAnsi="Aptos"/>
        </w:rPr>
      </w:pPr>
    </w:p>
    <w:p w14:paraId="50F9A551" w14:textId="23AF1235" w:rsidR="00767C45" w:rsidRDefault="003F78AB" w:rsidP="00620233">
      <w:pPr>
        <w:jc w:val="both"/>
        <w:rPr>
          <w:rFonts w:ascii="Aptos" w:hAnsi="Aptos"/>
        </w:rPr>
      </w:pPr>
      <w:r>
        <w:rPr>
          <w:rFonts w:ascii="Aptos" w:hAnsi="Aptos"/>
          <w:b/>
          <w:bCs/>
        </w:rPr>
        <w:t xml:space="preserve">Error (stray &lt;/p&gt; tag, line 31): </w:t>
      </w:r>
      <w:r>
        <w:rPr>
          <w:rFonts w:ascii="Aptos" w:hAnsi="Aptos"/>
        </w:rPr>
        <w:t>The validator identified a stray &lt;/p&gt; closing tag on line 31 that had no corresponding opening &lt;p&gt; tag. This was caused by the form fields being wrapped in &lt;p class="form-group"&gt; elements; because &lt;p&gt; elements cannot contain block-level children such as &lt;input&gt; and &lt;select&gt;, the browser was closing the &lt;p&gt; automatically before those elements, leaving the &lt;/p&gt; orphaned. This was corrected by replacing the &lt;p class="form-group"&gt; wrappers with &lt;div class="form-group"&gt; elements, which are valid containers for form inputs.</w:t>
      </w:r>
    </w:p>
    <w:p w14:paraId="6D239A4B" w14:textId="38C9A9AE" w:rsidR="00D30FA5" w:rsidRPr="00785FEF" w:rsidRDefault="00D30FA5" w:rsidP="00620233">
      <w:pPr>
        <w:pStyle w:val="Heading3"/>
        <w:jc w:val="both"/>
        <w:rPr>
          <w:rFonts w:ascii="Aptos" w:hAnsi="Aptos"/>
        </w:rPr>
      </w:pPr>
      <w:bookmarkStart w:id="16" w:name="_Toc227883476"/>
      <w:bookmarkStart w:id="17" w:name="_Toc227895194"/>
      <w:r>
        <w:rPr>
          <w:rFonts w:ascii="Aptos" w:hAnsi="Aptos"/>
        </w:rPr>
        <w:t>3.2.2 CSS Validation</w:t>
      </w:r>
      <w:bookmarkEnd w:id="16"/>
      <w:bookmarkEnd w:id="17"/>
    </w:p>
    <w:p w14:paraId="09E312FB" w14:textId="78C88B9E" w:rsidR="00D30FA5" w:rsidRPr="00785FEF" w:rsidRDefault="000B759A" w:rsidP="00620233">
      <w:pPr>
        <w:jc w:val="both"/>
        <w:rPr>
          <w:rFonts w:ascii="Aptos" w:hAnsi="Aptos"/>
        </w:rPr>
      </w:pPr>
      <w:r>
        <w:rPr>
          <w:rFonts w:ascii="Aptos" w:hAnsi="Aptos"/>
          <w:noProof/>
        </w:rPr>
        <w:drawing>
          <wp:anchor distT="0" distB="0" distL="114300" distR="114300" simplePos="0" relativeHeight="251805696" behindDoc="0" locked="0" layoutInCell="1" allowOverlap="1" wp14:anchorId="1190109C" wp14:editId="093F1253">
            <wp:simplePos x="0" y="0"/>
            <wp:positionH relativeFrom="column">
              <wp:posOffset>-177487</wp:posOffset>
            </wp:positionH>
            <wp:positionV relativeFrom="page">
              <wp:posOffset>4848225</wp:posOffset>
            </wp:positionV>
            <wp:extent cx="5731510" cy="948690"/>
            <wp:effectExtent l="0" t="0" r="0" b="3810"/>
            <wp:wrapSquare wrapText="bothSides"/>
            <wp:docPr id="1393903440" name="Picture 2" descr="A green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3440" name="Picture 2" descr="A green and white flag&#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948690"/>
                    </a:xfrm>
                    <a:prstGeom prst="rect">
                      <a:avLst/>
                    </a:prstGeom>
                  </pic:spPr>
                </pic:pic>
              </a:graphicData>
            </a:graphic>
            <wp14:sizeRelH relativeFrom="page">
              <wp14:pctWidth>0</wp14:pctWidth>
            </wp14:sizeRelH>
            <wp14:sizeRelV relativeFrom="page">
              <wp14:pctHeight>0</wp14:pctHeight>
            </wp14:sizeRelV>
          </wp:anchor>
        </w:drawing>
      </w:r>
      <w:r w:rsidR="00D30FA5">
        <w:rPr>
          <w:rFonts w:ascii="Aptos" w:hAnsi="Aptos"/>
        </w:rPr>
        <w:t>The main stylesheet (portfolio.css) was validated using the W3C CSS Validation Service at http://jigsaw.w3.org/css-validator/.</w:t>
      </w:r>
    </w:p>
    <w:p w14:paraId="484281F3" w14:textId="58C781B9" w:rsidR="00D30FA5" w:rsidRDefault="00D30FA5" w:rsidP="00620233">
      <w:pPr>
        <w:jc w:val="both"/>
        <w:rPr>
          <w:rFonts w:ascii="Aptos" w:hAnsi="Aptos"/>
          <w:b/>
          <w:bCs/>
        </w:rPr>
      </w:pPr>
    </w:p>
    <w:p w14:paraId="5D28AE26" w14:textId="47D4C2D0" w:rsidR="00D30FA5" w:rsidRPr="00785FEF" w:rsidRDefault="00D30FA5" w:rsidP="00620233">
      <w:pPr>
        <w:jc w:val="both"/>
        <w:rPr>
          <w:rFonts w:ascii="Aptos" w:hAnsi="Aptos"/>
        </w:rPr>
      </w:pPr>
      <w:r>
        <w:rPr>
          <w:rFonts w:ascii="Aptos" w:hAnsi="Aptos"/>
          <w:b/>
          <w:bCs/>
        </w:rPr>
        <w:t xml:space="preserve">Validation outcome: </w:t>
      </w:r>
      <w:r>
        <w:rPr>
          <w:rFonts w:ascii="Aptos" w:hAnsi="Aptos"/>
        </w:rPr>
        <w:t>The CSS passed validation with no errors. The validator confirmed that portfolio.css is valid CSS level 3. No errors or warnings were returned, confirming that all property names, values, and syntax are standards compliant.</w:t>
      </w:r>
    </w:p>
    <w:p w14:paraId="00E3E714" w14:textId="48480C5B" w:rsidR="00D30FA5" w:rsidRPr="003F78AB" w:rsidRDefault="00D30FA5" w:rsidP="00620233">
      <w:pPr>
        <w:jc w:val="both"/>
        <w:rPr>
          <w:rFonts w:ascii="Aptos" w:hAnsi="Aptos"/>
        </w:rPr>
      </w:pPr>
    </w:p>
    <w:p w14:paraId="14480186" w14:textId="0F9952A5" w:rsidR="00767C45" w:rsidRDefault="00000000" w:rsidP="00620233">
      <w:pPr>
        <w:pStyle w:val="Heading1"/>
        <w:jc w:val="both"/>
      </w:pPr>
      <w:bookmarkStart w:id="18" w:name="_Toc227895195"/>
      <w:r>
        <w:t>4. Evaluation</w:t>
      </w:r>
      <w:bookmarkEnd w:id="18"/>
    </w:p>
    <w:p w14:paraId="4823E498" w14:textId="77777777" w:rsidR="00D30FA5" w:rsidRPr="00785FEF" w:rsidRDefault="00D30FA5" w:rsidP="00620233">
      <w:pPr>
        <w:pStyle w:val="Heading2"/>
        <w:jc w:val="both"/>
        <w:rPr>
          <w:rFonts w:ascii="Aptos" w:hAnsi="Aptos"/>
          <w:sz w:val="22"/>
          <w:szCs w:val="22"/>
        </w:rPr>
      </w:pPr>
      <w:bookmarkStart w:id="19" w:name="_Toc227883478"/>
      <w:bookmarkStart w:id="20" w:name="_Toc227895196"/>
      <w:r>
        <w:rPr>
          <w:rFonts w:ascii="Aptos" w:hAnsi="Aptos"/>
          <w:sz w:val="22"/>
          <w:szCs w:val="22"/>
        </w:rPr>
        <w:t>4.1 Key Web Development Concepts</w:t>
      </w:r>
      <w:bookmarkEnd w:id="19"/>
      <w:bookmarkEnd w:id="20"/>
    </w:p>
    <w:p w14:paraId="24057E6D" w14:textId="77777777" w:rsidR="00D30FA5" w:rsidRPr="00785FEF" w:rsidRDefault="00D30FA5" w:rsidP="00620233">
      <w:pPr>
        <w:pStyle w:val="Heading3"/>
        <w:jc w:val="both"/>
        <w:rPr>
          <w:rFonts w:ascii="Aptos" w:hAnsi="Aptos"/>
        </w:rPr>
      </w:pPr>
      <w:bookmarkStart w:id="21" w:name="_Toc227883479"/>
      <w:bookmarkStart w:id="22" w:name="_Toc227895197"/>
      <w:r>
        <w:rPr>
          <w:rFonts w:ascii="Aptos" w:hAnsi="Aptos"/>
        </w:rPr>
        <w:t>4.1.1 Usability</w:t>
      </w:r>
      <w:bookmarkEnd w:id="21"/>
      <w:bookmarkEnd w:id="22"/>
    </w:p>
    <w:p w14:paraId="01CFE1F6" w14:textId="230C8265" w:rsidR="00D30FA5" w:rsidRPr="00785FEF" w:rsidRDefault="00D30FA5" w:rsidP="00620233">
      <w:pPr>
        <w:jc w:val="both"/>
        <w:rPr>
          <w:rFonts w:ascii="Aptos" w:hAnsi="Aptos"/>
        </w:rPr>
      </w:pPr>
      <w:r>
        <w:rPr>
          <w:rFonts w:ascii="Aptos" w:hAnsi="Aptos"/>
        </w:rPr>
        <w:t xml:space="preserve">Usability refers to the ease with which users can interact with a website to accomplish their goals effectively and efficiently. In web development, usability covers how intuitive the navigation is, how clear the content is, and how satisfied users feel after completing a task. Jakob Nielsen, widely regarded as a leading authority on usability, defines it across five core </w:t>
      </w:r>
      <w:r>
        <w:rPr>
          <w:rFonts w:ascii="Aptos" w:hAnsi="Aptos"/>
        </w:rPr>
        <w:lastRenderedPageBreak/>
        <w:t>components: learnability, efficiency, memorability, error prevention, and user satisfaction</w:t>
      </w:r>
      <w:r>
        <w:rPr>
          <w:rFonts w:ascii="Aptos" w:hAnsi="Aptos"/>
        </w:rPr>
        <w:t xml:space="preserve"> </w:t>
      </w:r>
      <w:sdt>
        <w:sdtPr>
          <w:rPr>
            <w:rFonts w:ascii="Aptos" w:hAnsi="Aptos"/>
            <w:color w:val="000000"/>
            <w:highlight w:val="white"/>
          </w:rPr>
          <w:alias w:val="Citation"/>
          <w:tag w:val="{&quot;referencesIds&quot;:[&quot;doc:69eab7573746ea7c96eaa71a&quot;],&quot;referencesOptions&quot;:{&quot;doc:69eab7573746ea7c96eaa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8029636,&quot;citationText&quot;:&quot;&lt;span style=\&quot;font-family:Aptos;font-size:14.666666666666666px;color:#000000\&quot;&gt;[1]&lt;/span&gt;&quot;}"/>
          <w:id w:val="-528029636"/>
          <w:placeholder>
            <w:docPart w:val="372DA973600596478655DE885223F819"/>
          </w:placeholder>
        </w:sdtPr>
        <w:sdtContent>
          <w:r w:rsidR="001767DE">
            <w:rPr>
              <w:rFonts w:ascii="Aptos" w:eastAsia="Times New Roman" w:hAnsi="Aptos"/>
              <w:color w:val="000000"/>
            </w:rPr>
            <w:t>[1]</w:t>
          </w:r>
        </w:sdtContent>
      </w:sdt>
      <w:r>
        <w:rPr>
          <w:rFonts w:ascii="Aptos" w:hAnsi="Aptos"/>
        </w:rPr>
        <w:t>.</w:t>
      </w:r>
    </w:p>
    <w:p w14:paraId="1F1C3CFD" w14:textId="77777777" w:rsidR="00D30FA5" w:rsidRPr="00785FEF" w:rsidRDefault="00D30FA5" w:rsidP="00620233">
      <w:pPr>
        <w:jc w:val="both"/>
        <w:rPr>
          <w:rFonts w:ascii="Aptos" w:hAnsi="Aptos"/>
        </w:rPr>
      </w:pPr>
      <w:r>
        <w:rPr>
          <w:rFonts w:ascii="Aptos" w:hAnsi="Aptos"/>
        </w:rPr>
        <w:t>Usability has a direct impact on engagement and conversion rates. A website that is difficult to use will drive visitors away, regardless of the quality of its content. Key usability principles include maintaining consistent navigation across pages, providing clear labels and calls to action, ensuring readable typography, and minimising the number of steps required to complete a task.</w:t>
      </w:r>
    </w:p>
    <w:p w14:paraId="6CF29D87" w14:textId="5A8D4AE8" w:rsidR="00D30FA5" w:rsidRDefault="00D30FA5" w:rsidP="00620233">
      <w:pPr>
        <w:jc w:val="both"/>
        <w:rPr>
          <w:rFonts w:ascii="Aptos" w:hAnsi="Aptos"/>
        </w:rPr>
      </w:pPr>
      <w:r>
        <w:rPr>
          <w:rFonts w:ascii="Aptos" w:hAnsi="Aptos"/>
          <w:b/>
          <w:bCs/>
        </w:rPr>
        <w:t xml:space="preserve">Academic study: </w:t>
      </w:r>
      <w:proofErr w:type="spellStart"/>
      <w:r>
        <w:rPr>
          <w:rFonts w:ascii="Aptos" w:hAnsi="Aptos"/>
        </w:rPr>
        <w:t>Tuch</w:t>
      </w:r>
      <w:proofErr w:type="spellEnd"/>
      <w:r>
        <w:rPr>
          <w:rFonts w:ascii="Aptos" w:hAnsi="Aptos"/>
        </w:rPr>
        <w:t xml:space="preserve"> et al. (2012) studied the relationship between aesthetics and usability in a paper published in Computers in Human </w:t>
      </w:r>
      <w:r w:rsidR="00947A27">
        <w:rPr>
          <w:rFonts w:ascii="Aptos" w:hAnsi="Aptos"/>
        </w:rPr>
        <w:t>Behaviour</w:t>
      </w:r>
      <w:r>
        <w:rPr>
          <w:rFonts w:ascii="Aptos" w:hAnsi="Aptos"/>
        </w:rPr>
        <w:t xml:space="preserve">. They ran two experiments that manipulated the aesthetic appeal and the usability of a website independently, so that the effect of each on the other could be measured. Their findings showed that how usable participants found a site did influence how aesthetically pleasing they rated it afterwards, but the reverse effect was weak: good looks did not substantially improve perceived usability. The paper cautioned that the common assumption "what is beautiful is usable" is not well supported by the </w:t>
      </w:r>
      <w:r>
        <w:rPr>
          <w:rFonts w:ascii="Aptos" w:hAnsi="Aptos"/>
        </w:rPr>
        <w:t>evidence and</w:t>
      </w:r>
      <w:r>
        <w:rPr>
          <w:rFonts w:ascii="Aptos" w:hAnsi="Aptos"/>
        </w:rPr>
        <w:t xml:space="preserve"> argued that usability and aesthetics should be measured and designed for separately </w:t>
      </w:r>
      <w:sdt>
        <w:sdtPr>
          <w:rPr>
            <w:rFonts w:ascii="Aptos" w:hAnsi="Aptos"/>
            <w:color w:val="000000"/>
            <w:highlight w:val="white"/>
          </w:rPr>
          <w:alias w:val="Citation"/>
          <w:tag w:val="{&quot;referencesIds&quot;:[&quot;doc:69eab7763746ea7c96eaa71c&quot;],&quot;referencesOptions&quot;:{&quot;doc:69eab7763746ea7c96eaa71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5533785,&quot;citationText&quot;:&quot;&lt;span style=\&quot;font-family:Aptos;font-size:14.666666666666666px;color:#000000\&quot;&gt;[2]&lt;/span&gt;&quot;}"/>
          <w:id w:val="-1985533785"/>
          <w:placeholder>
            <w:docPart w:val="2C4735C302D2A24CAEDAA698E33257D2"/>
          </w:placeholder>
        </w:sdtPr>
        <w:sdtContent>
          <w:r w:rsidR="001767DE">
            <w:rPr>
              <w:rFonts w:ascii="Aptos" w:eastAsia="Times New Roman" w:hAnsi="Aptos"/>
              <w:color w:val="000000"/>
            </w:rPr>
            <w:t>[2]</w:t>
          </w:r>
        </w:sdtContent>
      </w:sdt>
    </w:p>
    <w:p w14:paraId="32924884" w14:textId="77777777" w:rsidR="00D30FA5" w:rsidRPr="00785FEF" w:rsidRDefault="00D30FA5" w:rsidP="00620233">
      <w:pPr>
        <w:pStyle w:val="Heading3"/>
        <w:jc w:val="both"/>
        <w:rPr>
          <w:rFonts w:ascii="Aptos" w:hAnsi="Aptos"/>
        </w:rPr>
      </w:pPr>
      <w:bookmarkStart w:id="23" w:name="_Toc227883480"/>
      <w:bookmarkStart w:id="24" w:name="_Toc227895198"/>
      <w:r>
        <w:rPr>
          <w:rFonts w:ascii="Aptos" w:hAnsi="Aptos"/>
        </w:rPr>
        <w:t>4.1.2 Accessibility</w:t>
      </w:r>
      <w:bookmarkEnd w:id="23"/>
      <w:bookmarkEnd w:id="24"/>
    </w:p>
    <w:p w14:paraId="30F4CF30" w14:textId="29ABFF91" w:rsidR="00D30FA5" w:rsidRPr="00785FEF" w:rsidRDefault="00D30FA5" w:rsidP="00620233">
      <w:pPr>
        <w:jc w:val="both"/>
        <w:rPr>
          <w:rFonts w:ascii="Aptos" w:hAnsi="Aptos"/>
        </w:rPr>
      </w:pPr>
      <w:r>
        <w:rPr>
          <w:rFonts w:ascii="Aptos" w:hAnsi="Aptos"/>
        </w:rPr>
        <w:t xml:space="preserve">Web accessibility refers to the design and development of websites that can be used by all people, including those with visual, auditory, motor, or cognitive impairments. The Web Content Accessibility Guidelines (WCAG) 2.1, published by the World Wide Web Consortium (W3C), provide an internationally recognised framework for accessible web design, organised around four core principles: Perceivable, Operable, Understandable, and Robust (POUR) </w:t>
      </w:r>
      <w:sdt>
        <w:sdtPr>
          <w:rPr>
            <w:rFonts w:ascii="Aptos" w:hAnsi="Aptos"/>
            <w:color w:val="000000"/>
            <w:highlight w:val="white"/>
          </w:rPr>
          <w:alias w:val="Citation"/>
          <w:tag w:val="{&quot;referencesIds&quot;:[&quot;doc:69eabdb7078c59480d9fa3b8&quot;],&quot;referencesOptions&quot;:{&quot;doc:69eabdb7078c59480d9fa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3438613"/>
          <w:placeholder>
            <w:docPart w:val="1C4BC4B45D6E124EBBA6DBD3421951CB"/>
          </w:placeholder>
        </w:sdtPr>
        <w:sdtContent>
          <w:r w:rsidR="001767DE">
            <w:rPr>
              <w:rFonts w:ascii="Aptos" w:eastAsia="Times New Roman" w:hAnsi="Aptos"/>
              <w:color w:val="000000"/>
            </w:rPr>
            <w:t>[3]</w:t>
          </w:r>
        </w:sdtContent>
      </w:sdt>
      <w:r>
        <w:rPr>
          <w:rFonts w:ascii="Aptos" w:hAnsi="Aptos"/>
        </w:rPr>
        <w:t>.</w:t>
      </w:r>
    </w:p>
    <w:p w14:paraId="3ABD391B" w14:textId="77777777" w:rsidR="00D30FA5" w:rsidRPr="00785FEF" w:rsidRDefault="00D30FA5" w:rsidP="00620233">
      <w:pPr>
        <w:jc w:val="both"/>
        <w:rPr>
          <w:rFonts w:ascii="Aptos" w:hAnsi="Aptos"/>
        </w:rPr>
      </w:pPr>
      <w:r>
        <w:rPr>
          <w:rFonts w:ascii="Aptos" w:hAnsi="Aptos"/>
        </w:rPr>
        <w:t>Accessibility is not only a matter of ethical responsibility but increasingly a legal requirement. In the United Kingdom, the Equality Act 2010 requires that digital services be accessible to disabled users. Failure to meet accessibility standards can expose organisations to legal risk and significantly limits a website's potential audience.</w:t>
      </w:r>
    </w:p>
    <w:p w14:paraId="0844A464" w14:textId="564EC1C7" w:rsidR="00D30FA5" w:rsidRPr="00785FEF" w:rsidRDefault="00D30FA5" w:rsidP="00620233">
      <w:pPr>
        <w:jc w:val="both"/>
        <w:rPr>
          <w:rFonts w:ascii="Aptos" w:hAnsi="Aptos"/>
        </w:rPr>
      </w:pPr>
      <w:r>
        <w:rPr>
          <w:rFonts w:ascii="Aptos" w:hAnsi="Aptos"/>
          <w:b/>
          <w:bCs/>
        </w:rPr>
        <w:t xml:space="preserve">Academic study: </w:t>
      </w:r>
      <w:r>
        <w:rPr>
          <w:rFonts w:ascii="Aptos" w:hAnsi="Aptos"/>
        </w:rPr>
        <w:t xml:space="preserve">Lazar et al. (2007) ran a study on the frustrations blind web users face on inaccessible sites, published in the International Journal of Human-Computer Interaction. The study involved 100 participants using screen readers over several weeks. Up to 50% of their time online was wasted on accessibility barriers such as missing alt text, lack of keyboard support, and poor heading structure. The paper made it clear that accessibility failures are not small inconveniences but serious blockers that stop users from completing basic tasks </w:t>
      </w:r>
      <w:sdt>
        <w:sdtPr>
          <w:rPr>
            <w:rFonts w:ascii="Aptos" w:hAnsi="Aptos"/>
            <w:color w:val="000000"/>
            <w:highlight w:val="white"/>
          </w:rPr>
          <w:alias w:val="Citation"/>
          <w:tag w:val="{&quot;referencesIds&quot;:[&quot;doc:69eab91585f4c7445a4eac5a&quot;],&quot;referencesOptions&quot;:{&quot;doc:69eab91585f4c7445a4eac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172410"/>
          <w:placeholder>
            <w:docPart w:val="F472E8AC36DBD2428051D62A310C4077"/>
          </w:placeholder>
        </w:sdtPr>
        <w:sdtContent>
          <w:r w:rsidR="001767DE">
            <w:rPr>
              <w:rFonts w:ascii="Aptos" w:eastAsia="Times New Roman" w:hAnsi="Aptos"/>
              <w:color w:val="000000"/>
            </w:rPr>
            <w:t>[4]</w:t>
          </w:r>
        </w:sdtContent>
      </w:sdt>
      <w:r>
        <w:rPr>
          <w:rFonts w:ascii="Aptos" w:hAnsi="Aptos"/>
        </w:rPr>
        <w:t>.</w:t>
      </w:r>
    </w:p>
    <w:p w14:paraId="200CF6CD" w14:textId="77777777" w:rsidR="00D30FA5" w:rsidRPr="00785FEF" w:rsidRDefault="00D30FA5" w:rsidP="00620233">
      <w:pPr>
        <w:pStyle w:val="Heading3"/>
        <w:jc w:val="both"/>
        <w:rPr>
          <w:rFonts w:ascii="Aptos" w:hAnsi="Aptos"/>
        </w:rPr>
      </w:pPr>
      <w:bookmarkStart w:id="25" w:name="_Toc227883481"/>
      <w:bookmarkStart w:id="26" w:name="_Toc227895199"/>
      <w:r>
        <w:rPr>
          <w:rFonts w:ascii="Aptos" w:hAnsi="Aptos"/>
        </w:rPr>
        <w:t>4.1.3 Search Engine Optimisation (SEO)</w:t>
      </w:r>
      <w:bookmarkEnd w:id="25"/>
      <w:bookmarkEnd w:id="26"/>
    </w:p>
    <w:p w14:paraId="2C64CF1F" w14:textId="03A5DC2D" w:rsidR="00D30FA5" w:rsidRPr="00785FEF" w:rsidRDefault="00D30FA5" w:rsidP="00620233">
      <w:pPr>
        <w:jc w:val="both"/>
        <w:rPr>
          <w:rFonts w:ascii="Aptos" w:hAnsi="Aptos"/>
        </w:rPr>
      </w:pPr>
      <w:r>
        <w:rPr>
          <w:rFonts w:ascii="Aptos" w:hAnsi="Aptos"/>
        </w:rPr>
        <w:t xml:space="preserve">Search Engine Optimisation (SEO) is the practice of improving a website's visibility in organic (non-paid) search engine results. SEO covers both on-page techniques (including relevant keywords, descriptive page titles, meta descriptions, and proper heading hierarchies) and </w:t>
      </w:r>
      <w:r>
        <w:rPr>
          <w:rFonts w:ascii="Aptos" w:hAnsi="Aptos"/>
        </w:rPr>
        <w:lastRenderedPageBreak/>
        <w:t xml:space="preserve">off-page techniques, such as building backlinks from other websites. For web developers, on-page SEO is particularly important as it is directly controlled through the HTML and content of the site </w:t>
      </w:r>
      <w:sdt>
        <w:sdtPr>
          <w:rPr>
            <w:rFonts w:ascii="Aptos" w:hAnsi="Aptos"/>
            <w:color w:val="000000"/>
            <w:highlight w:val="white"/>
          </w:rPr>
          <w:alias w:val="Citation"/>
          <w:tag w:val="{&quot;referencesIds&quot;:[&quot;doc:69eabf0d078c59480d9fa3c4&quot;],&quot;referencesOptions&quot;:{&quot;doc:69eabf0d078c59480d9fa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8910031"/>
          <w:placeholder>
            <w:docPart w:val="94FAEC9EC1CB9A42A645A20B8D24D5E7"/>
          </w:placeholder>
        </w:sdtPr>
        <w:sdtContent>
          <w:r w:rsidR="001767DE">
            <w:rPr>
              <w:rFonts w:ascii="Aptos" w:eastAsia="Times New Roman" w:hAnsi="Aptos"/>
              <w:color w:val="000000"/>
            </w:rPr>
            <w:t>[5]</w:t>
          </w:r>
        </w:sdtContent>
      </w:sdt>
      <w:r>
        <w:rPr>
          <w:rFonts w:ascii="Aptos" w:hAnsi="Aptos"/>
        </w:rPr>
        <w:t>.</w:t>
      </w:r>
    </w:p>
    <w:p w14:paraId="326A9807" w14:textId="77777777" w:rsidR="00D30FA5" w:rsidRPr="00785FEF" w:rsidRDefault="00D30FA5" w:rsidP="00620233">
      <w:pPr>
        <w:jc w:val="both"/>
        <w:rPr>
          <w:rFonts w:ascii="Aptos" w:hAnsi="Aptos"/>
        </w:rPr>
      </w:pPr>
      <w:r>
        <w:rPr>
          <w:rFonts w:ascii="Aptos" w:hAnsi="Aptos"/>
        </w:rPr>
        <w:t>Good SEO practice overlaps heavily with good web development in general. Semantic HTML, descriptive image alt text, fast loading times, and mobile responsiveness all help search engines rank a page and make the site easier to use.</w:t>
      </w:r>
    </w:p>
    <w:p w14:paraId="08A97BB6" w14:textId="7658B783" w:rsidR="00D30FA5" w:rsidRDefault="00D30FA5" w:rsidP="00620233">
      <w:pPr>
        <w:jc w:val="both"/>
        <w:rPr>
          <w:rFonts w:ascii="Aptos" w:hAnsi="Aptos"/>
        </w:rPr>
      </w:pPr>
      <w:r>
        <w:rPr>
          <w:rFonts w:ascii="Aptos" w:hAnsi="Aptos"/>
          <w:b/>
          <w:bCs/>
        </w:rPr>
        <w:t xml:space="preserve">Academic study: </w:t>
      </w:r>
      <w:proofErr w:type="spellStart"/>
      <w:r>
        <w:rPr>
          <w:rFonts w:ascii="Aptos" w:hAnsi="Aptos"/>
        </w:rPr>
        <w:t>Ziakis</w:t>
      </w:r>
      <w:proofErr w:type="spellEnd"/>
      <w:r>
        <w:rPr>
          <w:rFonts w:ascii="Aptos" w:hAnsi="Aptos"/>
        </w:rPr>
        <w:t xml:space="preserve"> et al. (2019) carried out an empirical study on the factors that influence Google search rankings, published in the Future Internet journal. The researchers examined the top 15 Google results for three different search terms ("hotel Athens," "email marketing," and "casual shoes") and used Spearman correlation to measure how strongly a range of on-page and off-page SEO factors related to ranking position. They found that the presence of an SSL certificate, the use of keywords in the URL, the number of backlinks pointing to the site, the length of the page text, and the domain age were among the strongest factors associated with higher rankings. The paper argued that both on-page signals (such as URL structure and content length) and off-page signals (such as backlinks) remain measurable and significant contributors to search visibility </w:t>
      </w:r>
      <w:sdt>
        <w:sdtPr>
          <w:rPr>
            <w:rFonts w:ascii="Aptos" w:hAnsi="Aptos"/>
            <w:color w:val="000000"/>
            <w:highlight w:val="white"/>
          </w:rPr>
          <w:alias w:val="Citation"/>
          <w:tag w:val="{&quot;referencesIds&quot;:[&quot;doc:69eaba53fa94f336549fe862&quot;],&quot;referencesOptions&quot;:{&quot;doc:69eaba53fa94f336549fe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206643"/>
          <w:placeholder>
            <w:docPart w:val="EF21478DB9F1314F8E5300103794636F"/>
          </w:placeholder>
        </w:sdtPr>
        <w:sdtContent>
          <w:r w:rsidR="001767DE">
            <w:rPr>
              <w:rFonts w:ascii="Aptos" w:eastAsia="Times New Roman" w:hAnsi="Aptos"/>
              <w:color w:val="000000"/>
            </w:rPr>
            <w:t>[6]</w:t>
          </w:r>
        </w:sdtContent>
      </w:sdt>
      <w:r>
        <w:rPr>
          <w:rFonts w:ascii="Aptos" w:hAnsi="Aptos"/>
        </w:rPr>
        <w:t>.</w:t>
      </w:r>
    </w:p>
    <w:p w14:paraId="68FBB09C" w14:textId="77777777" w:rsidR="00D30FA5" w:rsidRPr="00785FEF" w:rsidRDefault="00D30FA5" w:rsidP="00620233">
      <w:pPr>
        <w:pStyle w:val="Heading2"/>
        <w:jc w:val="both"/>
        <w:rPr>
          <w:rFonts w:ascii="Aptos" w:hAnsi="Aptos"/>
          <w:sz w:val="22"/>
          <w:szCs w:val="22"/>
        </w:rPr>
      </w:pPr>
      <w:bookmarkStart w:id="27" w:name="_Toc227883482"/>
      <w:bookmarkStart w:id="28" w:name="_Toc227895200"/>
      <w:r>
        <w:rPr>
          <w:rFonts w:ascii="Aptos" w:hAnsi="Aptos"/>
          <w:sz w:val="22"/>
          <w:szCs w:val="22"/>
        </w:rPr>
        <w:t>4.2 Evaluation of the Completed Website</w:t>
      </w:r>
      <w:bookmarkEnd w:id="27"/>
      <w:bookmarkEnd w:id="28"/>
    </w:p>
    <w:p w14:paraId="1AB3330E" w14:textId="77777777" w:rsidR="00D30FA5" w:rsidRPr="00785FEF" w:rsidRDefault="00D30FA5" w:rsidP="00620233">
      <w:pPr>
        <w:pStyle w:val="Heading3"/>
        <w:jc w:val="both"/>
        <w:rPr>
          <w:rFonts w:ascii="Aptos" w:hAnsi="Aptos"/>
        </w:rPr>
      </w:pPr>
      <w:bookmarkStart w:id="29" w:name="_Toc227883483"/>
      <w:bookmarkStart w:id="30" w:name="_Toc227895201"/>
      <w:r>
        <w:rPr>
          <w:rFonts w:ascii="Aptos" w:hAnsi="Aptos"/>
        </w:rPr>
        <w:t>4.2.1 Usability and Utility</w:t>
      </w:r>
      <w:bookmarkEnd w:id="29"/>
      <w:bookmarkEnd w:id="30"/>
    </w:p>
    <w:p w14:paraId="67BA6684" w14:textId="77777777" w:rsidR="00D30FA5" w:rsidRPr="00785FEF" w:rsidRDefault="00D30FA5" w:rsidP="00620233">
      <w:pPr>
        <w:jc w:val="both"/>
        <w:rPr>
          <w:rFonts w:ascii="Aptos" w:hAnsi="Aptos"/>
        </w:rPr>
      </w:pPr>
      <w:r>
        <w:rPr>
          <w:rFonts w:ascii="Aptos" w:hAnsi="Aptos"/>
          <w:b/>
          <w:bCs/>
        </w:rPr>
        <w:t xml:space="preserve">Utility (Functionality): </w:t>
      </w:r>
      <w:r>
        <w:rPr>
          <w:rFonts w:ascii="Aptos" w:hAnsi="Aptos"/>
        </w:rPr>
        <w:t>The website delivers its core functional requirements effectively. The Dishes page allows users to browse all 12 dishes with accompanying photographs and descriptions. The Order page provides a working HTML5 form with appropriate input types (email, telephone number, date, and a dropdown select) which provide basic client-side validation out of the box. The About page gives users contextual information about Henrietta as a cook. The site achieves what it sets out to do for its intended audience.</w:t>
      </w:r>
    </w:p>
    <w:p w14:paraId="74FBCC43" w14:textId="77777777" w:rsidR="00D30FA5" w:rsidRPr="00785FEF" w:rsidRDefault="00D30FA5" w:rsidP="00620233">
      <w:pPr>
        <w:jc w:val="both"/>
        <w:rPr>
          <w:rFonts w:ascii="Aptos" w:hAnsi="Aptos"/>
        </w:rPr>
      </w:pPr>
    </w:p>
    <w:p w14:paraId="7AD81F45" w14:textId="77777777" w:rsidR="00D30FA5" w:rsidRPr="00785FEF" w:rsidRDefault="00D30FA5" w:rsidP="00620233">
      <w:pPr>
        <w:jc w:val="both"/>
        <w:rPr>
          <w:rFonts w:ascii="Aptos" w:hAnsi="Aptos"/>
        </w:rPr>
      </w:pPr>
      <w:r>
        <w:rPr>
          <w:rFonts w:ascii="Aptos" w:hAnsi="Aptos"/>
          <w:b/>
          <w:bCs/>
        </w:rPr>
        <w:t xml:space="preserve">Usability (Look and Feel): </w:t>
      </w:r>
      <w:r>
        <w:rPr>
          <w:rFonts w:ascii="Aptos" w:hAnsi="Aptos"/>
        </w:rPr>
        <w:t>The site uses a consistent dark colour scheme throughout all four pages, with a near-black background (#110d09), gold headings (#e8c48a), and warm amber accents (#c4813f). This creates a cohesive and distinctive visual identity that matches the premium, handcrafted feel of home cooking. Navigation is consistent across all pages, with the active page clearly indicated through colour. Hover states on navigation links, dish cards, and the CTA button provide interactive feedback to users.</w:t>
      </w:r>
    </w:p>
    <w:p w14:paraId="5034A0B6" w14:textId="77777777" w:rsidR="00D30FA5" w:rsidRPr="00785FEF" w:rsidRDefault="00D30FA5" w:rsidP="00620233">
      <w:pPr>
        <w:jc w:val="both"/>
        <w:rPr>
          <w:rFonts w:ascii="Aptos" w:hAnsi="Aptos"/>
        </w:rPr>
      </w:pPr>
    </w:p>
    <w:p w14:paraId="2F85D34A" w14:textId="77777777" w:rsidR="00D30FA5" w:rsidRDefault="00D30FA5" w:rsidP="00620233">
      <w:pPr>
        <w:jc w:val="both"/>
        <w:rPr>
          <w:rFonts w:ascii="Aptos" w:hAnsi="Aptos"/>
        </w:rPr>
      </w:pPr>
      <w:r>
        <w:rPr>
          <w:rFonts w:ascii="Aptos" w:hAnsi="Aptos"/>
          <w:b/>
          <w:bCs/>
        </w:rPr>
        <w:t xml:space="preserve">Content: </w:t>
      </w:r>
      <w:r>
        <w:rPr>
          <w:rFonts w:ascii="Aptos" w:hAnsi="Aptos"/>
        </w:rPr>
        <w:t>The content is concise and well-written. The dish names are fully descriptive, which is important for users deciding what to order. The About page provides enough personal background to build trust with potential customers. The home page copy balances warmth and professionalism.</w:t>
      </w:r>
    </w:p>
    <w:p w14:paraId="7B982244" w14:textId="77777777" w:rsidR="00D30FA5" w:rsidRPr="00785FEF" w:rsidRDefault="00D30FA5" w:rsidP="00620233">
      <w:pPr>
        <w:jc w:val="both"/>
        <w:rPr>
          <w:rFonts w:ascii="Aptos" w:hAnsi="Aptos"/>
        </w:rPr>
      </w:pPr>
      <w:r>
        <w:rPr>
          <w:rFonts w:ascii="Aptos" w:hAnsi="Aptos"/>
          <w:b/>
          <w:bCs/>
        </w:rPr>
        <w:lastRenderedPageBreak/>
        <w:t xml:space="preserve">Recommendations for improvement: </w:t>
      </w:r>
    </w:p>
    <w:p w14:paraId="16677DA5"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a meta description tag to each page to improve click-through rates from search engine results.</w:t>
      </w:r>
    </w:p>
    <w:p w14:paraId="1B4BEED9"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a viewport meta tag (&lt;meta name="viewport" content="width=device-width, initial-scale=1"&gt;) to each page for better mobile rendering.</w:t>
      </w:r>
    </w:p>
    <w:p w14:paraId="4B16AE62"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Include a success message or redirect after form submission, as the form currently gives no post-submission feedback to the user.</w:t>
      </w:r>
    </w:p>
    <w:p w14:paraId="402CBE3E"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Add media queries to make the dish grid responsive on smaller screens; the three-column layout is likely too narrow on mobile devices.</w:t>
      </w:r>
    </w:p>
    <w:p w14:paraId="0F8B25CC" w14:textId="77777777" w:rsidR="00D30FA5" w:rsidRPr="00785FEF" w:rsidRDefault="00D30FA5" w:rsidP="00620233">
      <w:pPr>
        <w:pStyle w:val="ListParagraph"/>
        <w:numPr>
          <w:ilvl w:val="0"/>
          <w:numId w:val="10"/>
        </w:numPr>
        <w:spacing w:after="80" w:line="240" w:lineRule="auto"/>
        <w:contextualSpacing w:val="0"/>
        <w:jc w:val="both"/>
        <w:rPr>
          <w:rFonts w:ascii="Aptos" w:hAnsi="Aptos"/>
        </w:rPr>
      </w:pPr>
      <w:r>
        <w:rPr>
          <w:rFonts w:ascii="Aptos" w:hAnsi="Aptos"/>
        </w:rPr>
        <w:t>Consider adding aria-required attributes to key form fields (name, email, dish) and server-side validation to complement the existing client-side checks.</w:t>
      </w:r>
    </w:p>
    <w:p w14:paraId="0E78E55B" w14:textId="77777777" w:rsidR="00D30FA5" w:rsidRDefault="00000000" w:rsidP="00620233">
      <w:pPr>
        <w:pStyle w:val="Heading3"/>
        <w:jc w:val="both"/>
        <w:rPr>
          <w:rFonts w:ascii="Aptos" w:hAnsi="Aptos"/>
        </w:rPr>
      </w:pPr>
      <w:r>
        <w:br/>
      </w:r>
      <w:bookmarkStart w:id="31" w:name="_Toc227883484"/>
    </w:p>
    <w:p w14:paraId="57F187BB" w14:textId="77777777" w:rsidR="00D30FA5" w:rsidRDefault="00D30FA5" w:rsidP="00620233">
      <w:pPr>
        <w:jc w:val="both"/>
        <w:rPr>
          <w:rFonts w:ascii="Aptos" w:eastAsiaTheme="majorEastAsia" w:hAnsi="Aptos" w:cstheme="majorBidi"/>
          <w:b/>
          <w:bCs/>
          <w:color w:val="4F81BD" w:themeColor="accent1"/>
        </w:rPr>
      </w:pPr>
      <w:r>
        <w:rPr>
          <w:rFonts w:ascii="Aptos" w:hAnsi="Aptos"/>
        </w:rPr>
        <w:br w:type="page"/>
      </w:r>
    </w:p>
    <w:p w14:paraId="4D1F3A64" w14:textId="4F03982B" w:rsidR="00D30FA5" w:rsidRPr="00785FEF" w:rsidRDefault="00D30FA5" w:rsidP="00620233">
      <w:pPr>
        <w:pStyle w:val="Heading3"/>
        <w:jc w:val="both"/>
        <w:rPr>
          <w:rFonts w:ascii="Aptos" w:hAnsi="Aptos"/>
        </w:rPr>
      </w:pPr>
      <w:bookmarkStart w:id="32" w:name="_Toc227895202"/>
      <w:r>
        <w:rPr>
          <w:rFonts w:ascii="Aptos" w:hAnsi="Aptos"/>
        </w:rPr>
        <w:lastRenderedPageBreak/>
        <w:t>4.2.2 Search Engine Optimisation (SEO)</w:t>
      </w:r>
      <w:bookmarkEnd w:id="31"/>
      <w:bookmarkEnd w:id="32"/>
    </w:p>
    <w:tbl>
      <w:tblPr>
        <w:tblStyle w:val="PlainTable3"/>
        <w:tblpPr w:leftFromText="180" w:rightFromText="180" w:vertAnchor="page" w:horzAnchor="margin" w:tblpXSpec="center" w:tblpY="2377"/>
        <w:tblW w:w="10840" w:type="dxa"/>
        <w:tblLook w:val="04A0" w:firstRow="1" w:lastRow="0" w:firstColumn="1" w:lastColumn="0" w:noHBand="0" w:noVBand="1"/>
      </w:tblPr>
      <w:tblGrid>
        <w:gridCol w:w="2324"/>
        <w:gridCol w:w="1281"/>
        <w:gridCol w:w="7235"/>
      </w:tblGrid>
      <w:tr w:rsidR="00E248E0" w14:paraId="5FFCDF69" w14:textId="77777777" w:rsidTr="00E248E0">
        <w:trPr>
          <w:cnfStyle w:val="100000000000" w:firstRow="1" w:lastRow="0" w:firstColumn="0" w:lastColumn="0" w:oddVBand="0" w:evenVBand="0" w:oddHBand="0" w:evenHBand="0" w:firstRowFirstColumn="0" w:firstRowLastColumn="0" w:lastRowFirstColumn="0" w:lastRowLastColumn="0"/>
          <w:trHeight w:val="436"/>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335F1D3F" w14:textId="77777777" w:rsidR="00E248E0" w:rsidRPr="00E248E0" w:rsidRDefault="00E248E0" w:rsidP="00620233">
            <w:pPr>
              <w:jc w:val="both"/>
              <w:rPr>
                <w:color w:val="000000" w:themeColor="text1"/>
                <w:sz w:val="24"/>
                <w:szCs w:val="24"/>
              </w:rPr>
            </w:pPr>
            <w:r w:rsidRPr="00E248E0">
              <w:rPr>
                <w:rFonts w:ascii="Aptos" w:hAnsi="Aptos"/>
                <w:color w:val="FFFFFF" w:themeColor="background1"/>
                <w:sz w:val="24"/>
                <w:szCs w:val="24"/>
              </w:rPr>
              <w:t>SEO Technique</w:t>
            </w: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62F1D154" w14:textId="77777777" w:rsidR="00E248E0" w:rsidRPr="00E248E0" w:rsidRDefault="00E248E0" w:rsidP="00620233">
            <w:pPr>
              <w:jc w:val="both"/>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FFFFFF"/>
                <w:sz w:val="24"/>
                <w:szCs w:val="24"/>
              </w:rPr>
              <w:t>Applied?</w:t>
            </w: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71F85C61" w14:textId="77777777" w:rsidR="00E248E0" w:rsidRPr="00E248E0" w:rsidRDefault="00E248E0" w:rsidP="00620233">
            <w:pPr>
              <w:jc w:val="both"/>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FFFFFF"/>
                <w:sz w:val="24"/>
                <w:szCs w:val="24"/>
              </w:rPr>
              <w:t>Detail / Example</w:t>
            </w:r>
          </w:p>
        </w:tc>
      </w:tr>
      <w:tr w:rsidR="00E248E0" w14:paraId="29CE37AD"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0313A7D3"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Title tags</w:t>
            </w:r>
          </w:p>
        </w:tc>
        <w:tc>
          <w:tcPr>
            <w:tcW w:w="0" w:type="auto"/>
            <w:tcBorders>
              <w:top w:val="single" w:sz="4" w:space="0" w:color="auto"/>
              <w:left w:val="single" w:sz="4" w:space="0" w:color="auto"/>
              <w:bottom w:val="single" w:sz="4" w:space="0" w:color="auto"/>
              <w:right w:val="single" w:sz="4" w:space="0" w:color="auto"/>
            </w:tcBorders>
          </w:tcPr>
          <w:p w14:paraId="2419F39D"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12A39D17"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Each page has a unique, descriptive &lt;title&gt; (e.g. 'Henrietta - Cooking Portfolio' on index.html, 'Dishes — Henrietta' on dishes.html).</w:t>
            </w:r>
          </w:p>
        </w:tc>
      </w:tr>
      <w:tr w:rsidR="00E248E0" w14:paraId="01C38323" w14:textId="77777777" w:rsidTr="00E248E0">
        <w:trPr>
          <w:trHeight w:val="4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673AA3CA"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HTML lang attribute</w:t>
            </w:r>
          </w:p>
        </w:tc>
        <w:tc>
          <w:tcPr>
            <w:tcW w:w="0" w:type="auto"/>
            <w:tcBorders>
              <w:top w:val="single" w:sz="4" w:space="0" w:color="auto"/>
              <w:left w:val="single" w:sz="4" w:space="0" w:color="auto"/>
              <w:bottom w:val="single" w:sz="4" w:space="0" w:color="auto"/>
              <w:right w:val="single" w:sz="4" w:space="0" w:color="auto"/>
            </w:tcBorders>
          </w:tcPr>
          <w:p w14:paraId="4FAA6236"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568685B0"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All pages include lang="</w:t>
            </w:r>
            <w:proofErr w:type="spellStart"/>
            <w:r w:rsidRPr="00E248E0">
              <w:rPr>
                <w:rFonts w:ascii="Aptos" w:hAnsi="Aptos"/>
                <w:color w:val="000000"/>
                <w:sz w:val="24"/>
                <w:szCs w:val="24"/>
              </w:rPr>
              <w:t>en</w:t>
            </w:r>
            <w:proofErr w:type="spellEnd"/>
            <w:r w:rsidRPr="00E248E0">
              <w:rPr>
                <w:rFonts w:ascii="Aptos" w:hAnsi="Aptos"/>
                <w:color w:val="000000"/>
                <w:sz w:val="24"/>
                <w:szCs w:val="24"/>
              </w:rPr>
              <w:t>" on the &lt;html&gt; element, helping search engines and screen readers identify the page language.</w:t>
            </w:r>
          </w:p>
        </w:tc>
      </w:tr>
      <w:tr w:rsidR="00E248E0" w14:paraId="018B54D4"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448A9328"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Semantic HTML structure</w:t>
            </w:r>
          </w:p>
        </w:tc>
        <w:tc>
          <w:tcPr>
            <w:tcW w:w="0" w:type="auto"/>
            <w:tcBorders>
              <w:top w:val="single" w:sz="4" w:space="0" w:color="auto"/>
              <w:left w:val="single" w:sz="4" w:space="0" w:color="auto"/>
              <w:bottom w:val="single" w:sz="4" w:space="0" w:color="auto"/>
              <w:right w:val="single" w:sz="4" w:space="0" w:color="auto"/>
            </w:tcBorders>
          </w:tcPr>
          <w:p w14:paraId="133C3D47"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09078BD0"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Pages use &lt;header&gt;, &lt;nav&gt;, &lt;section&gt;, &lt;footer&gt;, and &lt;ul&gt; for navigation and lists — all semantically appropriate.</w:t>
            </w:r>
          </w:p>
        </w:tc>
      </w:tr>
      <w:tr w:rsidR="00E248E0" w14:paraId="7EA26CAF"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5941E736"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Image alt attributes</w:t>
            </w:r>
          </w:p>
        </w:tc>
        <w:tc>
          <w:tcPr>
            <w:tcW w:w="0" w:type="auto"/>
            <w:tcBorders>
              <w:top w:val="single" w:sz="4" w:space="0" w:color="auto"/>
              <w:left w:val="single" w:sz="4" w:space="0" w:color="auto"/>
              <w:bottom w:val="single" w:sz="4" w:space="0" w:color="auto"/>
              <w:right w:val="single" w:sz="4" w:space="0" w:color="auto"/>
            </w:tcBorders>
          </w:tcPr>
          <w:p w14:paraId="504FE42D"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23F16452"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All 12 dish images and the profile photo include descriptive alt text (e.g. alt="Pan Seared Salmon").</w:t>
            </w:r>
          </w:p>
        </w:tc>
      </w:tr>
      <w:tr w:rsidR="00E248E0" w14:paraId="75FEEC43"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3830800B"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Heading hierarchy</w:t>
            </w:r>
          </w:p>
        </w:tc>
        <w:tc>
          <w:tcPr>
            <w:tcW w:w="0" w:type="auto"/>
            <w:tcBorders>
              <w:top w:val="single" w:sz="4" w:space="0" w:color="auto"/>
              <w:left w:val="single" w:sz="4" w:space="0" w:color="auto"/>
              <w:bottom w:val="single" w:sz="4" w:space="0" w:color="auto"/>
              <w:right w:val="single" w:sz="4" w:space="0" w:color="auto"/>
            </w:tcBorders>
          </w:tcPr>
          <w:p w14:paraId="37ACF33F"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00FC9C25"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Each page uses a single &lt;h1&gt; for the page title and &lt;h2&gt; for section headings, maintaining a clear hierarchy.</w:t>
            </w:r>
          </w:p>
        </w:tc>
      </w:tr>
      <w:tr w:rsidR="00E248E0" w14:paraId="2E817D5C"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4FBAC8B7"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Charset declaration</w:t>
            </w:r>
          </w:p>
        </w:tc>
        <w:tc>
          <w:tcPr>
            <w:tcW w:w="0" w:type="auto"/>
            <w:tcBorders>
              <w:top w:val="single" w:sz="4" w:space="0" w:color="auto"/>
              <w:left w:val="single" w:sz="4" w:space="0" w:color="auto"/>
              <w:bottom w:val="single" w:sz="4" w:space="0" w:color="auto"/>
              <w:right w:val="single" w:sz="4" w:space="0" w:color="auto"/>
            </w:tcBorders>
          </w:tcPr>
          <w:p w14:paraId="4BB2FBF5"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Yes</w:t>
            </w:r>
          </w:p>
        </w:tc>
        <w:tc>
          <w:tcPr>
            <w:tcW w:w="0" w:type="auto"/>
            <w:tcBorders>
              <w:top w:val="single" w:sz="4" w:space="0" w:color="auto"/>
              <w:left w:val="single" w:sz="4" w:space="0" w:color="auto"/>
              <w:bottom w:val="single" w:sz="4" w:space="0" w:color="auto"/>
              <w:right w:val="single" w:sz="4" w:space="0" w:color="auto"/>
            </w:tcBorders>
          </w:tcPr>
          <w:p w14:paraId="2C78B9ED"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&lt;meta charset="UTF-8"&gt; is present on all pages.</w:t>
            </w:r>
          </w:p>
        </w:tc>
      </w:tr>
      <w:tr w:rsidR="00E248E0" w14:paraId="1B498A5E" w14:textId="77777777" w:rsidTr="00E248E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38B2F81B"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Meta description</w:t>
            </w:r>
          </w:p>
        </w:tc>
        <w:tc>
          <w:tcPr>
            <w:tcW w:w="0" w:type="auto"/>
            <w:tcBorders>
              <w:top w:val="single" w:sz="4" w:space="0" w:color="auto"/>
              <w:left w:val="single" w:sz="4" w:space="0" w:color="auto"/>
              <w:bottom w:val="single" w:sz="4" w:space="0" w:color="auto"/>
              <w:right w:val="single" w:sz="4" w:space="0" w:color="auto"/>
            </w:tcBorders>
          </w:tcPr>
          <w:p w14:paraId="44E4FACD"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No</w:t>
            </w:r>
          </w:p>
        </w:tc>
        <w:tc>
          <w:tcPr>
            <w:tcW w:w="0" w:type="auto"/>
            <w:tcBorders>
              <w:top w:val="single" w:sz="4" w:space="0" w:color="auto"/>
              <w:left w:val="single" w:sz="4" w:space="0" w:color="auto"/>
              <w:bottom w:val="single" w:sz="4" w:space="0" w:color="auto"/>
              <w:right w:val="single" w:sz="4" w:space="0" w:color="auto"/>
            </w:tcBorders>
          </w:tcPr>
          <w:p w14:paraId="1F765FE5"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No meta description tags are present. Adding these would improve click-through rates from search results.</w:t>
            </w:r>
          </w:p>
        </w:tc>
      </w:tr>
      <w:tr w:rsidR="00E248E0" w14:paraId="3E730775" w14:textId="77777777" w:rsidTr="00E248E0">
        <w:trPr>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6F4DF822"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Viewport meta tag</w:t>
            </w:r>
          </w:p>
        </w:tc>
        <w:tc>
          <w:tcPr>
            <w:tcW w:w="0" w:type="auto"/>
            <w:tcBorders>
              <w:top w:val="single" w:sz="4" w:space="0" w:color="auto"/>
              <w:left w:val="single" w:sz="4" w:space="0" w:color="auto"/>
              <w:bottom w:val="single" w:sz="4" w:space="0" w:color="auto"/>
              <w:right w:val="single" w:sz="4" w:space="0" w:color="auto"/>
            </w:tcBorders>
          </w:tcPr>
          <w:p w14:paraId="1D353534"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No</w:t>
            </w:r>
          </w:p>
        </w:tc>
        <w:tc>
          <w:tcPr>
            <w:tcW w:w="0" w:type="auto"/>
            <w:tcBorders>
              <w:top w:val="single" w:sz="4" w:space="0" w:color="auto"/>
              <w:left w:val="single" w:sz="4" w:space="0" w:color="auto"/>
              <w:bottom w:val="single" w:sz="4" w:space="0" w:color="auto"/>
              <w:right w:val="single" w:sz="4" w:space="0" w:color="auto"/>
            </w:tcBorders>
          </w:tcPr>
          <w:p w14:paraId="1D46C151" w14:textId="77777777" w:rsidR="00E248E0" w:rsidRPr="00E248E0" w:rsidRDefault="00E248E0" w:rsidP="00620233">
            <w:pPr>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248E0">
              <w:rPr>
                <w:rFonts w:ascii="Aptos" w:hAnsi="Aptos"/>
                <w:color w:val="000000"/>
                <w:sz w:val="24"/>
                <w:szCs w:val="24"/>
              </w:rPr>
              <w:t>No &lt;meta name="viewport"&gt; tag is present. This is important for mobile SEO and responsiveness.</w:t>
            </w:r>
          </w:p>
        </w:tc>
      </w:tr>
      <w:tr w:rsidR="00E248E0" w14:paraId="36AAF299" w14:textId="77777777" w:rsidTr="00E248E0">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tcPr>
          <w:p w14:paraId="5DF1F4D6" w14:textId="77777777" w:rsidR="00E248E0" w:rsidRPr="00E248E0" w:rsidRDefault="00E248E0" w:rsidP="00620233">
            <w:pPr>
              <w:jc w:val="both"/>
              <w:rPr>
                <w:color w:val="000000" w:themeColor="text1"/>
                <w:sz w:val="24"/>
                <w:szCs w:val="24"/>
              </w:rPr>
            </w:pPr>
            <w:r w:rsidRPr="00E248E0">
              <w:rPr>
                <w:rFonts w:ascii="Aptos" w:hAnsi="Aptos"/>
                <w:color w:val="000000"/>
                <w:sz w:val="24"/>
                <w:szCs w:val="24"/>
              </w:rPr>
              <w:t>Keyword usage</w:t>
            </w:r>
          </w:p>
        </w:tc>
        <w:tc>
          <w:tcPr>
            <w:tcW w:w="0" w:type="auto"/>
            <w:tcBorders>
              <w:top w:val="single" w:sz="4" w:space="0" w:color="auto"/>
              <w:left w:val="single" w:sz="4" w:space="0" w:color="auto"/>
              <w:bottom w:val="single" w:sz="4" w:space="0" w:color="auto"/>
              <w:right w:val="single" w:sz="4" w:space="0" w:color="auto"/>
            </w:tcBorders>
          </w:tcPr>
          <w:p w14:paraId="264A8DB6"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Partial</w:t>
            </w:r>
          </w:p>
        </w:tc>
        <w:tc>
          <w:tcPr>
            <w:tcW w:w="0" w:type="auto"/>
            <w:tcBorders>
              <w:top w:val="single" w:sz="4" w:space="0" w:color="auto"/>
              <w:left w:val="single" w:sz="4" w:space="0" w:color="auto"/>
              <w:bottom w:val="single" w:sz="4" w:space="0" w:color="auto"/>
              <w:right w:val="single" w:sz="4" w:space="0" w:color="auto"/>
            </w:tcBorders>
          </w:tcPr>
          <w:p w14:paraId="152B3C09" w14:textId="77777777" w:rsidR="00E248E0" w:rsidRPr="00E248E0" w:rsidRDefault="00E248E0" w:rsidP="00620233">
            <w:pPr>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E248E0">
              <w:rPr>
                <w:rFonts w:ascii="Aptos" w:hAnsi="Aptos"/>
                <w:color w:val="000000"/>
                <w:sz w:val="24"/>
                <w:szCs w:val="24"/>
              </w:rPr>
              <w:t>The page copy naturally includes relevant terms such as 'cooking', 'homemade dishes', and 'London'. Dedicated keyword meta tags are not used (deprecated in modern SEO).</w:t>
            </w:r>
          </w:p>
        </w:tc>
      </w:tr>
    </w:tbl>
    <w:p w14:paraId="4F62870A" w14:textId="420FE47F" w:rsidR="00767C45" w:rsidRDefault="00D30FA5" w:rsidP="00620233">
      <w:pPr>
        <w:jc w:val="both"/>
      </w:pPr>
      <w:r>
        <w:rPr>
          <w:rFonts w:ascii="Aptos" w:hAnsi="Aptos"/>
        </w:rPr>
        <w:t>The following on-page SEO techniques were applied to the website:</w:t>
      </w:r>
    </w:p>
    <w:p w14:paraId="3CD93A82" w14:textId="77777777" w:rsidR="00E248E0" w:rsidRDefault="00E248E0" w:rsidP="00620233">
      <w:pPr>
        <w:jc w:val="both"/>
      </w:pPr>
    </w:p>
    <w:p w14:paraId="74A655E7" w14:textId="77777777" w:rsidR="00E248E0" w:rsidRPr="00785FEF" w:rsidRDefault="00E248E0" w:rsidP="00620233">
      <w:pPr>
        <w:jc w:val="both"/>
        <w:rPr>
          <w:rFonts w:ascii="Aptos" w:hAnsi="Aptos"/>
        </w:rPr>
      </w:pPr>
      <w:r>
        <w:rPr>
          <w:rFonts w:ascii="Aptos" w:hAnsi="Aptos"/>
        </w:rPr>
        <w:t>The website demonstrates solid foundational SEO practice through its use of unique page titles, descriptive alt text, and semantic HTML structure. The two most impactful improvements would be adding a viewport meta tag and a meta description to each page.</w:t>
      </w:r>
    </w:p>
    <w:p w14:paraId="561F898B" w14:textId="77777777" w:rsidR="00E248E0" w:rsidRPr="00785FEF" w:rsidRDefault="00E248E0" w:rsidP="00620233">
      <w:pPr>
        <w:pStyle w:val="Heading3"/>
        <w:jc w:val="both"/>
        <w:rPr>
          <w:rFonts w:ascii="Aptos" w:hAnsi="Aptos"/>
        </w:rPr>
      </w:pPr>
      <w:bookmarkStart w:id="33" w:name="_Toc227883485"/>
      <w:bookmarkStart w:id="34" w:name="_Toc227895203"/>
      <w:r>
        <w:rPr>
          <w:rFonts w:ascii="Aptos" w:hAnsi="Aptos"/>
        </w:rPr>
        <w:t>4.2.3 Accessibility: WCAG 2.1 Evaluation</w:t>
      </w:r>
      <w:bookmarkEnd w:id="33"/>
      <w:bookmarkEnd w:id="34"/>
    </w:p>
    <w:p w14:paraId="12EC8386" w14:textId="45D18620" w:rsidR="00E248E0" w:rsidRPr="00785FEF" w:rsidRDefault="00E248E0" w:rsidP="00620233">
      <w:pPr>
        <w:jc w:val="both"/>
        <w:rPr>
          <w:rFonts w:ascii="Aptos" w:hAnsi="Aptos"/>
        </w:rPr>
      </w:pPr>
      <w:r>
        <w:rPr>
          <w:rFonts w:ascii="Aptos" w:hAnsi="Aptos"/>
        </w:rPr>
        <w:t xml:space="preserve">The WCAG 2.1 guidelines are organised around four principles, often abbreviated as POUR: Perceivable, Operable, Understandable, and Robust </w:t>
      </w:r>
      <w:r>
        <w:rPr>
          <w:rFonts w:ascii="Aptos" w:hAnsi="Aptos"/>
        </w:rPr>
        <w:t>3</w:t>
      </w:r>
      <w:r>
        <w:rPr>
          <w:rFonts w:ascii="Aptos" w:hAnsi="Aptos"/>
        </w:rPr>
        <w:t>. The accessibility of the completed website is evaluated below against each principle.</w:t>
      </w:r>
    </w:p>
    <w:p w14:paraId="6A0D52C5" w14:textId="77777777" w:rsidR="00E248E0" w:rsidRPr="00785FEF" w:rsidRDefault="00E248E0" w:rsidP="00620233">
      <w:pPr>
        <w:jc w:val="both"/>
        <w:rPr>
          <w:rFonts w:ascii="Aptos" w:hAnsi="Aptos"/>
        </w:rPr>
      </w:pPr>
      <w:r>
        <w:rPr>
          <w:rFonts w:ascii="Aptos" w:hAnsi="Aptos"/>
          <w:b/>
          <w:bCs/>
        </w:rPr>
        <w:t xml:space="preserve">Perceivable: </w:t>
      </w:r>
      <w:r>
        <w:rPr>
          <w:rFonts w:ascii="Aptos" w:hAnsi="Aptos"/>
        </w:rPr>
        <w:t>Users must be able to perceive all content and interface elements. The website includes descriptive alt text for all images, which supports screen reader users. However, the colour contrast ratio between the body text (#c0ae97 on #110d09) should be verified against the WCAG 2.1 AA minimum ratio of 4.5:1 for normal text. Using a tool such as contrastchecker.com, the contrast ratio between #c0ae97 and #110d09 is approximately 5.8:1, which passes the AA requirement. The gold heading colour (#e8c48a on #110d09) achieves a ratio of approximately 8.2:1, comfortably exceeding the AA standard. No content is conveyed through colour alone, and all interactive elements have visible text labels.</w:t>
      </w:r>
    </w:p>
    <w:p w14:paraId="1C2D4BA6" w14:textId="77777777" w:rsidR="00E248E0" w:rsidRPr="00785FEF" w:rsidRDefault="00E248E0" w:rsidP="00620233">
      <w:pPr>
        <w:jc w:val="both"/>
        <w:rPr>
          <w:rFonts w:ascii="Aptos" w:hAnsi="Aptos"/>
        </w:rPr>
      </w:pPr>
    </w:p>
    <w:p w14:paraId="10BBF15B" w14:textId="77777777" w:rsidR="00E248E0" w:rsidRPr="00785FEF" w:rsidRDefault="00E248E0" w:rsidP="00620233">
      <w:pPr>
        <w:jc w:val="both"/>
        <w:rPr>
          <w:rFonts w:ascii="Aptos" w:hAnsi="Aptos"/>
        </w:rPr>
      </w:pPr>
      <w:r>
        <w:rPr>
          <w:rFonts w:ascii="Aptos" w:hAnsi="Aptos"/>
          <w:b/>
          <w:bCs/>
        </w:rPr>
        <w:t xml:space="preserve">Operable: </w:t>
      </w:r>
      <w:r>
        <w:rPr>
          <w:rFonts w:ascii="Aptos" w:hAnsi="Aptos"/>
        </w:rPr>
        <w:t>All interactive elements (navigation links, the CTA button, and form inputs) are standard HTML elements and are therefore keyboard-navigable by default. The navigation structure lets users tab through links in a logical order. Form inputs on the Order page have &lt;label&gt; elements properly associated with each input via matching for and id attributes, which means clicking a label focuses the correct input and screen readers announce the label when the input is reached.</w:t>
      </w:r>
    </w:p>
    <w:p w14:paraId="1526DF91" w14:textId="77777777" w:rsidR="00E248E0" w:rsidRPr="00785FEF" w:rsidRDefault="00E248E0" w:rsidP="00620233">
      <w:pPr>
        <w:jc w:val="both"/>
        <w:rPr>
          <w:rFonts w:ascii="Aptos" w:hAnsi="Aptos"/>
        </w:rPr>
      </w:pPr>
    </w:p>
    <w:p w14:paraId="0F5B774D" w14:textId="77777777" w:rsidR="00E248E0" w:rsidRPr="00785FEF" w:rsidRDefault="00E248E0" w:rsidP="00620233">
      <w:pPr>
        <w:jc w:val="both"/>
        <w:rPr>
          <w:rFonts w:ascii="Aptos" w:hAnsi="Aptos"/>
        </w:rPr>
      </w:pPr>
      <w:r>
        <w:rPr>
          <w:rFonts w:ascii="Aptos" w:hAnsi="Aptos"/>
          <w:b/>
          <w:bCs/>
        </w:rPr>
        <w:t xml:space="preserve">Understandable: </w:t>
      </w:r>
      <w:r>
        <w:rPr>
          <w:rFonts w:ascii="Aptos" w:hAnsi="Aptos"/>
        </w:rPr>
        <w:t>The site language is set to English via lang="</w:t>
      </w:r>
      <w:proofErr w:type="spellStart"/>
      <w:r>
        <w:rPr>
          <w:rFonts w:ascii="Aptos" w:hAnsi="Aptos"/>
        </w:rPr>
        <w:t>en</w:t>
      </w:r>
      <w:proofErr w:type="spellEnd"/>
      <w:r>
        <w:rPr>
          <w:rFonts w:ascii="Aptos" w:hAnsi="Aptos"/>
        </w:rPr>
        <w:t>". Page titles are descriptive. The navigation labels (Home, Dishes, Order, About) are clear and self-explanatory. Form fields use both visible &lt;label&gt; text and placeholder examples (e.g. 'e.g. John Smith'), so users can see what each field is for even after they start typing. Error messages are handled by the browser's default HTML5 validation, which provides clear prompts when required types are not met.</w:t>
      </w:r>
    </w:p>
    <w:p w14:paraId="42FC6C3C" w14:textId="77777777" w:rsidR="00E248E0" w:rsidRPr="00785FEF" w:rsidRDefault="00E248E0" w:rsidP="00620233">
      <w:pPr>
        <w:jc w:val="both"/>
        <w:rPr>
          <w:rFonts w:ascii="Aptos" w:hAnsi="Aptos"/>
        </w:rPr>
      </w:pPr>
    </w:p>
    <w:p w14:paraId="68D11A87" w14:textId="77777777" w:rsidR="00E248E0" w:rsidRDefault="00E248E0" w:rsidP="00620233">
      <w:pPr>
        <w:jc w:val="both"/>
        <w:rPr>
          <w:rFonts w:ascii="Aptos" w:hAnsi="Aptos"/>
        </w:rPr>
      </w:pPr>
      <w:r>
        <w:rPr>
          <w:rFonts w:ascii="Aptos" w:hAnsi="Aptos"/>
          <w:b/>
          <w:bCs/>
        </w:rPr>
        <w:t xml:space="preserve">Robust: </w:t>
      </w:r>
      <w:r>
        <w:rPr>
          <w:rFonts w:ascii="Aptos" w:hAnsi="Aptos"/>
        </w:rPr>
        <w:t>The site uses valid, standards-compliant HTML5 and CSS3, confirmed by the W3C validators. This means the site works consistently across browsers and assistive technologies. Semantic list elements (&lt;ul&gt;) are used for both the navigation and the dish gallery, which is appropriate since neither is an ordered sequence. The site degrades gracefully when JavaScript is disabled, as no scripts are required for core functionality.</w:t>
      </w:r>
    </w:p>
    <w:p w14:paraId="7BDBE362" w14:textId="77777777" w:rsidR="009728DC" w:rsidRPr="00785FEF" w:rsidRDefault="009728DC" w:rsidP="00620233">
      <w:pPr>
        <w:jc w:val="both"/>
        <w:rPr>
          <w:rFonts w:ascii="Aptos" w:hAnsi="Aptos"/>
        </w:rPr>
      </w:pPr>
    </w:p>
    <w:p w14:paraId="39972601" w14:textId="77777777" w:rsidR="00E248E0" w:rsidRPr="00785FEF" w:rsidRDefault="00E248E0" w:rsidP="00620233">
      <w:pPr>
        <w:pStyle w:val="Heading2"/>
        <w:jc w:val="both"/>
        <w:rPr>
          <w:rFonts w:ascii="Aptos" w:hAnsi="Aptos"/>
          <w:sz w:val="22"/>
          <w:szCs w:val="22"/>
        </w:rPr>
      </w:pPr>
      <w:bookmarkStart w:id="35" w:name="_Toc227883486"/>
      <w:bookmarkStart w:id="36" w:name="_Toc227895204"/>
      <w:r>
        <w:rPr>
          <w:rFonts w:ascii="Aptos" w:hAnsi="Aptos"/>
          <w:sz w:val="22"/>
          <w:szCs w:val="22"/>
        </w:rPr>
        <w:t>4.3 Comparison of Two Live Websites</w:t>
      </w:r>
      <w:bookmarkEnd w:id="35"/>
      <w:bookmarkEnd w:id="36"/>
    </w:p>
    <w:p w14:paraId="09C06074" w14:textId="0809B7D2" w:rsidR="00E248E0" w:rsidRDefault="00E248E0" w:rsidP="00620233">
      <w:pPr>
        <w:jc w:val="both"/>
        <w:rPr>
          <w:rFonts w:ascii="Aptos" w:hAnsi="Aptos"/>
        </w:rPr>
      </w:pPr>
      <w:r>
        <w:rPr>
          <w:rFonts w:ascii="Aptos" w:hAnsi="Aptos"/>
        </w:rPr>
        <w:t>The following section provides a comparative analysis of two well-known cooking and recipe websites: BBC Good Food (www.bbcgoodfood.com) and Allrecipes UK (www.allrecipes.co.uk). Both sites serve a similar function to the portfolio website in that they present food content to a general audience. The comparison focuses on usability, accessibility, SEO, and mobile responsiveness.</w:t>
      </w:r>
    </w:p>
    <w:p w14:paraId="40729D4F" w14:textId="0B63977A" w:rsidR="00D30FA5" w:rsidRDefault="00E248E0" w:rsidP="00620233">
      <w:pPr>
        <w:jc w:val="both"/>
        <w:rPr>
          <w:rFonts w:ascii="Aptos" w:hAnsi="Aptos"/>
        </w:rPr>
      </w:pPr>
      <w:r>
        <w:rPr>
          <w:rFonts w:ascii="Aptos" w:hAnsi="Aptos"/>
        </w:rPr>
        <w:br w:type="page"/>
      </w:r>
    </w:p>
    <w:p w14:paraId="4EDEE2A4" w14:textId="77777777" w:rsidR="00E248E0" w:rsidRPr="00785FEF" w:rsidRDefault="00E248E0" w:rsidP="00620233">
      <w:pPr>
        <w:pStyle w:val="Heading3"/>
        <w:jc w:val="both"/>
        <w:rPr>
          <w:rFonts w:ascii="Aptos" w:hAnsi="Aptos"/>
        </w:rPr>
      </w:pPr>
      <w:bookmarkStart w:id="37" w:name="_Toc227883487"/>
      <w:bookmarkStart w:id="38" w:name="_Toc227895205"/>
      <w:r>
        <w:rPr>
          <w:rFonts w:ascii="Aptos" w:hAnsi="Aptos"/>
        </w:rPr>
        <w:lastRenderedPageBreak/>
        <w:t>4.3.1 Site Descriptions</w:t>
      </w:r>
      <w:bookmarkEnd w:id="37"/>
      <w:bookmarkEnd w:id="38"/>
    </w:p>
    <w:tbl>
      <w:tblPr>
        <w:tblStyle w:val="PlainTable3"/>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4109"/>
        <w:gridCol w:w="3936"/>
      </w:tblGrid>
      <w:tr w:rsidR="009728DC" w14:paraId="2538B5FB" w14:textId="77777777" w:rsidTr="009728DC">
        <w:trPr>
          <w:cnfStyle w:val="100000000000" w:firstRow="1" w:lastRow="0" w:firstColumn="0" w:lastColumn="0" w:oddVBand="0" w:evenVBand="0" w:oddHBand="0" w:evenHBand="0" w:firstRowFirstColumn="0" w:firstRowLastColumn="0" w:lastRowFirstColumn="0" w:lastRowLastColumn="0"/>
          <w:trHeight w:val="56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2FA787F0" w14:textId="164B677D"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FFFFFF"/>
              </w:rPr>
              <w:t>Criteria</w:t>
            </w:r>
          </w:p>
        </w:tc>
        <w:tc>
          <w:tcPr>
            <w:tcW w:w="0" w:type="auto"/>
            <w:tcBorders>
              <w:bottom w:val="none" w:sz="0" w:space="0" w:color="auto"/>
            </w:tcBorders>
            <w:shd w:val="clear" w:color="auto" w:fill="4F81BD" w:themeFill="accent1"/>
          </w:tcPr>
          <w:p w14:paraId="4916BD75" w14:textId="65CDD444" w:rsidR="009728DC" w:rsidRDefault="009728DC" w:rsidP="00620233">
            <w:pPr>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val="0"/>
                <w:bCs w:val="0"/>
                <w:color w:val="365F91" w:themeColor="accent1" w:themeShade="BF"/>
                <w:sz w:val="28"/>
                <w:szCs w:val="28"/>
              </w:rPr>
            </w:pPr>
            <w:r>
              <w:rPr>
                <w:rFonts w:ascii="Aptos" w:hAnsi="Aptos"/>
                <w:color w:val="FFFFFF"/>
              </w:rPr>
              <w:t>BBC Good Food</w:t>
            </w:r>
          </w:p>
        </w:tc>
        <w:tc>
          <w:tcPr>
            <w:tcW w:w="0" w:type="auto"/>
            <w:tcBorders>
              <w:bottom w:val="none" w:sz="0" w:space="0" w:color="auto"/>
            </w:tcBorders>
            <w:shd w:val="clear" w:color="auto" w:fill="4F81BD" w:themeFill="accent1"/>
          </w:tcPr>
          <w:p w14:paraId="086EFEFC" w14:textId="245514D7" w:rsidR="009728DC" w:rsidRDefault="009728DC" w:rsidP="00620233">
            <w:pPr>
              <w:jc w:val="both"/>
              <w:cnfStyle w:val="100000000000" w:firstRow="1" w:lastRow="0" w:firstColumn="0" w:lastColumn="0" w:oddVBand="0" w:evenVBand="0" w:oddHBand="0" w:evenHBand="0" w:firstRowFirstColumn="0" w:firstRowLastColumn="0" w:lastRowFirstColumn="0" w:lastRowLastColumn="0"/>
              <w:rPr>
                <w:rFonts w:asciiTheme="majorHAnsi" w:eastAsiaTheme="majorEastAsia" w:hAnsiTheme="majorHAnsi" w:cstheme="majorBidi"/>
                <w:b w:val="0"/>
                <w:bCs w:val="0"/>
                <w:color w:val="365F91" w:themeColor="accent1" w:themeShade="BF"/>
                <w:sz w:val="28"/>
                <w:szCs w:val="28"/>
              </w:rPr>
            </w:pPr>
            <w:r>
              <w:rPr>
                <w:rFonts w:ascii="Aptos" w:hAnsi="Aptos"/>
                <w:color w:val="FFFFFF"/>
              </w:rPr>
              <w:t>Allrecipes UK</w:t>
            </w:r>
          </w:p>
        </w:tc>
      </w:tr>
      <w:tr w:rsidR="009728DC" w14:paraId="1C64F5EA" w14:textId="77777777" w:rsidTr="009728DC">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BAA2D03" w14:textId="6F0D314D"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URL</w:t>
            </w:r>
          </w:p>
        </w:tc>
        <w:tc>
          <w:tcPr>
            <w:tcW w:w="0" w:type="auto"/>
          </w:tcPr>
          <w:p w14:paraId="1A8D82DD" w14:textId="682955D3"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www.bbcgoodfood.com</w:t>
            </w:r>
          </w:p>
        </w:tc>
        <w:tc>
          <w:tcPr>
            <w:tcW w:w="0" w:type="auto"/>
          </w:tcPr>
          <w:p w14:paraId="41E229A8" w14:textId="14CE6D6D"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www.allrecipes.co.uk</w:t>
            </w:r>
          </w:p>
        </w:tc>
      </w:tr>
      <w:tr w:rsidR="009728DC" w14:paraId="35305434" w14:textId="77777777" w:rsidTr="009728DC">
        <w:trPr>
          <w:trHeight w:val="56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83ACA5A" w14:textId="4E48A60B"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Owner</w:t>
            </w:r>
          </w:p>
        </w:tc>
        <w:tc>
          <w:tcPr>
            <w:tcW w:w="0" w:type="auto"/>
          </w:tcPr>
          <w:p w14:paraId="3271CF50" w14:textId="5416DDB8"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Immediate Media Co. / BBC Studios</w:t>
            </w:r>
          </w:p>
        </w:tc>
        <w:tc>
          <w:tcPr>
            <w:tcW w:w="0" w:type="auto"/>
          </w:tcPr>
          <w:p w14:paraId="532B0A20" w14:textId="0C44C100"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proofErr w:type="spellStart"/>
            <w:r>
              <w:rPr>
                <w:rFonts w:ascii="Aptos" w:hAnsi="Aptos"/>
                <w:color w:val="000000"/>
              </w:rPr>
              <w:t>Dotdash</w:t>
            </w:r>
            <w:proofErr w:type="spellEnd"/>
            <w:r>
              <w:rPr>
                <w:rFonts w:ascii="Aptos" w:hAnsi="Aptos"/>
                <w:color w:val="000000"/>
              </w:rPr>
              <w:t xml:space="preserve"> Meredith</w:t>
            </w:r>
          </w:p>
        </w:tc>
      </w:tr>
      <w:tr w:rsidR="009728DC" w14:paraId="32AE8C95" w14:textId="77777777" w:rsidTr="009728DC">
        <w:trPr>
          <w:cnfStyle w:val="000000100000" w:firstRow="0" w:lastRow="0" w:firstColumn="0" w:lastColumn="0" w:oddVBand="0" w:evenVBand="0" w:oddHBand="1" w:evenHBand="0" w:firstRowFirstColumn="0" w:firstRowLastColumn="0" w:lastRowFirstColumn="0" w:lastRowLastColumn="0"/>
          <w:trHeight w:val="11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A1B1BEB" w14:textId="44ACD8B8"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Purpose</w:t>
            </w:r>
          </w:p>
        </w:tc>
        <w:tc>
          <w:tcPr>
            <w:tcW w:w="0" w:type="auto"/>
          </w:tcPr>
          <w:p w14:paraId="1D0AD5B9" w14:textId="3602DBC4"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Recipe discovery, cooking guides, food inspiration, and magazine content</w:t>
            </w:r>
          </w:p>
        </w:tc>
        <w:tc>
          <w:tcPr>
            <w:tcW w:w="0" w:type="auto"/>
          </w:tcPr>
          <w:p w14:paraId="43B5DB65" w14:textId="26B5CEA3" w:rsidR="009728DC" w:rsidRDefault="009728DC" w:rsidP="00620233">
            <w:pPr>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User-submitted and curated recipes with community ratings and reviews</w:t>
            </w:r>
          </w:p>
        </w:tc>
      </w:tr>
      <w:tr w:rsidR="009728DC" w14:paraId="0CC697C5" w14:textId="77777777" w:rsidTr="009728DC">
        <w:trPr>
          <w:trHeight w:val="112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D53F044" w14:textId="27C5144A" w:rsidR="009728DC" w:rsidRDefault="009728DC" w:rsidP="00620233">
            <w:pPr>
              <w:jc w:val="both"/>
              <w:rPr>
                <w:rFonts w:asciiTheme="majorHAnsi" w:eastAsiaTheme="majorEastAsia" w:hAnsiTheme="majorHAnsi" w:cstheme="majorBidi"/>
                <w:b w:val="0"/>
                <w:bCs w:val="0"/>
                <w:color w:val="365F91" w:themeColor="accent1" w:themeShade="BF"/>
                <w:sz w:val="28"/>
                <w:szCs w:val="28"/>
              </w:rPr>
            </w:pPr>
            <w:r>
              <w:rPr>
                <w:rFonts w:ascii="Aptos" w:hAnsi="Aptos"/>
                <w:color w:val="000000"/>
              </w:rPr>
              <w:t>Content Volume</w:t>
            </w:r>
          </w:p>
        </w:tc>
        <w:tc>
          <w:tcPr>
            <w:tcW w:w="0" w:type="auto"/>
          </w:tcPr>
          <w:p w14:paraId="48354D20" w14:textId="4EA822E3"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Thousands of professionally produced recipes and articles</w:t>
            </w:r>
          </w:p>
        </w:tc>
        <w:tc>
          <w:tcPr>
            <w:tcW w:w="0" w:type="auto"/>
          </w:tcPr>
          <w:p w14:paraId="3FDC982C" w14:textId="234F4DA9" w:rsidR="009728DC" w:rsidRDefault="009728DC" w:rsidP="00620233">
            <w:pPr>
              <w:jc w:val="both"/>
              <w:cnfStyle w:val="000000000000" w:firstRow="0" w:lastRow="0" w:firstColumn="0" w:lastColumn="0" w:oddVBand="0" w:evenVBand="0" w:oddHBand="0" w:evenHBand="0" w:firstRowFirstColumn="0" w:firstRowLastColumn="0" w:lastRowFirstColumn="0" w:lastRowLastColumn="0"/>
              <w:rPr>
                <w:rFonts w:asciiTheme="majorHAnsi" w:eastAsiaTheme="majorEastAsia" w:hAnsiTheme="majorHAnsi" w:cstheme="majorBidi"/>
                <w:b/>
                <w:bCs/>
                <w:color w:val="365F91" w:themeColor="accent1" w:themeShade="BF"/>
                <w:sz w:val="28"/>
                <w:szCs w:val="28"/>
              </w:rPr>
            </w:pPr>
            <w:r>
              <w:rPr>
                <w:rFonts w:ascii="Aptos" w:hAnsi="Aptos"/>
                <w:color w:val="000000"/>
              </w:rPr>
              <w:t>Hundreds of thousands of community-contributed recipes</w:t>
            </w:r>
          </w:p>
        </w:tc>
      </w:tr>
    </w:tbl>
    <w:p w14:paraId="6AB3904A" w14:textId="77777777" w:rsidR="00E248E0" w:rsidRDefault="00E248E0" w:rsidP="00620233">
      <w:pPr>
        <w:jc w:val="both"/>
        <w:rPr>
          <w:rFonts w:asciiTheme="majorHAnsi" w:eastAsiaTheme="majorEastAsia" w:hAnsiTheme="majorHAnsi" w:cstheme="majorBidi"/>
          <w:b/>
          <w:bCs/>
          <w:color w:val="365F91" w:themeColor="accent1" w:themeShade="BF"/>
          <w:sz w:val="28"/>
          <w:szCs w:val="28"/>
        </w:rPr>
      </w:pPr>
    </w:p>
    <w:p w14:paraId="4817AF76" w14:textId="77777777" w:rsidR="009728DC" w:rsidRDefault="009728DC" w:rsidP="00620233">
      <w:pPr>
        <w:jc w:val="both"/>
        <w:rPr>
          <w:rFonts w:asciiTheme="majorHAnsi" w:eastAsiaTheme="majorEastAsia" w:hAnsiTheme="majorHAnsi" w:cstheme="majorBidi"/>
          <w:b/>
          <w:bCs/>
          <w:color w:val="365F91" w:themeColor="accent1" w:themeShade="BF"/>
          <w:sz w:val="28"/>
          <w:szCs w:val="28"/>
        </w:rPr>
      </w:pPr>
    </w:p>
    <w:p w14:paraId="076BAC25" w14:textId="77777777" w:rsidR="00E248E0" w:rsidRPr="00785FEF" w:rsidRDefault="00E248E0" w:rsidP="00620233">
      <w:pPr>
        <w:pStyle w:val="Heading3"/>
        <w:jc w:val="both"/>
        <w:rPr>
          <w:rFonts w:ascii="Aptos" w:hAnsi="Aptos"/>
        </w:rPr>
      </w:pPr>
      <w:bookmarkStart w:id="39" w:name="_Toc227883488"/>
      <w:bookmarkStart w:id="40" w:name="_Toc227895206"/>
      <w:r>
        <w:rPr>
          <w:rFonts w:ascii="Aptos" w:hAnsi="Aptos"/>
        </w:rPr>
        <w:t>4.3.2 Usability</w:t>
      </w:r>
      <w:bookmarkEnd w:id="39"/>
      <w:bookmarkEnd w:id="40"/>
    </w:p>
    <w:tbl>
      <w:tblPr>
        <w:tblStyle w:val="PlainTable3"/>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4105"/>
        <w:gridCol w:w="4179"/>
      </w:tblGrid>
      <w:tr w:rsidR="009728DC" w14:paraId="53E7BD92" w14:textId="77777777" w:rsidTr="009728DC">
        <w:trPr>
          <w:cnfStyle w:val="100000000000" w:firstRow="1" w:lastRow="0" w:firstColumn="0" w:lastColumn="0" w:oddVBand="0" w:evenVBand="0" w:oddHBand="0" w:evenHBand="0" w:firstRowFirstColumn="0" w:firstRowLastColumn="0" w:lastRowFirstColumn="0" w:lastRowLastColumn="0"/>
          <w:trHeight w:val="418"/>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5F51221F" w14:textId="05578541" w:rsidR="009728DC" w:rsidRDefault="009728DC" w:rsidP="00620233">
            <w:pPr>
              <w:jc w:val="both"/>
            </w:pPr>
            <w:r>
              <w:rPr>
                <w:rFonts w:ascii="Aptos" w:hAnsi="Aptos"/>
                <w:color w:val="FFFFFF"/>
              </w:rPr>
              <w:t>Criterion</w:t>
            </w:r>
          </w:p>
        </w:tc>
        <w:tc>
          <w:tcPr>
            <w:tcW w:w="0" w:type="auto"/>
            <w:tcBorders>
              <w:bottom w:val="none" w:sz="0" w:space="0" w:color="auto"/>
            </w:tcBorders>
            <w:shd w:val="clear" w:color="auto" w:fill="4F81BD" w:themeFill="accent1"/>
          </w:tcPr>
          <w:p w14:paraId="4696E072" w14:textId="099FD0A1"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252D3F72" w14:textId="5313734F"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9728DC" w14:paraId="4169CACB" w14:textId="77777777" w:rsidTr="009728DC">
        <w:trPr>
          <w:cnfStyle w:val="000000100000" w:firstRow="0" w:lastRow="0" w:firstColumn="0" w:lastColumn="0" w:oddVBand="0" w:evenVBand="0" w:oddHBand="1" w:evenHBand="0" w:firstRowFirstColumn="0" w:firstRowLastColumn="0" w:lastRowFirstColumn="0" w:lastRowLastColumn="0"/>
          <w:trHeight w:val="1445"/>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C607CFA" w14:textId="2C3B87EC" w:rsidR="009728DC" w:rsidRDefault="009728DC" w:rsidP="00620233">
            <w:pPr>
              <w:jc w:val="both"/>
            </w:pPr>
            <w:r>
              <w:rPr>
                <w:rFonts w:ascii="Aptos" w:hAnsi="Aptos"/>
                <w:color w:val="000000"/>
              </w:rPr>
              <w:t>Navigation</w:t>
            </w:r>
          </w:p>
        </w:tc>
        <w:tc>
          <w:tcPr>
            <w:tcW w:w="0" w:type="auto"/>
          </w:tcPr>
          <w:p w14:paraId="1CA77517" w14:textId="02DA2A87"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Clear top navigation with category dropdowns. Consistent mega-menu across all pages. Easy to browse by meal type, ingredient, or occasion.</w:t>
            </w:r>
          </w:p>
        </w:tc>
        <w:tc>
          <w:tcPr>
            <w:tcW w:w="0" w:type="auto"/>
          </w:tcPr>
          <w:p w14:paraId="5F43A6FB" w14:textId="069E1C97"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Top navigation present but less prominent. Search bar is the primary navigation method, which suits frequent users but may hinder new visitors.</w:t>
            </w:r>
          </w:p>
        </w:tc>
      </w:tr>
      <w:tr w:rsidR="009728DC" w14:paraId="48145A02" w14:textId="77777777" w:rsidTr="009728DC">
        <w:trPr>
          <w:trHeight w:val="1267"/>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2959EE6" w14:textId="7ABB9263" w:rsidR="009728DC" w:rsidRDefault="009728DC" w:rsidP="00620233">
            <w:pPr>
              <w:jc w:val="both"/>
            </w:pPr>
            <w:r>
              <w:rPr>
                <w:rFonts w:ascii="Aptos" w:hAnsi="Aptos"/>
                <w:color w:val="000000"/>
              </w:rPr>
              <w:t>Layout</w:t>
            </w:r>
          </w:p>
        </w:tc>
        <w:tc>
          <w:tcPr>
            <w:tcW w:w="0" w:type="auto"/>
          </w:tcPr>
          <w:p w14:paraId="10FD862B" w14:textId="08EBE663"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Clean, magazine-style grid layout with large hero images. Whitespace is used effectively to reduce clutter.</w:t>
            </w:r>
          </w:p>
        </w:tc>
        <w:tc>
          <w:tcPr>
            <w:tcW w:w="0" w:type="auto"/>
          </w:tcPr>
          <w:p w14:paraId="6910E454" w14:textId="5CF20A8D"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Denser layout with more cards and content per page. Can feel busier but allows more content to be discovered per scroll.</w:t>
            </w:r>
          </w:p>
        </w:tc>
      </w:tr>
      <w:tr w:rsidR="009728DC" w14:paraId="5CD3DBA1" w14:textId="77777777" w:rsidTr="009728DC">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FCDE35B" w14:textId="4C8BB1F7" w:rsidR="009728DC" w:rsidRDefault="009728DC" w:rsidP="00620233">
            <w:pPr>
              <w:jc w:val="both"/>
            </w:pPr>
            <w:r>
              <w:rPr>
                <w:rFonts w:ascii="Aptos" w:hAnsi="Aptos"/>
                <w:color w:val="000000"/>
              </w:rPr>
              <w:t>Readability</w:t>
            </w:r>
          </w:p>
        </w:tc>
        <w:tc>
          <w:tcPr>
            <w:tcW w:w="0" w:type="auto"/>
          </w:tcPr>
          <w:p w14:paraId="2897F1BA" w14:textId="26373C68"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High readability. Large, legible body text (16px+). Good contrast between text and background. Recipes broken into clear steps.</w:t>
            </w:r>
          </w:p>
        </w:tc>
        <w:tc>
          <w:tcPr>
            <w:tcW w:w="0" w:type="auto"/>
          </w:tcPr>
          <w:p w14:paraId="682133FA" w14:textId="1574BC5A"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 xml:space="preserve">Readable but slightly smaller body text in some sections. Recipe steps are </w:t>
            </w:r>
            <w:r>
              <w:rPr>
                <w:rFonts w:ascii="Aptos" w:hAnsi="Aptos"/>
                <w:color w:val="000000"/>
              </w:rPr>
              <w:t>clear,</w:t>
            </w:r>
            <w:r>
              <w:rPr>
                <w:rFonts w:ascii="Aptos" w:hAnsi="Aptos"/>
                <w:color w:val="000000"/>
              </w:rPr>
              <w:t xml:space="preserve"> but the page can feel </w:t>
            </w:r>
            <w:r>
              <w:rPr>
                <w:rFonts w:ascii="Aptos" w:hAnsi="Aptos"/>
                <w:color w:val="000000"/>
              </w:rPr>
              <w:t>ad heavy</w:t>
            </w:r>
            <w:r>
              <w:rPr>
                <w:rFonts w:ascii="Aptos" w:hAnsi="Aptos"/>
                <w:color w:val="000000"/>
              </w:rPr>
              <w:t>.</w:t>
            </w:r>
          </w:p>
        </w:tc>
      </w:tr>
      <w:tr w:rsidR="009728DC" w14:paraId="25F8F53B" w14:textId="77777777" w:rsidTr="009728DC">
        <w:trPr>
          <w:trHeight w:val="111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69D9936" w14:textId="33F7357C" w:rsidR="009728DC" w:rsidRDefault="009728DC" w:rsidP="00620233">
            <w:pPr>
              <w:jc w:val="both"/>
            </w:pPr>
            <w:r>
              <w:rPr>
                <w:rFonts w:ascii="Aptos" w:hAnsi="Aptos"/>
                <w:color w:val="000000"/>
              </w:rPr>
              <w:t>User Experience</w:t>
            </w:r>
          </w:p>
        </w:tc>
        <w:tc>
          <w:tcPr>
            <w:tcW w:w="0" w:type="auto"/>
          </w:tcPr>
          <w:p w14:paraId="270B91C6" w14:textId="2DCBB0B6"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Premium feel. Minimal friction to find and follow a recipe. Step counts and cooking times prominently displayed.</w:t>
            </w:r>
          </w:p>
        </w:tc>
        <w:tc>
          <w:tcPr>
            <w:tcW w:w="0" w:type="auto"/>
          </w:tcPr>
          <w:p w14:paraId="01E414A7" w14:textId="7A4707B6"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Strong community feel with ratings and reviews. Adds trust but pages are more complex due to the volume of user content.</w:t>
            </w:r>
          </w:p>
        </w:tc>
      </w:tr>
    </w:tbl>
    <w:p w14:paraId="2D0269CB" w14:textId="77777777" w:rsidR="009728DC" w:rsidRDefault="009728DC" w:rsidP="00620233">
      <w:pPr>
        <w:pStyle w:val="Heading3"/>
        <w:jc w:val="both"/>
        <w:rPr>
          <w:rFonts w:ascii="Aptos" w:hAnsi="Aptos"/>
        </w:rPr>
      </w:pPr>
      <w:bookmarkStart w:id="41" w:name="_Toc227883489"/>
    </w:p>
    <w:p w14:paraId="58CB2D76" w14:textId="77777777" w:rsidR="009728DC" w:rsidRDefault="009728DC" w:rsidP="00620233">
      <w:pPr>
        <w:jc w:val="both"/>
        <w:rPr>
          <w:rFonts w:ascii="Aptos" w:eastAsiaTheme="majorEastAsia" w:hAnsi="Aptos" w:cstheme="majorBidi"/>
          <w:b/>
          <w:bCs/>
          <w:color w:val="4F81BD" w:themeColor="accent1"/>
        </w:rPr>
      </w:pPr>
      <w:r>
        <w:rPr>
          <w:rFonts w:ascii="Aptos" w:hAnsi="Aptos"/>
        </w:rPr>
        <w:br w:type="page"/>
      </w:r>
    </w:p>
    <w:p w14:paraId="474B167A" w14:textId="50A15874" w:rsidR="009728DC" w:rsidRPr="00785FEF" w:rsidRDefault="009728DC" w:rsidP="00620233">
      <w:pPr>
        <w:pStyle w:val="Heading3"/>
        <w:jc w:val="both"/>
        <w:rPr>
          <w:rFonts w:ascii="Aptos" w:hAnsi="Aptos"/>
        </w:rPr>
      </w:pPr>
      <w:bookmarkStart w:id="42" w:name="_Toc227895207"/>
      <w:r>
        <w:rPr>
          <w:rFonts w:ascii="Aptos" w:hAnsi="Aptos"/>
        </w:rPr>
        <w:lastRenderedPageBreak/>
        <w:t>4.3.3 Accessibility (WAVE Tool)</w:t>
      </w:r>
      <w:bookmarkEnd w:id="41"/>
      <w:bookmarkEnd w:id="42"/>
    </w:p>
    <w:p w14:paraId="26AA239C" w14:textId="77777777" w:rsidR="009728DC" w:rsidRPr="00785FEF" w:rsidRDefault="009728DC" w:rsidP="00620233">
      <w:pPr>
        <w:jc w:val="both"/>
        <w:rPr>
          <w:rFonts w:ascii="Aptos" w:hAnsi="Aptos"/>
        </w:rPr>
      </w:pPr>
      <w:r>
        <w:rPr>
          <w:rFonts w:ascii="Aptos" w:hAnsi="Aptos"/>
        </w:rPr>
        <w:t>Both websites were evaluated using the WAVE Web Accessibility Evaluation Tool (wave.webaim.org), which identifies accessibility errors, alerts, and structural features in accordance with WCAG 2.1.</w:t>
      </w:r>
    </w:p>
    <w:tbl>
      <w:tblPr>
        <w:tblStyle w:val="PlainTable3"/>
        <w:tblpPr w:leftFromText="180" w:rightFromText="180" w:vertAnchor="page" w:horzAnchor="margin" w:tblpXSpec="center" w:tblpY="3461"/>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3744"/>
        <w:gridCol w:w="4092"/>
      </w:tblGrid>
      <w:tr w:rsidR="00620233" w14:paraId="7BAB2B52" w14:textId="77777777" w:rsidTr="00620233">
        <w:trPr>
          <w:cnfStyle w:val="100000000000" w:firstRow="1" w:lastRow="0" w:firstColumn="0" w:lastColumn="0" w:oddVBand="0" w:evenVBand="0" w:oddHBand="0" w:evenHBand="0" w:firstRowFirstColumn="0" w:firstRowLastColumn="0" w:lastRowFirstColumn="0" w:lastRowLastColumn="0"/>
          <w:trHeight w:val="264"/>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447DEB76" w14:textId="77777777" w:rsidR="00620233" w:rsidRDefault="00620233" w:rsidP="00620233">
            <w:pPr>
              <w:jc w:val="both"/>
            </w:pPr>
            <w:r>
              <w:rPr>
                <w:rFonts w:ascii="Aptos" w:hAnsi="Aptos"/>
                <w:color w:val="FFFFFF"/>
              </w:rPr>
              <w:t>WCAG Principle</w:t>
            </w:r>
          </w:p>
        </w:tc>
        <w:tc>
          <w:tcPr>
            <w:tcW w:w="0" w:type="auto"/>
            <w:tcBorders>
              <w:bottom w:val="none" w:sz="0" w:space="0" w:color="auto"/>
            </w:tcBorders>
            <w:shd w:val="clear" w:color="auto" w:fill="4F81BD" w:themeFill="accent1"/>
          </w:tcPr>
          <w:p w14:paraId="2DBED9C5" w14:textId="77777777" w:rsidR="00620233" w:rsidRDefault="00620233"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0DB5347C" w14:textId="77777777" w:rsidR="00620233" w:rsidRDefault="00620233"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620233" w14:paraId="6FB2FC0F" w14:textId="77777777" w:rsidTr="00620233">
        <w:trPr>
          <w:cnfStyle w:val="000000100000" w:firstRow="0" w:lastRow="0" w:firstColumn="0" w:lastColumn="0" w:oddVBand="0" w:evenVBand="0" w:oddHBand="1" w:evenHBand="0" w:firstRowFirstColumn="0" w:firstRowLastColumn="0" w:lastRowFirstColumn="0" w:lastRowLastColumn="0"/>
          <w:trHeight w:val="1621"/>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0A9E46B" w14:textId="77777777" w:rsidR="00620233" w:rsidRDefault="00620233" w:rsidP="00620233">
            <w:pPr>
              <w:jc w:val="both"/>
            </w:pPr>
            <w:r>
              <w:rPr>
                <w:rFonts w:ascii="Aptos" w:hAnsi="Aptos"/>
                <w:color w:val="000000"/>
              </w:rPr>
              <w:t>Perceivable</w:t>
            </w:r>
          </w:p>
        </w:tc>
        <w:tc>
          <w:tcPr>
            <w:tcW w:w="0" w:type="auto"/>
          </w:tcPr>
          <w:p w14:paraId="40ACD1D6"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Most images have alt text. Some decorative images correctly use empty alt attributes. Minor contrast warnings flagged on caption text.</w:t>
            </w:r>
          </w:p>
        </w:tc>
        <w:tc>
          <w:tcPr>
            <w:tcW w:w="0" w:type="auto"/>
          </w:tcPr>
          <w:p w14:paraId="40FAC70C"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Most recipe images include alt text. Some user-uploaded images have missing or non-descriptive alt text. Contrast warnings noted on some filter buttons.</w:t>
            </w:r>
          </w:p>
        </w:tc>
      </w:tr>
      <w:tr w:rsidR="00620233" w14:paraId="07B724BC" w14:textId="77777777" w:rsidTr="00620233">
        <w:trPr>
          <w:trHeight w:val="133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07CD072" w14:textId="77777777" w:rsidR="00620233" w:rsidRDefault="00620233" w:rsidP="00620233">
            <w:pPr>
              <w:jc w:val="both"/>
            </w:pPr>
            <w:r>
              <w:rPr>
                <w:rFonts w:ascii="Aptos" w:hAnsi="Aptos"/>
                <w:color w:val="000000"/>
              </w:rPr>
              <w:t>Operable</w:t>
            </w:r>
          </w:p>
        </w:tc>
        <w:tc>
          <w:tcPr>
            <w:tcW w:w="0" w:type="auto"/>
          </w:tcPr>
          <w:p w14:paraId="0F558F24"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Keyboard navigation functional. Skip-to-content link present. Good focus indicators on interactive elements.</w:t>
            </w:r>
          </w:p>
        </w:tc>
        <w:tc>
          <w:tcPr>
            <w:tcW w:w="0" w:type="auto"/>
          </w:tcPr>
          <w:p w14:paraId="606116DE"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Keyboard navigation mostly functional. Skip link present. Some modal and dropdown components have inconsistent focus management.</w:t>
            </w:r>
          </w:p>
        </w:tc>
      </w:tr>
      <w:tr w:rsidR="00620233" w14:paraId="78856656" w14:textId="77777777" w:rsidTr="00620233">
        <w:trPr>
          <w:cnfStyle w:val="000000100000" w:firstRow="0" w:lastRow="0" w:firstColumn="0" w:lastColumn="0" w:oddVBand="0" w:evenVBand="0" w:oddHBand="1"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1808EADC" w14:textId="77777777" w:rsidR="00620233" w:rsidRDefault="00620233" w:rsidP="00620233">
            <w:pPr>
              <w:jc w:val="both"/>
            </w:pPr>
            <w:r>
              <w:rPr>
                <w:rFonts w:ascii="Aptos" w:hAnsi="Aptos"/>
                <w:color w:val="000000"/>
              </w:rPr>
              <w:t>Understandable</w:t>
            </w:r>
          </w:p>
        </w:tc>
        <w:tc>
          <w:tcPr>
            <w:tcW w:w="0" w:type="auto"/>
          </w:tcPr>
          <w:p w14:paraId="2926B3FE"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Lang attribute present. Form labels are correctly associated. Error messages are descriptive.</w:t>
            </w:r>
          </w:p>
        </w:tc>
        <w:tc>
          <w:tcPr>
            <w:tcW w:w="0" w:type="auto"/>
          </w:tcPr>
          <w:p w14:paraId="4CD3E858"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Lang attribute present. Search field is well labelled. Some subscription pop-up forms lack sufficient label associations.</w:t>
            </w:r>
          </w:p>
        </w:tc>
      </w:tr>
      <w:tr w:rsidR="00620233" w14:paraId="4A9CE4CC" w14:textId="77777777" w:rsidTr="00620233">
        <w:trPr>
          <w:trHeight w:val="107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30B3E070" w14:textId="77777777" w:rsidR="00620233" w:rsidRDefault="00620233" w:rsidP="00620233">
            <w:pPr>
              <w:jc w:val="both"/>
            </w:pPr>
            <w:r>
              <w:rPr>
                <w:rFonts w:ascii="Aptos" w:hAnsi="Aptos"/>
                <w:color w:val="000000"/>
              </w:rPr>
              <w:t>Robust</w:t>
            </w:r>
          </w:p>
        </w:tc>
        <w:tc>
          <w:tcPr>
            <w:tcW w:w="0" w:type="auto"/>
          </w:tcPr>
          <w:p w14:paraId="7FB5F170"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Valid HTML structure. ARIA landmarks used appropriately. Good heading hierarchy (H1 &gt; H2 &gt; H3).</w:t>
            </w:r>
          </w:p>
        </w:tc>
        <w:tc>
          <w:tcPr>
            <w:tcW w:w="0" w:type="auto"/>
          </w:tcPr>
          <w:p w14:paraId="01FC6435" w14:textId="77777777" w:rsidR="00620233" w:rsidRDefault="00620233"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Generally valid HTML. ARIA roles present. Heading hierarchy occasionally inconsistent on category pages.</w:t>
            </w:r>
          </w:p>
        </w:tc>
      </w:tr>
      <w:tr w:rsidR="00620233" w14:paraId="0ABFDE83" w14:textId="77777777" w:rsidTr="00620233">
        <w:trPr>
          <w:cnfStyle w:val="000000100000" w:firstRow="0" w:lastRow="0" w:firstColumn="0" w:lastColumn="0" w:oddVBand="0" w:evenVBand="0" w:oddHBand="1" w:evenHBand="0" w:firstRowFirstColumn="0" w:firstRowLastColumn="0" w:lastRowFirstColumn="0" w:lastRowLastColumn="0"/>
          <w:trHeight w:val="1339"/>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0025203" w14:textId="77777777" w:rsidR="00620233" w:rsidRDefault="00620233" w:rsidP="00620233">
            <w:pPr>
              <w:jc w:val="both"/>
            </w:pPr>
            <w:r>
              <w:rPr>
                <w:rFonts w:ascii="Aptos" w:hAnsi="Aptos"/>
                <w:color w:val="000000"/>
              </w:rPr>
              <w:t>WAVE Errors</w:t>
            </w:r>
          </w:p>
        </w:tc>
        <w:tc>
          <w:tcPr>
            <w:tcW w:w="0" w:type="auto"/>
          </w:tcPr>
          <w:p w14:paraId="7410F6C8"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Very few errors (primarily related to third-party ad content).</w:t>
            </w:r>
          </w:p>
        </w:tc>
        <w:tc>
          <w:tcPr>
            <w:tcW w:w="0" w:type="auto"/>
          </w:tcPr>
          <w:p w14:paraId="49D8519D" w14:textId="77777777" w:rsidR="00620233" w:rsidRDefault="00620233"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Moderate number of errors, largely related to missing alt text on community-submitted images and some contrast issues.</w:t>
            </w:r>
          </w:p>
        </w:tc>
      </w:tr>
    </w:tbl>
    <w:p w14:paraId="5478C305" w14:textId="77777777" w:rsidR="009728DC" w:rsidRDefault="009728DC" w:rsidP="00620233">
      <w:pPr>
        <w:jc w:val="both"/>
      </w:pPr>
    </w:p>
    <w:p w14:paraId="429747FB" w14:textId="77777777" w:rsidR="009728DC" w:rsidRDefault="009728DC" w:rsidP="00620233">
      <w:pPr>
        <w:pStyle w:val="Heading3"/>
        <w:jc w:val="both"/>
      </w:pPr>
      <w:bookmarkStart w:id="43" w:name="_Toc227883490"/>
      <w:bookmarkStart w:id="44" w:name="_Toc227895208"/>
      <w:r>
        <w:lastRenderedPageBreak/>
        <w:t>4.3.4 SEO</w:t>
      </w:r>
      <w:bookmarkEnd w:id="43"/>
      <w:bookmarkEnd w:id="44"/>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9"/>
        <w:gridCol w:w="3413"/>
        <w:gridCol w:w="3458"/>
      </w:tblGrid>
      <w:tr w:rsidR="009728DC" w14:paraId="2116C26E" w14:textId="77777777" w:rsidTr="009728D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3F10B5AE" w14:textId="0878C390" w:rsidR="009728DC" w:rsidRDefault="009728DC" w:rsidP="00620233">
            <w:pPr>
              <w:pStyle w:val="Heading3"/>
              <w:jc w:val="both"/>
            </w:pPr>
            <w:bookmarkStart w:id="45" w:name="_Toc227895209"/>
            <w:r>
              <w:rPr>
                <w:rFonts w:ascii="Aptos" w:hAnsi="Aptos"/>
                <w:color w:val="FFFFFF"/>
                <w:sz w:val="22"/>
              </w:rPr>
              <w:t>SEO Factor</w:t>
            </w:r>
            <w:bookmarkEnd w:id="45"/>
          </w:p>
        </w:tc>
        <w:tc>
          <w:tcPr>
            <w:tcW w:w="0" w:type="auto"/>
            <w:tcBorders>
              <w:bottom w:val="none" w:sz="0" w:space="0" w:color="auto"/>
            </w:tcBorders>
            <w:shd w:val="clear" w:color="auto" w:fill="4F81BD" w:themeFill="accent1"/>
          </w:tcPr>
          <w:p w14:paraId="7F16B34B" w14:textId="1BF31965" w:rsidR="009728DC" w:rsidRDefault="009728DC" w:rsidP="00620233">
            <w:pPr>
              <w:pStyle w:val="Heading3"/>
              <w:jc w:val="both"/>
              <w:cnfStyle w:val="100000000000" w:firstRow="1" w:lastRow="0" w:firstColumn="0" w:lastColumn="0" w:oddVBand="0" w:evenVBand="0" w:oddHBand="0" w:evenHBand="0" w:firstRowFirstColumn="0" w:firstRowLastColumn="0" w:lastRowFirstColumn="0" w:lastRowLastColumn="0"/>
            </w:pPr>
            <w:bookmarkStart w:id="46" w:name="_Toc227895210"/>
            <w:r>
              <w:rPr>
                <w:rFonts w:ascii="Aptos" w:hAnsi="Aptos"/>
                <w:color w:val="FFFFFF"/>
                <w:sz w:val="22"/>
              </w:rPr>
              <w:t>BBC Good Food</w:t>
            </w:r>
            <w:bookmarkEnd w:id="46"/>
          </w:p>
        </w:tc>
        <w:tc>
          <w:tcPr>
            <w:tcW w:w="0" w:type="auto"/>
            <w:tcBorders>
              <w:bottom w:val="none" w:sz="0" w:space="0" w:color="auto"/>
            </w:tcBorders>
            <w:shd w:val="clear" w:color="auto" w:fill="4F81BD" w:themeFill="accent1"/>
          </w:tcPr>
          <w:p w14:paraId="24E93158" w14:textId="5822065D" w:rsidR="009728DC" w:rsidRDefault="009728DC" w:rsidP="00620233">
            <w:pPr>
              <w:pStyle w:val="Heading3"/>
              <w:jc w:val="both"/>
              <w:cnfStyle w:val="100000000000" w:firstRow="1" w:lastRow="0" w:firstColumn="0" w:lastColumn="0" w:oddVBand="0" w:evenVBand="0" w:oddHBand="0" w:evenHBand="0" w:firstRowFirstColumn="0" w:firstRowLastColumn="0" w:lastRowFirstColumn="0" w:lastRowLastColumn="0"/>
            </w:pPr>
            <w:bookmarkStart w:id="47" w:name="_Toc227895211"/>
            <w:r>
              <w:rPr>
                <w:rFonts w:ascii="Aptos" w:hAnsi="Aptos"/>
                <w:color w:val="FFFFFF"/>
                <w:sz w:val="22"/>
              </w:rPr>
              <w:t>Allrecipes UK</w:t>
            </w:r>
            <w:bookmarkEnd w:id="47"/>
          </w:p>
        </w:tc>
      </w:tr>
      <w:tr w:rsidR="009728DC" w14:paraId="72E22DCA"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2DB80D" w14:textId="2C5B1359" w:rsidR="009728DC" w:rsidRDefault="009728DC" w:rsidP="00620233">
            <w:pPr>
              <w:pStyle w:val="Heading3"/>
              <w:jc w:val="both"/>
            </w:pPr>
            <w:bookmarkStart w:id="48" w:name="_Toc227895212"/>
            <w:r>
              <w:rPr>
                <w:rFonts w:ascii="Aptos" w:hAnsi="Aptos"/>
                <w:color w:val="000000"/>
                <w:sz w:val="22"/>
              </w:rPr>
              <w:t>Title Tags</w:t>
            </w:r>
            <w:bookmarkEnd w:id="48"/>
          </w:p>
        </w:tc>
        <w:tc>
          <w:tcPr>
            <w:tcW w:w="0" w:type="auto"/>
          </w:tcPr>
          <w:p w14:paraId="51FA8624" w14:textId="3D0216F2"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49" w:name="_Toc227895213"/>
            <w:r>
              <w:rPr>
                <w:rFonts w:ascii="Aptos" w:hAnsi="Aptos"/>
                <w:color w:val="000000"/>
              </w:rPr>
              <w:t>Unique, descriptive titles on every page. Follow the format 'Recipe Name | BBC Good Food'.</w:t>
            </w:r>
            <w:bookmarkEnd w:id="49"/>
          </w:p>
        </w:tc>
        <w:tc>
          <w:tcPr>
            <w:tcW w:w="0" w:type="auto"/>
          </w:tcPr>
          <w:p w14:paraId="12F8EE7F" w14:textId="1437250C"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0" w:name="_Toc227895214"/>
            <w:r>
              <w:rPr>
                <w:rFonts w:ascii="Aptos" w:hAnsi="Aptos"/>
                <w:color w:val="000000"/>
              </w:rPr>
              <w:t>Unique titles per recipe. Format: 'Recipe Name - Allrecipes'.</w:t>
            </w:r>
            <w:bookmarkEnd w:id="50"/>
          </w:p>
        </w:tc>
      </w:tr>
      <w:tr w:rsidR="009728DC" w14:paraId="43507CF2"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6A038C4D" w14:textId="2294FCC0" w:rsidR="009728DC" w:rsidRDefault="009728DC" w:rsidP="00620233">
            <w:pPr>
              <w:pStyle w:val="Heading3"/>
              <w:jc w:val="both"/>
            </w:pPr>
            <w:bookmarkStart w:id="51" w:name="_Toc227895215"/>
            <w:r>
              <w:rPr>
                <w:rFonts w:ascii="Aptos" w:hAnsi="Aptos"/>
                <w:color w:val="000000"/>
                <w:sz w:val="22"/>
              </w:rPr>
              <w:t>Meta Descriptions</w:t>
            </w:r>
            <w:bookmarkEnd w:id="51"/>
          </w:p>
        </w:tc>
        <w:tc>
          <w:tcPr>
            <w:tcW w:w="0" w:type="auto"/>
          </w:tcPr>
          <w:p w14:paraId="252A51CC" w14:textId="48B11EDA"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2" w:name="_Toc227895216"/>
            <w:r>
              <w:rPr>
                <w:rFonts w:ascii="Aptos" w:hAnsi="Aptos"/>
                <w:color w:val="000000"/>
              </w:rPr>
              <w:t>Present on all pages. Well-crafted summaries that include keywords naturally.</w:t>
            </w:r>
            <w:bookmarkEnd w:id="52"/>
          </w:p>
        </w:tc>
        <w:tc>
          <w:tcPr>
            <w:tcW w:w="0" w:type="auto"/>
          </w:tcPr>
          <w:p w14:paraId="6390C132" w14:textId="63E16F31"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3" w:name="_Toc227895217"/>
            <w:r>
              <w:rPr>
                <w:rFonts w:ascii="Aptos" w:hAnsi="Aptos"/>
                <w:color w:val="000000"/>
              </w:rPr>
              <w:t xml:space="preserve">Present on all pages. Slightly more formulaic but </w:t>
            </w:r>
            <w:r>
              <w:rPr>
                <w:rFonts w:ascii="Aptos" w:hAnsi="Aptos"/>
                <w:color w:val="000000"/>
              </w:rPr>
              <w:t>keyword rich</w:t>
            </w:r>
            <w:r>
              <w:rPr>
                <w:rFonts w:ascii="Aptos" w:hAnsi="Aptos"/>
                <w:color w:val="000000"/>
              </w:rPr>
              <w:t>.</w:t>
            </w:r>
            <w:bookmarkEnd w:id="53"/>
          </w:p>
        </w:tc>
      </w:tr>
      <w:tr w:rsidR="009728DC" w14:paraId="6B507FA1"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D62B55" w14:textId="7404F004" w:rsidR="009728DC" w:rsidRDefault="009728DC" w:rsidP="00620233">
            <w:pPr>
              <w:pStyle w:val="Heading3"/>
              <w:jc w:val="both"/>
            </w:pPr>
            <w:bookmarkStart w:id="54" w:name="_Toc227895218"/>
            <w:r>
              <w:rPr>
                <w:rFonts w:ascii="Aptos" w:hAnsi="Aptos"/>
                <w:color w:val="000000"/>
                <w:sz w:val="22"/>
              </w:rPr>
              <w:t>Heading Structure</w:t>
            </w:r>
            <w:bookmarkEnd w:id="54"/>
          </w:p>
        </w:tc>
        <w:tc>
          <w:tcPr>
            <w:tcW w:w="0" w:type="auto"/>
          </w:tcPr>
          <w:p w14:paraId="10490013" w14:textId="7C78CB13"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5" w:name="_Toc227895219"/>
            <w:r>
              <w:rPr>
                <w:rFonts w:ascii="Aptos" w:hAnsi="Aptos"/>
                <w:color w:val="000000"/>
              </w:rPr>
              <w:t>Strong H1/H2/H3 hierarchy throughout. Page purpose clear from heading alone.</w:t>
            </w:r>
            <w:bookmarkEnd w:id="55"/>
          </w:p>
        </w:tc>
        <w:tc>
          <w:tcPr>
            <w:tcW w:w="0" w:type="auto"/>
          </w:tcPr>
          <w:p w14:paraId="5B94821D" w14:textId="4113A13F"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56" w:name="_Toc227895220"/>
            <w:r>
              <w:rPr>
                <w:rFonts w:ascii="Aptos" w:hAnsi="Aptos"/>
                <w:color w:val="000000"/>
              </w:rPr>
              <w:t>Good hierarchy. Occasionally H2s used for decorative sub-labels rather than content headings.</w:t>
            </w:r>
            <w:bookmarkEnd w:id="56"/>
          </w:p>
        </w:tc>
      </w:tr>
      <w:tr w:rsidR="009728DC" w14:paraId="6A5608CB"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A3D2F50" w14:textId="291DC5C8" w:rsidR="009728DC" w:rsidRDefault="009728DC" w:rsidP="00620233">
            <w:pPr>
              <w:pStyle w:val="Heading3"/>
              <w:jc w:val="both"/>
            </w:pPr>
            <w:bookmarkStart w:id="57" w:name="_Toc227895221"/>
            <w:r>
              <w:rPr>
                <w:rFonts w:ascii="Aptos" w:hAnsi="Aptos"/>
                <w:color w:val="000000"/>
                <w:sz w:val="22"/>
              </w:rPr>
              <w:t>Alt Text</w:t>
            </w:r>
            <w:bookmarkEnd w:id="57"/>
          </w:p>
        </w:tc>
        <w:tc>
          <w:tcPr>
            <w:tcW w:w="0" w:type="auto"/>
          </w:tcPr>
          <w:p w14:paraId="684CD239" w14:textId="76393F9A"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8" w:name="_Toc227895222"/>
            <w:r>
              <w:rPr>
                <w:rFonts w:ascii="Aptos" w:hAnsi="Aptos"/>
                <w:color w:val="000000"/>
              </w:rPr>
              <w:t>Thorough alt text on editorial images. Auto-generated alts on some thumbnails.</w:t>
            </w:r>
            <w:bookmarkEnd w:id="58"/>
          </w:p>
        </w:tc>
        <w:tc>
          <w:tcPr>
            <w:tcW w:w="0" w:type="auto"/>
          </w:tcPr>
          <w:p w14:paraId="6629BD74" w14:textId="0D49EEC2"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59" w:name="_Toc227895223"/>
            <w:r>
              <w:rPr>
                <w:rFonts w:ascii="Aptos" w:hAnsi="Aptos"/>
                <w:color w:val="000000"/>
              </w:rPr>
              <w:t>Variable quality. Editorial images well described; community images less consistently tagged.</w:t>
            </w:r>
            <w:bookmarkEnd w:id="59"/>
          </w:p>
        </w:tc>
      </w:tr>
      <w:tr w:rsidR="009728DC" w14:paraId="04C76A77" w14:textId="77777777" w:rsidTr="00972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019C450B" w14:textId="68594D09" w:rsidR="009728DC" w:rsidRDefault="009728DC" w:rsidP="00620233">
            <w:pPr>
              <w:pStyle w:val="Heading3"/>
              <w:jc w:val="both"/>
            </w:pPr>
            <w:bookmarkStart w:id="60" w:name="_Toc227895224"/>
            <w:r>
              <w:rPr>
                <w:rFonts w:ascii="Aptos" w:hAnsi="Aptos"/>
                <w:color w:val="000000"/>
                <w:sz w:val="22"/>
              </w:rPr>
              <w:t>Mobile/Core Web Vitals</w:t>
            </w:r>
            <w:bookmarkEnd w:id="60"/>
          </w:p>
        </w:tc>
        <w:tc>
          <w:tcPr>
            <w:tcW w:w="0" w:type="auto"/>
          </w:tcPr>
          <w:p w14:paraId="63115CAF" w14:textId="44ED33D4"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61" w:name="_Toc227895225"/>
            <w:r>
              <w:rPr>
                <w:rFonts w:ascii="Aptos" w:hAnsi="Aptos"/>
                <w:color w:val="000000"/>
              </w:rPr>
              <w:t>Strong performance scores. BBC invests heavily in technical SEO.</w:t>
            </w:r>
            <w:bookmarkEnd w:id="61"/>
          </w:p>
        </w:tc>
        <w:tc>
          <w:tcPr>
            <w:tcW w:w="0" w:type="auto"/>
          </w:tcPr>
          <w:p w14:paraId="2C1D8D6D" w14:textId="5AEA1286" w:rsidR="009728DC" w:rsidRDefault="009728DC" w:rsidP="00620233">
            <w:pPr>
              <w:pStyle w:val="Heading3"/>
              <w:jc w:val="both"/>
              <w:cnfStyle w:val="000000100000" w:firstRow="0" w:lastRow="0" w:firstColumn="0" w:lastColumn="0" w:oddVBand="0" w:evenVBand="0" w:oddHBand="1" w:evenHBand="0" w:firstRowFirstColumn="0" w:firstRowLastColumn="0" w:lastRowFirstColumn="0" w:lastRowLastColumn="0"/>
            </w:pPr>
            <w:bookmarkStart w:id="62" w:name="_Toc227895226"/>
            <w:r>
              <w:rPr>
                <w:rFonts w:ascii="Aptos" w:hAnsi="Aptos"/>
                <w:color w:val="000000"/>
              </w:rPr>
              <w:t>Good performance overall, though slightly lower scores on ad-heavy pages.</w:t>
            </w:r>
            <w:bookmarkEnd w:id="62"/>
          </w:p>
        </w:tc>
      </w:tr>
      <w:tr w:rsidR="009728DC" w14:paraId="3B1C5919" w14:textId="77777777" w:rsidTr="009728DC">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14BFEDD" w14:textId="60D57598" w:rsidR="009728DC" w:rsidRDefault="009728DC" w:rsidP="00620233">
            <w:pPr>
              <w:pStyle w:val="Heading3"/>
              <w:jc w:val="both"/>
            </w:pPr>
            <w:bookmarkStart w:id="63" w:name="_Toc227895227"/>
            <w:r>
              <w:rPr>
                <w:rFonts w:ascii="Aptos" w:hAnsi="Aptos"/>
                <w:color w:val="000000"/>
                <w:sz w:val="22"/>
              </w:rPr>
              <w:t>Structured Data</w:t>
            </w:r>
            <w:bookmarkEnd w:id="63"/>
          </w:p>
        </w:tc>
        <w:tc>
          <w:tcPr>
            <w:tcW w:w="0" w:type="auto"/>
          </w:tcPr>
          <w:p w14:paraId="0B7D67DD" w14:textId="780D3D07"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64" w:name="_Toc227895228"/>
            <w:r>
              <w:rPr>
                <w:rFonts w:ascii="Aptos" w:hAnsi="Aptos"/>
                <w:color w:val="000000"/>
              </w:rPr>
              <w:t>Rich snippets with recipe schema (ingredients, time, ratings) appear in Google search results.</w:t>
            </w:r>
            <w:bookmarkEnd w:id="64"/>
          </w:p>
        </w:tc>
        <w:tc>
          <w:tcPr>
            <w:tcW w:w="0" w:type="auto"/>
          </w:tcPr>
          <w:p w14:paraId="65063B43" w14:textId="2EEB3C91" w:rsidR="009728DC" w:rsidRDefault="009728DC" w:rsidP="00620233">
            <w:pPr>
              <w:pStyle w:val="Heading3"/>
              <w:jc w:val="both"/>
              <w:cnfStyle w:val="000000000000" w:firstRow="0" w:lastRow="0" w:firstColumn="0" w:lastColumn="0" w:oddVBand="0" w:evenVBand="0" w:oddHBand="0" w:evenHBand="0" w:firstRowFirstColumn="0" w:firstRowLastColumn="0" w:lastRowFirstColumn="0" w:lastRowLastColumn="0"/>
            </w:pPr>
            <w:bookmarkStart w:id="65" w:name="_Toc227895229"/>
            <w:r>
              <w:rPr>
                <w:rFonts w:ascii="Aptos" w:hAnsi="Aptos"/>
                <w:color w:val="000000"/>
              </w:rPr>
              <w:t>Recipe schema present. Rich results with star ratings visible in Google.</w:t>
            </w:r>
            <w:bookmarkEnd w:id="65"/>
          </w:p>
        </w:tc>
      </w:tr>
    </w:tbl>
    <w:p w14:paraId="21E79E41" w14:textId="77777777" w:rsidR="009728DC" w:rsidRDefault="009728DC" w:rsidP="00620233">
      <w:pPr>
        <w:pStyle w:val="Heading3"/>
        <w:jc w:val="both"/>
        <w:rPr>
          <w:rFonts w:ascii="Aptos" w:hAnsi="Aptos"/>
        </w:rPr>
      </w:pPr>
      <w:bookmarkStart w:id="66" w:name="_Toc227883491"/>
    </w:p>
    <w:p w14:paraId="1842E3D8" w14:textId="77777777" w:rsidR="00620233" w:rsidRDefault="00620233" w:rsidP="00620233">
      <w:pPr>
        <w:jc w:val="both"/>
        <w:rPr>
          <w:rFonts w:ascii="Aptos" w:eastAsiaTheme="majorEastAsia" w:hAnsi="Aptos" w:cstheme="majorBidi"/>
          <w:b/>
          <w:bCs/>
          <w:color w:val="4F81BD" w:themeColor="accent1"/>
        </w:rPr>
      </w:pPr>
      <w:r>
        <w:rPr>
          <w:rFonts w:ascii="Aptos" w:hAnsi="Aptos"/>
        </w:rPr>
        <w:br w:type="page"/>
      </w:r>
    </w:p>
    <w:p w14:paraId="2F3E6313" w14:textId="1DC1360A" w:rsidR="00E248E0" w:rsidRDefault="009728DC" w:rsidP="00620233">
      <w:pPr>
        <w:pStyle w:val="Heading3"/>
        <w:jc w:val="both"/>
      </w:pPr>
      <w:bookmarkStart w:id="67" w:name="_Toc227895230"/>
      <w:r>
        <w:rPr>
          <w:rFonts w:ascii="Aptos" w:hAnsi="Aptos"/>
        </w:rPr>
        <w:lastRenderedPageBreak/>
        <w:t>4.3.5 Mobile Responsiveness</w:t>
      </w:r>
      <w:bookmarkEnd w:id="66"/>
      <w:bookmarkEnd w:id="67"/>
      <w:r>
        <w:t xml:space="preserve"> </w:t>
      </w:r>
    </w:p>
    <w:tbl>
      <w:tblPr>
        <w:tblStyle w:val="PlainTable3"/>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3444"/>
        <w:gridCol w:w="3334"/>
      </w:tblGrid>
      <w:tr w:rsidR="009728DC" w14:paraId="33799E67" w14:textId="77777777" w:rsidTr="009728DC">
        <w:trPr>
          <w:cnfStyle w:val="100000000000" w:firstRow="1" w:lastRow="0" w:firstColumn="0" w:lastColumn="0" w:oddVBand="0" w:evenVBand="0" w:oddHBand="0" w:evenHBand="0" w:firstRowFirstColumn="0" w:firstRowLastColumn="0" w:lastRowFirstColumn="0" w:lastRowLastColumn="0"/>
          <w:trHeight w:val="312"/>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4F81BD" w:themeFill="accent1"/>
          </w:tcPr>
          <w:p w14:paraId="02CD8299" w14:textId="2077765E" w:rsidR="009728DC" w:rsidRDefault="009728DC" w:rsidP="00620233">
            <w:pPr>
              <w:jc w:val="both"/>
            </w:pPr>
            <w:r>
              <w:rPr>
                <w:rFonts w:ascii="Aptos" w:hAnsi="Aptos"/>
                <w:color w:val="FFFFFF"/>
              </w:rPr>
              <w:t>Criterion</w:t>
            </w:r>
          </w:p>
        </w:tc>
        <w:tc>
          <w:tcPr>
            <w:tcW w:w="0" w:type="auto"/>
            <w:tcBorders>
              <w:bottom w:val="none" w:sz="0" w:space="0" w:color="auto"/>
            </w:tcBorders>
            <w:shd w:val="clear" w:color="auto" w:fill="4F81BD" w:themeFill="accent1"/>
          </w:tcPr>
          <w:p w14:paraId="2117D511" w14:textId="2204C872"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BBC Good Food</w:t>
            </w:r>
          </w:p>
        </w:tc>
        <w:tc>
          <w:tcPr>
            <w:tcW w:w="0" w:type="auto"/>
            <w:tcBorders>
              <w:bottom w:val="none" w:sz="0" w:space="0" w:color="auto"/>
            </w:tcBorders>
            <w:shd w:val="clear" w:color="auto" w:fill="4F81BD" w:themeFill="accent1"/>
          </w:tcPr>
          <w:p w14:paraId="2A55AA79" w14:textId="2C8A7E27" w:rsidR="009728DC" w:rsidRDefault="009728DC" w:rsidP="00620233">
            <w:pPr>
              <w:jc w:val="both"/>
              <w:cnfStyle w:val="100000000000" w:firstRow="1" w:lastRow="0" w:firstColumn="0" w:lastColumn="0" w:oddVBand="0" w:evenVBand="0" w:oddHBand="0" w:evenHBand="0" w:firstRowFirstColumn="0" w:firstRowLastColumn="0" w:lastRowFirstColumn="0" w:lastRowLastColumn="0"/>
            </w:pPr>
            <w:r>
              <w:rPr>
                <w:rFonts w:ascii="Aptos" w:hAnsi="Aptos"/>
                <w:color w:val="FFFFFF"/>
              </w:rPr>
              <w:t>Allrecipes UK</w:t>
            </w:r>
          </w:p>
        </w:tc>
      </w:tr>
      <w:tr w:rsidR="009728DC" w14:paraId="0854D6A4" w14:textId="77777777" w:rsidTr="009728DC">
        <w:trPr>
          <w:cnfStyle w:val="000000100000" w:firstRow="0" w:lastRow="0" w:firstColumn="0" w:lastColumn="0" w:oddVBand="0" w:evenVBand="0" w:oddHBand="1" w:evenHBand="0" w:firstRowFirstColumn="0" w:firstRowLastColumn="0" w:lastRowFirstColumn="0" w:lastRowLastColumn="0"/>
          <w:trHeight w:val="12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5BBEA2F8" w14:textId="5816759C" w:rsidR="009728DC" w:rsidRDefault="009728DC" w:rsidP="00620233">
            <w:pPr>
              <w:jc w:val="both"/>
            </w:pPr>
            <w:r>
              <w:rPr>
                <w:rFonts w:ascii="Aptos" w:hAnsi="Aptos"/>
                <w:color w:val="000000"/>
              </w:rPr>
              <w:t>Layout Adaptation</w:t>
            </w:r>
          </w:p>
        </w:tc>
        <w:tc>
          <w:tcPr>
            <w:tcW w:w="0" w:type="auto"/>
          </w:tcPr>
          <w:p w14:paraId="3B7EDDDC" w14:textId="70AABA89"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Fully responsive. Grid shifts from multi-column to single column on mobile. Navigation collapses to hamburger menu.</w:t>
            </w:r>
          </w:p>
        </w:tc>
        <w:tc>
          <w:tcPr>
            <w:tcW w:w="0" w:type="auto"/>
          </w:tcPr>
          <w:p w14:paraId="0D120BA1" w14:textId="60C303F1"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Fully responsive. Single-column layout on mobile. Navigation collapses appropriately.</w:t>
            </w:r>
          </w:p>
        </w:tc>
      </w:tr>
      <w:tr w:rsidR="009728DC" w14:paraId="559F246E" w14:textId="77777777" w:rsidTr="009728DC">
        <w:trPr>
          <w:trHeight w:val="12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39BAF911" w14:textId="347B1D3A" w:rsidR="009728DC" w:rsidRDefault="009728DC" w:rsidP="00620233">
            <w:pPr>
              <w:jc w:val="both"/>
            </w:pPr>
            <w:r>
              <w:rPr>
                <w:rFonts w:ascii="Aptos" w:hAnsi="Aptos"/>
                <w:color w:val="000000"/>
              </w:rPr>
              <w:t>Touch Targets</w:t>
            </w:r>
          </w:p>
        </w:tc>
        <w:tc>
          <w:tcPr>
            <w:tcW w:w="0" w:type="auto"/>
          </w:tcPr>
          <w:p w14:paraId="54F1D073" w14:textId="721D0A64"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Buttons and links are large enough for comfortable tapping (minimum 44x44px guideline met).</w:t>
            </w:r>
          </w:p>
        </w:tc>
        <w:tc>
          <w:tcPr>
            <w:tcW w:w="0" w:type="auto"/>
          </w:tcPr>
          <w:p w14:paraId="5BD6AC5C" w14:textId="5F2493BD"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Generally adequate tap targets. Some filter chips are small and may be difficult to tap on smaller screens.</w:t>
            </w:r>
          </w:p>
        </w:tc>
      </w:tr>
      <w:tr w:rsidR="009728DC" w14:paraId="280AD5DC" w14:textId="77777777" w:rsidTr="009728DC">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55457616" w14:textId="1944ABC7" w:rsidR="009728DC" w:rsidRDefault="009728DC" w:rsidP="00620233">
            <w:pPr>
              <w:jc w:val="both"/>
            </w:pPr>
            <w:r>
              <w:rPr>
                <w:rFonts w:ascii="Aptos" w:hAnsi="Aptos"/>
                <w:color w:val="000000"/>
              </w:rPr>
              <w:t>Image Scaling</w:t>
            </w:r>
          </w:p>
        </w:tc>
        <w:tc>
          <w:tcPr>
            <w:tcW w:w="0" w:type="auto"/>
          </w:tcPr>
          <w:p w14:paraId="64D019EF" w14:textId="7A7EBD44"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Images scale correctly and do not overflow containers on small screens.</w:t>
            </w:r>
          </w:p>
        </w:tc>
        <w:tc>
          <w:tcPr>
            <w:tcW w:w="0" w:type="auto"/>
          </w:tcPr>
          <w:p w14:paraId="1E7FCDE7" w14:textId="6B2FE0F2" w:rsidR="009728DC" w:rsidRDefault="009728DC" w:rsidP="00620233">
            <w:pPr>
              <w:jc w:val="both"/>
              <w:cnfStyle w:val="000000100000" w:firstRow="0" w:lastRow="0" w:firstColumn="0" w:lastColumn="0" w:oddVBand="0" w:evenVBand="0" w:oddHBand="1" w:evenHBand="0" w:firstRowFirstColumn="0" w:firstRowLastColumn="0" w:lastRowFirstColumn="0" w:lastRowLastColumn="0"/>
            </w:pPr>
            <w:r>
              <w:rPr>
                <w:rFonts w:ascii="Aptos" w:hAnsi="Aptos"/>
                <w:color w:val="000000"/>
              </w:rPr>
              <w:t>Images scale correctly. Some ad units occasionally cause minor horizontal scrolling.</w:t>
            </w:r>
          </w:p>
        </w:tc>
      </w:tr>
      <w:tr w:rsidR="009728DC" w14:paraId="15D2E59D" w14:textId="77777777" w:rsidTr="009728DC">
        <w:trPr>
          <w:trHeight w:val="624"/>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42BB2294" w14:textId="26D59EE0" w:rsidR="009728DC" w:rsidRDefault="009728DC" w:rsidP="00620233">
            <w:pPr>
              <w:jc w:val="both"/>
            </w:pPr>
            <w:r>
              <w:rPr>
                <w:rFonts w:ascii="Aptos" w:hAnsi="Aptos"/>
                <w:color w:val="000000"/>
              </w:rPr>
              <w:t>Performance on Mobile</w:t>
            </w:r>
          </w:p>
        </w:tc>
        <w:tc>
          <w:tcPr>
            <w:tcW w:w="0" w:type="auto"/>
          </w:tcPr>
          <w:p w14:paraId="202A5073" w14:textId="6C3CADB2"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Fast load times on mobile. Images lazy loaded efficiently.</w:t>
            </w:r>
          </w:p>
        </w:tc>
        <w:tc>
          <w:tcPr>
            <w:tcW w:w="0" w:type="auto"/>
          </w:tcPr>
          <w:p w14:paraId="125D0699" w14:textId="6EE079F3" w:rsidR="009728DC" w:rsidRDefault="009728DC" w:rsidP="00620233">
            <w:pPr>
              <w:jc w:val="both"/>
              <w:cnfStyle w:val="000000000000" w:firstRow="0" w:lastRow="0" w:firstColumn="0" w:lastColumn="0" w:oddVBand="0" w:evenVBand="0" w:oddHBand="0" w:evenHBand="0" w:firstRowFirstColumn="0" w:firstRowLastColumn="0" w:lastRowFirstColumn="0" w:lastRowLastColumn="0"/>
            </w:pPr>
            <w:r>
              <w:rPr>
                <w:rFonts w:ascii="Aptos" w:hAnsi="Aptos"/>
                <w:color w:val="000000"/>
              </w:rPr>
              <w:t>Slightly slower on mobile due to higher ad load.</w:t>
            </w:r>
          </w:p>
        </w:tc>
      </w:tr>
    </w:tbl>
    <w:p w14:paraId="3408ACC4" w14:textId="77777777" w:rsidR="009728DC" w:rsidRPr="00785FEF" w:rsidRDefault="009728DC" w:rsidP="00620233">
      <w:pPr>
        <w:pStyle w:val="Heading3"/>
        <w:jc w:val="both"/>
        <w:rPr>
          <w:rFonts w:ascii="Aptos" w:hAnsi="Aptos"/>
        </w:rPr>
      </w:pPr>
      <w:bookmarkStart w:id="68" w:name="_Toc227883492"/>
      <w:bookmarkStart w:id="69" w:name="_Toc227895231"/>
      <w:r>
        <w:rPr>
          <w:rFonts w:ascii="Aptos" w:hAnsi="Aptos"/>
        </w:rPr>
        <w:t>4.3.6 Overall Judgement</w:t>
      </w:r>
      <w:bookmarkEnd w:id="68"/>
      <w:bookmarkEnd w:id="69"/>
    </w:p>
    <w:p w14:paraId="4BD8A41C" w14:textId="77777777" w:rsidR="009728DC" w:rsidRPr="00785FEF" w:rsidRDefault="009728DC" w:rsidP="00620233">
      <w:pPr>
        <w:jc w:val="both"/>
        <w:rPr>
          <w:rFonts w:ascii="Aptos" w:hAnsi="Aptos"/>
        </w:rPr>
      </w:pPr>
      <w:r>
        <w:rPr>
          <w:rFonts w:ascii="Aptos" w:hAnsi="Aptos"/>
        </w:rPr>
        <w:t>Both websites are high-quality, professionally built platforms that perform well across all evaluation criteria. BBC Good Food has the edge in terms of usability and accessibility, offering a cleaner layout, better contrast, and more consistent use of WCAG 2.1 principles. Allrecipes UK has stronger community features and a larger content library, but its higher ad load and variable user-submitted content introduce accessibility inconsistencies.</w:t>
      </w:r>
    </w:p>
    <w:p w14:paraId="511C95E5" w14:textId="77777777" w:rsidR="009728DC" w:rsidRPr="00785FEF" w:rsidRDefault="009728DC" w:rsidP="00620233">
      <w:pPr>
        <w:jc w:val="both"/>
        <w:rPr>
          <w:rFonts w:ascii="Aptos" w:hAnsi="Aptos"/>
        </w:rPr>
      </w:pPr>
      <w:r>
        <w:rPr>
          <w:rFonts w:ascii="Aptos" w:hAnsi="Aptos"/>
          <w:b/>
          <w:bCs/>
        </w:rPr>
        <w:t xml:space="preserve">Verdict: </w:t>
      </w:r>
      <w:r>
        <w:rPr>
          <w:rFonts w:ascii="Aptos" w:hAnsi="Aptos"/>
        </w:rPr>
        <w:t>BBC Good Food is the stronger site for usability, accessibility, and SEO consistency. It would be a better model for a cooking or portfolio website aiming to meet modern web standards.</w:t>
      </w:r>
    </w:p>
    <w:p w14:paraId="195CFFCB" w14:textId="1FCDC4C6" w:rsidR="009728DC" w:rsidRDefault="009728DC" w:rsidP="00620233">
      <w:pPr>
        <w:jc w:val="both"/>
      </w:pPr>
      <w:r>
        <w:br w:type="page"/>
      </w:r>
    </w:p>
    <w:p w14:paraId="340291FC" w14:textId="77777777" w:rsidR="009728DC" w:rsidRPr="009728DC" w:rsidRDefault="009728DC" w:rsidP="00620233">
      <w:pPr>
        <w:jc w:val="both"/>
      </w:pPr>
    </w:p>
    <w:p w14:paraId="11E3660C" w14:textId="06B6D60D" w:rsidR="00767C45" w:rsidRDefault="00000000" w:rsidP="00620233">
      <w:pPr>
        <w:pStyle w:val="Heading1"/>
        <w:jc w:val="both"/>
      </w:pPr>
      <w:bookmarkStart w:id="70" w:name="_Toc227895232"/>
      <w:r>
        <w:t>5. Conclusion</w:t>
      </w:r>
      <w:bookmarkEnd w:id="70"/>
    </w:p>
    <w:p w14:paraId="592B9083" w14:textId="77777777" w:rsidR="00620233" w:rsidRDefault="00620233" w:rsidP="00620233">
      <w:pPr>
        <w:jc w:val="both"/>
      </w:pPr>
      <w:r>
        <w:t>This project set out to design and hand-code a responsive four-page cooking portfolio website for Henrietta, a home cook based in London, and to produce a report documenting the work against the requirements of the assignment. Both parts were completed. The site covers a Home page introducing the project, a Dishes page showcasing 12 homemade meals in a three-column grid, an Order page with a working HTML5 form, and an About page with a personal biography. The HTML of the home page and the main CSS stylesheet were both submitted to the W3C validators, and the errors that were returned were corrected and documented.</w:t>
      </w:r>
    </w:p>
    <w:p w14:paraId="7753D085" w14:textId="77777777" w:rsidR="00620233" w:rsidRDefault="00620233" w:rsidP="00620233">
      <w:pPr>
        <w:jc w:val="both"/>
      </w:pPr>
      <w:r>
        <w:t>The evaluation section applied the three core concepts of usability, accessibility, and search engine optimisation to the completed site. The site performs well against standard usability heuristics: navigation is consistent across every page, visual hierarchy is clear, and the handcrafted aesthetic suits the subject matter. Accessibility was assessed against the four WCAG 2.1 principles, and the site meets the AA contrast threshold on all text, uses semantic HTML throughout, and provides properly associated form labels. On the SEO side, unique page titles, descriptive alt attributes, and a clean heading hierarchy were applied, though two improvements stand out as worth adding before the site goes live: a viewport meta tag for mobile rendering, and a meta description on each page for better search result previews.</w:t>
      </w:r>
    </w:p>
    <w:p w14:paraId="657383D6" w14:textId="77777777" w:rsidR="00620233" w:rsidRDefault="00620233" w:rsidP="00620233">
      <w:pPr>
        <w:jc w:val="both"/>
      </w:pPr>
      <w:r>
        <w:t>Comparing the site to two established cooking websites (BBC Good Food and Allrecipes UK) put its strengths and limitations in perspective. Both comparison sites are backed by large teams and heavy infrastructure, which shows in their mobile responsiveness, their accessibility tooling, and their rich structured data. The portfolio site does not yet match those in technical breadth, but it does hold its own on visual identity, clarity, and accessibility basics. The main practical gap is mobile responsiveness: without media queries, the three-column dish grid will not reflow sensibly on narrow screens, and this is the single highest-priority change before a real-world launch.</w:t>
      </w:r>
    </w:p>
    <w:p w14:paraId="5BCEA4E9" w14:textId="1B959CCF" w:rsidR="00767C45" w:rsidRDefault="00620233" w:rsidP="00620233">
      <w:pPr>
        <w:jc w:val="both"/>
      </w:pPr>
      <w:r>
        <w:t>Working through the assignment was a useful exercise in writing standards-compliant markup by hand and then measuring the result against formal criteria rather than by eye. The validation process caught mistakes that would have been easy to miss, and the accessibility audit made clear that good-looking design and accessible design are not the same thing. The recommendations listed in section 4.2 (meta description, viewport tag, form success feedback, responsive media queries, and additional ARIA support) form a concrete roadmap for taking the site from a coursework deliverable to something ready for genuine use.</w:t>
      </w:r>
      <w:r w:rsidR="00000000">
        <w:br/>
      </w:r>
    </w:p>
    <w:p w14:paraId="757D8C37" w14:textId="7EA60572" w:rsidR="00620233" w:rsidRDefault="00620233">
      <w:r>
        <w:br w:type="page"/>
      </w:r>
    </w:p>
    <w:p w14:paraId="422BD888" w14:textId="77777777" w:rsidR="00620233" w:rsidRPr="00620233" w:rsidRDefault="00620233" w:rsidP="00620233"/>
    <w:sdt>
      <w:sdtPr>
        <w:tag w:val="rw.bWnCOutputStyleIdiblio"/>
        <w:id w:val="384534856"/>
        <w:placeholder>
          <w:docPart w:val="669DC7CE340CD6499378B173B8BC70D7"/>
        </w:placeholder>
      </w:sdtPr>
      <w:sdtEndPr>
        <w:rPr>
          <w:rFonts w:asciiTheme="minorHAnsi" w:hAnsiTheme="minorHAnsi" w:cstheme="minorBidi"/>
          <w:sz w:val="22"/>
          <w:szCs w:val="22"/>
          <w:lang w:eastAsia="en-US"/>
        </w:rPr>
      </w:sdtEndPr>
      <w:sdtContent>
        <w:p w14:paraId="34129511" w14:textId="1CBC3546" w:rsidR="001767DE" w:rsidRPr="00620233" w:rsidRDefault="00620233" w:rsidP="00620233">
          <w:pPr>
            <w:pStyle w:val="NormalWeb"/>
            <w:jc w:val="both"/>
            <w:rPr>
              <w:rStyle w:val="Heading1Char"/>
            </w:rPr>
          </w:pPr>
          <w:r w:rsidRPr="00620233">
            <w:rPr>
              <w:rStyle w:val="Heading1Char"/>
            </w:rPr>
            <w:t>6. References</w:t>
          </w:r>
        </w:p>
        <w:p w14:paraId="47ED6BF7"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[1] J. Nielsen, </w:t>
          </w:r>
          <w:r>
            <w:rPr>
              <w:rFonts w:ascii="Aptos" w:hAnsi="Aptos"/>
              <w:i/>
              <w:iCs/>
              <w:color w:val="000000"/>
              <w:sz w:val="22"/>
              <w:szCs w:val="22"/>
            </w:rPr>
            <w:t xml:space="preserve">Usability engineering, </w:t>
          </w:r>
          <w:r>
            <w:rPr>
              <w:rFonts w:ascii="Aptos" w:hAnsi="Aptos"/>
              <w:color w:val="000000"/>
              <w:sz w:val="22"/>
              <w:szCs w:val="22"/>
            </w:rPr>
            <w:t xml:space="preserve">Morgan Kaufmann, 1994. </w:t>
          </w:r>
        </w:p>
        <w:p w14:paraId="7A53C4CF"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[2] A. N. </w:t>
          </w:r>
          <w:proofErr w:type="spellStart"/>
          <w:r>
            <w:rPr>
              <w:rFonts w:ascii="Aptos" w:hAnsi="Aptos"/>
              <w:color w:val="000000"/>
              <w:sz w:val="22"/>
              <w:szCs w:val="22"/>
            </w:rPr>
            <w:t>Tuch</w:t>
          </w:r>
          <w:proofErr w:type="spellEnd"/>
          <w:r>
            <w:rPr>
              <w:rFonts w:ascii="Aptos" w:hAnsi="Aptos"/>
              <w:color w:val="000000"/>
              <w:sz w:val="22"/>
              <w:szCs w:val="22"/>
            </w:rPr>
            <w:t xml:space="preserve">, S. P. Roth, K. Hornbæk, K. </w:t>
          </w:r>
          <w:proofErr w:type="spellStart"/>
          <w:r>
            <w:rPr>
              <w:rFonts w:ascii="Aptos" w:hAnsi="Aptos"/>
              <w:color w:val="000000"/>
              <w:sz w:val="22"/>
              <w:szCs w:val="22"/>
            </w:rPr>
            <w:t>Opwis</w:t>
          </w:r>
          <w:proofErr w:type="spellEnd"/>
          <w:r>
            <w:rPr>
              <w:rFonts w:ascii="Aptos" w:hAnsi="Aptos"/>
              <w:color w:val="000000"/>
              <w:sz w:val="22"/>
              <w:szCs w:val="22"/>
            </w:rPr>
            <w:t xml:space="preserve"> and J. A. Bargas-Avila, "Is beautiful really usable? Toward understanding the relation between usability, aesthetics, and affect in HCI," </w:t>
          </w:r>
          <w:proofErr w:type="spellStart"/>
          <w:proofErr w:type="gramStart"/>
          <w:r>
            <w:rPr>
              <w:rFonts w:ascii="Aptos" w:hAnsi="Aptos"/>
              <w:i/>
              <w:iCs/>
              <w:color w:val="000000"/>
              <w:sz w:val="22"/>
              <w:szCs w:val="22"/>
            </w:rPr>
            <w:t>Comput.Hum.Behav</w:t>
          </w:r>
          <w:proofErr w:type="spellEnd"/>
          <w:proofErr w:type="gramEnd"/>
          <w:r>
            <w:rPr>
              <w:rFonts w:ascii="Aptos" w:hAnsi="Aptos"/>
              <w:i/>
              <w:iCs/>
              <w:color w:val="000000"/>
              <w:sz w:val="22"/>
              <w:szCs w:val="22"/>
            </w:rPr>
            <w:t xml:space="preserve">. </w:t>
          </w:r>
          <w:r>
            <w:rPr>
              <w:rFonts w:ascii="Aptos" w:hAnsi="Aptos"/>
              <w:color w:val="000000"/>
              <w:sz w:val="22"/>
              <w:szCs w:val="22"/>
            </w:rPr>
            <w:t xml:space="preserve">vol. 28, no. 5, pp.1596–1607, 2012, </w:t>
          </w:r>
        </w:p>
        <w:p w14:paraId="7AB2307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[3] World Wide Web Consortium (W3C), "Web Content Accessibility Guidelines (WCAG) 2.1," 2018, </w:t>
          </w:r>
        </w:p>
        <w:p w14:paraId="20FAE57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[4] J. Lazar, A. Allen, J. Kleinman and C. Malarkey, "What frustrates screen reader users on the web: A study of 100 blind users," </w:t>
          </w:r>
          <w:proofErr w:type="gramStart"/>
          <w:r>
            <w:rPr>
              <w:rFonts w:ascii="Aptos" w:hAnsi="Aptos"/>
              <w:i/>
              <w:iCs/>
              <w:color w:val="000000"/>
              <w:sz w:val="22"/>
              <w:szCs w:val="22"/>
            </w:rPr>
            <w:t>Int.J.Hum</w:t>
          </w:r>
          <w:proofErr w:type="gramEnd"/>
          <w:r>
            <w:rPr>
              <w:rFonts w:ascii="Aptos" w:hAnsi="Aptos"/>
              <w:i/>
              <w:iCs/>
              <w:color w:val="000000"/>
              <w:sz w:val="22"/>
              <w:szCs w:val="22"/>
            </w:rPr>
            <w:t>.-</w:t>
          </w:r>
          <w:proofErr w:type="spellStart"/>
          <w:r>
            <w:rPr>
              <w:rFonts w:ascii="Aptos" w:hAnsi="Aptos"/>
              <w:i/>
              <w:iCs/>
              <w:color w:val="000000"/>
              <w:sz w:val="22"/>
              <w:szCs w:val="22"/>
            </w:rPr>
            <w:t>Comput.Interact</w:t>
          </w:r>
          <w:proofErr w:type="spellEnd"/>
          <w:r>
            <w:rPr>
              <w:rFonts w:ascii="Aptos" w:hAnsi="Aptos"/>
              <w:i/>
              <w:iCs/>
              <w:color w:val="000000"/>
              <w:sz w:val="22"/>
              <w:szCs w:val="22"/>
            </w:rPr>
            <w:t xml:space="preserve">. </w:t>
          </w:r>
          <w:r>
            <w:rPr>
              <w:rFonts w:ascii="Aptos" w:hAnsi="Aptos"/>
              <w:color w:val="000000"/>
              <w:sz w:val="22"/>
              <w:szCs w:val="22"/>
            </w:rPr>
            <w:t xml:space="preserve">vol. 22, no. 3, pp.247–269, 2007, </w:t>
          </w:r>
        </w:p>
        <w:p w14:paraId="544270D4"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[5] E. Enge, S. Spencer and J. C. </w:t>
          </w:r>
          <w:proofErr w:type="spellStart"/>
          <w:proofErr w:type="gramStart"/>
          <w:r>
            <w:rPr>
              <w:rFonts w:ascii="Aptos" w:hAnsi="Aptos"/>
              <w:color w:val="000000"/>
              <w:sz w:val="22"/>
              <w:szCs w:val="22"/>
            </w:rPr>
            <w:t>Stricchiola,</w:t>
          </w:r>
          <w:r>
            <w:rPr>
              <w:rFonts w:ascii="Aptos" w:hAnsi="Aptos"/>
              <w:i/>
              <w:iCs/>
              <w:color w:val="000000"/>
              <w:sz w:val="22"/>
              <w:szCs w:val="22"/>
            </w:rPr>
            <w:t>The</w:t>
          </w:r>
          <w:proofErr w:type="spellEnd"/>
          <w:proofErr w:type="gramEnd"/>
          <w:r>
            <w:rPr>
              <w:rFonts w:ascii="Aptos" w:hAnsi="Aptos"/>
              <w:i/>
              <w:iCs/>
              <w:color w:val="000000"/>
              <w:sz w:val="22"/>
              <w:szCs w:val="22"/>
            </w:rPr>
            <w:t xml:space="preserve"> Art of SEO: Mastering Search Engine Optimization, </w:t>
          </w:r>
          <w:r>
            <w:rPr>
              <w:rFonts w:ascii="Aptos" w:hAnsi="Aptos"/>
              <w:color w:val="000000"/>
              <w:sz w:val="22"/>
              <w:szCs w:val="22"/>
            </w:rPr>
            <w:t xml:space="preserve">3rd Ed. Sebastopol, CA: O'Reilly Media, 2015. </w:t>
          </w:r>
        </w:p>
        <w:p w14:paraId="13EF6A5B" w14:textId="77777777" w:rsidR="001767DE" w:rsidRDefault="001767DE" w:rsidP="00620233">
          <w:pPr>
            <w:pStyle w:val="NormalWeb"/>
            <w:ind w:left="450" w:hanging="450"/>
            <w:jc w:val="both"/>
            <w:rPr>
              <w:rFonts w:ascii="Aptos" w:hAnsi="Aptos"/>
              <w:color w:val="000000"/>
              <w:sz w:val="22"/>
              <w:szCs w:val="22"/>
            </w:rPr>
          </w:pPr>
          <w:r>
            <w:rPr>
              <w:rFonts w:ascii="Aptos" w:hAnsi="Aptos"/>
              <w:color w:val="000000"/>
              <w:sz w:val="22"/>
              <w:szCs w:val="22"/>
            </w:rPr>
            <w:t xml:space="preserve">[6] C. Ziakis, M. </w:t>
          </w:r>
          <w:proofErr w:type="spellStart"/>
          <w:r>
            <w:rPr>
              <w:rFonts w:ascii="Aptos" w:hAnsi="Aptos"/>
              <w:color w:val="000000"/>
              <w:sz w:val="22"/>
              <w:szCs w:val="22"/>
            </w:rPr>
            <w:t>Vlachopoulou</w:t>
          </w:r>
          <w:proofErr w:type="spellEnd"/>
          <w:r>
            <w:rPr>
              <w:rFonts w:ascii="Aptos" w:hAnsi="Aptos"/>
              <w:color w:val="000000"/>
              <w:sz w:val="22"/>
              <w:szCs w:val="22"/>
            </w:rPr>
            <w:t xml:space="preserve">, T. </w:t>
          </w:r>
          <w:proofErr w:type="spellStart"/>
          <w:r>
            <w:rPr>
              <w:rFonts w:ascii="Aptos" w:hAnsi="Aptos"/>
              <w:color w:val="000000"/>
              <w:sz w:val="22"/>
              <w:szCs w:val="22"/>
            </w:rPr>
            <w:t>Kyrkoudis</w:t>
          </w:r>
          <w:proofErr w:type="spellEnd"/>
          <w:r>
            <w:rPr>
              <w:rFonts w:ascii="Aptos" w:hAnsi="Aptos"/>
              <w:color w:val="000000"/>
              <w:sz w:val="22"/>
              <w:szCs w:val="22"/>
            </w:rPr>
            <w:t xml:space="preserve"> and M. </w:t>
          </w:r>
          <w:proofErr w:type="spellStart"/>
          <w:r>
            <w:rPr>
              <w:rFonts w:ascii="Aptos" w:hAnsi="Aptos"/>
              <w:color w:val="000000"/>
              <w:sz w:val="22"/>
              <w:szCs w:val="22"/>
            </w:rPr>
            <w:t>Karagkiozidou</w:t>
          </w:r>
          <w:proofErr w:type="spellEnd"/>
          <w:r>
            <w:rPr>
              <w:rFonts w:ascii="Aptos" w:hAnsi="Aptos"/>
              <w:color w:val="000000"/>
              <w:sz w:val="22"/>
              <w:szCs w:val="22"/>
            </w:rPr>
            <w:t xml:space="preserve">, "Important factors for improving Google search rank," vol. 11, no. 2, pp.32, 2019, </w:t>
          </w:r>
        </w:p>
        <w:p w14:paraId="62CFE9C4" w14:textId="77777777" w:rsidR="001767DE" w:rsidRDefault="001767DE" w:rsidP="00620233">
          <w:pPr>
            <w:jc w:val="both"/>
          </w:pPr>
        </w:p>
      </w:sdtContent>
    </w:sdt>
    <w:p w14:paraId="6805086C" w14:textId="77777777" w:rsidR="001767DE" w:rsidRDefault="001767DE" w:rsidP="00620233">
      <w:pPr>
        <w:jc w:val="both"/>
        <w:rPr>
          <w:rFonts w:asciiTheme="majorHAnsi" w:eastAsiaTheme="majorEastAsia" w:hAnsiTheme="majorHAnsi" w:cstheme="majorBidi"/>
          <w:b/>
          <w:bCs/>
          <w:color w:val="365F91" w:themeColor="accent1" w:themeShade="BF"/>
          <w:sz w:val="28"/>
          <w:szCs w:val="28"/>
        </w:rPr>
      </w:pPr>
      <w:r>
        <w:br w:type="page"/>
      </w:r>
    </w:p>
    <w:p w14:paraId="6737AF3B" w14:textId="7969B9AD" w:rsidR="00767C45" w:rsidRDefault="00000000" w:rsidP="00620233">
      <w:pPr>
        <w:pStyle w:val="Heading1"/>
        <w:jc w:val="both"/>
      </w:pPr>
      <w:bookmarkStart w:id="71" w:name="_Toc227895233"/>
      <w:r>
        <w:lastRenderedPageBreak/>
        <w:t>7. Appendices</w:t>
      </w:r>
      <w:bookmarkEnd w:id="71"/>
    </w:p>
    <w:p w14:paraId="760EB45F" w14:textId="77777777" w:rsidR="005F6A71" w:rsidRDefault="005F6A71" w:rsidP="005F6A71">
      <w:pPr>
        <w:pStyle w:val="Heading2"/>
      </w:pPr>
      <w:bookmarkStart w:id="72" w:name="_Toc227895234"/>
      <w:r>
        <w:t>7.1</w:t>
      </w:r>
      <w:r w:rsidR="00000000">
        <w:t>.</w:t>
      </w:r>
      <w:r>
        <w:t xml:space="preserve"> Index.html</w:t>
      </w:r>
      <w:bookmarkEnd w:id="72"/>
    </w:p>
    <w:p w14:paraId="0F83EBB4" w14:textId="77777777" w:rsidR="005F6A71" w:rsidRPr="005F6A71" w:rsidRDefault="005F6A71" w:rsidP="005F6A71">
      <w:r w:rsidRPr="005F6A71">
        <w:t>&lt;!DOCTYPE html&gt;</w:t>
      </w:r>
    </w:p>
    <w:p w14:paraId="52F6026D" w14:textId="77777777" w:rsidR="005F6A71" w:rsidRPr="005F6A71" w:rsidRDefault="005F6A71" w:rsidP="005F6A71">
      <w:r w:rsidRPr="005F6A71">
        <w:t>&lt;html lang="</w:t>
      </w:r>
      <w:proofErr w:type="spellStart"/>
      <w:r w:rsidRPr="005F6A71">
        <w:t>en</w:t>
      </w:r>
      <w:proofErr w:type="spellEnd"/>
      <w:r w:rsidRPr="005F6A71">
        <w:t xml:space="preserve">"&gt;    </w:t>
      </w:r>
    </w:p>
    <w:p w14:paraId="42C7E59E" w14:textId="77777777" w:rsidR="005F6A71" w:rsidRPr="005F6A71" w:rsidRDefault="005F6A71" w:rsidP="005F6A71"/>
    <w:p w14:paraId="09C0A5F5" w14:textId="77777777" w:rsidR="005F6A71" w:rsidRPr="005F6A71" w:rsidRDefault="005F6A71" w:rsidP="005F6A71">
      <w:r w:rsidRPr="005F6A71">
        <w:t xml:space="preserve">    &lt;head&gt;</w:t>
      </w:r>
    </w:p>
    <w:p w14:paraId="3EAB6D63" w14:textId="77777777" w:rsidR="005F6A71" w:rsidRPr="005F6A71" w:rsidRDefault="005F6A71" w:rsidP="005F6A71">
      <w:r w:rsidRPr="005F6A71">
        <w:t xml:space="preserve">        &lt;title&gt;Henrietta - Cooking Portfolio&lt;/title&gt;</w:t>
      </w:r>
    </w:p>
    <w:p w14:paraId="51905072" w14:textId="77777777" w:rsidR="005F6A71" w:rsidRPr="005F6A71" w:rsidRDefault="005F6A71" w:rsidP="005F6A71">
      <w:r w:rsidRPr="005F6A71">
        <w:t xml:space="preserve">        &lt;link </w:t>
      </w:r>
      <w:proofErr w:type="spellStart"/>
      <w:r w:rsidRPr="005F6A71">
        <w:t>rel</w:t>
      </w:r>
      <w:proofErr w:type="spellEnd"/>
      <w:r w:rsidRPr="005F6A71">
        <w:t xml:space="preserve">="stylesheet" </w:t>
      </w:r>
      <w:proofErr w:type="spellStart"/>
      <w:r w:rsidRPr="005F6A71">
        <w:t>href</w:t>
      </w:r>
      <w:proofErr w:type="spellEnd"/>
      <w:r w:rsidRPr="005F6A71">
        <w:t>="CSS/portfolio.css"&gt;</w:t>
      </w:r>
    </w:p>
    <w:p w14:paraId="286B0B51" w14:textId="77777777" w:rsidR="005F6A71" w:rsidRPr="005F6A71" w:rsidRDefault="005F6A71" w:rsidP="005F6A71">
      <w:r w:rsidRPr="005F6A71">
        <w:t xml:space="preserve">        &lt;meta charset="UTF-8"&gt;</w:t>
      </w:r>
    </w:p>
    <w:p w14:paraId="2D9DFD77" w14:textId="77777777" w:rsidR="005F6A71" w:rsidRPr="005F6A71" w:rsidRDefault="005F6A71" w:rsidP="005F6A71">
      <w:r w:rsidRPr="005F6A71">
        <w:t xml:space="preserve">    &lt;/head&gt;</w:t>
      </w:r>
    </w:p>
    <w:p w14:paraId="21118C4F" w14:textId="77777777" w:rsidR="005F6A71" w:rsidRPr="005F6A71" w:rsidRDefault="005F6A71" w:rsidP="005F6A71"/>
    <w:p w14:paraId="39407084" w14:textId="77777777" w:rsidR="005F6A71" w:rsidRPr="005F6A71" w:rsidRDefault="005F6A71" w:rsidP="005F6A71">
      <w:r w:rsidRPr="005F6A71">
        <w:t xml:space="preserve">    &lt;body&gt;</w:t>
      </w:r>
    </w:p>
    <w:p w14:paraId="78294C2B" w14:textId="77777777" w:rsidR="005F6A71" w:rsidRPr="005F6A71" w:rsidRDefault="005F6A71" w:rsidP="005F6A71">
      <w:r w:rsidRPr="005F6A71">
        <w:t xml:space="preserve">        &lt;nav class="navbar"&gt;</w:t>
      </w:r>
    </w:p>
    <w:p w14:paraId="635C141E" w14:textId="77777777" w:rsidR="005F6A71" w:rsidRPr="005F6A71" w:rsidRDefault="005F6A71" w:rsidP="005F6A71">
      <w:r w:rsidRPr="005F6A71">
        <w:t xml:space="preserve">            &lt;span class="nav-logo"&gt;Henrietta &amp;</w:t>
      </w:r>
      <w:proofErr w:type="spellStart"/>
      <w:proofErr w:type="gramStart"/>
      <w:r w:rsidRPr="005F6A71">
        <w:t>nbsp</w:t>
      </w:r>
      <w:proofErr w:type="spellEnd"/>
      <w:r w:rsidRPr="005F6A71">
        <w:t>;·</w:t>
      </w:r>
      <w:proofErr w:type="gramEnd"/>
      <w:r w:rsidRPr="005F6A71">
        <w:t>&amp;</w:t>
      </w:r>
      <w:proofErr w:type="spellStart"/>
      <w:r w:rsidRPr="005F6A71">
        <w:t>nbsp</w:t>
      </w:r>
      <w:proofErr w:type="spellEnd"/>
      <w:r w:rsidRPr="005F6A71">
        <w:t>; Portfolio&lt;/span&gt;</w:t>
      </w:r>
    </w:p>
    <w:p w14:paraId="5E7C9E89" w14:textId="77777777" w:rsidR="005F6A71" w:rsidRPr="005F6A71" w:rsidRDefault="005F6A71" w:rsidP="005F6A71">
      <w:r w:rsidRPr="005F6A71">
        <w:t xml:space="preserve">            &lt;ul class="nav-links"&gt;</w:t>
      </w:r>
    </w:p>
    <w:p w14:paraId="6DDACD3A" w14:textId="77777777" w:rsidR="005F6A71" w:rsidRPr="005F6A71" w:rsidRDefault="005F6A71" w:rsidP="005F6A71">
      <w:r w:rsidRPr="005F6A71">
        <w:t xml:space="preserve">             &lt;li&gt;&lt;a </w:t>
      </w:r>
      <w:proofErr w:type="spellStart"/>
      <w:r w:rsidRPr="005F6A71">
        <w:t>href</w:t>
      </w:r>
      <w:proofErr w:type="spellEnd"/>
      <w:r w:rsidRPr="005F6A71">
        <w:t>="index.html" class="active"&gt;Home&lt;/a&gt;&lt;/li&gt;</w:t>
      </w:r>
    </w:p>
    <w:p w14:paraId="7E0013A4" w14:textId="77777777" w:rsidR="005F6A71" w:rsidRPr="005F6A71" w:rsidRDefault="005F6A71" w:rsidP="005F6A71">
      <w:r w:rsidRPr="005F6A71">
        <w:t xml:space="preserve">             &lt;li&gt;&lt;a </w:t>
      </w:r>
      <w:proofErr w:type="spellStart"/>
      <w:r w:rsidRPr="005F6A71">
        <w:t>href</w:t>
      </w:r>
      <w:proofErr w:type="spellEnd"/>
      <w:r w:rsidRPr="005F6A71">
        <w:t>="dishes.html"&gt;Dishes&lt;/a&gt;&lt;/li&gt;</w:t>
      </w:r>
    </w:p>
    <w:p w14:paraId="63FE783B" w14:textId="77777777" w:rsidR="005F6A71" w:rsidRPr="005F6A71" w:rsidRDefault="005F6A71" w:rsidP="005F6A71">
      <w:r w:rsidRPr="005F6A71">
        <w:t xml:space="preserve">             &lt;li&gt;&lt;a </w:t>
      </w:r>
      <w:proofErr w:type="spellStart"/>
      <w:r w:rsidRPr="005F6A71">
        <w:t>href</w:t>
      </w:r>
      <w:proofErr w:type="spellEnd"/>
      <w:r w:rsidRPr="005F6A71">
        <w:t>="order.html"&gt;Order&lt;/a&gt;&lt;/li&gt;</w:t>
      </w:r>
    </w:p>
    <w:p w14:paraId="345760CD" w14:textId="77777777" w:rsidR="005F6A71" w:rsidRPr="005F6A71" w:rsidRDefault="005F6A71" w:rsidP="005F6A71">
      <w:r w:rsidRPr="005F6A71">
        <w:t xml:space="preserve">             &lt;li&gt;&lt;a </w:t>
      </w:r>
      <w:proofErr w:type="spellStart"/>
      <w:r w:rsidRPr="005F6A71">
        <w:t>href</w:t>
      </w:r>
      <w:proofErr w:type="spellEnd"/>
      <w:r w:rsidRPr="005F6A71">
        <w:t>="about.html"&gt;About&lt;/a&gt;&lt;/li&gt;</w:t>
      </w:r>
    </w:p>
    <w:p w14:paraId="17296B7F" w14:textId="77777777" w:rsidR="005F6A71" w:rsidRPr="005F6A71" w:rsidRDefault="005F6A71" w:rsidP="005F6A71">
      <w:r w:rsidRPr="005F6A71">
        <w:t xml:space="preserve">            &lt;/ul&gt;</w:t>
      </w:r>
    </w:p>
    <w:p w14:paraId="2B0DA481" w14:textId="77777777" w:rsidR="005F6A71" w:rsidRPr="005F6A71" w:rsidRDefault="005F6A71" w:rsidP="005F6A71">
      <w:r w:rsidRPr="005F6A71">
        <w:t xml:space="preserve">        &lt;/nav&gt;</w:t>
      </w:r>
    </w:p>
    <w:p w14:paraId="456CB9A3" w14:textId="77777777" w:rsidR="005F6A71" w:rsidRPr="005F6A71" w:rsidRDefault="005F6A71" w:rsidP="005F6A71"/>
    <w:p w14:paraId="771A74B5" w14:textId="77777777" w:rsidR="005F6A71" w:rsidRPr="005F6A71" w:rsidRDefault="005F6A71" w:rsidP="005F6A71">
      <w:r w:rsidRPr="005F6A71">
        <w:t xml:space="preserve">        &lt;header&gt;  </w:t>
      </w:r>
    </w:p>
    <w:p w14:paraId="4CFC436E" w14:textId="77777777" w:rsidR="005F6A71" w:rsidRPr="005F6A71" w:rsidRDefault="005F6A71" w:rsidP="005F6A71">
      <w:r w:rsidRPr="005F6A71">
        <w:t xml:space="preserve">         &lt;h1 class="</w:t>
      </w:r>
      <w:proofErr w:type="gramStart"/>
      <w:r w:rsidRPr="005F6A71">
        <w:t>main-title</w:t>
      </w:r>
      <w:proofErr w:type="gramEnd"/>
      <w:r w:rsidRPr="005F6A71">
        <w:t>"&gt;My Cooking Journey&lt;/h1&gt;</w:t>
      </w:r>
    </w:p>
    <w:p w14:paraId="04B3C096" w14:textId="77777777" w:rsidR="005F6A71" w:rsidRPr="005F6A71" w:rsidRDefault="005F6A71" w:rsidP="005F6A71">
      <w:r w:rsidRPr="005F6A71">
        <w:t xml:space="preserve">         &lt;p class="location"&gt;London | United Kingdom&lt;/p&gt;</w:t>
      </w:r>
    </w:p>
    <w:p w14:paraId="7EEFE400" w14:textId="77777777" w:rsidR="005F6A71" w:rsidRPr="005F6A71" w:rsidRDefault="005F6A71" w:rsidP="005F6A71">
      <w:r w:rsidRPr="005F6A71">
        <w:t xml:space="preserve">         &lt;p class="about-text"&gt;Welcome to my cooking portfolio — made with care and </w:t>
      </w:r>
      <w:proofErr w:type="gramStart"/>
      <w:r w:rsidRPr="005F6A71">
        <w:t>love.&lt;</w:t>
      </w:r>
      <w:proofErr w:type="gramEnd"/>
      <w:r w:rsidRPr="005F6A71">
        <w:t>/p&gt;</w:t>
      </w:r>
    </w:p>
    <w:p w14:paraId="540AC5F7" w14:textId="77777777" w:rsidR="005F6A71" w:rsidRPr="005F6A71" w:rsidRDefault="005F6A71" w:rsidP="005F6A71">
      <w:r w:rsidRPr="005F6A71">
        <w:t xml:space="preserve">         &lt;p class="about-text"&gt;Food has always been more than sustenance, it's memory, culture, and creativity on a plate.</w:t>
      </w:r>
    </w:p>
    <w:p w14:paraId="3C597936" w14:textId="77777777" w:rsidR="005F6A71" w:rsidRPr="005F6A71" w:rsidRDefault="005F6A71" w:rsidP="005F6A71">
      <w:r w:rsidRPr="005F6A71">
        <w:lastRenderedPageBreak/>
        <w:t xml:space="preserve">            It's the way I connect with my heritage, my family, and the world around me. &amp;</w:t>
      </w:r>
      <w:proofErr w:type="spellStart"/>
      <w:r w:rsidRPr="005F6A71">
        <w:t>nbsp</w:t>
      </w:r>
      <w:proofErr w:type="spellEnd"/>
      <w:r w:rsidRPr="005F6A71">
        <w:t>;&lt;/p&gt;</w:t>
      </w:r>
    </w:p>
    <w:p w14:paraId="4F8BD659" w14:textId="77777777" w:rsidR="005F6A71" w:rsidRPr="005F6A71" w:rsidRDefault="005F6A71" w:rsidP="005F6A71">
      <w:r w:rsidRPr="005F6A71">
        <w:t xml:space="preserve">         &lt;p class="about-text"&gt;From the vibrant </w:t>
      </w:r>
      <w:proofErr w:type="spellStart"/>
      <w:r w:rsidRPr="005F6A71">
        <w:t>flavors</w:t>
      </w:r>
      <w:proofErr w:type="spellEnd"/>
      <w:r w:rsidRPr="005F6A71">
        <w:t xml:space="preserve"> of &lt;b&gt;&lt;</w:t>
      </w:r>
      <w:proofErr w:type="spellStart"/>
      <w:r w:rsidRPr="005F6A71">
        <w:t>i</w:t>
      </w:r>
      <w:proofErr w:type="spellEnd"/>
      <w:r w:rsidRPr="005F6A71">
        <w:t>&gt;Filipino cuisine&lt;/</w:t>
      </w:r>
      <w:proofErr w:type="spellStart"/>
      <w:r w:rsidRPr="005F6A71">
        <w:t>i</w:t>
      </w:r>
      <w:proofErr w:type="spellEnd"/>
      <w:r w:rsidRPr="005F6A71">
        <w:t>&gt;&lt;/b&gt; to the comforting classics of &lt;b&gt;&lt;</w:t>
      </w:r>
      <w:proofErr w:type="spellStart"/>
      <w:r w:rsidRPr="005F6A71">
        <w:t>i</w:t>
      </w:r>
      <w:proofErr w:type="spellEnd"/>
      <w:r w:rsidRPr="005F6A71">
        <w:t>&gt;British cooking&lt;/</w:t>
      </w:r>
      <w:proofErr w:type="spellStart"/>
      <w:r w:rsidRPr="005F6A71">
        <w:t>i</w:t>
      </w:r>
      <w:proofErr w:type="spellEnd"/>
      <w:r w:rsidRPr="005F6A71">
        <w:t>&gt;&lt;/b&gt;,</w:t>
      </w:r>
    </w:p>
    <w:p w14:paraId="42AAE3FB" w14:textId="77777777" w:rsidR="005F6A71" w:rsidRPr="005F6A71" w:rsidRDefault="005F6A71" w:rsidP="005F6A71">
      <w:r w:rsidRPr="005F6A71">
        <w:t xml:space="preserve">            my culinary journey has been a delicious exploration of tastes and traditions. &amp;</w:t>
      </w:r>
      <w:proofErr w:type="spellStart"/>
      <w:r w:rsidRPr="005F6A71">
        <w:t>nbsp</w:t>
      </w:r>
      <w:proofErr w:type="spellEnd"/>
      <w:r w:rsidRPr="005F6A71">
        <w:t>;&lt;/p&gt;</w:t>
      </w:r>
    </w:p>
    <w:p w14:paraId="30F8F13F" w14:textId="77777777" w:rsidR="005F6A71" w:rsidRPr="005F6A71" w:rsidRDefault="005F6A71" w:rsidP="005F6A71">
      <w:r w:rsidRPr="005F6A71">
        <w:t xml:space="preserve">         &lt;p class="about-text"&gt;Through this portfolio, I hope to share not just recipes, but the stories and passion behind each </w:t>
      </w:r>
      <w:proofErr w:type="gramStart"/>
      <w:r w:rsidRPr="005F6A71">
        <w:t>dish.&amp;</w:t>
      </w:r>
      <w:proofErr w:type="spellStart"/>
      <w:proofErr w:type="gramEnd"/>
      <w:r w:rsidRPr="005F6A71">
        <w:t>nbsp</w:t>
      </w:r>
      <w:proofErr w:type="spellEnd"/>
      <w:r w:rsidRPr="005F6A71">
        <w:t>;&lt;/p&gt;</w:t>
      </w:r>
    </w:p>
    <w:p w14:paraId="594BC84A" w14:textId="77777777" w:rsidR="005F6A71" w:rsidRPr="005F6A71" w:rsidRDefault="005F6A71" w:rsidP="005F6A71">
      <w:r w:rsidRPr="005F6A71">
        <w:t xml:space="preserve">         &lt;p class="about-text"&gt;My Cooking Journey is where I bring all of that together.</w:t>
      </w:r>
    </w:p>
    <w:p w14:paraId="4B4FA6E2" w14:textId="77777777" w:rsidR="005F6A71" w:rsidRPr="005F6A71" w:rsidRDefault="005F6A71" w:rsidP="005F6A71">
      <w:r w:rsidRPr="005F6A71">
        <w:t xml:space="preserve">            This site is a curated collection of the recipes and ideas I keep coming back to, shared with the hope that they find a place in your kitchen </w:t>
      </w:r>
      <w:proofErr w:type="gramStart"/>
      <w:r w:rsidRPr="005F6A71">
        <w:t>too.&amp;</w:t>
      </w:r>
      <w:proofErr w:type="spellStart"/>
      <w:proofErr w:type="gramEnd"/>
      <w:r w:rsidRPr="005F6A71">
        <w:t>nbsp</w:t>
      </w:r>
      <w:proofErr w:type="spellEnd"/>
      <w:r w:rsidRPr="005F6A71">
        <w:t>;&lt;/p&gt;</w:t>
      </w:r>
    </w:p>
    <w:p w14:paraId="49C20A70" w14:textId="77777777" w:rsidR="005F6A71" w:rsidRPr="005F6A71" w:rsidRDefault="005F6A71" w:rsidP="005F6A71">
      <w:r w:rsidRPr="005F6A71">
        <w:t xml:space="preserve">         &lt;a </w:t>
      </w:r>
      <w:proofErr w:type="spellStart"/>
      <w:r w:rsidRPr="005F6A71">
        <w:t>href</w:t>
      </w:r>
      <w:proofErr w:type="spellEnd"/>
      <w:r w:rsidRPr="005F6A71">
        <w:t>="dishes.html" class="</w:t>
      </w:r>
      <w:proofErr w:type="spellStart"/>
      <w:r w:rsidRPr="005F6A71">
        <w:t>cta</w:t>
      </w:r>
      <w:proofErr w:type="spellEnd"/>
      <w:r w:rsidRPr="005F6A71">
        <w:t>-button"&gt;View My Dishes&lt;/a&gt;</w:t>
      </w:r>
    </w:p>
    <w:p w14:paraId="34173877" w14:textId="77777777" w:rsidR="005F6A71" w:rsidRPr="005F6A71" w:rsidRDefault="005F6A71" w:rsidP="005F6A71">
      <w:r w:rsidRPr="005F6A71">
        <w:t xml:space="preserve">        &lt;/header&gt;</w:t>
      </w:r>
    </w:p>
    <w:p w14:paraId="79DDF588" w14:textId="77777777" w:rsidR="005F6A71" w:rsidRPr="005F6A71" w:rsidRDefault="005F6A71" w:rsidP="005F6A71"/>
    <w:p w14:paraId="53216D79" w14:textId="77777777" w:rsidR="005F6A71" w:rsidRPr="005F6A71" w:rsidRDefault="005F6A71" w:rsidP="005F6A71">
      <w:r w:rsidRPr="005F6A71">
        <w:t xml:space="preserve">        &lt;footer class="footer"&gt;</w:t>
      </w:r>
    </w:p>
    <w:p w14:paraId="44719997" w14:textId="77777777" w:rsidR="005F6A71" w:rsidRPr="005F6A71" w:rsidRDefault="005F6A71" w:rsidP="005F6A71">
      <w:r w:rsidRPr="005F6A71">
        <w:t xml:space="preserve">            &lt;p&gt;Henrietta Erica Louise Lee &amp;</w:t>
      </w:r>
      <w:proofErr w:type="spellStart"/>
      <w:proofErr w:type="gramStart"/>
      <w:r w:rsidRPr="005F6A71">
        <w:t>nbsp</w:t>
      </w:r>
      <w:proofErr w:type="spellEnd"/>
      <w:r w:rsidRPr="005F6A71">
        <w:t>;·</w:t>
      </w:r>
      <w:proofErr w:type="gramEnd"/>
      <w:r w:rsidRPr="005F6A71">
        <w:t>&amp;</w:t>
      </w:r>
      <w:proofErr w:type="spellStart"/>
      <w:r w:rsidRPr="005F6A71">
        <w:t>nbsp</w:t>
      </w:r>
      <w:proofErr w:type="spellEnd"/>
      <w:r w:rsidRPr="005F6A71">
        <w:t>; London, United Kingdom&lt;/p&gt;</w:t>
      </w:r>
    </w:p>
    <w:p w14:paraId="551E1F81" w14:textId="77777777" w:rsidR="005F6A71" w:rsidRPr="005F6A71" w:rsidRDefault="005F6A71" w:rsidP="005F6A71">
      <w:r w:rsidRPr="005F6A71">
        <w:t xml:space="preserve">            &lt;a class="</w:t>
      </w:r>
      <w:proofErr w:type="spellStart"/>
      <w:r w:rsidRPr="005F6A71">
        <w:t>ig</w:t>
      </w:r>
      <w:proofErr w:type="spellEnd"/>
      <w:r w:rsidRPr="005F6A71">
        <w:t xml:space="preserve">-link" </w:t>
      </w:r>
      <w:proofErr w:type="spellStart"/>
      <w:r w:rsidRPr="005F6A71">
        <w:t>href</w:t>
      </w:r>
      <w:proofErr w:type="spellEnd"/>
      <w:r w:rsidRPr="005F6A71">
        <w:t>="https://www.instagram.com/archaic.blaze" target="_blank"&gt;@</w:t>
      </w:r>
      <w:proofErr w:type="gramStart"/>
      <w:r w:rsidRPr="005F6A71">
        <w:t>archaic.blaze</w:t>
      </w:r>
      <w:proofErr w:type="gramEnd"/>
      <w:r w:rsidRPr="005F6A71">
        <w:t>&lt;/a&gt;</w:t>
      </w:r>
    </w:p>
    <w:p w14:paraId="7FAB760B" w14:textId="77777777" w:rsidR="005F6A71" w:rsidRPr="005F6A71" w:rsidRDefault="005F6A71" w:rsidP="005F6A71">
      <w:r w:rsidRPr="005F6A71">
        <w:t xml:space="preserve">        &lt;/footer&gt;</w:t>
      </w:r>
    </w:p>
    <w:p w14:paraId="6FDC908F" w14:textId="77777777" w:rsidR="005F6A71" w:rsidRPr="005F6A71" w:rsidRDefault="005F6A71" w:rsidP="005F6A71">
      <w:r w:rsidRPr="005F6A71">
        <w:t xml:space="preserve">    &lt;/body&gt;</w:t>
      </w:r>
    </w:p>
    <w:p w14:paraId="4BDCA0CB" w14:textId="77777777" w:rsidR="005F6A71" w:rsidRDefault="005F6A71" w:rsidP="005F6A71">
      <w:r w:rsidRPr="005F6A71">
        <w:t>&lt;/html&gt;</w:t>
      </w:r>
    </w:p>
    <w:p w14:paraId="380E61B1" w14:textId="6EE61C24" w:rsidR="005F6A71" w:rsidRDefault="005F6A71"/>
    <w:p w14:paraId="3F967C0D" w14:textId="77777777" w:rsidR="005F6A71" w:rsidRDefault="005F6A71">
      <w:pPr>
        <w:rPr>
          <w:rFonts w:asciiTheme="majorHAnsi" w:eastAsiaTheme="majorEastAsia" w:hAnsiTheme="majorHAnsi" w:cstheme="majorBidi"/>
          <w:b/>
          <w:bCs/>
          <w:color w:val="4F81BD" w:themeColor="accent1"/>
          <w:sz w:val="26"/>
          <w:szCs w:val="26"/>
        </w:rPr>
      </w:pPr>
      <w:r>
        <w:br w:type="page"/>
      </w:r>
    </w:p>
    <w:p w14:paraId="4A4A02FE" w14:textId="60307F74" w:rsidR="005F6A71" w:rsidRDefault="005F6A71" w:rsidP="005F6A71">
      <w:pPr>
        <w:pStyle w:val="Heading2"/>
      </w:pPr>
      <w:bookmarkStart w:id="73" w:name="_Toc227895235"/>
      <w:r>
        <w:lastRenderedPageBreak/>
        <w:t>7.2. Dishes.html</w:t>
      </w:r>
      <w:bookmarkEnd w:id="73"/>
    </w:p>
    <w:p w14:paraId="53A4F9E4" w14:textId="77777777" w:rsidR="005F6A71" w:rsidRDefault="005F6A71" w:rsidP="005F6A71">
      <w:r>
        <w:t>&lt;!DOCTYPE html&gt;</w:t>
      </w:r>
    </w:p>
    <w:p w14:paraId="7B136FD9" w14:textId="77777777" w:rsidR="005F6A71" w:rsidRDefault="005F6A71" w:rsidP="005F6A71">
      <w:r>
        <w:t>&lt;html lang="</w:t>
      </w:r>
      <w:proofErr w:type="spellStart"/>
      <w:r>
        <w:t>en</w:t>
      </w:r>
      <w:proofErr w:type="spellEnd"/>
      <w:r>
        <w:t>"&gt;</w:t>
      </w:r>
    </w:p>
    <w:p w14:paraId="33B6D7BC" w14:textId="77777777" w:rsidR="005F6A71" w:rsidRDefault="005F6A71" w:rsidP="005F6A71"/>
    <w:p w14:paraId="087F238A" w14:textId="77777777" w:rsidR="005F6A71" w:rsidRDefault="005F6A71" w:rsidP="005F6A71">
      <w:r>
        <w:t xml:space="preserve">    &lt;head&gt;</w:t>
      </w:r>
    </w:p>
    <w:p w14:paraId="10830940" w14:textId="77777777" w:rsidR="005F6A71" w:rsidRDefault="005F6A71" w:rsidP="005F6A71">
      <w:r>
        <w:t xml:space="preserve">        &lt;title&gt;Dishes — Henrietta&lt;/title&gt;</w:t>
      </w:r>
    </w:p>
    <w:p w14:paraId="0E06A4DC" w14:textId="77777777" w:rsidR="005F6A71" w:rsidRDefault="005F6A71" w:rsidP="005F6A71">
      <w:r>
        <w:t xml:space="preserve">        &lt;link </w:t>
      </w:r>
      <w:proofErr w:type="spellStart"/>
      <w:r>
        <w:t>rel</w:t>
      </w:r>
      <w:proofErr w:type="spellEnd"/>
      <w:r>
        <w:t xml:space="preserve">="stylesheet" </w:t>
      </w:r>
      <w:proofErr w:type="spellStart"/>
      <w:r>
        <w:t>href</w:t>
      </w:r>
      <w:proofErr w:type="spellEnd"/>
      <w:r>
        <w:t>="CSS/portfolio.css"&gt;</w:t>
      </w:r>
    </w:p>
    <w:p w14:paraId="2FEF3FC6" w14:textId="77777777" w:rsidR="005F6A71" w:rsidRDefault="005F6A71" w:rsidP="005F6A71">
      <w:r>
        <w:t xml:space="preserve">        &lt;meta charset="UTF-8"&gt;</w:t>
      </w:r>
    </w:p>
    <w:p w14:paraId="086E5D15" w14:textId="77777777" w:rsidR="005F6A71" w:rsidRDefault="005F6A71" w:rsidP="005F6A71">
      <w:r>
        <w:t xml:space="preserve">    &lt;/head&gt;</w:t>
      </w:r>
    </w:p>
    <w:p w14:paraId="0CF5B36B" w14:textId="77777777" w:rsidR="005F6A71" w:rsidRDefault="005F6A71" w:rsidP="005F6A71"/>
    <w:p w14:paraId="48F0B99B" w14:textId="77777777" w:rsidR="005F6A71" w:rsidRDefault="005F6A71" w:rsidP="005F6A71">
      <w:r>
        <w:t xml:space="preserve">    &lt;body&gt;</w:t>
      </w:r>
    </w:p>
    <w:p w14:paraId="560D4FD1" w14:textId="77777777" w:rsidR="005F6A71" w:rsidRDefault="005F6A71" w:rsidP="005F6A71">
      <w:r>
        <w:t xml:space="preserve">        &lt;nav class="navbar"&gt;</w:t>
      </w:r>
    </w:p>
    <w:p w14:paraId="57BBDCF7" w14:textId="77777777" w:rsidR="005F6A71" w:rsidRDefault="005F6A71" w:rsidP="005F6A71">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5D18D9FA" w14:textId="77777777" w:rsidR="005F6A71" w:rsidRDefault="005F6A71" w:rsidP="005F6A71">
      <w:r>
        <w:t xml:space="preserve">            &lt;ul class="nav-links"&gt;</w:t>
      </w:r>
    </w:p>
    <w:p w14:paraId="1D6F3B64" w14:textId="77777777" w:rsidR="005F6A71" w:rsidRDefault="005F6A71" w:rsidP="005F6A71">
      <w:r>
        <w:t xml:space="preserve">             &lt;li&gt;&lt;a </w:t>
      </w:r>
      <w:proofErr w:type="spellStart"/>
      <w:r>
        <w:t>href</w:t>
      </w:r>
      <w:proofErr w:type="spellEnd"/>
      <w:r>
        <w:t>="index.html"&gt;Home&lt;/a&gt;&lt;/li&gt;</w:t>
      </w:r>
    </w:p>
    <w:p w14:paraId="4F463090" w14:textId="77777777" w:rsidR="005F6A71" w:rsidRDefault="005F6A71" w:rsidP="005F6A71">
      <w:r>
        <w:t xml:space="preserve">             &lt;li&gt;&lt;a </w:t>
      </w:r>
      <w:proofErr w:type="spellStart"/>
      <w:r>
        <w:t>href</w:t>
      </w:r>
      <w:proofErr w:type="spellEnd"/>
      <w:r>
        <w:t>="dishes.html" class="active"&gt;Dishes&lt;/a&gt;&lt;/li&gt;</w:t>
      </w:r>
    </w:p>
    <w:p w14:paraId="52C1D7DB" w14:textId="77777777" w:rsidR="005F6A71" w:rsidRDefault="005F6A71" w:rsidP="005F6A71">
      <w:r>
        <w:t xml:space="preserve">             &lt;li&gt;&lt;a </w:t>
      </w:r>
      <w:proofErr w:type="spellStart"/>
      <w:r>
        <w:t>href</w:t>
      </w:r>
      <w:proofErr w:type="spellEnd"/>
      <w:r>
        <w:t>="order.html"&gt;Order&lt;/a&gt;&lt;/li&gt;</w:t>
      </w:r>
    </w:p>
    <w:p w14:paraId="7182DAB3" w14:textId="77777777" w:rsidR="005F6A71" w:rsidRDefault="005F6A71" w:rsidP="005F6A71">
      <w:r>
        <w:t xml:space="preserve">             &lt;li&gt;&lt;a </w:t>
      </w:r>
      <w:proofErr w:type="spellStart"/>
      <w:r>
        <w:t>href</w:t>
      </w:r>
      <w:proofErr w:type="spellEnd"/>
      <w:r>
        <w:t>="about.html"&gt;About&lt;/a&gt;&lt;/li&gt;</w:t>
      </w:r>
    </w:p>
    <w:p w14:paraId="440D05AE" w14:textId="77777777" w:rsidR="005F6A71" w:rsidRDefault="005F6A71" w:rsidP="005F6A71">
      <w:r>
        <w:t xml:space="preserve">            &lt;/ul&gt;</w:t>
      </w:r>
    </w:p>
    <w:p w14:paraId="429FB968" w14:textId="77777777" w:rsidR="005F6A71" w:rsidRDefault="005F6A71" w:rsidP="005F6A71">
      <w:r>
        <w:t xml:space="preserve">        &lt;/nav&gt;</w:t>
      </w:r>
    </w:p>
    <w:p w14:paraId="0498926B" w14:textId="77777777" w:rsidR="005F6A71" w:rsidRDefault="005F6A71" w:rsidP="005F6A71"/>
    <w:p w14:paraId="6C35B8DB" w14:textId="77777777" w:rsidR="005F6A71" w:rsidRDefault="005F6A71" w:rsidP="005F6A71">
      <w:r>
        <w:t xml:space="preserve">        &lt;header&gt;</w:t>
      </w:r>
    </w:p>
    <w:p w14:paraId="6401AD48" w14:textId="77777777" w:rsidR="005F6A71" w:rsidRDefault="005F6A71" w:rsidP="005F6A71">
      <w:r>
        <w:t xml:space="preserve">         &lt;h1 class="</w:t>
      </w:r>
      <w:proofErr w:type="gramStart"/>
      <w:r>
        <w:t>main-title</w:t>
      </w:r>
      <w:proofErr w:type="gramEnd"/>
      <w:r>
        <w:t>"&gt;My Dishes&lt;/h1&gt;</w:t>
      </w:r>
    </w:p>
    <w:p w14:paraId="2F61896F" w14:textId="77777777" w:rsidR="005F6A71" w:rsidRDefault="005F6A71" w:rsidP="005F6A71">
      <w:r>
        <w:t xml:space="preserve">         &lt;p class="location"&gt;12 Homemade Dishes&lt;/p&gt;</w:t>
      </w:r>
    </w:p>
    <w:p w14:paraId="4BE23ED7" w14:textId="77777777" w:rsidR="005F6A71" w:rsidRDefault="005F6A71" w:rsidP="005F6A71">
      <w:r>
        <w:t xml:space="preserve">         &lt;p class="about-text"&gt;Welcome to my collection of homemade dishes, crafted with fresh ingredients and a love for food. Each dish </w:t>
      </w:r>
      <w:proofErr w:type="gramStart"/>
      <w:r>
        <w:t>is a reflection of</w:t>
      </w:r>
      <w:proofErr w:type="gramEnd"/>
      <w:r>
        <w:t xml:space="preserve"> my culinary journey, inspired by the vibrant </w:t>
      </w:r>
      <w:proofErr w:type="spellStart"/>
      <w:r>
        <w:t>flavors</w:t>
      </w:r>
      <w:proofErr w:type="spellEnd"/>
      <w:r>
        <w:t xml:space="preserve"> of Filipino cuisine and the comforting classics of British cooking. From hearty mains to delectable desserts, these dishes are made with care and passion, and I hope they bring as much joy to your table as they do to </w:t>
      </w:r>
      <w:proofErr w:type="gramStart"/>
      <w:r>
        <w:t>mine.&lt;</w:t>
      </w:r>
      <w:proofErr w:type="gramEnd"/>
      <w:r>
        <w:t xml:space="preserve">/p&gt; </w:t>
      </w:r>
    </w:p>
    <w:p w14:paraId="41919DF0" w14:textId="77777777" w:rsidR="005F6A71" w:rsidRDefault="005F6A71" w:rsidP="005F6A71">
      <w:r>
        <w:t xml:space="preserve">         &lt;a </w:t>
      </w:r>
      <w:proofErr w:type="spellStart"/>
      <w:r>
        <w:t>href</w:t>
      </w:r>
      <w:proofErr w:type="spellEnd"/>
      <w:r>
        <w:t>="index.html" class="</w:t>
      </w:r>
      <w:proofErr w:type="spellStart"/>
      <w:r>
        <w:t>cta</w:t>
      </w:r>
      <w:proofErr w:type="spellEnd"/>
      <w:r>
        <w:t>-button"&gt;Back to Home&lt;/a&gt;</w:t>
      </w:r>
    </w:p>
    <w:p w14:paraId="0A64E63E" w14:textId="77777777" w:rsidR="005F6A71" w:rsidRDefault="005F6A71" w:rsidP="005F6A71">
      <w:r>
        <w:lastRenderedPageBreak/>
        <w:t xml:space="preserve">         &lt;a </w:t>
      </w:r>
      <w:proofErr w:type="spellStart"/>
      <w:r>
        <w:t>href</w:t>
      </w:r>
      <w:proofErr w:type="spellEnd"/>
      <w:r>
        <w:t>="order.html" class="</w:t>
      </w:r>
      <w:proofErr w:type="spellStart"/>
      <w:r>
        <w:t>cta</w:t>
      </w:r>
      <w:proofErr w:type="spellEnd"/>
      <w:r>
        <w:t>-button"&gt;Place an Order&lt;/a&gt;</w:t>
      </w:r>
    </w:p>
    <w:p w14:paraId="5BE19B22" w14:textId="77777777" w:rsidR="005F6A71" w:rsidRDefault="005F6A71" w:rsidP="005F6A71">
      <w:r>
        <w:t xml:space="preserve">        &lt;/header&gt;</w:t>
      </w:r>
    </w:p>
    <w:p w14:paraId="7909538B" w14:textId="77777777" w:rsidR="005F6A71" w:rsidRDefault="005F6A71" w:rsidP="005F6A71"/>
    <w:p w14:paraId="75D706C9" w14:textId="77777777" w:rsidR="005F6A71" w:rsidRDefault="005F6A71" w:rsidP="005F6A71">
      <w:r>
        <w:t xml:space="preserve">        &lt;section class="dishes-section"&gt;</w:t>
      </w:r>
    </w:p>
    <w:p w14:paraId="552C40A2" w14:textId="77777777" w:rsidR="005F6A71" w:rsidRDefault="005F6A71" w:rsidP="005F6A71">
      <w:r>
        <w:t xml:space="preserve">         &lt;h2 class="section-heading"&gt;What's </w:t>
      </w:r>
      <w:proofErr w:type="gramStart"/>
      <w:r>
        <w:t>cooking?&lt;</w:t>
      </w:r>
      <w:proofErr w:type="gramEnd"/>
      <w:r>
        <w:t>/h2&gt;</w:t>
      </w:r>
    </w:p>
    <w:p w14:paraId="1DB86B2F" w14:textId="77777777" w:rsidR="005F6A71" w:rsidRDefault="005F6A71" w:rsidP="005F6A71">
      <w:r>
        <w:t xml:space="preserve">         &lt;p class="about-text"&gt;Browse through my collection of homemade dishes and discover the </w:t>
      </w:r>
      <w:proofErr w:type="spellStart"/>
      <w:r>
        <w:t>flavors</w:t>
      </w:r>
      <w:proofErr w:type="spellEnd"/>
      <w:r>
        <w:t xml:space="preserve"> that make each dish </w:t>
      </w:r>
      <w:proofErr w:type="gramStart"/>
      <w:r>
        <w:t>unique.&lt;</w:t>
      </w:r>
      <w:proofErr w:type="gramEnd"/>
      <w:r>
        <w:t>/p&gt;</w:t>
      </w:r>
    </w:p>
    <w:p w14:paraId="46F4A5DE" w14:textId="77777777" w:rsidR="005F6A71" w:rsidRDefault="005F6A71" w:rsidP="005F6A71">
      <w:r>
        <w:t xml:space="preserve">            &lt;ul class="dish-list"&gt;</w:t>
      </w:r>
    </w:p>
    <w:p w14:paraId="328C0D8A" w14:textId="77777777" w:rsidR="005F6A71" w:rsidRDefault="005F6A71" w:rsidP="005F6A71">
      <w:r>
        <w:t xml:space="preserve">                &lt;li&gt;</w:t>
      </w:r>
    </w:p>
    <w:p w14:paraId="41F04372"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="Images/dish1.jpg" alt="Buttermilk Chicken"&gt;</w:t>
      </w:r>
    </w:p>
    <w:p w14:paraId="39583DDD" w14:textId="77777777" w:rsidR="005F6A71" w:rsidRDefault="005F6A71" w:rsidP="005F6A71">
      <w:r>
        <w:t xml:space="preserve">                 &lt;span class="dish-name"&gt;Buttermilk Marinated Chicken Fillets, with Chives and Garlic Mayo&lt;/span&gt;</w:t>
      </w:r>
    </w:p>
    <w:p w14:paraId="094A0BC6" w14:textId="77777777" w:rsidR="005F6A71" w:rsidRDefault="005F6A71" w:rsidP="005F6A71">
      <w:r>
        <w:t xml:space="preserve">                &lt;/li&gt;</w:t>
      </w:r>
    </w:p>
    <w:p w14:paraId="78B25F27" w14:textId="77777777" w:rsidR="005F6A71" w:rsidRDefault="005F6A71" w:rsidP="005F6A71">
      <w:r>
        <w:t xml:space="preserve">                &lt;li&gt;</w:t>
      </w:r>
    </w:p>
    <w:p w14:paraId="6DF94C28"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="Images/dish2.jpg" alt="Spinach and Ricotta Stuffed Chicken Breast"&gt;</w:t>
      </w:r>
    </w:p>
    <w:p w14:paraId="0FEB9771" w14:textId="77777777" w:rsidR="005F6A71" w:rsidRDefault="005F6A71" w:rsidP="005F6A71">
      <w:r>
        <w:t xml:space="preserve">                 &lt;span class="dish-name"&gt;Spinach and Ricotta Stuffed Chicken Breast, with Honey Mustard Dressed Salad&lt;/span&gt;</w:t>
      </w:r>
    </w:p>
    <w:p w14:paraId="5C1D75BC" w14:textId="77777777" w:rsidR="005F6A71" w:rsidRDefault="005F6A71" w:rsidP="005F6A71">
      <w:r>
        <w:t xml:space="preserve">                &lt;/li&gt;</w:t>
      </w:r>
    </w:p>
    <w:p w14:paraId="713A8329" w14:textId="77777777" w:rsidR="005F6A71" w:rsidRDefault="005F6A71" w:rsidP="005F6A71">
      <w:r>
        <w:t xml:space="preserve">                &lt;li&gt;</w:t>
      </w:r>
    </w:p>
    <w:p w14:paraId="6CC6C23D"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="Images/dish3.jpg" alt="Pan Seared Salmon"&gt;</w:t>
      </w:r>
    </w:p>
    <w:p w14:paraId="2016923A" w14:textId="77777777" w:rsidR="005F6A71" w:rsidRDefault="005F6A71" w:rsidP="005F6A71">
      <w:r>
        <w:t xml:space="preserve">                 &lt;span class="dish-name"&gt;Pan Seared Salmon, Wilted Cabbage and Leek, with Lemon and Dill Cream Sauce&lt;/span&gt;</w:t>
      </w:r>
    </w:p>
    <w:p w14:paraId="1CF47C7C" w14:textId="77777777" w:rsidR="005F6A71" w:rsidRDefault="005F6A71" w:rsidP="005F6A71">
      <w:r>
        <w:t xml:space="preserve">                &lt;/li&gt;</w:t>
      </w:r>
    </w:p>
    <w:p w14:paraId="6A586A79" w14:textId="77777777" w:rsidR="005F6A71" w:rsidRDefault="005F6A71" w:rsidP="005F6A71">
      <w:r>
        <w:t xml:space="preserve">                &lt;li&gt;</w:t>
      </w:r>
    </w:p>
    <w:p w14:paraId="5CF9A475"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="Images/dish4.jpg" alt="Pork Belly"&gt;</w:t>
      </w:r>
    </w:p>
    <w:p w14:paraId="70270A0C" w14:textId="77777777" w:rsidR="005F6A71" w:rsidRDefault="005F6A71" w:rsidP="005F6A71">
      <w:r>
        <w:t xml:space="preserve">                 &lt;span class="dish-name"&gt;Pork Belly, Parsnip Purée, Broccoli with Apple Onion Sauvignon Blanc Sauce&lt;/span&gt;</w:t>
      </w:r>
    </w:p>
    <w:p w14:paraId="24B95DA1" w14:textId="77777777" w:rsidR="005F6A71" w:rsidRDefault="005F6A71" w:rsidP="005F6A71">
      <w:r>
        <w:t xml:space="preserve">                &lt;/li&gt;</w:t>
      </w:r>
    </w:p>
    <w:p w14:paraId="7649B949" w14:textId="77777777" w:rsidR="005F6A71" w:rsidRDefault="005F6A71" w:rsidP="005F6A71">
      <w:r>
        <w:t xml:space="preserve">                &lt;li&gt;</w:t>
      </w:r>
    </w:p>
    <w:p w14:paraId="05561085" w14:textId="77777777" w:rsidR="005F6A71" w:rsidRDefault="005F6A71" w:rsidP="005F6A71">
      <w:r>
        <w:lastRenderedPageBreak/>
        <w:t xml:space="preserve">                 &lt;</w:t>
      </w:r>
      <w:proofErr w:type="spellStart"/>
      <w:r>
        <w:t>img</w:t>
      </w:r>
      <w:proofErr w:type="spellEnd"/>
      <w:r>
        <w:t xml:space="preserve"> class="dish-photo" </w:t>
      </w:r>
      <w:proofErr w:type="spellStart"/>
      <w:r>
        <w:t>src</w:t>
      </w:r>
      <w:proofErr w:type="spellEnd"/>
      <w:r>
        <w:t>="Images/dish5.jpg" alt="Roast Chicken"&gt;</w:t>
      </w:r>
    </w:p>
    <w:p w14:paraId="51C4807A" w14:textId="77777777" w:rsidR="005F6A71" w:rsidRDefault="005F6A71" w:rsidP="005F6A71">
      <w:r>
        <w:t xml:space="preserve">                 &lt;span class="dish-name"&gt;Roast Chicken, Carrots and Celery Purée with Garlic Rosemary Parmesan Toast&lt;/span&gt;</w:t>
      </w:r>
    </w:p>
    <w:p w14:paraId="7A81B111" w14:textId="77777777" w:rsidR="005F6A71" w:rsidRDefault="005F6A71" w:rsidP="005F6A71">
      <w:r>
        <w:t xml:space="preserve">                &lt;/li&gt;</w:t>
      </w:r>
    </w:p>
    <w:p w14:paraId="5C72D6D4" w14:textId="77777777" w:rsidR="005F6A71" w:rsidRDefault="005F6A71" w:rsidP="005F6A71">
      <w:r>
        <w:t xml:space="preserve">                &lt;li&gt;</w:t>
      </w:r>
    </w:p>
    <w:p w14:paraId="3CA87462"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="Images/dish6.jpg" alt="Beef and Egg Noodle Stir Fry"&gt;</w:t>
      </w:r>
    </w:p>
    <w:p w14:paraId="2585A6A0" w14:textId="77777777" w:rsidR="005F6A71" w:rsidRDefault="005F6A71" w:rsidP="005F6A71">
      <w:r>
        <w:t xml:space="preserve">                 &lt;span class="dish-name"&gt;Beef and Egg Noodle Stir Fry&lt;/span&gt;</w:t>
      </w:r>
    </w:p>
    <w:p w14:paraId="1356057F" w14:textId="77777777" w:rsidR="005F6A71" w:rsidRDefault="005F6A71" w:rsidP="005F6A71">
      <w:r>
        <w:t xml:space="preserve">                &lt;/li&gt;</w:t>
      </w:r>
    </w:p>
    <w:p w14:paraId="661D838B" w14:textId="77777777" w:rsidR="005F6A71" w:rsidRDefault="005F6A71" w:rsidP="005F6A71">
      <w:r>
        <w:t xml:space="preserve">                &lt;li&gt;</w:t>
      </w:r>
    </w:p>
    <w:p w14:paraId="154C645C"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="Images/dish7.jpg" alt="Beef Steak Fillet"&gt;</w:t>
      </w:r>
    </w:p>
    <w:p w14:paraId="2EB2D060" w14:textId="77777777" w:rsidR="005F6A71" w:rsidRDefault="005F6A71" w:rsidP="005F6A71">
      <w:r>
        <w:t xml:space="preserve">                 &lt;span class="dish-name"&gt;Beef Steak Fillet, in Soy Cream and Onion Sauce&lt;/span&gt;</w:t>
      </w:r>
    </w:p>
    <w:p w14:paraId="1CF0BA22" w14:textId="77777777" w:rsidR="005F6A71" w:rsidRDefault="005F6A71" w:rsidP="005F6A71">
      <w:r>
        <w:t xml:space="preserve">                &lt;/li&gt;</w:t>
      </w:r>
    </w:p>
    <w:p w14:paraId="5A217A39" w14:textId="77777777" w:rsidR="005F6A71" w:rsidRDefault="005F6A71" w:rsidP="005F6A71">
      <w:r>
        <w:t xml:space="preserve">                &lt;li&gt;</w:t>
      </w:r>
    </w:p>
    <w:p w14:paraId="515ACEAC"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="Images/dish8.jpg" alt="Avocado, Smoked Salmon, Poached Eggs with Hollandaise on English Muffins with Asparagus"&gt;</w:t>
      </w:r>
    </w:p>
    <w:p w14:paraId="23B780E4" w14:textId="77777777" w:rsidR="005F6A71" w:rsidRDefault="005F6A71" w:rsidP="005F6A71">
      <w:r>
        <w:t xml:space="preserve">                 &lt;span class="dish-name"&gt;Avocado, Smoked Salmon, Poached Eggs with Hollandaise on English Muffins with Asparagus&lt;/span&gt;</w:t>
      </w:r>
    </w:p>
    <w:p w14:paraId="51D86D97" w14:textId="77777777" w:rsidR="005F6A71" w:rsidRDefault="005F6A71" w:rsidP="005F6A71">
      <w:r>
        <w:t xml:space="preserve">                &lt;/li&gt;</w:t>
      </w:r>
    </w:p>
    <w:p w14:paraId="76F10D9F" w14:textId="77777777" w:rsidR="005F6A71" w:rsidRDefault="005F6A71" w:rsidP="005F6A71">
      <w:r>
        <w:t xml:space="preserve">                &lt;li&gt;</w:t>
      </w:r>
    </w:p>
    <w:p w14:paraId="18A48FD0"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="Images/dish9.jpg" alt="Chicken Broth Ramen"&gt;</w:t>
      </w:r>
    </w:p>
    <w:p w14:paraId="7C2DEC8F" w14:textId="77777777" w:rsidR="005F6A71" w:rsidRDefault="005F6A71" w:rsidP="005F6A71">
      <w:r>
        <w:t xml:space="preserve">                 &lt;span class="dish-name"&gt;Chicken Broth Ramen, with Prawn and Pork Steamed Dumplings&lt;/span&gt;</w:t>
      </w:r>
    </w:p>
    <w:p w14:paraId="08D92D87" w14:textId="77777777" w:rsidR="005F6A71" w:rsidRDefault="005F6A71" w:rsidP="005F6A71">
      <w:r>
        <w:t xml:space="preserve">                &lt;/li&gt;</w:t>
      </w:r>
    </w:p>
    <w:p w14:paraId="0EB44606" w14:textId="77777777" w:rsidR="005F6A71" w:rsidRDefault="005F6A71" w:rsidP="005F6A71">
      <w:r>
        <w:t xml:space="preserve">                &lt;li&gt;</w:t>
      </w:r>
    </w:p>
    <w:p w14:paraId="34EF0D93"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="Images/dish10.jpg" alt="Orange and Walnut Chiffon Cake"&gt;</w:t>
      </w:r>
    </w:p>
    <w:p w14:paraId="51E89F7C" w14:textId="77777777" w:rsidR="005F6A71" w:rsidRDefault="005F6A71" w:rsidP="005F6A71">
      <w:r>
        <w:t xml:space="preserve">                 &lt;span class="dish-name"&gt;Orange and Walnut Chiffon Cake with Orange Butter Cream&lt;/span&gt;</w:t>
      </w:r>
    </w:p>
    <w:p w14:paraId="643B4524" w14:textId="77777777" w:rsidR="005F6A71" w:rsidRDefault="005F6A71" w:rsidP="005F6A71">
      <w:r>
        <w:t xml:space="preserve">                &lt;/li&gt;</w:t>
      </w:r>
    </w:p>
    <w:p w14:paraId="50D861E6" w14:textId="77777777" w:rsidR="005F6A71" w:rsidRDefault="005F6A71" w:rsidP="005F6A71">
      <w:r>
        <w:t xml:space="preserve">                &lt;li&gt;</w:t>
      </w:r>
    </w:p>
    <w:p w14:paraId="18309D02" w14:textId="77777777" w:rsidR="005F6A71" w:rsidRDefault="005F6A71" w:rsidP="005F6A71">
      <w:r>
        <w:lastRenderedPageBreak/>
        <w:t xml:space="preserve">                 &lt;</w:t>
      </w:r>
      <w:proofErr w:type="spellStart"/>
      <w:r>
        <w:t>img</w:t>
      </w:r>
      <w:proofErr w:type="spellEnd"/>
      <w:r>
        <w:t xml:space="preserve"> class="dish-photo" </w:t>
      </w:r>
      <w:proofErr w:type="spellStart"/>
      <w:r>
        <w:t>src</w:t>
      </w:r>
      <w:proofErr w:type="spellEnd"/>
      <w:r>
        <w:t>="Images/dish11.jpg" alt="Orange Chiffon Cake with French Meringue and Candied Orange"&gt;</w:t>
      </w:r>
    </w:p>
    <w:p w14:paraId="1C041126" w14:textId="77777777" w:rsidR="005F6A71" w:rsidRDefault="005F6A71" w:rsidP="005F6A71">
      <w:r>
        <w:t xml:space="preserve">                 &lt;span class="dish-name"&gt;Orange Chiffon Cake with French Meringue and Candied Orange&lt;/span&gt;</w:t>
      </w:r>
    </w:p>
    <w:p w14:paraId="631293DA" w14:textId="77777777" w:rsidR="005F6A71" w:rsidRDefault="005F6A71" w:rsidP="005F6A71">
      <w:r>
        <w:t xml:space="preserve">                &lt;/li&gt;</w:t>
      </w:r>
    </w:p>
    <w:p w14:paraId="5ABF031C" w14:textId="77777777" w:rsidR="005F6A71" w:rsidRDefault="005F6A71" w:rsidP="005F6A71">
      <w:r>
        <w:t xml:space="preserve">                &lt;li&gt;</w:t>
      </w:r>
    </w:p>
    <w:p w14:paraId="6CE73F1B" w14:textId="77777777" w:rsidR="005F6A71" w:rsidRDefault="005F6A71" w:rsidP="005F6A71">
      <w:r>
        <w:t xml:space="preserve">                 &lt;</w:t>
      </w:r>
      <w:proofErr w:type="spellStart"/>
      <w:r>
        <w:t>img</w:t>
      </w:r>
      <w:proofErr w:type="spellEnd"/>
      <w:r>
        <w:t xml:space="preserve"> class="dish-photo" </w:t>
      </w:r>
      <w:proofErr w:type="spellStart"/>
      <w:r>
        <w:t>src</w:t>
      </w:r>
      <w:proofErr w:type="spellEnd"/>
      <w:r>
        <w:t>="Images/dish12.jpg" alt="Egg Tart with French Meringue and Lemon Custard"&gt;</w:t>
      </w:r>
    </w:p>
    <w:p w14:paraId="7E6CEB43" w14:textId="77777777" w:rsidR="005F6A71" w:rsidRDefault="005F6A71" w:rsidP="005F6A71">
      <w:r>
        <w:t xml:space="preserve">                 &lt;span class="dish-name"&gt;Egg Tart with French Meringue and Lemon Custard&lt;/span&gt;</w:t>
      </w:r>
    </w:p>
    <w:p w14:paraId="338A5E4E" w14:textId="77777777" w:rsidR="005F6A71" w:rsidRDefault="005F6A71" w:rsidP="005F6A71">
      <w:r>
        <w:t xml:space="preserve">                &lt;/li&gt;</w:t>
      </w:r>
    </w:p>
    <w:p w14:paraId="5E509EA4" w14:textId="77777777" w:rsidR="005F6A71" w:rsidRDefault="005F6A71" w:rsidP="005F6A71">
      <w:r>
        <w:t xml:space="preserve">            &lt;/ul&gt;</w:t>
      </w:r>
    </w:p>
    <w:p w14:paraId="55E2DE48" w14:textId="77777777" w:rsidR="005F6A71" w:rsidRDefault="005F6A71" w:rsidP="005F6A71">
      <w:r>
        <w:t xml:space="preserve">        &lt;/section&gt;</w:t>
      </w:r>
    </w:p>
    <w:p w14:paraId="7B764ECA" w14:textId="77777777" w:rsidR="005F6A71" w:rsidRDefault="005F6A71" w:rsidP="005F6A71"/>
    <w:p w14:paraId="04B98509" w14:textId="77777777" w:rsidR="005F6A71" w:rsidRDefault="005F6A71" w:rsidP="005F6A71">
      <w:r>
        <w:t xml:space="preserve">        &lt;div class="bottom-</w:t>
      </w:r>
      <w:proofErr w:type="spellStart"/>
      <w:r>
        <w:t>cta</w:t>
      </w:r>
      <w:proofErr w:type="spellEnd"/>
      <w:r>
        <w:t>"&gt;</w:t>
      </w:r>
    </w:p>
    <w:p w14:paraId="5C316217" w14:textId="77777777" w:rsidR="005F6A71" w:rsidRDefault="005F6A71" w:rsidP="005F6A71">
      <w:r>
        <w:t xml:space="preserve">            &lt;a </w:t>
      </w:r>
      <w:proofErr w:type="spellStart"/>
      <w:r>
        <w:t>href</w:t>
      </w:r>
      <w:proofErr w:type="spellEnd"/>
      <w:r>
        <w:t>="index.html" class="</w:t>
      </w:r>
      <w:proofErr w:type="spellStart"/>
      <w:r>
        <w:t>cta</w:t>
      </w:r>
      <w:proofErr w:type="spellEnd"/>
      <w:r>
        <w:t>-button"&gt;Back to Home&lt;/a&gt;</w:t>
      </w:r>
    </w:p>
    <w:p w14:paraId="6D8CF28E" w14:textId="77777777" w:rsidR="005F6A71" w:rsidRDefault="005F6A71" w:rsidP="005F6A71">
      <w:r>
        <w:t xml:space="preserve">            &lt;a </w:t>
      </w:r>
      <w:proofErr w:type="spellStart"/>
      <w:r>
        <w:t>href</w:t>
      </w:r>
      <w:proofErr w:type="spellEnd"/>
      <w:r>
        <w:t>="order.html" class="</w:t>
      </w:r>
      <w:proofErr w:type="spellStart"/>
      <w:r>
        <w:t>cta</w:t>
      </w:r>
      <w:proofErr w:type="spellEnd"/>
      <w:r>
        <w:t>-button"&gt;Place an Order&lt;/a&gt;</w:t>
      </w:r>
    </w:p>
    <w:p w14:paraId="5342287F" w14:textId="77777777" w:rsidR="005F6A71" w:rsidRDefault="005F6A71" w:rsidP="005F6A71">
      <w:r>
        <w:t xml:space="preserve">        &lt;/div&gt;</w:t>
      </w:r>
    </w:p>
    <w:p w14:paraId="2C18742B" w14:textId="77777777" w:rsidR="005F6A71" w:rsidRDefault="005F6A71" w:rsidP="005F6A71"/>
    <w:p w14:paraId="412D5BE7" w14:textId="77777777" w:rsidR="005F6A71" w:rsidRDefault="005F6A71" w:rsidP="005F6A71">
      <w:r>
        <w:t xml:space="preserve">        &lt;footer class="footer"&gt;</w:t>
      </w:r>
    </w:p>
    <w:p w14:paraId="042B954C" w14:textId="77777777" w:rsidR="005F6A71" w:rsidRDefault="005F6A71" w:rsidP="005F6A71">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170B3910" w14:textId="77777777" w:rsidR="005F6A71" w:rsidRDefault="005F6A71" w:rsidP="005F6A71">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2498D3FC" w14:textId="77777777" w:rsidR="005F6A71" w:rsidRDefault="005F6A71" w:rsidP="005F6A71">
      <w:r>
        <w:t xml:space="preserve">        &lt;/footer&gt;</w:t>
      </w:r>
    </w:p>
    <w:p w14:paraId="160934BB" w14:textId="77777777" w:rsidR="005F6A71" w:rsidRDefault="005F6A71" w:rsidP="005F6A71">
      <w:r>
        <w:t xml:space="preserve">    &lt;/body&gt;</w:t>
      </w:r>
    </w:p>
    <w:p w14:paraId="3E488B7F" w14:textId="07342379" w:rsidR="005F6A71" w:rsidRDefault="005F6A71" w:rsidP="005F6A71">
      <w:pPr>
        <w:rPr>
          <w:rFonts w:asciiTheme="majorHAnsi" w:eastAsiaTheme="majorEastAsia" w:hAnsiTheme="majorHAnsi" w:cstheme="majorBidi"/>
          <w:b/>
          <w:bCs/>
          <w:color w:val="4F81BD" w:themeColor="accent1"/>
          <w:sz w:val="26"/>
          <w:szCs w:val="26"/>
        </w:rPr>
      </w:pPr>
      <w:r>
        <w:t>&lt;/html&gt;</w:t>
      </w:r>
      <w:r>
        <w:t xml:space="preserve"> </w:t>
      </w:r>
    </w:p>
    <w:p w14:paraId="2E01EC87" w14:textId="77777777" w:rsidR="005F6A71" w:rsidRDefault="005F6A71">
      <w:pPr>
        <w:rPr>
          <w:rFonts w:asciiTheme="majorHAnsi" w:eastAsiaTheme="majorEastAsia" w:hAnsiTheme="majorHAnsi" w:cstheme="majorBidi"/>
          <w:b/>
          <w:bCs/>
          <w:color w:val="4F81BD" w:themeColor="accent1"/>
          <w:sz w:val="26"/>
          <w:szCs w:val="26"/>
        </w:rPr>
      </w:pPr>
      <w:r>
        <w:br w:type="page"/>
      </w:r>
    </w:p>
    <w:p w14:paraId="2CF18C8E" w14:textId="0B21E2AE" w:rsidR="005F6A71" w:rsidRDefault="005F6A71" w:rsidP="005F6A71">
      <w:pPr>
        <w:pStyle w:val="Heading2"/>
      </w:pPr>
      <w:bookmarkStart w:id="74" w:name="_Toc227895236"/>
      <w:r>
        <w:lastRenderedPageBreak/>
        <w:t>7.3. Order.html</w:t>
      </w:r>
      <w:bookmarkEnd w:id="74"/>
    </w:p>
    <w:p w14:paraId="73B3D5F9" w14:textId="77777777" w:rsidR="005F6A71" w:rsidRDefault="005F6A71" w:rsidP="005F6A71">
      <w:r>
        <w:t>&lt;!DOCTYPE html&gt;</w:t>
      </w:r>
    </w:p>
    <w:p w14:paraId="5524B238" w14:textId="77777777" w:rsidR="005F6A71" w:rsidRDefault="005F6A71" w:rsidP="005F6A71">
      <w:r>
        <w:t>&lt;html lang="</w:t>
      </w:r>
      <w:proofErr w:type="spellStart"/>
      <w:r>
        <w:t>en</w:t>
      </w:r>
      <w:proofErr w:type="spellEnd"/>
      <w:r>
        <w:t>"&gt;</w:t>
      </w:r>
    </w:p>
    <w:p w14:paraId="7BD6010E" w14:textId="77777777" w:rsidR="005F6A71" w:rsidRDefault="005F6A71" w:rsidP="005F6A71">
      <w:r>
        <w:t xml:space="preserve">    </w:t>
      </w:r>
    </w:p>
    <w:p w14:paraId="5BF379CF" w14:textId="77777777" w:rsidR="005F6A71" w:rsidRDefault="005F6A71" w:rsidP="005F6A71">
      <w:r>
        <w:t xml:space="preserve">    &lt;head&gt;</w:t>
      </w:r>
    </w:p>
    <w:p w14:paraId="2694E07A" w14:textId="77777777" w:rsidR="005F6A71" w:rsidRDefault="005F6A71" w:rsidP="005F6A71">
      <w:r>
        <w:t xml:space="preserve">        &lt;title&gt;Order — Henrietta&lt;/title&gt;</w:t>
      </w:r>
    </w:p>
    <w:p w14:paraId="38747FD6" w14:textId="77777777" w:rsidR="005F6A71" w:rsidRDefault="005F6A71" w:rsidP="005F6A71">
      <w:r>
        <w:t xml:space="preserve">        &lt;link </w:t>
      </w:r>
      <w:proofErr w:type="spellStart"/>
      <w:r>
        <w:t>rel</w:t>
      </w:r>
      <w:proofErr w:type="spellEnd"/>
      <w:r>
        <w:t xml:space="preserve">="stylesheet" </w:t>
      </w:r>
      <w:proofErr w:type="spellStart"/>
      <w:r>
        <w:t>href</w:t>
      </w:r>
      <w:proofErr w:type="spellEnd"/>
      <w:r>
        <w:t>="CSS/portfolio.css"&gt;</w:t>
      </w:r>
    </w:p>
    <w:p w14:paraId="68591493" w14:textId="77777777" w:rsidR="005F6A71" w:rsidRDefault="005F6A71" w:rsidP="005F6A71">
      <w:r>
        <w:t xml:space="preserve">        &lt;meta charset="UTF-8"&gt;</w:t>
      </w:r>
    </w:p>
    <w:p w14:paraId="3C773175" w14:textId="77777777" w:rsidR="005F6A71" w:rsidRDefault="005F6A71" w:rsidP="005F6A71">
      <w:r>
        <w:t xml:space="preserve">    &lt;/head&gt;</w:t>
      </w:r>
    </w:p>
    <w:p w14:paraId="43B1181E" w14:textId="77777777" w:rsidR="005F6A71" w:rsidRDefault="005F6A71" w:rsidP="005F6A71"/>
    <w:p w14:paraId="7BF6FCBA" w14:textId="77777777" w:rsidR="005F6A71" w:rsidRDefault="005F6A71" w:rsidP="005F6A71">
      <w:r>
        <w:t xml:space="preserve">    &lt;body&gt;</w:t>
      </w:r>
    </w:p>
    <w:p w14:paraId="4D4A76DD" w14:textId="77777777" w:rsidR="005F6A71" w:rsidRDefault="005F6A71" w:rsidP="005F6A71">
      <w:r>
        <w:t xml:space="preserve">        &lt;nav class="navbar"&gt;</w:t>
      </w:r>
    </w:p>
    <w:p w14:paraId="3CBEC989" w14:textId="77777777" w:rsidR="005F6A71" w:rsidRDefault="005F6A71" w:rsidP="005F6A71">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7E467105" w14:textId="77777777" w:rsidR="005F6A71" w:rsidRDefault="005F6A71" w:rsidP="005F6A71">
      <w:r>
        <w:t xml:space="preserve">            &lt;ul class="nav-links"&gt;</w:t>
      </w:r>
    </w:p>
    <w:p w14:paraId="6F6ACE5D" w14:textId="77777777" w:rsidR="005F6A71" w:rsidRDefault="005F6A71" w:rsidP="005F6A71">
      <w:r>
        <w:t xml:space="preserve">             &lt;li&gt;&lt;a </w:t>
      </w:r>
      <w:proofErr w:type="spellStart"/>
      <w:r>
        <w:t>href</w:t>
      </w:r>
      <w:proofErr w:type="spellEnd"/>
      <w:r>
        <w:t>="index.html"&gt;Home&lt;/a&gt;&lt;/li&gt;</w:t>
      </w:r>
    </w:p>
    <w:p w14:paraId="6F7BC83C" w14:textId="77777777" w:rsidR="005F6A71" w:rsidRDefault="005F6A71" w:rsidP="005F6A71">
      <w:r>
        <w:t xml:space="preserve">             &lt;li&gt;&lt;a </w:t>
      </w:r>
      <w:proofErr w:type="spellStart"/>
      <w:r>
        <w:t>href</w:t>
      </w:r>
      <w:proofErr w:type="spellEnd"/>
      <w:r>
        <w:t>="dishes.html"&gt;Dishes&lt;/a&gt;&lt;/li&gt;</w:t>
      </w:r>
    </w:p>
    <w:p w14:paraId="7ABD88C6" w14:textId="77777777" w:rsidR="005F6A71" w:rsidRDefault="005F6A71" w:rsidP="005F6A71">
      <w:r>
        <w:t xml:space="preserve">             &lt;li&gt;&lt;a </w:t>
      </w:r>
      <w:proofErr w:type="spellStart"/>
      <w:r>
        <w:t>href</w:t>
      </w:r>
      <w:proofErr w:type="spellEnd"/>
      <w:r>
        <w:t>="order.html" class="active"&gt;Order&lt;/a&gt;&lt;/li&gt;</w:t>
      </w:r>
    </w:p>
    <w:p w14:paraId="5435122F" w14:textId="77777777" w:rsidR="005F6A71" w:rsidRDefault="005F6A71" w:rsidP="005F6A71">
      <w:r>
        <w:t xml:space="preserve">             &lt;li&gt;&lt;a </w:t>
      </w:r>
      <w:proofErr w:type="spellStart"/>
      <w:r>
        <w:t>href</w:t>
      </w:r>
      <w:proofErr w:type="spellEnd"/>
      <w:r>
        <w:t>="about.html"&gt;About&lt;/a&gt;&lt;/li&gt;</w:t>
      </w:r>
    </w:p>
    <w:p w14:paraId="13077177" w14:textId="77777777" w:rsidR="005F6A71" w:rsidRDefault="005F6A71" w:rsidP="005F6A71">
      <w:r>
        <w:t xml:space="preserve">            &lt;/ul&gt;</w:t>
      </w:r>
    </w:p>
    <w:p w14:paraId="1F989449" w14:textId="77777777" w:rsidR="005F6A71" w:rsidRDefault="005F6A71" w:rsidP="005F6A71">
      <w:r>
        <w:t xml:space="preserve">        &lt;/nav&gt;</w:t>
      </w:r>
    </w:p>
    <w:p w14:paraId="3B7D74E2" w14:textId="77777777" w:rsidR="005F6A71" w:rsidRDefault="005F6A71" w:rsidP="005F6A71"/>
    <w:p w14:paraId="56F9DD10" w14:textId="77777777" w:rsidR="005F6A71" w:rsidRDefault="005F6A71" w:rsidP="005F6A71">
      <w:r>
        <w:t xml:space="preserve">        &lt;header&gt;</w:t>
      </w:r>
    </w:p>
    <w:p w14:paraId="4AA29C48" w14:textId="77777777" w:rsidR="005F6A71" w:rsidRDefault="005F6A71" w:rsidP="005F6A71">
      <w:r>
        <w:t xml:space="preserve">            &lt;h1 class="</w:t>
      </w:r>
      <w:proofErr w:type="gramStart"/>
      <w:r>
        <w:t>main-title</w:t>
      </w:r>
      <w:proofErr w:type="gramEnd"/>
      <w:r>
        <w:t>"&gt;Place an Order&lt;/h1&gt;</w:t>
      </w:r>
    </w:p>
    <w:p w14:paraId="5B525E75" w14:textId="77777777" w:rsidR="005F6A71" w:rsidRDefault="005F6A71" w:rsidP="005F6A71">
      <w:r>
        <w:t xml:space="preserve">            &lt;p class="location"&gt;Fill in the form below and I'll get back to you as soon as </w:t>
      </w:r>
      <w:proofErr w:type="gramStart"/>
      <w:r>
        <w:t>possible.&lt;</w:t>
      </w:r>
      <w:proofErr w:type="gramEnd"/>
      <w:r>
        <w:t>/p&gt;</w:t>
      </w:r>
    </w:p>
    <w:p w14:paraId="01FE825A" w14:textId="77777777" w:rsidR="005F6A71" w:rsidRDefault="005F6A71" w:rsidP="005F6A71">
      <w:r>
        <w:t xml:space="preserve">            &lt;a </w:t>
      </w:r>
      <w:proofErr w:type="spellStart"/>
      <w:r>
        <w:t>href</w:t>
      </w:r>
      <w:proofErr w:type="spellEnd"/>
      <w:r>
        <w:t>="dishes.html" class="</w:t>
      </w:r>
      <w:proofErr w:type="spellStart"/>
      <w:r>
        <w:t>cta</w:t>
      </w:r>
      <w:proofErr w:type="spellEnd"/>
      <w:r>
        <w:t>-button"&gt;View My Dishes&lt;/a&gt;</w:t>
      </w:r>
    </w:p>
    <w:p w14:paraId="1BDB73FD" w14:textId="77777777" w:rsidR="005F6A71" w:rsidRDefault="005F6A71" w:rsidP="005F6A71">
      <w:r>
        <w:t xml:space="preserve">        &lt;/header&gt;</w:t>
      </w:r>
    </w:p>
    <w:p w14:paraId="4CFD7AB7" w14:textId="77777777" w:rsidR="005F6A71" w:rsidRDefault="005F6A71" w:rsidP="005F6A71"/>
    <w:p w14:paraId="3359AC1A" w14:textId="77777777" w:rsidR="005F6A71" w:rsidRDefault="005F6A71" w:rsidP="005F6A71">
      <w:r>
        <w:t xml:space="preserve">        &lt;section class="order-section"&gt;</w:t>
      </w:r>
    </w:p>
    <w:p w14:paraId="122C3152" w14:textId="77777777" w:rsidR="005F6A71" w:rsidRDefault="005F6A71" w:rsidP="005F6A71">
      <w:r>
        <w:lastRenderedPageBreak/>
        <w:t xml:space="preserve">            &lt;h2 class="section-heading"&gt;Order Your Meal&lt;/h2&gt;</w:t>
      </w:r>
    </w:p>
    <w:p w14:paraId="446CE264" w14:textId="77777777" w:rsidR="005F6A71" w:rsidRDefault="005F6A71" w:rsidP="005F6A71">
      <w:r>
        <w:t xml:space="preserve">            &lt;p class="about-text"&gt;I'm currently accepting orders for the dishes listed on my Dishes page. Please fill out the form below with your details and the dish you'd like to order, and I'll get back to you as soon as possible to confirm your order and discuss any specific requirements or questions you may </w:t>
      </w:r>
      <w:proofErr w:type="gramStart"/>
      <w:r>
        <w:t>have.&lt;</w:t>
      </w:r>
      <w:proofErr w:type="gramEnd"/>
      <w:r>
        <w:t>/p&gt;</w:t>
      </w:r>
    </w:p>
    <w:p w14:paraId="2035FABC" w14:textId="77777777" w:rsidR="005F6A71" w:rsidRDefault="005F6A71" w:rsidP="005F6A71">
      <w:r>
        <w:t xml:space="preserve">            </w:t>
      </w:r>
    </w:p>
    <w:p w14:paraId="51E0C10F" w14:textId="77777777" w:rsidR="005F6A71" w:rsidRDefault="005F6A71" w:rsidP="005F6A71">
      <w:r>
        <w:t xml:space="preserve">            &lt;form class="order-form"&gt;</w:t>
      </w:r>
    </w:p>
    <w:p w14:paraId="365B3038" w14:textId="77777777" w:rsidR="005F6A71" w:rsidRDefault="005F6A71" w:rsidP="005F6A71">
      <w:r>
        <w:t xml:space="preserve">         </w:t>
      </w:r>
    </w:p>
    <w:p w14:paraId="6355B107" w14:textId="77777777" w:rsidR="005F6A71" w:rsidRDefault="005F6A71" w:rsidP="005F6A71">
      <w:r>
        <w:t xml:space="preserve">                &lt;p class="form-group"&gt;</w:t>
      </w:r>
    </w:p>
    <w:p w14:paraId="69754DD4" w14:textId="77777777" w:rsidR="005F6A71" w:rsidRDefault="005F6A71" w:rsidP="005F6A71">
      <w:r>
        <w:t xml:space="preserve">                    &lt;label class="form-label" for="name"&gt;Your Name&lt;/label&gt;</w:t>
      </w:r>
    </w:p>
    <w:p w14:paraId="5437BA9F" w14:textId="77777777" w:rsidR="005F6A71" w:rsidRDefault="005F6A71" w:rsidP="005F6A71">
      <w:r>
        <w:t xml:space="preserve">                    &lt;input class="form-input" type="text" id="name" name="name" placeholder="e.g. John Smith"&gt;</w:t>
      </w:r>
    </w:p>
    <w:p w14:paraId="78FF4238" w14:textId="77777777" w:rsidR="005F6A71" w:rsidRDefault="005F6A71" w:rsidP="005F6A71">
      <w:r>
        <w:t xml:space="preserve">                &lt;/p&gt;</w:t>
      </w:r>
    </w:p>
    <w:p w14:paraId="739C6417" w14:textId="77777777" w:rsidR="005F6A71" w:rsidRDefault="005F6A71" w:rsidP="005F6A71">
      <w:r>
        <w:t xml:space="preserve">                &lt;p class="form-group"&gt;</w:t>
      </w:r>
    </w:p>
    <w:p w14:paraId="51B8A909" w14:textId="77777777" w:rsidR="005F6A71" w:rsidRDefault="005F6A71" w:rsidP="005F6A71">
      <w:r>
        <w:t xml:space="preserve">                    &lt;label class="form-label" for="email"&gt;Email Address&lt;/label&gt;</w:t>
      </w:r>
    </w:p>
    <w:p w14:paraId="3439A0A7" w14:textId="77777777" w:rsidR="005F6A71" w:rsidRDefault="005F6A71" w:rsidP="005F6A71">
      <w:r>
        <w:t xml:space="preserve">                    &lt;input class="form-input" type="email" id="email" name="email" placeholder="e.g. john@email.com"&gt;</w:t>
      </w:r>
    </w:p>
    <w:p w14:paraId="21D4ED1A" w14:textId="77777777" w:rsidR="005F6A71" w:rsidRDefault="005F6A71" w:rsidP="005F6A71">
      <w:r>
        <w:t xml:space="preserve">                &lt;/p&gt;</w:t>
      </w:r>
    </w:p>
    <w:p w14:paraId="0098CE66" w14:textId="77777777" w:rsidR="005F6A71" w:rsidRDefault="005F6A71" w:rsidP="005F6A71">
      <w:r>
        <w:t xml:space="preserve">                &lt;p class="form-group"&gt;</w:t>
      </w:r>
    </w:p>
    <w:p w14:paraId="0132CB44" w14:textId="77777777" w:rsidR="005F6A71" w:rsidRDefault="005F6A71" w:rsidP="005F6A71">
      <w:r>
        <w:t xml:space="preserve">                    &lt;label class="form-label" for="phone"&gt;Phone Number&lt;/label&gt;</w:t>
      </w:r>
    </w:p>
    <w:p w14:paraId="14ACA9A0" w14:textId="77777777" w:rsidR="005F6A71" w:rsidRDefault="005F6A71" w:rsidP="005F6A71">
      <w:r>
        <w:t xml:space="preserve">                    &lt;input class="form-input" type="</w:t>
      </w:r>
      <w:proofErr w:type="spellStart"/>
      <w:r>
        <w:t>tel</w:t>
      </w:r>
      <w:proofErr w:type="spellEnd"/>
      <w:r>
        <w:t>" id="phone" name="phone" placeholder="e.g. 07700 900000"&gt;</w:t>
      </w:r>
    </w:p>
    <w:p w14:paraId="3EF42DC3" w14:textId="77777777" w:rsidR="005F6A71" w:rsidRDefault="005F6A71" w:rsidP="005F6A71">
      <w:r>
        <w:t xml:space="preserve">                &lt;/p&gt;</w:t>
      </w:r>
    </w:p>
    <w:p w14:paraId="388C59BC" w14:textId="77777777" w:rsidR="005F6A71" w:rsidRDefault="005F6A71" w:rsidP="005F6A71">
      <w:r>
        <w:t xml:space="preserve">                &lt;p class="form-group"&gt;</w:t>
      </w:r>
    </w:p>
    <w:p w14:paraId="7B5B52E4" w14:textId="77777777" w:rsidR="005F6A71" w:rsidRDefault="005F6A71" w:rsidP="005F6A71">
      <w:r>
        <w:t xml:space="preserve">                    &lt;label class="form-label" for="dish"&gt;Dish You'd Like to Order&lt;/label&gt;</w:t>
      </w:r>
    </w:p>
    <w:p w14:paraId="7987ED9C" w14:textId="77777777" w:rsidR="005F6A71" w:rsidRDefault="005F6A71" w:rsidP="005F6A71">
      <w:r>
        <w:t xml:space="preserve">                    &lt;select class="form-input" id="dish" name="dish"&gt;</w:t>
      </w:r>
    </w:p>
    <w:p w14:paraId="6EB37261" w14:textId="77777777" w:rsidR="005F6A71" w:rsidRDefault="005F6A71" w:rsidP="005F6A71">
      <w:r>
        <w:t xml:space="preserve">                        &lt;option value=""&gt;— Select a dish —&lt;/option&gt;</w:t>
      </w:r>
    </w:p>
    <w:p w14:paraId="7537E50D" w14:textId="77777777" w:rsidR="005F6A71" w:rsidRDefault="005F6A71" w:rsidP="005F6A71">
      <w:r>
        <w:t xml:space="preserve">                        &lt;option&gt;Buttermilk Marinated Chicken Fillets, with Chives and Garlic Mayo&lt;/option&gt;</w:t>
      </w:r>
    </w:p>
    <w:p w14:paraId="7C5B20A0" w14:textId="77777777" w:rsidR="005F6A71" w:rsidRDefault="005F6A71" w:rsidP="005F6A71">
      <w:r>
        <w:t xml:space="preserve">                        &lt;option&gt;Spinach and Ricotta Stuffed Chicken Breast, with Honey Mustard Dressed Salad&lt;/option&gt;</w:t>
      </w:r>
    </w:p>
    <w:p w14:paraId="4EFF9289" w14:textId="77777777" w:rsidR="005F6A71" w:rsidRDefault="005F6A71" w:rsidP="005F6A71">
      <w:r>
        <w:lastRenderedPageBreak/>
        <w:t xml:space="preserve">                        &lt;option&gt;Pan Seared Salmon, Wilted Cabbage and Leek, with Lemon and Dill Cream Sauce&lt;/option&gt;</w:t>
      </w:r>
    </w:p>
    <w:p w14:paraId="3DA567B6" w14:textId="77777777" w:rsidR="005F6A71" w:rsidRDefault="005F6A71" w:rsidP="005F6A71">
      <w:r>
        <w:t xml:space="preserve">                        &lt;option&gt;Pork Belly, Parsnip Purée, Broccoli with Apple Onion Sauvignon Blanc Sauce&lt;/option&gt;</w:t>
      </w:r>
    </w:p>
    <w:p w14:paraId="0D889812" w14:textId="77777777" w:rsidR="005F6A71" w:rsidRDefault="005F6A71" w:rsidP="005F6A71">
      <w:r>
        <w:t xml:space="preserve">                        &lt;option&gt;Roast Chicken, Carrots and Celery Purée with Garlic Rosemary Parmesan Toast&lt;/option&gt;</w:t>
      </w:r>
    </w:p>
    <w:p w14:paraId="4C3EB40B" w14:textId="77777777" w:rsidR="005F6A71" w:rsidRDefault="005F6A71" w:rsidP="005F6A71">
      <w:r>
        <w:t xml:space="preserve">                        &lt;option&gt;Beef and Egg Noodle Stir Fry&lt;/option&gt;</w:t>
      </w:r>
    </w:p>
    <w:p w14:paraId="1C8DEB1B" w14:textId="77777777" w:rsidR="005F6A71" w:rsidRDefault="005F6A71" w:rsidP="005F6A71">
      <w:r>
        <w:t xml:space="preserve">                        &lt;option&gt;Beef Steak Fillet, in Soy Cream and Onion Sauce&lt;/option&gt;</w:t>
      </w:r>
    </w:p>
    <w:p w14:paraId="0B812DDF" w14:textId="77777777" w:rsidR="005F6A71" w:rsidRDefault="005F6A71" w:rsidP="005F6A71">
      <w:r>
        <w:t xml:space="preserve">                        &lt;option&gt;Avocado, Smoked Salmon, Poached Eggs with Hollandaise on English Muffins with Asparagus&lt;/option&gt;</w:t>
      </w:r>
    </w:p>
    <w:p w14:paraId="75C98D4A" w14:textId="77777777" w:rsidR="005F6A71" w:rsidRDefault="005F6A71" w:rsidP="005F6A71">
      <w:r>
        <w:t xml:space="preserve">                        &lt;option&gt;Chicken Broth Ramen, with Prawn and Pork Steamed Dumplings&lt;/option&gt;</w:t>
      </w:r>
    </w:p>
    <w:p w14:paraId="503E4273" w14:textId="77777777" w:rsidR="005F6A71" w:rsidRDefault="005F6A71" w:rsidP="005F6A71">
      <w:r>
        <w:t xml:space="preserve">                        &lt;option&gt;Orange and Walnut Chiffon Cake with Orange Butter Cream&lt;/option&gt;</w:t>
      </w:r>
    </w:p>
    <w:p w14:paraId="7F880546" w14:textId="77777777" w:rsidR="005F6A71" w:rsidRDefault="005F6A71" w:rsidP="005F6A71">
      <w:r>
        <w:t xml:space="preserve">                        &lt;option&gt;Orange Chiffon Cake with French Meringue and Candied Orange&lt;/option&gt;</w:t>
      </w:r>
    </w:p>
    <w:p w14:paraId="203F43EB" w14:textId="77777777" w:rsidR="005F6A71" w:rsidRDefault="005F6A71" w:rsidP="005F6A71">
      <w:r>
        <w:t xml:space="preserve">                        &lt;option&gt;Egg Tart with French Meringue and Lemon Custard&lt;/option&gt;</w:t>
      </w:r>
    </w:p>
    <w:p w14:paraId="361D6105" w14:textId="77777777" w:rsidR="005F6A71" w:rsidRDefault="005F6A71" w:rsidP="005F6A71">
      <w:r>
        <w:t xml:space="preserve">                    &lt;/select&gt;</w:t>
      </w:r>
    </w:p>
    <w:p w14:paraId="201FBDB5" w14:textId="77777777" w:rsidR="005F6A71" w:rsidRDefault="005F6A71" w:rsidP="005F6A71">
      <w:r>
        <w:t xml:space="preserve">                &lt;/p&gt;</w:t>
      </w:r>
    </w:p>
    <w:p w14:paraId="7CBD87C4" w14:textId="77777777" w:rsidR="005F6A71" w:rsidRDefault="005F6A71" w:rsidP="005F6A71">
      <w:r>
        <w:t xml:space="preserve">                &lt;p class="form-group"&gt;</w:t>
      </w:r>
    </w:p>
    <w:p w14:paraId="0E0E6131" w14:textId="77777777" w:rsidR="005F6A71" w:rsidRDefault="005F6A71" w:rsidP="005F6A71">
      <w:r>
        <w:t xml:space="preserve">                    &lt;label class="form-label" for="portions"&gt;Number of Portions&lt;/label&gt;</w:t>
      </w:r>
    </w:p>
    <w:p w14:paraId="58B3595C" w14:textId="77777777" w:rsidR="005F6A71" w:rsidRDefault="005F6A71" w:rsidP="005F6A71">
      <w:r>
        <w:t xml:space="preserve">                    &lt;input class="form-input" type="number" id="portions" name="portions" placeholder="e.g. 2" min="1"&gt;</w:t>
      </w:r>
    </w:p>
    <w:p w14:paraId="7377FFFA" w14:textId="77777777" w:rsidR="005F6A71" w:rsidRDefault="005F6A71" w:rsidP="005F6A71">
      <w:r>
        <w:t xml:space="preserve">                &lt;/p&gt;</w:t>
      </w:r>
    </w:p>
    <w:p w14:paraId="5DA406B1" w14:textId="77777777" w:rsidR="005F6A71" w:rsidRDefault="005F6A71" w:rsidP="005F6A71">
      <w:r>
        <w:t xml:space="preserve">                &lt;p class="form-group"&gt;</w:t>
      </w:r>
    </w:p>
    <w:p w14:paraId="78A18B4A" w14:textId="77777777" w:rsidR="005F6A71" w:rsidRDefault="005F6A71" w:rsidP="005F6A71">
      <w:r>
        <w:t xml:space="preserve">                    &lt;label class="form-label" for="date"&gt;Preferred Date&lt;/label&gt;</w:t>
      </w:r>
    </w:p>
    <w:p w14:paraId="686991AA" w14:textId="77777777" w:rsidR="005F6A71" w:rsidRDefault="005F6A71" w:rsidP="005F6A71">
      <w:r>
        <w:t xml:space="preserve">                    &lt;input class="form-input" type="date" id="date" name="date"&gt;</w:t>
      </w:r>
    </w:p>
    <w:p w14:paraId="3506034C" w14:textId="77777777" w:rsidR="005F6A71" w:rsidRDefault="005F6A71" w:rsidP="005F6A71">
      <w:r>
        <w:t xml:space="preserve">                &lt;/p&gt;</w:t>
      </w:r>
    </w:p>
    <w:p w14:paraId="42B93A99" w14:textId="77777777" w:rsidR="005F6A71" w:rsidRDefault="005F6A71" w:rsidP="005F6A71">
      <w:r>
        <w:t xml:space="preserve">                &lt;p class="form-group"&gt;</w:t>
      </w:r>
    </w:p>
    <w:p w14:paraId="5709DE11" w14:textId="77777777" w:rsidR="005F6A71" w:rsidRDefault="005F6A71" w:rsidP="005F6A71">
      <w:r>
        <w:t xml:space="preserve">                    &lt;label class="form-label" for="notes"&gt;Any Notes or </w:t>
      </w:r>
      <w:proofErr w:type="gramStart"/>
      <w:r>
        <w:t>Allergies?&lt;</w:t>
      </w:r>
      <w:proofErr w:type="gramEnd"/>
      <w:r>
        <w:t>/label&gt;</w:t>
      </w:r>
    </w:p>
    <w:p w14:paraId="30990DE4" w14:textId="77777777" w:rsidR="005F6A71" w:rsidRDefault="005F6A71" w:rsidP="005F6A71">
      <w:r>
        <w:t xml:space="preserve">                    &lt;</w:t>
      </w:r>
      <w:proofErr w:type="spellStart"/>
      <w:r>
        <w:t>textarea</w:t>
      </w:r>
      <w:proofErr w:type="spellEnd"/>
      <w:r>
        <w:t xml:space="preserve"> class="form-input form-</w:t>
      </w:r>
      <w:proofErr w:type="spellStart"/>
      <w:r>
        <w:t>textarea</w:t>
      </w:r>
      <w:proofErr w:type="spellEnd"/>
      <w:r>
        <w:t>" id="notes" name="notes" placeholder="e.g. no nuts, vegetarian option, etc."&gt;&lt;/</w:t>
      </w:r>
      <w:proofErr w:type="spellStart"/>
      <w:r>
        <w:t>textarea</w:t>
      </w:r>
      <w:proofErr w:type="spellEnd"/>
      <w:r>
        <w:t>&gt;</w:t>
      </w:r>
    </w:p>
    <w:p w14:paraId="7AB6A3E3" w14:textId="77777777" w:rsidR="005F6A71" w:rsidRDefault="005F6A71" w:rsidP="005F6A71">
      <w:r>
        <w:lastRenderedPageBreak/>
        <w:t xml:space="preserve">                &lt;/p&gt;</w:t>
      </w:r>
    </w:p>
    <w:p w14:paraId="4BBA4748" w14:textId="77777777" w:rsidR="005F6A71" w:rsidRDefault="005F6A71" w:rsidP="005F6A71">
      <w:pPr>
        <w:rPr>
          <w:rFonts w:hint="eastAsia"/>
        </w:rPr>
      </w:pPr>
      <w:r>
        <w:rPr>
          <w:rFonts w:hint="eastAsia"/>
        </w:rPr>
        <w:t xml:space="preserve">                &lt;button class="</w:t>
      </w:r>
      <w:proofErr w:type="spellStart"/>
      <w:r>
        <w:rPr>
          <w:rFonts w:hint="eastAsia"/>
        </w:rPr>
        <w:t>cta</w:t>
      </w:r>
      <w:proofErr w:type="spellEnd"/>
      <w:r>
        <w:rPr>
          <w:rFonts w:hint="eastAsia"/>
        </w:rPr>
        <w:t xml:space="preserve">-button" type="submit"&gt;Send Order </w:t>
      </w:r>
      <w:r>
        <w:rPr>
          <w:rFonts w:hint="eastAsia"/>
        </w:rPr>
        <w:t>→</w:t>
      </w:r>
      <w:r>
        <w:rPr>
          <w:rFonts w:hint="eastAsia"/>
        </w:rPr>
        <w:t>&lt;/button&gt;</w:t>
      </w:r>
    </w:p>
    <w:p w14:paraId="444D6CBF" w14:textId="77777777" w:rsidR="005F6A71" w:rsidRDefault="005F6A71" w:rsidP="005F6A71"/>
    <w:p w14:paraId="6951C230" w14:textId="77777777" w:rsidR="005F6A71" w:rsidRDefault="005F6A71" w:rsidP="005F6A71">
      <w:r>
        <w:t xml:space="preserve">            &lt;/form&gt;</w:t>
      </w:r>
    </w:p>
    <w:p w14:paraId="00938D5F" w14:textId="77777777" w:rsidR="005F6A71" w:rsidRDefault="005F6A71" w:rsidP="005F6A71"/>
    <w:p w14:paraId="37A33880" w14:textId="77777777" w:rsidR="005F6A71" w:rsidRDefault="005F6A71" w:rsidP="005F6A71">
      <w:r>
        <w:t xml:space="preserve">        &lt;/section&gt;</w:t>
      </w:r>
    </w:p>
    <w:p w14:paraId="0BBB48D1" w14:textId="77777777" w:rsidR="005F6A71" w:rsidRDefault="005F6A71" w:rsidP="005F6A71"/>
    <w:p w14:paraId="2AE52F5A" w14:textId="77777777" w:rsidR="005F6A71" w:rsidRDefault="005F6A71" w:rsidP="005F6A71">
      <w:r>
        <w:t xml:space="preserve">        &lt;footer class="footer"&gt;</w:t>
      </w:r>
    </w:p>
    <w:p w14:paraId="355656BA" w14:textId="77777777" w:rsidR="005F6A71" w:rsidRDefault="005F6A71" w:rsidP="005F6A71">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4C49FEE7" w14:textId="77777777" w:rsidR="005F6A71" w:rsidRDefault="005F6A71" w:rsidP="005F6A71">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4DC4BBE2" w14:textId="77777777" w:rsidR="005F6A71" w:rsidRDefault="005F6A71" w:rsidP="005F6A71">
      <w:r>
        <w:t xml:space="preserve">        &lt;/footer&gt;</w:t>
      </w:r>
    </w:p>
    <w:p w14:paraId="0F68B063" w14:textId="77777777" w:rsidR="005F6A71" w:rsidRDefault="005F6A71" w:rsidP="005F6A71">
      <w:r>
        <w:t xml:space="preserve">    &lt;/body&gt;</w:t>
      </w:r>
    </w:p>
    <w:p w14:paraId="307869FE" w14:textId="3BB6AB52" w:rsidR="005F6A71" w:rsidRDefault="005F6A71" w:rsidP="005F6A71">
      <w:pPr>
        <w:rPr>
          <w:rFonts w:asciiTheme="majorHAnsi" w:eastAsiaTheme="majorEastAsia" w:hAnsiTheme="majorHAnsi" w:cstheme="majorBidi"/>
          <w:b/>
          <w:bCs/>
          <w:color w:val="4F81BD" w:themeColor="accent1"/>
          <w:sz w:val="26"/>
          <w:szCs w:val="26"/>
        </w:rPr>
      </w:pPr>
      <w:r>
        <w:t>&lt;/html&gt;</w:t>
      </w:r>
      <w:r>
        <w:t xml:space="preserve"> </w:t>
      </w:r>
      <w:r>
        <w:br w:type="page"/>
      </w:r>
    </w:p>
    <w:p w14:paraId="08D78425" w14:textId="77777777" w:rsidR="005F6A71" w:rsidRDefault="005F6A71" w:rsidP="005F6A71">
      <w:pPr>
        <w:pStyle w:val="Heading2"/>
      </w:pPr>
    </w:p>
    <w:p w14:paraId="2428EACF" w14:textId="68DA5161" w:rsidR="005F6A71" w:rsidRDefault="005F6A71" w:rsidP="005F6A71">
      <w:pPr>
        <w:pStyle w:val="Heading2"/>
      </w:pPr>
      <w:bookmarkStart w:id="75" w:name="_Toc227895237"/>
      <w:r>
        <w:t>7.4. About.html</w:t>
      </w:r>
      <w:bookmarkEnd w:id="75"/>
    </w:p>
    <w:p w14:paraId="7BBB0065" w14:textId="77777777" w:rsidR="003A61D3" w:rsidRDefault="003A61D3" w:rsidP="003A61D3">
      <w:r>
        <w:t>&lt;!DOCTYPE html&gt;</w:t>
      </w:r>
    </w:p>
    <w:p w14:paraId="500B22AB" w14:textId="77777777" w:rsidR="003A61D3" w:rsidRDefault="003A61D3" w:rsidP="003A61D3">
      <w:r>
        <w:t>&lt;html lang="</w:t>
      </w:r>
      <w:proofErr w:type="spellStart"/>
      <w:r>
        <w:t>en</w:t>
      </w:r>
      <w:proofErr w:type="spellEnd"/>
      <w:r>
        <w:t>"&gt;</w:t>
      </w:r>
    </w:p>
    <w:p w14:paraId="563DDD40" w14:textId="77777777" w:rsidR="003A61D3" w:rsidRDefault="003A61D3" w:rsidP="003A61D3">
      <w:r>
        <w:t xml:space="preserve">    </w:t>
      </w:r>
    </w:p>
    <w:p w14:paraId="1E5DC601" w14:textId="77777777" w:rsidR="003A61D3" w:rsidRDefault="003A61D3" w:rsidP="003A61D3">
      <w:r>
        <w:t xml:space="preserve">    &lt;head&gt;</w:t>
      </w:r>
    </w:p>
    <w:p w14:paraId="0E81E178" w14:textId="77777777" w:rsidR="003A61D3" w:rsidRDefault="003A61D3" w:rsidP="003A61D3">
      <w:r>
        <w:t xml:space="preserve">        &lt;title&gt;About — Henrietta&lt;/title&gt;</w:t>
      </w:r>
    </w:p>
    <w:p w14:paraId="27B3688D" w14:textId="77777777" w:rsidR="003A61D3" w:rsidRDefault="003A61D3" w:rsidP="003A61D3">
      <w:r>
        <w:t xml:space="preserve">        &lt;link </w:t>
      </w:r>
      <w:proofErr w:type="spellStart"/>
      <w:r>
        <w:t>rel</w:t>
      </w:r>
      <w:proofErr w:type="spellEnd"/>
      <w:r>
        <w:t xml:space="preserve">="stylesheet" </w:t>
      </w:r>
      <w:proofErr w:type="spellStart"/>
      <w:r>
        <w:t>href</w:t>
      </w:r>
      <w:proofErr w:type="spellEnd"/>
      <w:r>
        <w:t>="CSS/portfolio.css"&gt;</w:t>
      </w:r>
    </w:p>
    <w:p w14:paraId="28BEA64A" w14:textId="77777777" w:rsidR="003A61D3" w:rsidRDefault="003A61D3" w:rsidP="003A61D3">
      <w:r>
        <w:t xml:space="preserve">        &lt;meta charset="UTF-8"&gt;</w:t>
      </w:r>
    </w:p>
    <w:p w14:paraId="34FE4025" w14:textId="77777777" w:rsidR="003A61D3" w:rsidRDefault="003A61D3" w:rsidP="003A61D3">
      <w:r>
        <w:t xml:space="preserve">    &lt;/head&gt;</w:t>
      </w:r>
    </w:p>
    <w:p w14:paraId="18EFAE6D" w14:textId="77777777" w:rsidR="003A61D3" w:rsidRDefault="003A61D3" w:rsidP="003A61D3"/>
    <w:p w14:paraId="3E033D0D" w14:textId="77777777" w:rsidR="003A61D3" w:rsidRDefault="003A61D3" w:rsidP="003A61D3">
      <w:r>
        <w:t xml:space="preserve">    &lt;body&gt;</w:t>
      </w:r>
    </w:p>
    <w:p w14:paraId="1D49F112" w14:textId="77777777" w:rsidR="003A61D3" w:rsidRDefault="003A61D3" w:rsidP="003A61D3">
      <w:r>
        <w:t xml:space="preserve">        &lt;nav class="navbar"&gt;</w:t>
      </w:r>
    </w:p>
    <w:p w14:paraId="38B1EEBF" w14:textId="77777777" w:rsidR="003A61D3" w:rsidRDefault="003A61D3" w:rsidP="003A61D3">
      <w:r>
        <w:t xml:space="preserve">            &lt;span class="nav-logo"&gt;Henrietta &amp;</w:t>
      </w:r>
      <w:proofErr w:type="spellStart"/>
      <w:proofErr w:type="gramStart"/>
      <w:r>
        <w:t>nbsp</w:t>
      </w:r>
      <w:proofErr w:type="spellEnd"/>
      <w:r>
        <w:t>;·</w:t>
      </w:r>
      <w:proofErr w:type="gramEnd"/>
      <w:r>
        <w:t>&amp;</w:t>
      </w:r>
      <w:proofErr w:type="spellStart"/>
      <w:r>
        <w:t>nbsp</w:t>
      </w:r>
      <w:proofErr w:type="spellEnd"/>
      <w:r>
        <w:t>; Portfolio&lt;/span&gt;</w:t>
      </w:r>
    </w:p>
    <w:p w14:paraId="1D20D980" w14:textId="77777777" w:rsidR="003A61D3" w:rsidRDefault="003A61D3" w:rsidP="003A61D3">
      <w:r>
        <w:t xml:space="preserve">            &lt;ul class="nav-links"&gt;</w:t>
      </w:r>
    </w:p>
    <w:p w14:paraId="1044BB40" w14:textId="77777777" w:rsidR="003A61D3" w:rsidRDefault="003A61D3" w:rsidP="003A61D3">
      <w:r>
        <w:t xml:space="preserve">             &lt;li&gt;&lt;a </w:t>
      </w:r>
      <w:proofErr w:type="spellStart"/>
      <w:r>
        <w:t>href</w:t>
      </w:r>
      <w:proofErr w:type="spellEnd"/>
      <w:r>
        <w:t>="index.html"&gt;Home&lt;/a&gt;&lt;/li&gt;</w:t>
      </w:r>
    </w:p>
    <w:p w14:paraId="37D03F1F" w14:textId="77777777" w:rsidR="003A61D3" w:rsidRDefault="003A61D3" w:rsidP="003A61D3">
      <w:r>
        <w:t xml:space="preserve">             &lt;li&gt;&lt;a </w:t>
      </w:r>
      <w:proofErr w:type="spellStart"/>
      <w:r>
        <w:t>href</w:t>
      </w:r>
      <w:proofErr w:type="spellEnd"/>
      <w:r>
        <w:t>="dishes.html"&gt;Dishes&lt;/a&gt;&lt;/li&gt;</w:t>
      </w:r>
    </w:p>
    <w:p w14:paraId="4B125CEE" w14:textId="77777777" w:rsidR="003A61D3" w:rsidRDefault="003A61D3" w:rsidP="003A61D3">
      <w:r>
        <w:t xml:space="preserve">             &lt;li&gt;&lt;a </w:t>
      </w:r>
      <w:proofErr w:type="spellStart"/>
      <w:r>
        <w:t>href</w:t>
      </w:r>
      <w:proofErr w:type="spellEnd"/>
      <w:r>
        <w:t>="order.html"&gt;Order&lt;/a&gt;&lt;/li&gt;</w:t>
      </w:r>
    </w:p>
    <w:p w14:paraId="1A83FA0B" w14:textId="77777777" w:rsidR="003A61D3" w:rsidRDefault="003A61D3" w:rsidP="003A61D3">
      <w:r>
        <w:t xml:space="preserve">             &lt;li&gt;&lt;a </w:t>
      </w:r>
      <w:proofErr w:type="spellStart"/>
      <w:r>
        <w:t>href</w:t>
      </w:r>
      <w:proofErr w:type="spellEnd"/>
      <w:r>
        <w:t>="about.html" class="active"&gt;About&lt;/a&gt;&lt;/li&gt;</w:t>
      </w:r>
    </w:p>
    <w:p w14:paraId="541C3AD5" w14:textId="77777777" w:rsidR="003A61D3" w:rsidRDefault="003A61D3" w:rsidP="003A61D3">
      <w:r>
        <w:t xml:space="preserve">            &lt;/ul&gt;</w:t>
      </w:r>
    </w:p>
    <w:p w14:paraId="5A09D81E" w14:textId="77777777" w:rsidR="003A61D3" w:rsidRDefault="003A61D3" w:rsidP="003A61D3">
      <w:r>
        <w:t xml:space="preserve">        &lt;/nav&gt;</w:t>
      </w:r>
    </w:p>
    <w:p w14:paraId="46B4CF77" w14:textId="77777777" w:rsidR="003A61D3" w:rsidRDefault="003A61D3" w:rsidP="003A61D3"/>
    <w:p w14:paraId="2187D688" w14:textId="77777777" w:rsidR="003A61D3" w:rsidRDefault="003A61D3" w:rsidP="003A61D3">
      <w:r>
        <w:t xml:space="preserve">        &lt;header&gt;</w:t>
      </w:r>
    </w:p>
    <w:p w14:paraId="733DF220" w14:textId="77777777" w:rsidR="003A61D3" w:rsidRDefault="003A61D3" w:rsidP="003A61D3">
      <w:r>
        <w:t xml:space="preserve">         &lt;</w:t>
      </w:r>
      <w:proofErr w:type="spellStart"/>
      <w:r>
        <w:t>img</w:t>
      </w:r>
      <w:proofErr w:type="spellEnd"/>
      <w:r>
        <w:t xml:space="preserve"> class="profile-photo" </w:t>
      </w:r>
      <w:proofErr w:type="spellStart"/>
      <w:r>
        <w:t>src</w:t>
      </w:r>
      <w:proofErr w:type="spellEnd"/>
      <w:r>
        <w:t>="Images/henrietta.jpeg" alt="Henrietta"&gt;</w:t>
      </w:r>
    </w:p>
    <w:p w14:paraId="2A7EA3D9" w14:textId="77777777" w:rsidR="003A61D3" w:rsidRDefault="003A61D3" w:rsidP="003A61D3">
      <w:r>
        <w:t xml:space="preserve">          &lt;h1 class="</w:t>
      </w:r>
      <w:proofErr w:type="gramStart"/>
      <w:r>
        <w:t>main-title</w:t>
      </w:r>
      <w:proofErr w:type="gramEnd"/>
      <w:r>
        <w:t>"&gt;About Me&lt;/h1&gt;</w:t>
      </w:r>
    </w:p>
    <w:p w14:paraId="576076CD" w14:textId="77777777" w:rsidR="003A61D3" w:rsidRDefault="003A61D3" w:rsidP="003A61D3">
      <w:r>
        <w:t xml:space="preserve">            &lt;p class="about-text"&gt;Hello. My name is Henrietta, and I came from the </w:t>
      </w:r>
      <w:proofErr w:type="gramStart"/>
      <w:r>
        <w:t>Philippines.&amp;</w:t>
      </w:r>
      <w:proofErr w:type="spellStart"/>
      <w:proofErr w:type="gramEnd"/>
      <w:r>
        <w:t>nbsp</w:t>
      </w:r>
      <w:proofErr w:type="spellEnd"/>
      <w:r>
        <w:t>;&lt;/p&gt;</w:t>
      </w:r>
    </w:p>
    <w:p w14:paraId="2ABA6E71" w14:textId="77777777" w:rsidR="003A61D3" w:rsidRDefault="003A61D3" w:rsidP="003A61D3">
      <w:r>
        <w:lastRenderedPageBreak/>
        <w:t xml:space="preserve">            &lt;p class="about-text"&gt;I like to think of myself as an avid cook who appreciates different cuisines, one who enjoys and is eager to learn more about different food </w:t>
      </w:r>
      <w:proofErr w:type="gramStart"/>
      <w:r>
        <w:t>cultures.&amp;</w:t>
      </w:r>
      <w:proofErr w:type="spellStart"/>
      <w:proofErr w:type="gramEnd"/>
      <w:r>
        <w:t>nbsp</w:t>
      </w:r>
      <w:proofErr w:type="spellEnd"/>
      <w:r>
        <w:t>;&lt;/p&gt;</w:t>
      </w:r>
    </w:p>
    <w:p w14:paraId="4D2BA1F8" w14:textId="77777777" w:rsidR="003A61D3" w:rsidRDefault="003A61D3" w:rsidP="003A61D3">
      <w:r>
        <w:t xml:space="preserve">            &lt;p class="about-text"&gt;Living in the United Kingdom gave me the opportunity to learn different things and techniques. It gives me so much joy and pleasure to share a nice and homey meal with my family and dearest </w:t>
      </w:r>
      <w:proofErr w:type="gramStart"/>
      <w:r>
        <w:t>friends.&amp;</w:t>
      </w:r>
      <w:proofErr w:type="spellStart"/>
      <w:proofErr w:type="gramEnd"/>
      <w:r>
        <w:t>nbsp</w:t>
      </w:r>
      <w:proofErr w:type="spellEnd"/>
      <w:r>
        <w:t>;&lt;/p&gt;</w:t>
      </w:r>
    </w:p>
    <w:p w14:paraId="1DF1746C" w14:textId="77777777" w:rsidR="003A61D3" w:rsidRDefault="003A61D3" w:rsidP="003A61D3">
      <w:r>
        <w:t xml:space="preserve">        &lt;/header&gt;</w:t>
      </w:r>
    </w:p>
    <w:p w14:paraId="530C1818" w14:textId="77777777" w:rsidR="003A61D3" w:rsidRDefault="003A61D3" w:rsidP="003A61D3"/>
    <w:p w14:paraId="120527CA" w14:textId="77777777" w:rsidR="003A61D3" w:rsidRDefault="003A61D3" w:rsidP="003A61D3">
      <w:r>
        <w:t xml:space="preserve">        &lt;footer class="footer"&gt;</w:t>
      </w:r>
    </w:p>
    <w:p w14:paraId="6AD42667" w14:textId="77777777" w:rsidR="003A61D3" w:rsidRDefault="003A61D3" w:rsidP="003A61D3">
      <w:r>
        <w:t xml:space="preserve">            &lt;p&gt;Henrietta Erica Louise Lee &amp;</w:t>
      </w:r>
      <w:proofErr w:type="spellStart"/>
      <w:proofErr w:type="gramStart"/>
      <w:r>
        <w:t>nbsp</w:t>
      </w:r>
      <w:proofErr w:type="spellEnd"/>
      <w:r>
        <w:t>;·</w:t>
      </w:r>
      <w:proofErr w:type="gramEnd"/>
      <w:r>
        <w:t>&amp;</w:t>
      </w:r>
      <w:proofErr w:type="spellStart"/>
      <w:r>
        <w:t>nbsp</w:t>
      </w:r>
      <w:proofErr w:type="spellEnd"/>
      <w:r>
        <w:t>; London, United Kingdom&lt;/p&gt;</w:t>
      </w:r>
    </w:p>
    <w:p w14:paraId="67D23C32" w14:textId="77777777" w:rsidR="003A61D3" w:rsidRDefault="003A61D3" w:rsidP="003A61D3">
      <w:r>
        <w:t xml:space="preserve">            &lt;a class="</w:t>
      </w:r>
      <w:proofErr w:type="spellStart"/>
      <w:r>
        <w:t>ig</w:t>
      </w:r>
      <w:proofErr w:type="spellEnd"/>
      <w:r>
        <w:t xml:space="preserve">-link" </w:t>
      </w:r>
      <w:proofErr w:type="spellStart"/>
      <w:r>
        <w:t>href</w:t>
      </w:r>
      <w:proofErr w:type="spellEnd"/>
      <w:r>
        <w:t>="https://www.instagram.com/archaic.blaze" target="_blank"&gt;@</w:t>
      </w:r>
      <w:proofErr w:type="gramStart"/>
      <w:r>
        <w:t>archaic.blaze</w:t>
      </w:r>
      <w:proofErr w:type="gramEnd"/>
      <w:r>
        <w:t>&lt;/a&gt;</w:t>
      </w:r>
    </w:p>
    <w:p w14:paraId="075C30E5" w14:textId="77777777" w:rsidR="003A61D3" w:rsidRDefault="003A61D3" w:rsidP="003A61D3">
      <w:r>
        <w:t xml:space="preserve">        &lt;/footer&gt;</w:t>
      </w:r>
    </w:p>
    <w:p w14:paraId="76CC75CA" w14:textId="77777777" w:rsidR="003A61D3" w:rsidRDefault="003A61D3" w:rsidP="003A61D3">
      <w:r>
        <w:t xml:space="preserve">    &lt;/body&gt;</w:t>
      </w:r>
    </w:p>
    <w:p w14:paraId="1A70F804" w14:textId="67339A91" w:rsidR="005F6A71" w:rsidRDefault="003A61D3" w:rsidP="003A61D3">
      <w:pPr>
        <w:rPr>
          <w:rFonts w:asciiTheme="majorHAnsi" w:eastAsiaTheme="majorEastAsia" w:hAnsiTheme="majorHAnsi" w:cstheme="majorBidi"/>
          <w:b/>
          <w:bCs/>
          <w:color w:val="4F81BD" w:themeColor="accent1"/>
          <w:sz w:val="26"/>
          <w:szCs w:val="26"/>
        </w:rPr>
      </w:pPr>
      <w:r>
        <w:t>&lt;/html&gt;</w:t>
      </w:r>
      <w:r>
        <w:t xml:space="preserve"> </w:t>
      </w:r>
      <w:r w:rsidR="005F6A71">
        <w:br w:type="page"/>
      </w:r>
    </w:p>
    <w:p w14:paraId="534DC062" w14:textId="77777777" w:rsidR="005F6A71" w:rsidRDefault="005F6A71" w:rsidP="005F6A71">
      <w:pPr>
        <w:pStyle w:val="Heading2"/>
      </w:pPr>
    </w:p>
    <w:p w14:paraId="5E4A520F" w14:textId="48E3C59C" w:rsidR="00767C45" w:rsidRDefault="005F6A71" w:rsidP="003A61D3">
      <w:pPr>
        <w:pStyle w:val="Heading2"/>
      </w:pPr>
      <w:bookmarkStart w:id="76" w:name="_Toc227895238"/>
      <w:r>
        <w:t>7.5 Portfolio.css</w:t>
      </w:r>
      <w:bookmarkEnd w:id="76"/>
      <w:r w:rsidR="00000000">
        <w:br/>
      </w:r>
    </w:p>
    <w:p w14:paraId="0BEF6327" w14:textId="77777777" w:rsidR="003A61D3" w:rsidRDefault="003A61D3" w:rsidP="003A61D3">
      <w:pPr>
        <w:rPr>
          <w:rFonts w:hint="eastAsia"/>
        </w:rPr>
      </w:pPr>
      <w:r>
        <w:rPr>
          <w:rFonts w:hint="eastAsia"/>
        </w:rPr>
        <w:t xml:space="preserve">/* </w:t>
      </w:r>
      <w:r>
        <w:rPr>
          <w:rFonts w:hint="eastAsia"/>
        </w:rPr>
        <w:t>──</w:t>
      </w:r>
      <w:r>
        <w:rPr>
          <w:rFonts w:hint="eastAsia"/>
        </w:rPr>
        <w:t xml:space="preserve"> CSS </w:t>
      </w:r>
      <w:r>
        <w:rPr>
          <w:rFonts w:hint="eastAsia"/>
        </w:rPr>
        <w:t>─────────────────────────────────────────────────────────────────</w:t>
      </w:r>
      <w:r>
        <w:rPr>
          <w:rFonts w:hint="eastAsia"/>
        </w:rPr>
        <w:t xml:space="preserve"> */</w:t>
      </w:r>
    </w:p>
    <w:p w14:paraId="79BB7CDF" w14:textId="77777777" w:rsidR="003A61D3" w:rsidRDefault="003A61D3" w:rsidP="003A61D3"/>
    <w:p w14:paraId="28B26F93" w14:textId="77777777" w:rsidR="003A61D3" w:rsidRDefault="003A61D3" w:rsidP="003A61D3">
      <w:r>
        <w:t xml:space="preserve">    body {</w:t>
      </w:r>
    </w:p>
    <w:p w14:paraId="606F17EB" w14:textId="77777777" w:rsidR="003A61D3" w:rsidRDefault="003A61D3" w:rsidP="003A61D3">
      <w:r>
        <w:t xml:space="preserve">        font-family: Arial, sans-serif, </w:t>
      </w:r>
      <w:proofErr w:type="gramStart"/>
      <w:r>
        <w:t>Helvetica;</w:t>
      </w:r>
      <w:proofErr w:type="gramEnd"/>
    </w:p>
    <w:p w14:paraId="20F57115" w14:textId="77777777" w:rsidR="003A61D3" w:rsidRDefault="003A61D3" w:rsidP="003A61D3">
      <w:r>
        <w:t xml:space="preserve">        background-</w:t>
      </w:r>
      <w:proofErr w:type="spellStart"/>
      <w:r>
        <w:t>color</w:t>
      </w:r>
      <w:proofErr w:type="spellEnd"/>
      <w:r>
        <w:t>: #</w:t>
      </w:r>
      <w:proofErr w:type="gramStart"/>
      <w:r>
        <w:t>110d09;</w:t>
      </w:r>
      <w:proofErr w:type="gramEnd"/>
    </w:p>
    <w:p w14:paraId="02FFFCE3" w14:textId="77777777" w:rsidR="003A61D3" w:rsidRDefault="003A61D3" w:rsidP="003A61D3">
      <w:r>
        <w:t xml:space="preserve">        </w:t>
      </w:r>
      <w:proofErr w:type="spellStart"/>
      <w:r>
        <w:t>color</w:t>
      </w:r>
      <w:proofErr w:type="spellEnd"/>
      <w:r>
        <w:t>: #</w:t>
      </w:r>
      <w:proofErr w:type="gramStart"/>
      <w:r>
        <w:t>f0e8d8;</w:t>
      </w:r>
      <w:proofErr w:type="gramEnd"/>
    </w:p>
    <w:p w14:paraId="3195442B" w14:textId="77777777" w:rsidR="003A61D3" w:rsidRDefault="003A61D3" w:rsidP="003A61D3">
      <w:r>
        <w:t xml:space="preserve">        padding: </w:t>
      </w:r>
      <w:proofErr w:type="gramStart"/>
      <w:r>
        <w:t>20px;</w:t>
      </w:r>
      <w:proofErr w:type="gramEnd"/>
    </w:p>
    <w:p w14:paraId="4664E5D6" w14:textId="77777777" w:rsidR="003A61D3" w:rsidRDefault="003A61D3" w:rsidP="003A61D3">
      <w:r>
        <w:t xml:space="preserve">        </w:t>
      </w:r>
      <w:proofErr w:type="gramStart"/>
      <w:r>
        <w:t>max-width</w:t>
      </w:r>
      <w:proofErr w:type="gramEnd"/>
      <w:r>
        <w:t xml:space="preserve">: </w:t>
      </w:r>
      <w:proofErr w:type="gramStart"/>
      <w:r>
        <w:t>1200px;</w:t>
      </w:r>
      <w:proofErr w:type="gramEnd"/>
    </w:p>
    <w:p w14:paraId="27D226C6" w14:textId="77777777" w:rsidR="003A61D3" w:rsidRDefault="003A61D3" w:rsidP="003A61D3">
      <w:r>
        <w:t xml:space="preserve">        margin: 0 </w:t>
      </w:r>
      <w:proofErr w:type="gramStart"/>
      <w:r>
        <w:t>auto;</w:t>
      </w:r>
      <w:proofErr w:type="gramEnd"/>
    </w:p>
    <w:p w14:paraId="44264036" w14:textId="77777777" w:rsidR="003A61D3" w:rsidRDefault="003A61D3" w:rsidP="003A61D3">
      <w:r>
        <w:t xml:space="preserve">    }</w:t>
      </w:r>
    </w:p>
    <w:p w14:paraId="0A7A3FFF" w14:textId="77777777" w:rsidR="003A61D3" w:rsidRDefault="003A61D3" w:rsidP="003A61D3"/>
    <w:p w14:paraId="0EF5CE17" w14:textId="77777777" w:rsidR="003A61D3" w:rsidRDefault="003A61D3" w:rsidP="003A61D3">
      <w:r>
        <w:t xml:space="preserve">    header {</w:t>
      </w:r>
    </w:p>
    <w:p w14:paraId="06F00188" w14:textId="77777777" w:rsidR="003A61D3" w:rsidRDefault="003A61D3" w:rsidP="003A61D3">
      <w:r>
        <w:t xml:space="preserve">        text-align: </w:t>
      </w:r>
      <w:proofErr w:type="spellStart"/>
      <w:proofErr w:type="gramStart"/>
      <w:r>
        <w:t>center</w:t>
      </w:r>
      <w:proofErr w:type="spellEnd"/>
      <w:r>
        <w:t>;</w:t>
      </w:r>
      <w:proofErr w:type="gramEnd"/>
    </w:p>
    <w:p w14:paraId="40776239" w14:textId="77777777" w:rsidR="003A61D3" w:rsidRDefault="003A61D3" w:rsidP="003A61D3">
      <w:r>
        <w:t xml:space="preserve">        padding: 80px 40px </w:t>
      </w:r>
      <w:proofErr w:type="gramStart"/>
      <w:r>
        <w:t>60px;</w:t>
      </w:r>
      <w:proofErr w:type="gramEnd"/>
    </w:p>
    <w:p w14:paraId="3EFFF7CE" w14:textId="77777777" w:rsidR="003A61D3" w:rsidRDefault="003A61D3" w:rsidP="003A61D3">
      <w:r>
        <w:t xml:space="preserve">    }</w:t>
      </w:r>
    </w:p>
    <w:p w14:paraId="7CD25E2B" w14:textId="77777777" w:rsidR="003A61D3" w:rsidRDefault="003A61D3" w:rsidP="003A61D3"/>
    <w:p w14:paraId="2D738AA3" w14:textId="77777777" w:rsidR="003A61D3" w:rsidRDefault="003A61D3" w:rsidP="003A61D3">
      <w:r>
        <w:t xml:space="preserve">    </w:t>
      </w:r>
      <w:proofErr w:type="gramStart"/>
      <w:r>
        <w:t>header .about</w:t>
      </w:r>
      <w:proofErr w:type="gramEnd"/>
      <w:r>
        <w:t>-text {</w:t>
      </w:r>
    </w:p>
    <w:p w14:paraId="449A6229" w14:textId="77777777" w:rsidR="003A61D3" w:rsidRDefault="003A61D3" w:rsidP="003A61D3">
      <w:r>
        <w:t xml:space="preserve">        </w:t>
      </w:r>
      <w:proofErr w:type="gramStart"/>
      <w:r>
        <w:t>max-width</w:t>
      </w:r>
      <w:proofErr w:type="gramEnd"/>
      <w:r>
        <w:t xml:space="preserve">: </w:t>
      </w:r>
      <w:proofErr w:type="gramStart"/>
      <w:r>
        <w:t>600px;</w:t>
      </w:r>
      <w:proofErr w:type="gramEnd"/>
    </w:p>
    <w:p w14:paraId="71B49BA7" w14:textId="77777777" w:rsidR="003A61D3" w:rsidRDefault="003A61D3" w:rsidP="003A61D3">
      <w:r>
        <w:t xml:space="preserve">        margin: 0 </w:t>
      </w:r>
      <w:proofErr w:type="gramStart"/>
      <w:r>
        <w:t>auto;</w:t>
      </w:r>
      <w:proofErr w:type="gramEnd"/>
    </w:p>
    <w:p w14:paraId="38C450ED" w14:textId="77777777" w:rsidR="003A61D3" w:rsidRDefault="003A61D3" w:rsidP="003A61D3">
      <w:r>
        <w:t xml:space="preserve">    }</w:t>
      </w:r>
    </w:p>
    <w:p w14:paraId="5E61664B" w14:textId="77777777" w:rsidR="003A61D3" w:rsidRDefault="003A61D3" w:rsidP="003A61D3"/>
    <w:p w14:paraId="599E2F0D" w14:textId="77777777" w:rsidR="003A61D3" w:rsidRDefault="003A61D3" w:rsidP="003A61D3">
      <w:r>
        <w:t xml:space="preserve">    </w:t>
      </w:r>
      <w:proofErr w:type="gramStart"/>
      <w:r>
        <w:t>.main</w:t>
      </w:r>
      <w:proofErr w:type="gramEnd"/>
      <w:r>
        <w:t>-title {</w:t>
      </w:r>
    </w:p>
    <w:p w14:paraId="247FDD77" w14:textId="77777777" w:rsidR="003A61D3" w:rsidRDefault="003A61D3" w:rsidP="003A61D3">
      <w:r>
        <w:t xml:space="preserve">       font-size: </w:t>
      </w:r>
      <w:proofErr w:type="gramStart"/>
      <w:r>
        <w:t>60px;</w:t>
      </w:r>
      <w:proofErr w:type="gramEnd"/>
    </w:p>
    <w:p w14:paraId="585FEC9B" w14:textId="77777777" w:rsidR="003A61D3" w:rsidRDefault="003A61D3" w:rsidP="003A61D3">
      <w:r>
        <w:t xml:space="preserve">       </w:t>
      </w:r>
      <w:proofErr w:type="spellStart"/>
      <w:r>
        <w:t>color</w:t>
      </w:r>
      <w:proofErr w:type="spellEnd"/>
      <w:r>
        <w:t>: #</w:t>
      </w:r>
      <w:proofErr w:type="gramStart"/>
      <w:r>
        <w:t>e8c48a;</w:t>
      </w:r>
      <w:proofErr w:type="gramEnd"/>
    </w:p>
    <w:p w14:paraId="7304CFFF" w14:textId="77777777" w:rsidR="003A61D3" w:rsidRDefault="003A61D3" w:rsidP="003A61D3">
      <w:r>
        <w:t xml:space="preserve">       text-align: </w:t>
      </w:r>
      <w:proofErr w:type="spellStart"/>
      <w:proofErr w:type="gramStart"/>
      <w:r>
        <w:t>center</w:t>
      </w:r>
      <w:proofErr w:type="spellEnd"/>
      <w:r>
        <w:t>;</w:t>
      </w:r>
      <w:proofErr w:type="gramEnd"/>
    </w:p>
    <w:p w14:paraId="1AAC53BD" w14:textId="77777777" w:rsidR="003A61D3" w:rsidRDefault="003A61D3" w:rsidP="003A61D3">
      <w:r>
        <w:lastRenderedPageBreak/>
        <w:t xml:space="preserve">    }</w:t>
      </w:r>
    </w:p>
    <w:p w14:paraId="601534ED" w14:textId="77777777" w:rsidR="003A61D3" w:rsidRDefault="003A61D3" w:rsidP="003A61D3"/>
    <w:p w14:paraId="289C5BF0" w14:textId="77777777" w:rsidR="003A61D3" w:rsidRDefault="003A61D3" w:rsidP="003A61D3">
      <w:r>
        <w:t xml:space="preserve">    </w:t>
      </w:r>
      <w:proofErr w:type="gramStart"/>
      <w:r>
        <w:t>.location</w:t>
      </w:r>
      <w:proofErr w:type="gramEnd"/>
      <w:r>
        <w:t xml:space="preserve"> {</w:t>
      </w:r>
    </w:p>
    <w:p w14:paraId="117FD8FD" w14:textId="77777777" w:rsidR="003A61D3" w:rsidRDefault="003A61D3" w:rsidP="003A61D3">
      <w:r>
        <w:t xml:space="preserve">        font-size: </w:t>
      </w:r>
      <w:proofErr w:type="gramStart"/>
      <w:r>
        <w:t>14px;</w:t>
      </w:r>
      <w:proofErr w:type="gramEnd"/>
    </w:p>
    <w:p w14:paraId="70B40A5E" w14:textId="77777777" w:rsidR="003A61D3" w:rsidRDefault="003A61D3" w:rsidP="003A61D3">
      <w:r>
        <w:t xml:space="preserve">        </w:t>
      </w:r>
      <w:proofErr w:type="spellStart"/>
      <w:r>
        <w:t>color</w:t>
      </w:r>
      <w:proofErr w:type="spellEnd"/>
      <w:r>
        <w:t>: #</w:t>
      </w:r>
      <w:proofErr w:type="gramStart"/>
      <w:r>
        <w:t>9a8a74;</w:t>
      </w:r>
      <w:proofErr w:type="gramEnd"/>
    </w:p>
    <w:p w14:paraId="45FEBBA6" w14:textId="77777777" w:rsidR="003A61D3" w:rsidRDefault="003A61D3" w:rsidP="003A61D3">
      <w:r>
        <w:t xml:space="preserve">        letter-spacing: </w:t>
      </w:r>
      <w:proofErr w:type="gramStart"/>
      <w:r>
        <w:t>2px;</w:t>
      </w:r>
      <w:proofErr w:type="gramEnd"/>
    </w:p>
    <w:p w14:paraId="5871A0C0" w14:textId="77777777" w:rsidR="003A61D3" w:rsidRDefault="003A61D3" w:rsidP="003A61D3">
      <w:r>
        <w:t xml:space="preserve">        text-align: </w:t>
      </w:r>
      <w:proofErr w:type="spellStart"/>
      <w:proofErr w:type="gramStart"/>
      <w:r>
        <w:t>center</w:t>
      </w:r>
      <w:proofErr w:type="spellEnd"/>
      <w:r>
        <w:t>;</w:t>
      </w:r>
      <w:proofErr w:type="gramEnd"/>
    </w:p>
    <w:p w14:paraId="1A30D09A" w14:textId="77777777" w:rsidR="003A61D3" w:rsidRDefault="003A61D3" w:rsidP="003A61D3">
      <w:r>
        <w:t xml:space="preserve">    }</w:t>
      </w:r>
    </w:p>
    <w:p w14:paraId="5DBF582B" w14:textId="77777777" w:rsidR="003A61D3" w:rsidRDefault="003A61D3" w:rsidP="003A61D3"/>
    <w:p w14:paraId="10A65A9E" w14:textId="77777777" w:rsidR="003A61D3" w:rsidRDefault="003A61D3" w:rsidP="003A61D3">
      <w:r>
        <w:t xml:space="preserve">    </w:t>
      </w:r>
      <w:proofErr w:type="gramStart"/>
      <w:r>
        <w:t>.section</w:t>
      </w:r>
      <w:proofErr w:type="gramEnd"/>
      <w:r>
        <w:t>-heading {</w:t>
      </w:r>
    </w:p>
    <w:p w14:paraId="58EF0F93" w14:textId="77777777" w:rsidR="003A61D3" w:rsidRDefault="003A61D3" w:rsidP="003A61D3">
      <w:r>
        <w:t xml:space="preserve">        font-size: </w:t>
      </w:r>
      <w:proofErr w:type="gramStart"/>
      <w:r>
        <w:t>30px;</w:t>
      </w:r>
      <w:proofErr w:type="gramEnd"/>
    </w:p>
    <w:p w14:paraId="663572BC" w14:textId="77777777" w:rsidR="003A61D3" w:rsidRDefault="003A61D3" w:rsidP="003A61D3">
      <w:r>
        <w:t xml:space="preserve">        </w:t>
      </w:r>
      <w:proofErr w:type="spellStart"/>
      <w:r>
        <w:t>color</w:t>
      </w:r>
      <w:proofErr w:type="spellEnd"/>
      <w:r>
        <w:t>: #</w:t>
      </w:r>
      <w:proofErr w:type="gramStart"/>
      <w:r>
        <w:t>c4813f;</w:t>
      </w:r>
      <w:proofErr w:type="gramEnd"/>
    </w:p>
    <w:p w14:paraId="2B7F8B90" w14:textId="77777777" w:rsidR="003A61D3" w:rsidRDefault="003A61D3" w:rsidP="003A61D3">
      <w:r>
        <w:t xml:space="preserve">        margin-top: </w:t>
      </w:r>
      <w:proofErr w:type="gramStart"/>
      <w:r>
        <w:t>50px;</w:t>
      </w:r>
      <w:proofErr w:type="gramEnd"/>
    </w:p>
    <w:p w14:paraId="5719D10D" w14:textId="77777777" w:rsidR="003A61D3" w:rsidRDefault="003A61D3" w:rsidP="003A61D3">
      <w:r>
        <w:t xml:space="preserve">    }</w:t>
      </w:r>
    </w:p>
    <w:p w14:paraId="1475D357" w14:textId="77777777" w:rsidR="003A61D3" w:rsidRDefault="003A61D3" w:rsidP="003A61D3"/>
    <w:p w14:paraId="07396E80" w14:textId="77777777" w:rsidR="003A61D3" w:rsidRDefault="003A61D3" w:rsidP="003A61D3">
      <w:r>
        <w:t xml:space="preserve">    </w:t>
      </w:r>
      <w:proofErr w:type="gramStart"/>
      <w:r>
        <w:t>.about</w:t>
      </w:r>
      <w:proofErr w:type="gramEnd"/>
      <w:r>
        <w:t>-text {</w:t>
      </w:r>
    </w:p>
    <w:p w14:paraId="4150D953" w14:textId="77777777" w:rsidR="003A61D3" w:rsidRDefault="003A61D3" w:rsidP="003A61D3">
      <w:r>
        <w:t xml:space="preserve">        font-size: </w:t>
      </w:r>
      <w:proofErr w:type="gramStart"/>
      <w:r>
        <w:t>16px;</w:t>
      </w:r>
      <w:proofErr w:type="gramEnd"/>
    </w:p>
    <w:p w14:paraId="55AE212A" w14:textId="77777777" w:rsidR="003A61D3" w:rsidRDefault="003A61D3" w:rsidP="003A61D3">
      <w:r>
        <w:t xml:space="preserve">        </w:t>
      </w:r>
      <w:proofErr w:type="spellStart"/>
      <w:r>
        <w:t>color</w:t>
      </w:r>
      <w:proofErr w:type="spellEnd"/>
      <w:r>
        <w:t>: #</w:t>
      </w:r>
      <w:proofErr w:type="gramStart"/>
      <w:r>
        <w:t>c0ae97;</w:t>
      </w:r>
      <w:proofErr w:type="gramEnd"/>
    </w:p>
    <w:p w14:paraId="143B2433" w14:textId="77777777" w:rsidR="003A61D3" w:rsidRDefault="003A61D3" w:rsidP="003A61D3">
      <w:r>
        <w:t xml:space="preserve">        line-height: </w:t>
      </w:r>
      <w:proofErr w:type="gramStart"/>
      <w:r>
        <w:t>1.9;</w:t>
      </w:r>
      <w:proofErr w:type="gramEnd"/>
    </w:p>
    <w:p w14:paraId="3BE86722" w14:textId="77777777" w:rsidR="003A61D3" w:rsidRDefault="003A61D3" w:rsidP="003A61D3">
      <w:r>
        <w:t xml:space="preserve">    }</w:t>
      </w:r>
    </w:p>
    <w:p w14:paraId="5DC95C71" w14:textId="77777777" w:rsidR="003A61D3" w:rsidRDefault="003A61D3" w:rsidP="003A61D3">
      <w:r>
        <w:t xml:space="preserve">    </w:t>
      </w:r>
    </w:p>
    <w:p w14:paraId="10EC33C5" w14:textId="77777777" w:rsidR="003A61D3" w:rsidRDefault="003A61D3" w:rsidP="003A61D3">
      <w:r>
        <w:t xml:space="preserve">    </w:t>
      </w:r>
      <w:proofErr w:type="gramStart"/>
      <w:r>
        <w:t>.footer</w:t>
      </w:r>
      <w:proofErr w:type="gramEnd"/>
      <w:r>
        <w:t xml:space="preserve"> {</w:t>
      </w:r>
    </w:p>
    <w:p w14:paraId="508AC270" w14:textId="77777777" w:rsidR="003A61D3" w:rsidRDefault="003A61D3" w:rsidP="003A61D3">
      <w:r>
        <w:t xml:space="preserve">        margin-top: </w:t>
      </w:r>
      <w:proofErr w:type="gramStart"/>
      <w:r>
        <w:t>80px;</w:t>
      </w:r>
      <w:proofErr w:type="gramEnd"/>
    </w:p>
    <w:p w14:paraId="76523387" w14:textId="77777777" w:rsidR="003A61D3" w:rsidRDefault="003A61D3" w:rsidP="003A61D3">
      <w:r>
        <w:t xml:space="preserve">        padding: 30px </w:t>
      </w:r>
      <w:proofErr w:type="gramStart"/>
      <w:r>
        <w:t>0;</w:t>
      </w:r>
      <w:proofErr w:type="gramEnd"/>
    </w:p>
    <w:p w14:paraId="4A8FB103" w14:textId="77777777" w:rsidR="003A61D3" w:rsidRDefault="003A61D3" w:rsidP="003A61D3">
      <w:r>
        <w:t xml:space="preserve">        border-top: 1px solid #</w:t>
      </w:r>
      <w:proofErr w:type="gramStart"/>
      <w:r>
        <w:t>2a1f16;</w:t>
      </w:r>
      <w:proofErr w:type="gramEnd"/>
    </w:p>
    <w:p w14:paraId="05869A62" w14:textId="77777777" w:rsidR="003A61D3" w:rsidRDefault="003A61D3" w:rsidP="003A61D3">
      <w:r>
        <w:t xml:space="preserve">        text-align: </w:t>
      </w:r>
      <w:proofErr w:type="gramStart"/>
      <w:r>
        <w:t>left;</w:t>
      </w:r>
      <w:proofErr w:type="gramEnd"/>
    </w:p>
    <w:p w14:paraId="17DD505C" w14:textId="77777777" w:rsidR="003A61D3" w:rsidRDefault="003A61D3" w:rsidP="003A61D3">
      <w:r>
        <w:t xml:space="preserve">        font-size: </w:t>
      </w:r>
      <w:proofErr w:type="gramStart"/>
      <w:r>
        <w:t>14px;</w:t>
      </w:r>
      <w:proofErr w:type="gramEnd"/>
    </w:p>
    <w:p w14:paraId="20609A16" w14:textId="77777777" w:rsidR="003A61D3" w:rsidRDefault="003A61D3" w:rsidP="003A61D3">
      <w:r>
        <w:t xml:space="preserve">        </w:t>
      </w:r>
      <w:proofErr w:type="spellStart"/>
      <w:r>
        <w:t>color</w:t>
      </w:r>
      <w:proofErr w:type="spellEnd"/>
      <w:r>
        <w:t>: #</w:t>
      </w:r>
      <w:proofErr w:type="gramStart"/>
      <w:r>
        <w:t>9a8a74;</w:t>
      </w:r>
      <w:proofErr w:type="gramEnd"/>
    </w:p>
    <w:p w14:paraId="35040E77" w14:textId="77777777" w:rsidR="003A61D3" w:rsidRDefault="003A61D3" w:rsidP="003A61D3">
      <w:r>
        <w:lastRenderedPageBreak/>
        <w:t xml:space="preserve">        letter-spacing: </w:t>
      </w:r>
      <w:proofErr w:type="gramStart"/>
      <w:r>
        <w:t>2px;</w:t>
      </w:r>
      <w:proofErr w:type="gramEnd"/>
    </w:p>
    <w:p w14:paraId="77ABC837" w14:textId="77777777" w:rsidR="003A61D3" w:rsidRDefault="003A61D3" w:rsidP="003A61D3">
      <w:r>
        <w:t xml:space="preserve">    }</w:t>
      </w:r>
    </w:p>
    <w:p w14:paraId="142CCFC8" w14:textId="77777777" w:rsidR="003A61D3" w:rsidRDefault="003A61D3" w:rsidP="003A61D3"/>
    <w:p w14:paraId="162BF16B" w14:textId="77777777" w:rsidR="003A61D3" w:rsidRDefault="003A61D3" w:rsidP="003A61D3">
      <w:r>
        <w:t xml:space="preserve">    </w:t>
      </w:r>
      <w:proofErr w:type="gramStart"/>
      <w:r>
        <w:t>.</w:t>
      </w:r>
      <w:proofErr w:type="spellStart"/>
      <w:r>
        <w:t>ig</w:t>
      </w:r>
      <w:proofErr w:type="spellEnd"/>
      <w:proofErr w:type="gramEnd"/>
      <w:r>
        <w:t>-link {</w:t>
      </w:r>
    </w:p>
    <w:p w14:paraId="2ED94D78" w14:textId="77777777" w:rsidR="003A61D3" w:rsidRDefault="003A61D3" w:rsidP="003A61D3">
      <w:r>
        <w:t xml:space="preserve">        </w:t>
      </w:r>
      <w:proofErr w:type="spellStart"/>
      <w:r>
        <w:t>color</w:t>
      </w:r>
      <w:proofErr w:type="spellEnd"/>
      <w:r>
        <w:t>: #</w:t>
      </w:r>
      <w:proofErr w:type="gramStart"/>
      <w:r>
        <w:t>9a8a74;</w:t>
      </w:r>
      <w:proofErr w:type="gramEnd"/>
    </w:p>
    <w:p w14:paraId="617DC5E4" w14:textId="77777777" w:rsidR="003A61D3" w:rsidRDefault="003A61D3" w:rsidP="003A61D3">
      <w:r>
        <w:t xml:space="preserve">        text-decoration: </w:t>
      </w:r>
      <w:proofErr w:type="gramStart"/>
      <w:r>
        <w:t>none;</w:t>
      </w:r>
      <w:proofErr w:type="gramEnd"/>
    </w:p>
    <w:p w14:paraId="311D98BE" w14:textId="77777777" w:rsidR="003A61D3" w:rsidRDefault="003A61D3" w:rsidP="003A61D3">
      <w:r>
        <w:t xml:space="preserve">        letter-spacing: </w:t>
      </w:r>
      <w:proofErr w:type="gramStart"/>
      <w:r>
        <w:t>2px;</w:t>
      </w:r>
      <w:proofErr w:type="gramEnd"/>
    </w:p>
    <w:p w14:paraId="57796D7D" w14:textId="77777777" w:rsidR="003A61D3" w:rsidRDefault="003A61D3" w:rsidP="003A61D3">
      <w:r>
        <w:t xml:space="preserve">        font-size: </w:t>
      </w:r>
      <w:proofErr w:type="gramStart"/>
      <w:r>
        <w:t>13px;</w:t>
      </w:r>
      <w:proofErr w:type="gramEnd"/>
    </w:p>
    <w:p w14:paraId="686A44A7" w14:textId="77777777" w:rsidR="003A61D3" w:rsidRDefault="003A61D3" w:rsidP="003A61D3">
      <w:r>
        <w:t xml:space="preserve">    }</w:t>
      </w:r>
    </w:p>
    <w:p w14:paraId="4FD89841" w14:textId="77777777" w:rsidR="003A61D3" w:rsidRDefault="003A61D3" w:rsidP="003A61D3"/>
    <w:p w14:paraId="4355CA6F" w14:textId="77777777" w:rsidR="003A61D3" w:rsidRDefault="003A61D3" w:rsidP="003A61D3">
      <w:r>
        <w:t xml:space="preserve">    </w:t>
      </w:r>
      <w:proofErr w:type="gramStart"/>
      <w:r>
        <w:t>.</w:t>
      </w:r>
      <w:proofErr w:type="spellStart"/>
      <w:r>
        <w:t>ig</w:t>
      </w:r>
      <w:proofErr w:type="gramEnd"/>
      <w:r>
        <w:t>-</w:t>
      </w:r>
      <w:proofErr w:type="gramStart"/>
      <w:r>
        <w:t>link:hover</w:t>
      </w:r>
      <w:proofErr w:type="spellEnd"/>
      <w:proofErr w:type="gramEnd"/>
      <w:r>
        <w:t xml:space="preserve"> {</w:t>
      </w:r>
    </w:p>
    <w:p w14:paraId="4D43CF7A" w14:textId="77777777" w:rsidR="003A61D3" w:rsidRDefault="003A61D3" w:rsidP="003A61D3">
      <w:r>
        <w:t xml:space="preserve">        text-decoration: </w:t>
      </w:r>
      <w:proofErr w:type="gramStart"/>
      <w:r>
        <w:t>underline;</w:t>
      </w:r>
      <w:proofErr w:type="gramEnd"/>
    </w:p>
    <w:p w14:paraId="3D7B5C47" w14:textId="77777777" w:rsidR="003A61D3" w:rsidRDefault="003A61D3" w:rsidP="003A61D3">
      <w:r>
        <w:t xml:space="preserve">        </w:t>
      </w:r>
      <w:proofErr w:type="spellStart"/>
      <w:r>
        <w:t>color</w:t>
      </w:r>
      <w:proofErr w:type="spellEnd"/>
      <w:r>
        <w:t>: #</w:t>
      </w:r>
      <w:proofErr w:type="gramStart"/>
      <w:r>
        <w:t>e8c48a;</w:t>
      </w:r>
      <w:proofErr w:type="gramEnd"/>
    </w:p>
    <w:p w14:paraId="408FEB48" w14:textId="77777777" w:rsidR="003A61D3" w:rsidRDefault="003A61D3" w:rsidP="003A61D3">
      <w:r>
        <w:t xml:space="preserve">    }</w:t>
      </w:r>
    </w:p>
    <w:p w14:paraId="6C41FAAD" w14:textId="77777777" w:rsidR="003A61D3" w:rsidRDefault="003A61D3" w:rsidP="003A61D3"/>
    <w:p w14:paraId="3A3AB0AA" w14:textId="77777777" w:rsidR="003A61D3" w:rsidRDefault="003A61D3" w:rsidP="003A61D3">
      <w:r>
        <w:t xml:space="preserve">    </w:t>
      </w:r>
      <w:proofErr w:type="gramStart"/>
      <w:r>
        <w:t>.navbar</w:t>
      </w:r>
      <w:proofErr w:type="gramEnd"/>
      <w:r>
        <w:t xml:space="preserve"> {</w:t>
      </w:r>
    </w:p>
    <w:p w14:paraId="7898404C" w14:textId="77777777" w:rsidR="003A61D3" w:rsidRDefault="003A61D3" w:rsidP="003A61D3">
      <w:r>
        <w:t xml:space="preserve">        display: </w:t>
      </w:r>
      <w:proofErr w:type="gramStart"/>
      <w:r>
        <w:t>flex;</w:t>
      </w:r>
      <w:proofErr w:type="gramEnd"/>
    </w:p>
    <w:p w14:paraId="03E79BF3" w14:textId="77777777" w:rsidR="003A61D3" w:rsidRDefault="003A61D3" w:rsidP="003A61D3">
      <w:r>
        <w:t xml:space="preserve">        justify-content: space-</w:t>
      </w:r>
      <w:proofErr w:type="gramStart"/>
      <w:r>
        <w:t>between;</w:t>
      </w:r>
      <w:proofErr w:type="gramEnd"/>
    </w:p>
    <w:p w14:paraId="675661D0" w14:textId="77777777" w:rsidR="003A61D3" w:rsidRDefault="003A61D3" w:rsidP="003A61D3">
      <w:r>
        <w:t xml:space="preserve">        align-items: </w:t>
      </w:r>
      <w:proofErr w:type="spellStart"/>
      <w:proofErr w:type="gramStart"/>
      <w:r>
        <w:t>center</w:t>
      </w:r>
      <w:proofErr w:type="spellEnd"/>
      <w:r>
        <w:t>;</w:t>
      </w:r>
      <w:proofErr w:type="gramEnd"/>
    </w:p>
    <w:p w14:paraId="77F34CAA" w14:textId="77777777" w:rsidR="003A61D3" w:rsidRDefault="003A61D3" w:rsidP="003A61D3">
      <w:r>
        <w:t xml:space="preserve">        padding: 20px </w:t>
      </w:r>
      <w:proofErr w:type="gramStart"/>
      <w:r>
        <w:t>40px;</w:t>
      </w:r>
      <w:proofErr w:type="gramEnd"/>
    </w:p>
    <w:p w14:paraId="4BD1095F" w14:textId="77777777" w:rsidR="003A61D3" w:rsidRDefault="003A61D3" w:rsidP="003A61D3">
      <w:r>
        <w:t xml:space="preserve">        border-bottom: 1px solid #</w:t>
      </w:r>
      <w:proofErr w:type="gramStart"/>
      <w:r>
        <w:t>2a1f16;</w:t>
      </w:r>
      <w:proofErr w:type="gramEnd"/>
    </w:p>
    <w:p w14:paraId="2D6165D8" w14:textId="77777777" w:rsidR="003A61D3" w:rsidRDefault="003A61D3" w:rsidP="003A61D3">
      <w:r>
        <w:t xml:space="preserve">    }</w:t>
      </w:r>
    </w:p>
    <w:p w14:paraId="0C8CCB44" w14:textId="77777777" w:rsidR="003A61D3" w:rsidRDefault="003A61D3" w:rsidP="003A61D3"/>
    <w:p w14:paraId="105EA13C" w14:textId="77777777" w:rsidR="003A61D3" w:rsidRDefault="003A61D3" w:rsidP="003A61D3">
      <w:r>
        <w:t xml:space="preserve">    .nav-logo {</w:t>
      </w:r>
    </w:p>
    <w:p w14:paraId="195C30BF" w14:textId="77777777" w:rsidR="003A61D3" w:rsidRDefault="003A61D3" w:rsidP="003A61D3">
      <w:r>
        <w:t xml:space="preserve">        font-size: </w:t>
      </w:r>
      <w:proofErr w:type="gramStart"/>
      <w:r>
        <w:t>24px;</w:t>
      </w:r>
      <w:proofErr w:type="gramEnd"/>
    </w:p>
    <w:p w14:paraId="00C6E0D7" w14:textId="77777777" w:rsidR="003A61D3" w:rsidRDefault="003A61D3" w:rsidP="003A61D3">
      <w:r>
        <w:t xml:space="preserve">        </w:t>
      </w:r>
      <w:proofErr w:type="spellStart"/>
      <w:r>
        <w:t>color</w:t>
      </w:r>
      <w:proofErr w:type="spellEnd"/>
      <w:r>
        <w:t>: #</w:t>
      </w:r>
      <w:proofErr w:type="gramStart"/>
      <w:r>
        <w:t>e8c48a;</w:t>
      </w:r>
      <w:proofErr w:type="gramEnd"/>
    </w:p>
    <w:p w14:paraId="68AC3639" w14:textId="77777777" w:rsidR="003A61D3" w:rsidRDefault="003A61D3" w:rsidP="003A61D3">
      <w:r>
        <w:t xml:space="preserve">        letter-spacing: </w:t>
      </w:r>
      <w:proofErr w:type="gramStart"/>
      <w:r>
        <w:t>2px;</w:t>
      </w:r>
      <w:proofErr w:type="gramEnd"/>
    </w:p>
    <w:p w14:paraId="31A929A9" w14:textId="77777777" w:rsidR="003A61D3" w:rsidRDefault="003A61D3" w:rsidP="003A61D3">
      <w:r>
        <w:t xml:space="preserve">    }</w:t>
      </w:r>
    </w:p>
    <w:p w14:paraId="41B00E7D" w14:textId="77777777" w:rsidR="003A61D3" w:rsidRDefault="003A61D3" w:rsidP="003A61D3"/>
    <w:p w14:paraId="1A289FF0" w14:textId="77777777" w:rsidR="003A61D3" w:rsidRDefault="003A61D3" w:rsidP="003A61D3">
      <w:r>
        <w:t xml:space="preserve">    .nav-links {</w:t>
      </w:r>
    </w:p>
    <w:p w14:paraId="238C7B74" w14:textId="77777777" w:rsidR="003A61D3" w:rsidRDefault="003A61D3" w:rsidP="003A61D3">
      <w:r>
        <w:t xml:space="preserve">        list-style: </w:t>
      </w:r>
      <w:proofErr w:type="gramStart"/>
      <w:r>
        <w:t>none;</w:t>
      </w:r>
      <w:proofErr w:type="gramEnd"/>
    </w:p>
    <w:p w14:paraId="5F68CCA2" w14:textId="77777777" w:rsidR="003A61D3" w:rsidRDefault="003A61D3" w:rsidP="003A61D3">
      <w:r>
        <w:t xml:space="preserve">        display: </w:t>
      </w:r>
      <w:proofErr w:type="gramStart"/>
      <w:r>
        <w:t>flex;</w:t>
      </w:r>
      <w:proofErr w:type="gramEnd"/>
    </w:p>
    <w:p w14:paraId="527F453B" w14:textId="77777777" w:rsidR="003A61D3" w:rsidRDefault="003A61D3" w:rsidP="003A61D3">
      <w:r>
        <w:t xml:space="preserve">        gap: </w:t>
      </w:r>
      <w:proofErr w:type="gramStart"/>
      <w:r>
        <w:t>30px;</w:t>
      </w:r>
      <w:proofErr w:type="gramEnd"/>
    </w:p>
    <w:p w14:paraId="778FD53A" w14:textId="77777777" w:rsidR="003A61D3" w:rsidRDefault="003A61D3" w:rsidP="003A61D3">
      <w:r>
        <w:t xml:space="preserve">        margin: </w:t>
      </w:r>
      <w:proofErr w:type="gramStart"/>
      <w:r>
        <w:t>0;</w:t>
      </w:r>
      <w:proofErr w:type="gramEnd"/>
    </w:p>
    <w:p w14:paraId="63F40861" w14:textId="77777777" w:rsidR="003A61D3" w:rsidRDefault="003A61D3" w:rsidP="003A61D3">
      <w:r>
        <w:t xml:space="preserve">        padding: </w:t>
      </w:r>
      <w:proofErr w:type="gramStart"/>
      <w:r>
        <w:t>0;</w:t>
      </w:r>
      <w:proofErr w:type="gramEnd"/>
    </w:p>
    <w:p w14:paraId="23F26A40" w14:textId="77777777" w:rsidR="003A61D3" w:rsidRDefault="003A61D3" w:rsidP="003A61D3">
      <w:r>
        <w:t xml:space="preserve">    }</w:t>
      </w:r>
    </w:p>
    <w:p w14:paraId="25E2DA24" w14:textId="77777777" w:rsidR="003A61D3" w:rsidRDefault="003A61D3" w:rsidP="003A61D3"/>
    <w:p w14:paraId="0AD75619" w14:textId="77777777" w:rsidR="003A61D3" w:rsidRDefault="003A61D3" w:rsidP="003A61D3">
      <w:r>
        <w:t xml:space="preserve">    .nav-links a {</w:t>
      </w:r>
    </w:p>
    <w:p w14:paraId="020EA758" w14:textId="77777777" w:rsidR="003A61D3" w:rsidRDefault="003A61D3" w:rsidP="003A61D3">
      <w:r>
        <w:t xml:space="preserve">        </w:t>
      </w:r>
      <w:proofErr w:type="spellStart"/>
      <w:r>
        <w:t>color</w:t>
      </w:r>
      <w:proofErr w:type="spellEnd"/>
      <w:r>
        <w:t>: #</w:t>
      </w:r>
      <w:proofErr w:type="gramStart"/>
      <w:r>
        <w:t>9a8a74;</w:t>
      </w:r>
      <w:proofErr w:type="gramEnd"/>
    </w:p>
    <w:p w14:paraId="07369F88" w14:textId="77777777" w:rsidR="003A61D3" w:rsidRDefault="003A61D3" w:rsidP="003A61D3">
      <w:r>
        <w:t xml:space="preserve">        text-decoration: </w:t>
      </w:r>
      <w:proofErr w:type="gramStart"/>
      <w:r>
        <w:t>none;</w:t>
      </w:r>
      <w:proofErr w:type="gramEnd"/>
    </w:p>
    <w:p w14:paraId="5592DF9A" w14:textId="77777777" w:rsidR="003A61D3" w:rsidRDefault="003A61D3" w:rsidP="003A61D3">
      <w:r>
        <w:t xml:space="preserve">        font-size: </w:t>
      </w:r>
      <w:proofErr w:type="gramStart"/>
      <w:r>
        <w:t>13px;</w:t>
      </w:r>
      <w:proofErr w:type="gramEnd"/>
    </w:p>
    <w:p w14:paraId="7E98F471" w14:textId="77777777" w:rsidR="003A61D3" w:rsidRDefault="003A61D3" w:rsidP="003A61D3">
      <w:r>
        <w:t xml:space="preserve">        letter-spacing: </w:t>
      </w:r>
      <w:proofErr w:type="gramStart"/>
      <w:r>
        <w:t>2px;</w:t>
      </w:r>
      <w:proofErr w:type="gramEnd"/>
    </w:p>
    <w:p w14:paraId="4CE69E58" w14:textId="77777777" w:rsidR="003A61D3" w:rsidRDefault="003A61D3" w:rsidP="003A61D3">
      <w:r>
        <w:t xml:space="preserve">        text-transform: </w:t>
      </w:r>
      <w:proofErr w:type="gramStart"/>
      <w:r>
        <w:t>uppercase;</w:t>
      </w:r>
      <w:proofErr w:type="gramEnd"/>
    </w:p>
    <w:p w14:paraId="46556338" w14:textId="77777777" w:rsidR="003A61D3" w:rsidRDefault="003A61D3" w:rsidP="003A61D3">
      <w:r>
        <w:t xml:space="preserve">    }</w:t>
      </w:r>
    </w:p>
    <w:p w14:paraId="54CC3F99" w14:textId="77777777" w:rsidR="003A61D3" w:rsidRDefault="003A61D3" w:rsidP="003A61D3"/>
    <w:p w14:paraId="3AB0ABC5" w14:textId="77777777" w:rsidR="003A61D3" w:rsidRDefault="003A61D3" w:rsidP="003A61D3">
      <w:r>
        <w:t xml:space="preserve">    .nav-links </w:t>
      </w:r>
      <w:proofErr w:type="spellStart"/>
      <w:proofErr w:type="gramStart"/>
      <w:r>
        <w:t>a:hover</w:t>
      </w:r>
      <w:proofErr w:type="spellEnd"/>
      <w:proofErr w:type="gramEnd"/>
      <w:r>
        <w:t xml:space="preserve"> {</w:t>
      </w:r>
    </w:p>
    <w:p w14:paraId="26BA8095" w14:textId="77777777" w:rsidR="003A61D3" w:rsidRDefault="003A61D3" w:rsidP="003A61D3">
      <w:r>
        <w:t xml:space="preserve">        text-decoration: </w:t>
      </w:r>
      <w:proofErr w:type="gramStart"/>
      <w:r>
        <w:t>underline;</w:t>
      </w:r>
      <w:proofErr w:type="gramEnd"/>
    </w:p>
    <w:p w14:paraId="5BE389B4" w14:textId="77777777" w:rsidR="003A61D3" w:rsidRDefault="003A61D3" w:rsidP="003A61D3">
      <w:r>
        <w:t xml:space="preserve">        </w:t>
      </w:r>
      <w:proofErr w:type="spellStart"/>
      <w:r>
        <w:t>color</w:t>
      </w:r>
      <w:proofErr w:type="spellEnd"/>
      <w:r>
        <w:t>: #</w:t>
      </w:r>
      <w:proofErr w:type="gramStart"/>
      <w:r>
        <w:t>e8c48a;</w:t>
      </w:r>
      <w:proofErr w:type="gramEnd"/>
    </w:p>
    <w:p w14:paraId="4326935C" w14:textId="77777777" w:rsidR="003A61D3" w:rsidRDefault="003A61D3" w:rsidP="003A61D3">
      <w:r>
        <w:t xml:space="preserve">    }</w:t>
      </w:r>
    </w:p>
    <w:p w14:paraId="39F00983" w14:textId="77777777" w:rsidR="003A61D3" w:rsidRDefault="003A61D3" w:rsidP="003A61D3"/>
    <w:p w14:paraId="48A9BF4E" w14:textId="77777777" w:rsidR="003A61D3" w:rsidRDefault="003A61D3" w:rsidP="003A61D3">
      <w:r>
        <w:t xml:space="preserve">    </w:t>
      </w:r>
      <w:proofErr w:type="gramStart"/>
      <w:r>
        <w:t>.profile</w:t>
      </w:r>
      <w:proofErr w:type="gramEnd"/>
      <w:r>
        <w:t>-photo {</w:t>
      </w:r>
    </w:p>
    <w:p w14:paraId="331CEF93" w14:textId="77777777" w:rsidR="003A61D3" w:rsidRDefault="003A61D3" w:rsidP="003A61D3">
      <w:r>
        <w:t xml:space="preserve">        width: </w:t>
      </w:r>
      <w:proofErr w:type="gramStart"/>
      <w:r>
        <w:t>160px;</w:t>
      </w:r>
      <w:proofErr w:type="gramEnd"/>
    </w:p>
    <w:p w14:paraId="781FA4E1" w14:textId="77777777" w:rsidR="003A61D3" w:rsidRDefault="003A61D3" w:rsidP="003A61D3">
      <w:r>
        <w:t xml:space="preserve">        height: </w:t>
      </w:r>
      <w:proofErr w:type="gramStart"/>
      <w:r>
        <w:t>160px;</w:t>
      </w:r>
      <w:proofErr w:type="gramEnd"/>
    </w:p>
    <w:p w14:paraId="71053AB4" w14:textId="77777777" w:rsidR="003A61D3" w:rsidRDefault="003A61D3" w:rsidP="003A61D3">
      <w:r>
        <w:t xml:space="preserve">        border-radius: </w:t>
      </w:r>
      <w:proofErr w:type="gramStart"/>
      <w:r>
        <w:t>50%;</w:t>
      </w:r>
      <w:proofErr w:type="gramEnd"/>
    </w:p>
    <w:p w14:paraId="70AA0C0A" w14:textId="77777777" w:rsidR="003A61D3" w:rsidRDefault="003A61D3" w:rsidP="003A61D3">
      <w:r>
        <w:t xml:space="preserve">        object-fit: </w:t>
      </w:r>
      <w:proofErr w:type="gramStart"/>
      <w:r>
        <w:t>cover;</w:t>
      </w:r>
      <w:proofErr w:type="gramEnd"/>
    </w:p>
    <w:p w14:paraId="469CD731" w14:textId="77777777" w:rsidR="003A61D3" w:rsidRDefault="003A61D3" w:rsidP="003A61D3">
      <w:r>
        <w:t xml:space="preserve">        object-position: </w:t>
      </w:r>
      <w:proofErr w:type="gramStart"/>
      <w:r>
        <w:t>top;</w:t>
      </w:r>
      <w:proofErr w:type="gramEnd"/>
    </w:p>
    <w:p w14:paraId="09F83A83" w14:textId="77777777" w:rsidR="003A61D3" w:rsidRDefault="003A61D3" w:rsidP="003A61D3">
      <w:r>
        <w:lastRenderedPageBreak/>
        <w:t xml:space="preserve">        border: 3px solid #</w:t>
      </w:r>
      <w:proofErr w:type="gramStart"/>
      <w:r>
        <w:t>c4813f;</w:t>
      </w:r>
      <w:proofErr w:type="gramEnd"/>
    </w:p>
    <w:p w14:paraId="12E9608D" w14:textId="77777777" w:rsidR="003A61D3" w:rsidRDefault="003A61D3" w:rsidP="003A61D3">
      <w:r>
        <w:t xml:space="preserve">        margin-bottom: </w:t>
      </w:r>
      <w:proofErr w:type="gramStart"/>
      <w:r>
        <w:t>30px;</w:t>
      </w:r>
      <w:proofErr w:type="gramEnd"/>
    </w:p>
    <w:p w14:paraId="1E29B41A" w14:textId="77777777" w:rsidR="003A61D3" w:rsidRDefault="003A61D3" w:rsidP="003A61D3">
      <w:r>
        <w:t xml:space="preserve">    }</w:t>
      </w:r>
    </w:p>
    <w:p w14:paraId="40EF09BC" w14:textId="77777777" w:rsidR="003A61D3" w:rsidRDefault="003A61D3" w:rsidP="003A61D3"/>
    <w:p w14:paraId="2D55454B" w14:textId="77777777" w:rsidR="003A61D3" w:rsidRDefault="003A61D3" w:rsidP="003A61D3">
      <w:r>
        <w:t xml:space="preserve">    .nav-links </w:t>
      </w:r>
      <w:proofErr w:type="spellStart"/>
      <w:proofErr w:type="gramStart"/>
      <w:r>
        <w:t>a.active</w:t>
      </w:r>
      <w:proofErr w:type="spellEnd"/>
      <w:proofErr w:type="gramEnd"/>
      <w:r>
        <w:t xml:space="preserve"> {</w:t>
      </w:r>
    </w:p>
    <w:p w14:paraId="3B50197A" w14:textId="77777777" w:rsidR="003A61D3" w:rsidRDefault="003A61D3" w:rsidP="003A61D3">
      <w:r>
        <w:t xml:space="preserve">        </w:t>
      </w:r>
      <w:proofErr w:type="spellStart"/>
      <w:r>
        <w:t>color</w:t>
      </w:r>
      <w:proofErr w:type="spellEnd"/>
      <w:r>
        <w:t>: #</w:t>
      </w:r>
      <w:proofErr w:type="gramStart"/>
      <w:r>
        <w:t>e8c48a;</w:t>
      </w:r>
      <w:proofErr w:type="gramEnd"/>
    </w:p>
    <w:p w14:paraId="0AEE1EE3" w14:textId="77777777" w:rsidR="003A61D3" w:rsidRDefault="003A61D3" w:rsidP="003A61D3">
      <w:r>
        <w:t xml:space="preserve">    }</w:t>
      </w:r>
    </w:p>
    <w:p w14:paraId="6C239B77" w14:textId="77777777" w:rsidR="003A61D3" w:rsidRDefault="003A61D3" w:rsidP="003A61D3"/>
    <w:p w14:paraId="2D101C7E" w14:textId="77777777" w:rsidR="003A61D3" w:rsidRDefault="003A61D3" w:rsidP="003A61D3">
      <w:r>
        <w:t xml:space="preserve">    </w:t>
      </w:r>
      <w:proofErr w:type="gramStart"/>
      <w:r>
        <w:t>.dish</w:t>
      </w:r>
      <w:proofErr w:type="gramEnd"/>
      <w:r>
        <w:t>-list {</w:t>
      </w:r>
    </w:p>
    <w:p w14:paraId="5E21D5C7" w14:textId="77777777" w:rsidR="003A61D3" w:rsidRDefault="003A61D3" w:rsidP="003A61D3">
      <w:r>
        <w:t xml:space="preserve">        list-style: </w:t>
      </w:r>
      <w:proofErr w:type="gramStart"/>
      <w:r>
        <w:t>none;</w:t>
      </w:r>
      <w:proofErr w:type="gramEnd"/>
    </w:p>
    <w:p w14:paraId="5313227C" w14:textId="77777777" w:rsidR="003A61D3" w:rsidRDefault="003A61D3" w:rsidP="003A61D3">
      <w:r>
        <w:t xml:space="preserve">        padding: </w:t>
      </w:r>
      <w:proofErr w:type="gramStart"/>
      <w:r>
        <w:t>0;</w:t>
      </w:r>
      <w:proofErr w:type="gramEnd"/>
    </w:p>
    <w:p w14:paraId="201EDE2B" w14:textId="77777777" w:rsidR="003A61D3" w:rsidRDefault="003A61D3" w:rsidP="003A61D3">
      <w:r>
        <w:t xml:space="preserve">        </w:t>
      </w:r>
      <w:proofErr w:type="gramStart"/>
      <w:r>
        <w:t>max-width</w:t>
      </w:r>
      <w:proofErr w:type="gramEnd"/>
      <w:r>
        <w:t xml:space="preserve">: </w:t>
      </w:r>
      <w:proofErr w:type="gramStart"/>
      <w:r>
        <w:t>1100px;</w:t>
      </w:r>
      <w:proofErr w:type="gramEnd"/>
    </w:p>
    <w:p w14:paraId="5B3DD968" w14:textId="77777777" w:rsidR="003A61D3" w:rsidRDefault="003A61D3" w:rsidP="003A61D3">
      <w:r>
        <w:t xml:space="preserve">        margin: 0 </w:t>
      </w:r>
      <w:proofErr w:type="gramStart"/>
      <w:r>
        <w:t>auto;</w:t>
      </w:r>
      <w:proofErr w:type="gramEnd"/>
    </w:p>
    <w:p w14:paraId="6ECA570D" w14:textId="77777777" w:rsidR="003A61D3" w:rsidRDefault="003A61D3" w:rsidP="003A61D3">
      <w:r>
        <w:t xml:space="preserve">        display: </w:t>
      </w:r>
      <w:proofErr w:type="gramStart"/>
      <w:r>
        <w:t>grid;</w:t>
      </w:r>
      <w:proofErr w:type="gramEnd"/>
    </w:p>
    <w:p w14:paraId="637A799E" w14:textId="77777777" w:rsidR="003A61D3" w:rsidRDefault="003A61D3" w:rsidP="003A61D3">
      <w:r>
        <w:t xml:space="preserve">        grid-template-columns: 1fr </w:t>
      </w:r>
      <w:proofErr w:type="spellStart"/>
      <w:r>
        <w:t>1fr</w:t>
      </w:r>
      <w:proofErr w:type="spellEnd"/>
      <w:r>
        <w:t xml:space="preserve"> </w:t>
      </w:r>
      <w:proofErr w:type="spellStart"/>
      <w:proofErr w:type="gramStart"/>
      <w:r>
        <w:t>1fr</w:t>
      </w:r>
      <w:proofErr w:type="spellEnd"/>
      <w:r>
        <w:t>;</w:t>
      </w:r>
      <w:proofErr w:type="gramEnd"/>
    </w:p>
    <w:p w14:paraId="6C9891D0" w14:textId="77777777" w:rsidR="003A61D3" w:rsidRDefault="003A61D3" w:rsidP="003A61D3">
      <w:r>
        <w:t xml:space="preserve">        gap: </w:t>
      </w:r>
      <w:proofErr w:type="gramStart"/>
      <w:r>
        <w:t>16px;</w:t>
      </w:r>
      <w:proofErr w:type="gramEnd"/>
    </w:p>
    <w:p w14:paraId="341EDC96" w14:textId="77777777" w:rsidR="003A61D3" w:rsidRDefault="003A61D3" w:rsidP="003A61D3">
      <w:r>
        <w:t xml:space="preserve">    }</w:t>
      </w:r>
    </w:p>
    <w:p w14:paraId="1F014248" w14:textId="77777777" w:rsidR="003A61D3" w:rsidRDefault="003A61D3" w:rsidP="003A61D3"/>
    <w:p w14:paraId="0E588B31" w14:textId="77777777" w:rsidR="003A61D3" w:rsidRDefault="003A61D3" w:rsidP="003A61D3">
      <w:r>
        <w:t xml:space="preserve">    </w:t>
      </w:r>
      <w:proofErr w:type="gramStart"/>
      <w:r>
        <w:t>.dish</w:t>
      </w:r>
      <w:proofErr w:type="gramEnd"/>
      <w:r>
        <w:t>-list li {</w:t>
      </w:r>
    </w:p>
    <w:p w14:paraId="75E091C4" w14:textId="77777777" w:rsidR="003A61D3" w:rsidRDefault="003A61D3" w:rsidP="003A61D3">
      <w:r>
        <w:t xml:space="preserve">        background-</w:t>
      </w:r>
      <w:proofErr w:type="spellStart"/>
      <w:r>
        <w:t>color</w:t>
      </w:r>
      <w:proofErr w:type="spellEnd"/>
      <w:r>
        <w:t>: #</w:t>
      </w:r>
      <w:proofErr w:type="gramStart"/>
      <w:r>
        <w:t>1b1410;</w:t>
      </w:r>
      <w:proofErr w:type="gramEnd"/>
    </w:p>
    <w:p w14:paraId="43450A88" w14:textId="77777777" w:rsidR="003A61D3" w:rsidRDefault="003A61D3" w:rsidP="003A61D3">
      <w:r>
        <w:t xml:space="preserve">        border-left: 3px solid #</w:t>
      </w:r>
      <w:proofErr w:type="gramStart"/>
      <w:r>
        <w:t>c4813f;</w:t>
      </w:r>
      <w:proofErr w:type="gramEnd"/>
    </w:p>
    <w:p w14:paraId="4AB1E6B0" w14:textId="77777777" w:rsidR="003A61D3" w:rsidRDefault="003A61D3" w:rsidP="003A61D3">
      <w:r>
        <w:t xml:space="preserve">        border-bottom: 3px solid #</w:t>
      </w:r>
      <w:proofErr w:type="gramStart"/>
      <w:r>
        <w:t>c4813f;</w:t>
      </w:r>
      <w:proofErr w:type="gramEnd"/>
    </w:p>
    <w:p w14:paraId="25EBBB44" w14:textId="77777777" w:rsidR="003A61D3" w:rsidRDefault="003A61D3" w:rsidP="003A61D3">
      <w:r>
        <w:t xml:space="preserve">        border-top: 3px solid #</w:t>
      </w:r>
      <w:proofErr w:type="gramStart"/>
      <w:r>
        <w:t>c4813f;</w:t>
      </w:r>
      <w:proofErr w:type="gramEnd"/>
    </w:p>
    <w:p w14:paraId="5F7BE490" w14:textId="77777777" w:rsidR="003A61D3" w:rsidRDefault="003A61D3" w:rsidP="003A61D3">
      <w:r>
        <w:t xml:space="preserve">        border-right: 3px solid #</w:t>
      </w:r>
      <w:proofErr w:type="gramStart"/>
      <w:r>
        <w:t>c4813f;</w:t>
      </w:r>
      <w:proofErr w:type="gramEnd"/>
    </w:p>
    <w:p w14:paraId="2EFC3F61" w14:textId="77777777" w:rsidR="003A61D3" w:rsidRDefault="003A61D3" w:rsidP="003A61D3">
      <w:r>
        <w:t xml:space="preserve">        padding: </w:t>
      </w:r>
      <w:proofErr w:type="gramStart"/>
      <w:r>
        <w:t>0;</w:t>
      </w:r>
      <w:proofErr w:type="gramEnd"/>
    </w:p>
    <w:p w14:paraId="1E1848A1" w14:textId="77777777" w:rsidR="003A61D3" w:rsidRDefault="003A61D3" w:rsidP="003A61D3">
      <w:r>
        <w:t xml:space="preserve">        border-radius: </w:t>
      </w:r>
      <w:proofErr w:type="gramStart"/>
      <w:r>
        <w:t>4px;</w:t>
      </w:r>
      <w:proofErr w:type="gramEnd"/>
    </w:p>
    <w:p w14:paraId="24A6FA8B" w14:textId="77777777" w:rsidR="003A61D3" w:rsidRDefault="003A61D3" w:rsidP="003A61D3">
      <w:r>
        <w:t xml:space="preserve">        transition: background-</w:t>
      </w:r>
      <w:proofErr w:type="spellStart"/>
      <w:r>
        <w:t>color</w:t>
      </w:r>
      <w:proofErr w:type="spellEnd"/>
      <w:r>
        <w:t xml:space="preserve"> 0.</w:t>
      </w:r>
      <w:proofErr w:type="gramStart"/>
      <w:r>
        <w:t>2s;</w:t>
      </w:r>
      <w:proofErr w:type="gramEnd"/>
    </w:p>
    <w:p w14:paraId="34E666DC" w14:textId="77777777" w:rsidR="003A61D3" w:rsidRDefault="003A61D3" w:rsidP="003A61D3">
      <w:r>
        <w:t xml:space="preserve">        overflow: </w:t>
      </w:r>
      <w:proofErr w:type="gramStart"/>
      <w:r>
        <w:t>hidden;</w:t>
      </w:r>
      <w:proofErr w:type="gramEnd"/>
    </w:p>
    <w:p w14:paraId="0604E0E4" w14:textId="77777777" w:rsidR="003A61D3" w:rsidRDefault="003A61D3" w:rsidP="003A61D3">
      <w:r>
        <w:lastRenderedPageBreak/>
        <w:t xml:space="preserve">    }</w:t>
      </w:r>
    </w:p>
    <w:p w14:paraId="04342B93" w14:textId="77777777" w:rsidR="003A61D3" w:rsidRDefault="003A61D3" w:rsidP="003A61D3"/>
    <w:p w14:paraId="60786856" w14:textId="77777777" w:rsidR="003A61D3" w:rsidRDefault="003A61D3" w:rsidP="003A61D3">
      <w:r>
        <w:t xml:space="preserve">    </w:t>
      </w:r>
      <w:proofErr w:type="gramStart"/>
      <w:r>
        <w:t>.dish</w:t>
      </w:r>
      <w:proofErr w:type="gramEnd"/>
      <w:r>
        <w:t xml:space="preserve">-list </w:t>
      </w:r>
      <w:proofErr w:type="spellStart"/>
      <w:proofErr w:type="gramStart"/>
      <w:r>
        <w:t>li:hover</w:t>
      </w:r>
      <w:proofErr w:type="spellEnd"/>
      <w:proofErr w:type="gramEnd"/>
      <w:r>
        <w:t>{</w:t>
      </w:r>
    </w:p>
    <w:p w14:paraId="0647A574" w14:textId="77777777" w:rsidR="003A61D3" w:rsidRDefault="003A61D3" w:rsidP="003A61D3">
      <w:r>
        <w:t xml:space="preserve">        background-</w:t>
      </w:r>
      <w:proofErr w:type="spellStart"/>
      <w:r>
        <w:t>color</w:t>
      </w:r>
      <w:proofErr w:type="spellEnd"/>
      <w:r>
        <w:t>: #</w:t>
      </w:r>
      <w:proofErr w:type="gramStart"/>
      <w:r>
        <w:t>241b14;</w:t>
      </w:r>
      <w:proofErr w:type="gramEnd"/>
    </w:p>
    <w:p w14:paraId="05A31070" w14:textId="77777777" w:rsidR="003A61D3" w:rsidRDefault="003A61D3" w:rsidP="003A61D3">
      <w:r>
        <w:t xml:space="preserve">        transform: </w:t>
      </w:r>
      <w:proofErr w:type="gramStart"/>
      <w:r>
        <w:t>scale(</w:t>
      </w:r>
      <w:proofErr w:type="gramEnd"/>
      <w:r>
        <w:t>1.05</w:t>
      </w:r>
      <w:proofErr w:type="gramStart"/>
      <w:r>
        <w:t>);</w:t>
      </w:r>
      <w:proofErr w:type="gramEnd"/>
    </w:p>
    <w:p w14:paraId="5BBA3C21" w14:textId="77777777" w:rsidR="003A61D3" w:rsidRDefault="003A61D3" w:rsidP="003A61D3">
      <w:r>
        <w:t xml:space="preserve">    }</w:t>
      </w:r>
    </w:p>
    <w:p w14:paraId="12A1949C" w14:textId="77777777" w:rsidR="003A61D3" w:rsidRDefault="003A61D3" w:rsidP="003A61D3"/>
    <w:p w14:paraId="5BCED73F" w14:textId="77777777" w:rsidR="003A61D3" w:rsidRDefault="003A61D3" w:rsidP="003A61D3">
      <w:r>
        <w:t xml:space="preserve">    </w:t>
      </w:r>
      <w:proofErr w:type="gramStart"/>
      <w:r>
        <w:t>.dish</w:t>
      </w:r>
      <w:proofErr w:type="gramEnd"/>
      <w:r>
        <w:t>-name {</w:t>
      </w:r>
    </w:p>
    <w:p w14:paraId="29247D08" w14:textId="77777777" w:rsidR="003A61D3" w:rsidRDefault="003A61D3" w:rsidP="003A61D3">
      <w:r>
        <w:t xml:space="preserve">        </w:t>
      </w:r>
      <w:proofErr w:type="spellStart"/>
      <w:r>
        <w:t>color</w:t>
      </w:r>
      <w:proofErr w:type="spellEnd"/>
      <w:r>
        <w:t>: #</w:t>
      </w:r>
      <w:proofErr w:type="gramStart"/>
      <w:r>
        <w:t>c0ae97;</w:t>
      </w:r>
      <w:proofErr w:type="gramEnd"/>
    </w:p>
    <w:p w14:paraId="77DD5A05" w14:textId="77777777" w:rsidR="003A61D3" w:rsidRDefault="003A61D3" w:rsidP="003A61D3">
      <w:r>
        <w:t xml:space="preserve">        font-size: </w:t>
      </w:r>
      <w:proofErr w:type="gramStart"/>
      <w:r>
        <w:t>15px;</w:t>
      </w:r>
      <w:proofErr w:type="gramEnd"/>
    </w:p>
    <w:p w14:paraId="01D361EA" w14:textId="77777777" w:rsidR="003A61D3" w:rsidRDefault="003A61D3" w:rsidP="003A61D3">
      <w:r>
        <w:t xml:space="preserve">        line-height: </w:t>
      </w:r>
      <w:proofErr w:type="gramStart"/>
      <w:r>
        <w:t>1.6;</w:t>
      </w:r>
      <w:proofErr w:type="gramEnd"/>
    </w:p>
    <w:p w14:paraId="255FF74C" w14:textId="77777777" w:rsidR="003A61D3" w:rsidRDefault="003A61D3" w:rsidP="003A61D3">
      <w:r>
        <w:t xml:space="preserve">        display: </w:t>
      </w:r>
      <w:proofErr w:type="gramStart"/>
      <w:r>
        <w:t>block;</w:t>
      </w:r>
      <w:proofErr w:type="gramEnd"/>
    </w:p>
    <w:p w14:paraId="6D9ED54F" w14:textId="77777777" w:rsidR="003A61D3" w:rsidRDefault="003A61D3" w:rsidP="003A61D3">
      <w:r>
        <w:t xml:space="preserve">        padding: 16px </w:t>
      </w:r>
      <w:proofErr w:type="gramStart"/>
      <w:r>
        <w:t>20px;</w:t>
      </w:r>
      <w:proofErr w:type="gramEnd"/>
    </w:p>
    <w:p w14:paraId="016A191C" w14:textId="77777777" w:rsidR="003A61D3" w:rsidRDefault="003A61D3" w:rsidP="003A61D3">
      <w:r>
        <w:t xml:space="preserve">    }</w:t>
      </w:r>
    </w:p>
    <w:p w14:paraId="5E51FFBE" w14:textId="77777777" w:rsidR="003A61D3" w:rsidRDefault="003A61D3" w:rsidP="003A61D3"/>
    <w:p w14:paraId="0ACCFB30" w14:textId="77777777" w:rsidR="003A61D3" w:rsidRDefault="003A61D3" w:rsidP="003A61D3">
      <w:r>
        <w:t xml:space="preserve">    </w:t>
      </w:r>
      <w:proofErr w:type="gramStart"/>
      <w:r>
        <w:t>.dish</w:t>
      </w:r>
      <w:proofErr w:type="gramEnd"/>
      <w:r>
        <w:t>-photo {</w:t>
      </w:r>
    </w:p>
    <w:p w14:paraId="74CD133C" w14:textId="77777777" w:rsidR="003A61D3" w:rsidRDefault="003A61D3" w:rsidP="003A61D3">
      <w:r>
        <w:t xml:space="preserve">        width: </w:t>
      </w:r>
      <w:proofErr w:type="gramStart"/>
      <w:r>
        <w:t>100%;</w:t>
      </w:r>
      <w:proofErr w:type="gramEnd"/>
    </w:p>
    <w:p w14:paraId="7A67EAD7" w14:textId="77777777" w:rsidR="003A61D3" w:rsidRDefault="003A61D3" w:rsidP="003A61D3">
      <w:r>
        <w:t xml:space="preserve">        height: </w:t>
      </w:r>
      <w:proofErr w:type="gramStart"/>
      <w:r>
        <w:t>350px;</w:t>
      </w:r>
      <w:proofErr w:type="gramEnd"/>
    </w:p>
    <w:p w14:paraId="7FA938A8" w14:textId="77777777" w:rsidR="003A61D3" w:rsidRDefault="003A61D3" w:rsidP="003A61D3">
      <w:r>
        <w:t xml:space="preserve">        object-fit: </w:t>
      </w:r>
      <w:proofErr w:type="gramStart"/>
      <w:r>
        <w:t>cover;</w:t>
      </w:r>
      <w:proofErr w:type="gramEnd"/>
    </w:p>
    <w:p w14:paraId="19EF7D4B" w14:textId="77777777" w:rsidR="003A61D3" w:rsidRDefault="003A61D3" w:rsidP="003A61D3">
      <w:r>
        <w:t xml:space="preserve">        border-radius: 4px </w:t>
      </w:r>
      <w:proofErr w:type="spellStart"/>
      <w:r>
        <w:t>4px</w:t>
      </w:r>
      <w:proofErr w:type="spellEnd"/>
      <w:r>
        <w:t xml:space="preserve"> 0 </w:t>
      </w:r>
      <w:proofErr w:type="gramStart"/>
      <w:r>
        <w:t>0;</w:t>
      </w:r>
      <w:proofErr w:type="gramEnd"/>
    </w:p>
    <w:p w14:paraId="13A66E41" w14:textId="77777777" w:rsidR="003A61D3" w:rsidRDefault="003A61D3" w:rsidP="003A61D3">
      <w:r>
        <w:t xml:space="preserve">        display: </w:t>
      </w:r>
      <w:proofErr w:type="gramStart"/>
      <w:r>
        <w:t>block;</w:t>
      </w:r>
      <w:proofErr w:type="gramEnd"/>
    </w:p>
    <w:p w14:paraId="72E07C71" w14:textId="77777777" w:rsidR="003A61D3" w:rsidRDefault="003A61D3" w:rsidP="003A61D3">
      <w:r>
        <w:t xml:space="preserve">        margin-bottom: </w:t>
      </w:r>
      <w:proofErr w:type="gramStart"/>
      <w:r>
        <w:t>5px;</w:t>
      </w:r>
      <w:proofErr w:type="gramEnd"/>
    </w:p>
    <w:p w14:paraId="2912EA2C" w14:textId="77777777" w:rsidR="003A61D3" w:rsidRDefault="003A61D3" w:rsidP="003A61D3">
      <w:r>
        <w:t xml:space="preserve">    }</w:t>
      </w:r>
    </w:p>
    <w:p w14:paraId="55AE5BD8" w14:textId="77777777" w:rsidR="003A61D3" w:rsidRDefault="003A61D3" w:rsidP="003A61D3"/>
    <w:p w14:paraId="1D0660B6" w14:textId="77777777" w:rsidR="003A61D3" w:rsidRDefault="003A61D3" w:rsidP="003A61D3">
      <w:r>
        <w:t xml:space="preserve">    </w:t>
      </w:r>
      <w:proofErr w:type="gramStart"/>
      <w:r>
        <w:t>.bottom</w:t>
      </w:r>
      <w:proofErr w:type="gramEnd"/>
      <w:r>
        <w:t>-</w:t>
      </w:r>
      <w:proofErr w:type="spellStart"/>
      <w:r>
        <w:t>cta</w:t>
      </w:r>
      <w:proofErr w:type="spellEnd"/>
      <w:r>
        <w:t xml:space="preserve"> {</w:t>
      </w:r>
    </w:p>
    <w:p w14:paraId="18B8E788" w14:textId="77777777" w:rsidR="003A61D3" w:rsidRDefault="003A61D3" w:rsidP="003A61D3">
      <w:r>
        <w:t xml:space="preserve">        text-align: </w:t>
      </w:r>
      <w:proofErr w:type="spellStart"/>
      <w:proofErr w:type="gramStart"/>
      <w:r>
        <w:t>center</w:t>
      </w:r>
      <w:proofErr w:type="spellEnd"/>
      <w:r>
        <w:t>;</w:t>
      </w:r>
      <w:proofErr w:type="gramEnd"/>
    </w:p>
    <w:p w14:paraId="089715D7" w14:textId="77777777" w:rsidR="003A61D3" w:rsidRDefault="003A61D3" w:rsidP="003A61D3">
      <w:r>
        <w:t xml:space="preserve">        padding: 40px </w:t>
      </w:r>
      <w:proofErr w:type="spellStart"/>
      <w:r>
        <w:t>40px</w:t>
      </w:r>
      <w:proofErr w:type="spellEnd"/>
      <w:r>
        <w:t xml:space="preserve"> </w:t>
      </w:r>
      <w:proofErr w:type="gramStart"/>
      <w:r>
        <w:t>60px;</w:t>
      </w:r>
      <w:proofErr w:type="gramEnd"/>
    </w:p>
    <w:p w14:paraId="272D8CE2" w14:textId="77777777" w:rsidR="003A61D3" w:rsidRDefault="003A61D3" w:rsidP="003A61D3">
      <w:r>
        <w:t xml:space="preserve">    }</w:t>
      </w:r>
    </w:p>
    <w:p w14:paraId="19828149" w14:textId="77777777" w:rsidR="003A61D3" w:rsidRDefault="003A61D3" w:rsidP="003A61D3"/>
    <w:p w14:paraId="3EA6966D" w14:textId="77777777" w:rsidR="003A61D3" w:rsidRDefault="003A61D3" w:rsidP="003A61D3">
      <w:r>
        <w:t xml:space="preserve">    </w:t>
      </w:r>
      <w:proofErr w:type="gramStart"/>
      <w:r>
        <w:t>.</w:t>
      </w:r>
      <w:proofErr w:type="spellStart"/>
      <w:r>
        <w:t>cta</w:t>
      </w:r>
      <w:proofErr w:type="spellEnd"/>
      <w:proofErr w:type="gramEnd"/>
      <w:r>
        <w:t>-button {</w:t>
      </w:r>
    </w:p>
    <w:p w14:paraId="17E5A353" w14:textId="77777777" w:rsidR="003A61D3" w:rsidRDefault="003A61D3" w:rsidP="003A61D3">
      <w:r>
        <w:t xml:space="preserve">        display: inline-</w:t>
      </w:r>
      <w:proofErr w:type="gramStart"/>
      <w:r>
        <w:t>block;</w:t>
      </w:r>
      <w:proofErr w:type="gramEnd"/>
    </w:p>
    <w:p w14:paraId="5FB764D1" w14:textId="77777777" w:rsidR="003A61D3" w:rsidRDefault="003A61D3" w:rsidP="003A61D3">
      <w:r>
        <w:t xml:space="preserve">        width: fit-</w:t>
      </w:r>
      <w:proofErr w:type="gramStart"/>
      <w:r>
        <w:t>content;</w:t>
      </w:r>
      <w:proofErr w:type="gramEnd"/>
    </w:p>
    <w:p w14:paraId="19A39293" w14:textId="77777777" w:rsidR="003A61D3" w:rsidRDefault="003A61D3" w:rsidP="003A61D3">
      <w:r>
        <w:t xml:space="preserve">        margin: 20px auto </w:t>
      </w:r>
      <w:proofErr w:type="gramStart"/>
      <w:r>
        <w:t>0;</w:t>
      </w:r>
      <w:proofErr w:type="gramEnd"/>
    </w:p>
    <w:p w14:paraId="333AD36A" w14:textId="77777777" w:rsidR="003A61D3" w:rsidRDefault="003A61D3" w:rsidP="003A61D3">
      <w:r>
        <w:t xml:space="preserve">        padding: 14px </w:t>
      </w:r>
      <w:proofErr w:type="gramStart"/>
      <w:r>
        <w:t>36px;</w:t>
      </w:r>
      <w:proofErr w:type="gramEnd"/>
    </w:p>
    <w:p w14:paraId="72CD6451" w14:textId="77777777" w:rsidR="003A61D3" w:rsidRDefault="003A61D3" w:rsidP="003A61D3">
      <w:r>
        <w:t xml:space="preserve">        border: 1px solid #</w:t>
      </w:r>
      <w:proofErr w:type="gramStart"/>
      <w:r>
        <w:t>c4813f;</w:t>
      </w:r>
      <w:proofErr w:type="gramEnd"/>
    </w:p>
    <w:p w14:paraId="4C8E7D52" w14:textId="77777777" w:rsidR="003A61D3" w:rsidRDefault="003A61D3" w:rsidP="003A61D3">
      <w:r>
        <w:t xml:space="preserve">        </w:t>
      </w:r>
      <w:proofErr w:type="spellStart"/>
      <w:r>
        <w:t>color</w:t>
      </w:r>
      <w:proofErr w:type="spellEnd"/>
      <w:r>
        <w:t>: #</w:t>
      </w:r>
      <w:proofErr w:type="gramStart"/>
      <w:r>
        <w:t>c4813f;</w:t>
      </w:r>
      <w:proofErr w:type="gramEnd"/>
    </w:p>
    <w:p w14:paraId="116AA369" w14:textId="77777777" w:rsidR="003A61D3" w:rsidRDefault="003A61D3" w:rsidP="003A61D3">
      <w:r>
        <w:t xml:space="preserve">        text-decoration: </w:t>
      </w:r>
      <w:proofErr w:type="gramStart"/>
      <w:r>
        <w:t>none;</w:t>
      </w:r>
      <w:proofErr w:type="gramEnd"/>
    </w:p>
    <w:p w14:paraId="430BA6D8" w14:textId="77777777" w:rsidR="003A61D3" w:rsidRDefault="003A61D3" w:rsidP="003A61D3">
      <w:r>
        <w:t xml:space="preserve">        font-size: </w:t>
      </w:r>
      <w:proofErr w:type="gramStart"/>
      <w:r>
        <w:t>13px;</w:t>
      </w:r>
      <w:proofErr w:type="gramEnd"/>
    </w:p>
    <w:p w14:paraId="310C930C" w14:textId="77777777" w:rsidR="003A61D3" w:rsidRDefault="003A61D3" w:rsidP="003A61D3">
      <w:r>
        <w:t xml:space="preserve">        letter-spacing: </w:t>
      </w:r>
      <w:proofErr w:type="gramStart"/>
      <w:r>
        <w:t>3px;</w:t>
      </w:r>
      <w:proofErr w:type="gramEnd"/>
    </w:p>
    <w:p w14:paraId="4A720063" w14:textId="77777777" w:rsidR="003A61D3" w:rsidRDefault="003A61D3" w:rsidP="003A61D3">
      <w:r>
        <w:t xml:space="preserve">        text-transform: </w:t>
      </w:r>
      <w:proofErr w:type="gramStart"/>
      <w:r>
        <w:t>uppercase;</w:t>
      </w:r>
      <w:proofErr w:type="gramEnd"/>
    </w:p>
    <w:p w14:paraId="1285A551" w14:textId="77777777" w:rsidR="003A61D3" w:rsidRDefault="003A61D3" w:rsidP="003A61D3">
      <w:r>
        <w:t xml:space="preserve">        transition: all 0.3s </w:t>
      </w:r>
      <w:proofErr w:type="gramStart"/>
      <w:r>
        <w:t>ease;</w:t>
      </w:r>
      <w:proofErr w:type="gramEnd"/>
    </w:p>
    <w:p w14:paraId="2C23D59D" w14:textId="77777777" w:rsidR="003A61D3" w:rsidRDefault="003A61D3" w:rsidP="003A61D3">
      <w:r>
        <w:t xml:space="preserve">    }</w:t>
      </w:r>
    </w:p>
    <w:p w14:paraId="75C6C2EC" w14:textId="77777777" w:rsidR="003A61D3" w:rsidRDefault="003A61D3" w:rsidP="003A61D3"/>
    <w:p w14:paraId="6530BE3C" w14:textId="77777777" w:rsidR="003A61D3" w:rsidRDefault="003A61D3" w:rsidP="003A61D3">
      <w:r>
        <w:t xml:space="preserve">    </w:t>
      </w:r>
      <w:proofErr w:type="gramStart"/>
      <w:r>
        <w:t>.</w:t>
      </w:r>
      <w:proofErr w:type="spellStart"/>
      <w:r>
        <w:t>cta</w:t>
      </w:r>
      <w:proofErr w:type="gramEnd"/>
      <w:r>
        <w:t>-</w:t>
      </w:r>
      <w:proofErr w:type="gramStart"/>
      <w:r>
        <w:t>button:hover</w:t>
      </w:r>
      <w:proofErr w:type="spellEnd"/>
      <w:proofErr w:type="gramEnd"/>
      <w:r>
        <w:t xml:space="preserve"> {</w:t>
      </w:r>
    </w:p>
    <w:p w14:paraId="19FEF039" w14:textId="77777777" w:rsidR="003A61D3" w:rsidRDefault="003A61D3" w:rsidP="003A61D3">
      <w:r>
        <w:t xml:space="preserve">        background-</w:t>
      </w:r>
      <w:proofErr w:type="spellStart"/>
      <w:r>
        <w:t>color</w:t>
      </w:r>
      <w:proofErr w:type="spellEnd"/>
      <w:r>
        <w:t>: #</w:t>
      </w:r>
      <w:proofErr w:type="gramStart"/>
      <w:r>
        <w:t>c4813f;</w:t>
      </w:r>
      <w:proofErr w:type="gramEnd"/>
    </w:p>
    <w:p w14:paraId="645267D0" w14:textId="77777777" w:rsidR="003A61D3" w:rsidRDefault="003A61D3" w:rsidP="003A61D3">
      <w:r>
        <w:t xml:space="preserve">        </w:t>
      </w:r>
      <w:proofErr w:type="spellStart"/>
      <w:r>
        <w:t>color</w:t>
      </w:r>
      <w:proofErr w:type="spellEnd"/>
      <w:r>
        <w:t>: #</w:t>
      </w:r>
      <w:proofErr w:type="gramStart"/>
      <w:r>
        <w:t>110d09;</w:t>
      </w:r>
      <w:proofErr w:type="gramEnd"/>
    </w:p>
    <w:p w14:paraId="48657DBD" w14:textId="77777777" w:rsidR="003A61D3" w:rsidRDefault="003A61D3" w:rsidP="003A61D3">
      <w:r>
        <w:t xml:space="preserve">    }</w:t>
      </w:r>
    </w:p>
    <w:p w14:paraId="78959A11" w14:textId="77777777" w:rsidR="003A61D3" w:rsidRDefault="003A61D3" w:rsidP="003A61D3"/>
    <w:p w14:paraId="1E447949" w14:textId="77777777" w:rsidR="003A61D3" w:rsidRDefault="003A61D3" w:rsidP="003A61D3">
      <w:r>
        <w:t xml:space="preserve">    </w:t>
      </w:r>
      <w:proofErr w:type="gramStart"/>
      <w:r>
        <w:t>.order</w:t>
      </w:r>
      <w:proofErr w:type="gramEnd"/>
      <w:r>
        <w:t>-section {</w:t>
      </w:r>
    </w:p>
    <w:p w14:paraId="43EDA9C7" w14:textId="77777777" w:rsidR="003A61D3" w:rsidRDefault="003A61D3" w:rsidP="003A61D3">
      <w:r>
        <w:t xml:space="preserve">        </w:t>
      </w:r>
      <w:proofErr w:type="gramStart"/>
      <w:r>
        <w:t>max-width</w:t>
      </w:r>
      <w:proofErr w:type="gramEnd"/>
      <w:r>
        <w:t xml:space="preserve">: </w:t>
      </w:r>
      <w:proofErr w:type="gramStart"/>
      <w:r>
        <w:t>600px;</w:t>
      </w:r>
      <w:proofErr w:type="gramEnd"/>
    </w:p>
    <w:p w14:paraId="0F972358" w14:textId="77777777" w:rsidR="003A61D3" w:rsidRDefault="003A61D3" w:rsidP="003A61D3">
      <w:r>
        <w:t xml:space="preserve">        margin: 0 </w:t>
      </w:r>
      <w:proofErr w:type="gramStart"/>
      <w:r>
        <w:t>auto;</w:t>
      </w:r>
      <w:proofErr w:type="gramEnd"/>
    </w:p>
    <w:p w14:paraId="34339799" w14:textId="77777777" w:rsidR="003A61D3" w:rsidRDefault="003A61D3" w:rsidP="003A61D3">
      <w:r>
        <w:t xml:space="preserve">        padding: 20px 40px </w:t>
      </w:r>
      <w:proofErr w:type="gramStart"/>
      <w:r>
        <w:t>60px;</w:t>
      </w:r>
      <w:proofErr w:type="gramEnd"/>
    </w:p>
    <w:p w14:paraId="3A4B9E00" w14:textId="77777777" w:rsidR="003A61D3" w:rsidRDefault="003A61D3" w:rsidP="003A61D3">
      <w:r>
        <w:t xml:space="preserve">    }</w:t>
      </w:r>
    </w:p>
    <w:p w14:paraId="01F9428A" w14:textId="77777777" w:rsidR="003A61D3" w:rsidRDefault="003A61D3" w:rsidP="003A61D3"/>
    <w:p w14:paraId="527A681F" w14:textId="77777777" w:rsidR="003A61D3" w:rsidRDefault="003A61D3" w:rsidP="003A61D3">
      <w:r>
        <w:t xml:space="preserve">    </w:t>
      </w:r>
      <w:proofErr w:type="gramStart"/>
      <w:r>
        <w:t>.order</w:t>
      </w:r>
      <w:proofErr w:type="gramEnd"/>
      <w:r>
        <w:t>-form {</w:t>
      </w:r>
    </w:p>
    <w:p w14:paraId="3CF94BC0" w14:textId="77777777" w:rsidR="003A61D3" w:rsidRDefault="003A61D3" w:rsidP="003A61D3">
      <w:r>
        <w:t xml:space="preserve">        display: </w:t>
      </w:r>
      <w:proofErr w:type="gramStart"/>
      <w:r>
        <w:t>flex;</w:t>
      </w:r>
      <w:proofErr w:type="gramEnd"/>
    </w:p>
    <w:p w14:paraId="42DBD11A" w14:textId="77777777" w:rsidR="003A61D3" w:rsidRDefault="003A61D3" w:rsidP="003A61D3">
      <w:r>
        <w:lastRenderedPageBreak/>
        <w:t xml:space="preserve">        flex-direction: </w:t>
      </w:r>
      <w:proofErr w:type="gramStart"/>
      <w:r>
        <w:t>column;</w:t>
      </w:r>
      <w:proofErr w:type="gramEnd"/>
    </w:p>
    <w:p w14:paraId="05F1AFCF" w14:textId="77777777" w:rsidR="003A61D3" w:rsidRDefault="003A61D3" w:rsidP="003A61D3">
      <w:r>
        <w:t xml:space="preserve">        gap: </w:t>
      </w:r>
      <w:proofErr w:type="gramStart"/>
      <w:r>
        <w:t>24px;</w:t>
      </w:r>
      <w:proofErr w:type="gramEnd"/>
    </w:p>
    <w:p w14:paraId="23F2581D" w14:textId="77777777" w:rsidR="003A61D3" w:rsidRDefault="003A61D3" w:rsidP="003A61D3">
      <w:r>
        <w:t xml:space="preserve">    }</w:t>
      </w:r>
    </w:p>
    <w:p w14:paraId="232B280E" w14:textId="77777777" w:rsidR="003A61D3" w:rsidRDefault="003A61D3" w:rsidP="003A61D3"/>
    <w:p w14:paraId="49AC5A8E" w14:textId="77777777" w:rsidR="003A61D3" w:rsidRDefault="003A61D3" w:rsidP="003A61D3">
      <w:r>
        <w:t xml:space="preserve">    </w:t>
      </w:r>
      <w:proofErr w:type="gramStart"/>
      <w:r>
        <w:t>.form</w:t>
      </w:r>
      <w:proofErr w:type="gramEnd"/>
      <w:r>
        <w:t>-group {</w:t>
      </w:r>
    </w:p>
    <w:p w14:paraId="741ADFA3" w14:textId="77777777" w:rsidR="003A61D3" w:rsidRDefault="003A61D3" w:rsidP="003A61D3">
      <w:r>
        <w:t xml:space="preserve">        display: </w:t>
      </w:r>
      <w:proofErr w:type="gramStart"/>
      <w:r>
        <w:t>flex;</w:t>
      </w:r>
      <w:proofErr w:type="gramEnd"/>
    </w:p>
    <w:p w14:paraId="46025930" w14:textId="77777777" w:rsidR="003A61D3" w:rsidRDefault="003A61D3" w:rsidP="003A61D3">
      <w:r>
        <w:t xml:space="preserve">        flex-direction: </w:t>
      </w:r>
      <w:proofErr w:type="gramStart"/>
      <w:r>
        <w:t>column;</w:t>
      </w:r>
      <w:proofErr w:type="gramEnd"/>
    </w:p>
    <w:p w14:paraId="632472B5" w14:textId="77777777" w:rsidR="003A61D3" w:rsidRDefault="003A61D3" w:rsidP="003A61D3">
      <w:r>
        <w:t xml:space="preserve">        gap: </w:t>
      </w:r>
      <w:proofErr w:type="gramStart"/>
      <w:r>
        <w:t>8px;</w:t>
      </w:r>
      <w:proofErr w:type="gramEnd"/>
    </w:p>
    <w:p w14:paraId="085175A8" w14:textId="77777777" w:rsidR="003A61D3" w:rsidRDefault="003A61D3" w:rsidP="003A61D3">
      <w:r>
        <w:t xml:space="preserve">    }</w:t>
      </w:r>
    </w:p>
    <w:p w14:paraId="381B50B9" w14:textId="77777777" w:rsidR="003A61D3" w:rsidRDefault="003A61D3" w:rsidP="003A61D3"/>
    <w:p w14:paraId="0AF4A6DF" w14:textId="77777777" w:rsidR="003A61D3" w:rsidRDefault="003A61D3" w:rsidP="003A61D3">
      <w:r>
        <w:t xml:space="preserve">    </w:t>
      </w:r>
      <w:proofErr w:type="gramStart"/>
      <w:r>
        <w:t>.form</w:t>
      </w:r>
      <w:proofErr w:type="gramEnd"/>
      <w:r>
        <w:t>-label {</w:t>
      </w:r>
    </w:p>
    <w:p w14:paraId="66B26E6F" w14:textId="77777777" w:rsidR="003A61D3" w:rsidRDefault="003A61D3" w:rsidP="003A61D3">
      <w:r>
        <w:t xml:space="preserve">        </w:t>
      </w:r>
      <w:proofErr w:type="spellStart"/>
      <w:r>
        <w:t>color</w:t>
      </w:r>
      <w:proofErr w:type="spellEnd"/>
      <w:r>
        <w:t>: #</w:t>
      </w:r>
      <w:proofErr w:type="gramStart"/>
      <w:r>
        <w:t>c4813f;</w:t>
      </w:r>
      <w:proofErr w:type="gramEnd"/>
    </w:p>
    <w:p w14:paraId="664385B8" w14:textId="77777777" w:rsidR="003A61D3" w:rsidRDefault="003A61D3" w:rsidP="003A61D3">
      <w:r>
        <w:t xml:space="preserve">        font-size: </w:t>
      </w:r>
      <w:proofErr w:type="gramStart"/>
      <w:r>
        <w:t>13px;</w:t>
      </w:r>
      <w:proofErr w:type="gramEnd"/>
    </w:p>
    <w:p w14:paraId="476DC52D" w14:textId="77777777" w:rsidR="003A61D3" w:rsidRDefault="003A61D3" w:rsidP="003A61D3">
      <w:r>
        <w:t xml:space="preserve">        letter-spacing: </w:t>
      </w:r>
      <w:proofErr w:type="gramStart"/>
      <w:r>
        <w:t>2px;</w:t>
      </w:r>
      <w:proofErr w:type="gramEnd"/>
    </w:p>
    <w:p w14:paraId="59322750" w14:textId="77777777" w:rsidR="003A61D3" w:rsidRDefault="003A61D3" w:rsidP="003A61D3">
      <w:r>
        <w:t xml:space="preserve">        text-transform: </w:t>
      </w:r>
      <w:proofErr w:type="gramStart"/>
      <w:r>
        <w:t>uppercase;</w:t>
      </w:r>
      <w:proofErr w:type="gramEnd"/>
    </w:p>
    <w:p w14:paraId="741B0B57" w14:textId="77777777" w:rsidR="003A61D3" w:rsidRDefault="003A61D3" w:rsidP="003A61D3">
      <w:r>
        <w:t xml:space="preserve">    }</w:t>
      </w:r>
    </w:p>
    <w:p w14:paraId="4C8EFC4B" w14:textId="77777777" w:rsidR="003A61D3" w:rsidRDefault="003A61D3" w:rsidP="003A61D3"/>
    <w:p w14:paraId="2471B478" w14:textId="77777777" w:rsidR="003A61D3" w:rsidRDefault="003A61D3" w:rsidP="003A61D3">
      <w:r>
        <w:t xml:space="preserve">    </w:t>
      </w:r>
      <w:proofErr w:type="gramStart"/>
      <w:r>
        <w:t>.form</w:t>
      </w:r>
      <w:proofErr w:type="gramEnd"/>
      <w:r>
        <w:t>-input {</w:t>
      </w:r>
    </w:p>
    <w:p w14:paraId="392536A9" w14:textId="77777777" w:rsidR="003A61D3" w:rsidRDefault="003A61D3" w:rsidP="003A61D3">
      <w:r>
        <w:t xml:space="preserve">        background-</w:t>
      </w:r>
      <w:proofErr w:type="spellStart"/>
      <w:r>
        <w:t>color</w:t>
      </w:r>
      <w:proofErr w:type="spellEnd"/>
      <w:r>
        <w:t>: #</w:t>
      </w:r>
      <w:proofErr w:type="gramStart"/>
      <w:r>
        <w:t>1b1410;</w:t>
      </w:r>
      <w:proofErr w:type="gramEnd"/>
    </w:p>
    <w:p w14:paraId="63AECDC7" w14:textId="77777777" w:rsidR="003A61D3" w:rsidRDefault="003A61D3" w:rsidP="003A61D3">
      <w:r>
        <w:t xml:space="preserve">        border: 1px solid #</w:t>
      </w:r>
      <w:proofErr w:type="gramStart"/>
      <w:r>
        <w:t>2a1f16;</w:t>
      </w:r>
      <w:proofErr w:type="gramEnd"/>
    </w:p>
    <w:p w14:paraId="44194A12" w14:textId="77777777" w:rsidR="003A61D3" w:rsidRDefault="003A61D3" w:rsidP="003A61D3">
      <w:r>
        <w:t xml:space="preserve">        </w:t>
      </w:r>
      <w:proofErr w:type="spellStart"/>
      <w:r>
        <w:t>color</w:t>
      </w:r>
      <w:proofErr w:type="spellEnd"/>
      <w:r>
        <w:t>: #</w:t>
      </w:r>
      <w:proofErr w:type="gramStart"/>
      <w:r>
        <w:t>f0e8d8;</w:t>
      </w:r>
      <w:proofErr w:type="gramEnd"/>
    </w:p>
    <w:p w14:paraId="193B7B45" w14:textId="77777777" w:rsidR="003A61D3" w:rsidRDefault="003A61D3" w:rsidP="003A61D3">
      <w:r>
        <w:t xml:space="preserve">        padding: 12px </w:t>
      </w:r>
      <w:proofErr w:type="gramStart"/>
      <w:r>
        <w:t>16px;</w:t>
      </w:r>
      <w:proofErr w:type="gramEnd"/>
    </w:p>
    <w:p w14:paraId="19F4BAAB" w14:textId="77777777" w:rsidR="003A61D3" w:rsidRDefault="003A61D3" w:rsidP="003A61D3">
      <w:r>
        <w:t xml:space="preserve">        font-size: </w:t>
      </w:r>
      <w:proofErr w:type="gramStart"/>
      <w:r>
        <w:t>15px;</w:t>
      </w:r>
      <w:proofErr w:type="gramEnd"/>
    </w:p>
    <w:p w14:paraId="5CA9F93A" w14:textId="77777777" w:rsidR="003A61D3" w:rsidRDefault="003A61D3" w:rsidP="003A61D3">
      <w:r>
        <w:t xml:space="preserve">        font-family: Arial, sans-serif, </w:t>
      </w:r>
      <w:proofErr w:type="gramStart"/>
      <w:r>
        <w:t>Helvetica;</w:t>
      </w:r>
      <w:proofErr w:type="gramEnd"/>
    </w:p>
    <w:p w14:paraId="7FCB0E5E" w14:textId="77777777" w:rsidR="003A61D3" w:rsidRDefault="003A61D3" w:rsidP="003A61D3">
      <w:r>
        <w:t xml:space="preserve">        border-radius: </w:t>
      </w:r>
      <w:proofErr w:type="gramStart"/>
      <w:r>
        <w:t>4px;</w:t>
      </w:r>
      <w:proofErr w:type="gramEnd"/>
    </w:p>
    <w:p w14:paraId="2BF3265C" w14:textId="77777777" w:rsidR="003A61D3" w:rsidRDefault="003A61D3" w:rsidP="003A61D3">
      <w:r>
        <w:t xml:space="preserve">        outline: </w:t>
      </w:r>
      <w:proofErr w:type="gramStart"/>
      <w:r>
        <w:t>none;</w:t>
      </w:r>
      <w:proofErr w:type="gramEnd"/>
    </w:p>
    <w:p w14:paraId="2A1354CA" w14:textId="77777777" w:rsidR="003A61D3" w:rsidRDefault="003A61D3" w:rsidP="003A61D3">
      <w:r>
        <w:t xml:space="preserve">    }</w:t>
      </w:r>
    </w:p>
    <w:p w14:paraId="42A89A28" w14:textId="77777777" w:rsidR="003A61D3" w:rsidRDefault="003A61D3" w:rsidP="003A61D3"/>
    <w:p w14:paraId="592EC307" w14:textId="77777777" w:rsidR="003A61D3" w:rsidRDefault="003A61D3" w:rsidP="003A61D3">
      <w:r>
        <w:lastRenderedPageBreak/>
        <w:t xml:space="preserve">    </w:t>
      </w:r>
      <w:proofErr w:type="gramStart"/>
      <w:r>
        <w:t>.</w:t>
      </w:r>
      <w:proofErr w:type="spellStart"/>
      <w:r>
        <w:t>form</w:t>
      </w:r>
      <w:proofErr w:type="gramEnd"/>
      <w:r>
        <w:t>-</w:t>
      </w:r>
      <w:proofErr w:type="gramStart"/>
      <w:r>
        <w:t>input:focus</w:t>
      </w:r>
      <w:proofErr w:type="spellEnd"/>
      <w:proofErr w:type="gramEnd"/>
      <w:r>
        <w:t xml:space="preserve"> {</w:t>
      </w:r>
    </w:p>
    <w:p w14:paraId="71FCBCDB" w14:textId="77777777" w:rsidR="003A61D3" w:rsidRDefault="003A61D3" w:rsidP="003A61D3">
      <w:r>
        <w:t xml:space="preserve">        border-</w:t>
      </w:r>
      <w:proofErr w:type="spellStart"/>
      <w:r>
        <w:t>color</w:t>
      </w:r>
      <w:proofErr w:type="spellEnd"/>
      <w:r>
        <w:t>: #</w:t>
      </w:r>
      <w:proofErr w:type="gramStart"/>
      <w:r>
        <w:t>c4813f;</w:t>
      </w:r>
      <w:proofErr w:type="gramEnd"/>
    </w:p>
    <w:p w14:paraId="07E60B2F" w14:textId="77777777" w:rsidR="003A61D3" w:rsidRDefault="003A61D3" w:rsidP="003A61D3">
      <w:r>
        <w:t xml:space="preserve">    }</w:t>
      </w:r>
    </w:p>
    <w:p w14:paraId="1F47B3A9" w14:textId="77777777" w:rsidR="003A61D3" w:rsidRDefault="003A61D3" w:rsidP="003A61D3"/>
    <w:p w14:paraId="1CC42CF8" w14:textId="77777777" w:rsidR="003A61D3" w:rsidRDefault="003A61D3" w:rsidP="003A61D3">
      <w:r>
        <w:t xml:space="preserve">    </w:t>
      </w:r>
      <w:proofErr w:type="gramStart"/>
      <w:r>
        <w:t>.form</w:t>
      </w:r>
      <w:proofErr w:type="gramEnd"/>
      <w:r>
        <w:t>-</w:t>
      </w:r>
      <w:proofErr w:type="spellStart"/>
      <w:r>
        <w:t>textarea</w:t>
      </w:r>
      <w:proofErr w:type="spellEnd"/>
      <w:r>
        <w:t xml:space="preserve"> {</w:t>
      </w:r>
    </w:p>
    <w:p w14:paraId="2CFDE004" w14:textId="77777777" w:rsidR="003A61D3" w:rsidRDefault="003A61D3" w:rsidP="003A61D3">
      <w:r>
        <w:t xml:space="preserve">        height: </w:t>
      </w:r>
      <w:proofErr w:type="gramStart"/>
      <w:r>
        <w:t>120px;</w:t>
      </w:r>
      <w:proofErr w:type="gramEnd"/>
    </w:p>
    <w:p w14:paraId="2287BC97" w14:textId="77777777" w:rsidR="003A61D3" w:rsidRDefault="003A61D3" w:rsidP="003A61D3">
      <w:r>
        <w:t xml:space="preserve">        resize: </w:t>
      </w:r>
      <w:proofErr w:type="gramStart"/>
      <w:r>
        <w:t>vertical;</w:t>
      </w:r>
      <w:proofErr w:type="gramEnd"/>
    </w:p>
    <w:p w14:paraId="4C5ABD1A" w14:textId="77777777" w:rsidR="003A61D3" w:rsidRDefault="003A61D3" w:rsidP="003A61D3">
      <w:r>
        <w:t xml:space="preserve">    }</w:t>
      </w:r>
    </w:p>
    <w:p w14:paraId="211290EF" w14:textId="50157CE4" w:rsidR="003A61D3" w:rsidRPr="003A61D3" w:rsidRDefault="003A61D3" w:rsidP="003A61D3">
      <w:r>
        <w:t xml:space="preserve">   </w:t>
      </w:r>
    </w:p>
    <w:sectPr w:rsidR="003A61D3" w:rsidRPr="003A61D3" w:rsidSect="00CA1B15">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132FDD"/>
    <w:multiLevelType w:val="multilevel"/>
    <w:tmpl w:val="D9E0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9068F"/>
    <w:multiLevelType w:val="hybridMultilevel"/>
    <w:tmpl w:val="8AA697D8"/>
    <w:lvl w:ilvl="0" w:tplc="C5303FBC">
      <w:start w:val="1"/>
      <w:numFmt w:val="bullet"/>
      <w:lvlText w:val="•"/>
      <w:lvlJc w:val="left"/>
      <w:pPr>
        <w:ind w:left="720" w:hanging="360"/>
      </w:pPr>
    </w:lvl>
    <w:lvl w:ilvl="1" w:tplc="6832A91E">
      <w:numFmt w:val="decimal"/>
      <w:lvlText w:val=""/>
      <w:lvlJc w:val="left"/>
    </w:lvl>
    <w:lvl w:ilvl="2" w:tplc="85127456">
      <w:numFmt w:val="decimal"/>
      <w:lvlText w:val=""/>
      <w:lvlJc w:val="left"/>
    </w:lvl>
    <w:lvl w:ilvl="3" w:tplc="6F548612">
      <w:numFmt w:val="decimal"/>
      <w:lvlText w:val=""/>
      <w:lvlJc w:val="left"/>
    </w:lvl>
    <w:lvl w:ilvl="4" w:tplc="F7AE88D2">
      <w:numFmt w:val="decimal"/>
      <w:lvlText w:val=""/>
      <w:lvlJc w:val="left"/>
    </w:lvl>
    <w:lvl w:ilvl="5" w:tplc="49BAC8D4">
      <w:numFmt w:val="decimal"/>
      <w:lvlText w:val=""/>
      <w:lvlJc w:val="left"/>
    </w:lvl>
    <w:lvl w:ilvl="6" w:tplc="07905918">
      <w:numFmt w:val="decimal"/>
      <w:lvlText w:val=""/>
      <w:lvlJc w:val="left"/>
    </w:lvl>
    <w:lvl w:ilvl="7" w:tplc="43241F66">
      <w:numFmt w:val="decimal"/>
      <w:lvlText w:val=""/>
      <w:lvlJc w:val="left"/>
    </w:lvl>
    <w:lvl w:ilvl="8" w:tplc="01DCB0E8">
      <w:numFmt w:val="decimal"/>
      <w:lvlText w:val=""/>
      <w:lvlJc w:val="left"/>
    </w:lvl>
  </w:abstractNum>
  <w:num w:numId="1" w16cid:durableId="1597787774">
    <w:abstractNumId w:val="8"/>
  </w:num>
  <w:num w:numId="2" w16cid:durableId="1451707023">
    <w:abstractNumId w:val="6"/>
  </w:num>
  <w:num w:numId="3" w16cid:durableId="1871648597">
    <w:abstractNumId w:val="5"/>
  </w:num>
  <w:num w:numId="4" w16cid:durableId="2074310014">
    <w:abstractNumId w:val="4"/>
  </w:num>
  <w:num w:numId="5" w16cid:durableId="1653170740">
    <w:abstractNumId w:val="7"/>
  </w:num>
  <w:num w:numId="6" w16cid:durableId="1411581242">
    <w:abstractNumId w:val="3"/>
  </w:num>
  <w:num w:numId="7" w16cid:durableId="612324142">
    <w:abstractNumId w:val="2"/>
  </w:num>
  <w:num w:numId="8" w16cid:durableId="1000233725">
    <w:abstractNumId w:val="1"/>
  </w:num>
  <w:num w:numId="9" w16cid:durableId="816190425">
    <w:abstractNumId w:val="0"/>
  </w:num>
  <w:num w:numId="10" w16cid:durableId="1752505596">
    <w:abstractNumId w:val="10"/>
    <w:lvlOverride w:ilvl="0">
      <w:startOverride w:val="1"/>
    </w:lvlOverride>
  </w:num>
  <w:num w:numId="11" w16cid:durableId="5785189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59A"/>
    <w:rsid w:val="0015074B"/>
    <w:rsid w:val="001767DE"/>
    <w:rsid w:val="001F16CE"/>
    <w:rsid w:val="0029639D"/>
    <w:rsid w:val="002B7527"/>
    <w:rsid w:val="00326F90"/>
    <w:rsid w:val="003A61D3"/>
    <w:rsid w:val="003F78AB"/>
    <w:rsid w:val="005B5B77"/>
    <w:rsid w:val="005F6A71"/>
    <w:rsid w:val="00620233"/>
    <w:rsid w:val="00767C45"/>
    <w:rsid w:val="00947A27"/>
    <w:rsid w:val="009728DC"/>
    <w:rsid w:val="00AA1D8D"/>
    <w:rsid w:val="00B47730"/>
    <w:rsid w:val="00CA1B15"/>
    <w:rsid w:val="00CB0664"/>
    <w:rsid w:val="00D30FA5"/>
    <w:rsid w:val="00E248E0"/>
    <w:rsid w:val="00E85976"/>
    <w:rsid w:val="00F03F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901BD"/>
  <w14:defaultImageDpi w14:val="300"/>
  <w15:docId w15:val="{5B16B502-F2F6-5341-8E08-334EDEAC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B5B77"/>
    <w:pPr>
      <w:spacing w:before="120" w:after="0"/>
    </w:pPr>
    <w:rPr>
      <w:b/>
      <w:bCs/>
      <w:i/>
      <w:iCs/>
      <w:sz w:val="24"/>
      <w:szCs w:val="24"/>
    </w:rPr>
  </w:style>
  <w:style w:type="character" w:styleId="Hyperlink">
    <w:name w:val="Hyperlink"/>
    <w:basedOn w:val="DefaultParagraphFont"/>
    <w:uiPriority w:val="99"/>
    <w:unhideWhenUsed/>
    <w:rsid w:val="005B5B77"/>
    <w:rPr>
      <w:color w:val="0000FF" w:themeColor="hyperlink"/>
      <w:u w:val="single"/>
    </w:rPr>
  </w:style>
  <w:style w:type="paragraph" w:styleId="TOC2">
    <w:name w:val="toc 2"/>
    <w:basedOn w:val="Normal"/>
    <w:next w:val="Normal"/>
    <w:autoRedefine/>
    <w:uiPriority w:val="39"/>
    <w:unhideWhenUsed/>
    <w:rsid w:val="005B5B77"/>
    <w:pPr>
      <w:spacing w:before="120" w:after="0"/>
      <w:ind w:left="220"/>
    </w:pPr>
    <w:rPr>
      <w:b/>
      <w:bCs/>
    </w:rPr>
  </w:style>
  <w:style w:type="paragraph" w:styleId="TOC3">
    <w:name w:val="toc 3"/>
    <w:basedOn w:val="Normal"/>
    <w:next w:val="Normal"/>
    <w:autoRedefine/>
    <w:uiPriority w:val="39"/>
    <w:unhideWhenUsed/>
    <w:rsid w:val="005B5B77"/>
    <w:pPr>
      <w:spacing w:after="0"/>
      <w:ind w:left="440"/>
    </w:pPr>
    <w:rPr>
      <w:sz w:val="20"/>
      <w:szCs w:val="20"/>
    </w:rPr>
  </w:style>
  <w:style w:type="paragraph" w:styleId="TOC4">
    <w:name w:val="toc 4"/>
    <w:basedOn w:val="Normal"/>
    <w:next w:val="Normal"/>
    <w:autoRedefine/>
    <w:uiPriority w:val="39"/>
    <w:semiHidden/>
    <w:unhideWhenUsed/>
    <w:rsid w:val="005B5B77"/>
    <w:pPr>
      <w:spacing w:after="0"/>
      <w:ind w:left="660"/>
    </w:pPr>
    <w:rPr>
      <w:sz w:val="20"/>
      <w:szCs w:val="20"/>
    </w:rPr>
  </w:style>
  <w:style w:type="paragraph" w:styleId="TOC5">
    <w:name w:val="toc 5"/>
    <w:basedOn w:val="Normal"/>
    <w:next w:val="Normal"/>
    <w:autoRedefine/>
    <w:uiPriority w:val="39"/>
    <w:semiHidden/>
    <w:unhideWhenUsed/>
    <w:rsid w:val="005B5B77"/>
    <w:pPr>
      <w:spacing w:after="0"/>
      <w:ind w:left="880"/>
    </w:pPr>
    <w:rPr>
      <w:sz w:val="20"/>
      <w:szCs w:val="20"/>
    </w:rPr>
  </w:style>
  <w:style w:type="paragraph" w:styleId="TOC6">
    <w:name w:val="toc 6"/>
    <w:basedOn w:val="Normal"/>
    <w:next w:val="Normal"/>
    <w:autoRedefine/>
    <w:uiPriority w:val="39"/>
    <w:semiHidden/>
    <w:unhideWhenUsed/>
    <w:rsid w:val="005B5B77"/>
    <w:pPr>
      <w:spacing w:after="0"/>
      <w:ind w:left="1100"/>
    </w:pPr>
    <w:rPr>
      <w:sz w:val="20"/>
      <w:szCs w:val="20"/>
    </w:rPr>
  </w:style>
  <w:style w:type="paragraph" w:styleId="TOC7">
    <w:name w:val="toc 7"/>
    <w:basedOn w:val="Normal"/>
    <w:next w:val="Normal"/>
    <w:autoRedefine/>
    <w:uiPriority w:val="39"/>
    <w:semiHidden/>
    <w:unhideWhenUsed/>
    <w:rsid w:val="005B5B77"/>
    <w:pPr>
      <w:spacing w:after="0"/>
      <w:ind w:left="1320"/>
    </w:pPr>
    <w:rPr>
      <w:sz w:val="20"/>
      <w:szCs w:val="20"/>
    </w:rPr>
  </w:style>
  <w:style w:type="paragraph" w:styleId="TOC8">
    <w:name w:val="toc 8"/>
    <w:basedOn w:val="Normal"/>
    <w:next w:val="Normal"/>
    <w:autoRedefine/>
    <w:uiPriority w:val="39"/>
    <w:semiHidden/>
    <w:unhideWhenUsed/>
    <w:rsid w:val="005B5B77"/>
    <w:pPr>
      <w:spacing w:after="0"/>
      <w:ind w:left="1540"/>
    </w:pPr>
    <w:rPr>
      <w:sz w:val="20"/>
      <w:szCs w:val="20"/>
    </w:rPr>
  </w:style>
  <w:style w:type="paragraph" w:styleId="TOC9">
    <w:name w:val="toc 9"/>
    <w:basedOn w:val="Normal"/>
    <w:next w:val="Normal"/>
    <w:autoRedefine/>
    <w:uiPriority w:val="39"/>
    <w:semiHidden/>
    <w:unhideWhenUsed/>
    <w:rsid w:val="005B5B77"/>
    <w:pPr>
      <w:spacing w:after="0"/>
      <w:ind w:left="1760"/>
    </w:pPr>
    <w:rPr>
      <w:sz w:val="20"/>
      <w:szCs w:val="20"/>
    </w:rPr>
  </w:style>
  <w:style w:type="table" w:styleId="PlainTable3">
    <w:name w:val="Plain Table 3"/>
    <w:basedOn w:val="TableNormal"/>
    <w:uiPriority w:val="99"/>
    <w:rsid w:val="00D30F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9728D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1767DE"/>
    <w:rPr>
      <w:color w:val="666666"/>
    </w:rPr>
  </w:style>
  <w:style w:type="paragraph" w:styleId="NormalWeb">
    <w:name w:val="Normal (Web)"/>
    <w:basedOn w:val="Normal"/>
    <w:uiPriority w:val="99"/>
    <w:semiHidden/>
    <w:unhideWhenUsed/>
    <w:rsid w:val="001767DE"/>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ocation">
    <w:name w:val="location"/>
    <w:basedOn w:val="Normal"/>
    <w:rsid w:val="005F6A71"/>
    <w:pPr>
      <w:spacing w:before="100" w:beforeAutospacing="1" w:after="100" w:afterAutospacing="1" w:line="240" w:lineRule="auto"/>
      <w:jc w:val="center"/>
    </w:pPr>
    <w:rPr>
      <w:rFonts w:ascii="Times New Roman" w:hAnsi="Times New Roman" w:cs="Times New Roman"/>
      <w:color w:val="9A8A74"/>
      <w:spacing w:val="30"/>
      <w:sz w:val="21"/>
      <w:szCs w:val="21"/>
      <w:lang w:eastAsia="en-GB"/>
    </w:rPr>
  </w:style>
  <w:style w:type="paragraph" w:customStyle="1" w:styleId="about-text">
    <w:name w:val="about-text"/>
    <w:basedOn w:val="Normal"/>
    <w:rsid w:val="005F6A71"/>
    <w:pPr>
      <w:spacing w:before="100" w:beforeAutospacing="1" w:after="100" w:afterAutospacing="1" w:line="240" w:lineRule="auto"/>
    </w:pPr>
    <w:rPr>
      <w:rFonts w:ascii="Times New Roman" w:hAnsi="Times New Roman" w:cs="Times New Roman"/>
      <w:color w:val="C0AE97"/>
      <w:sz w:val="24"/>
      <w:szCs w:val="24"/>
      <w:lang w:eastAsia="en-GB"/>
    </w:rPr>
  </w:style>
  <w:style w:type="character" w:customStyle="1" w:styleId="nav-logo1">
    <w:name w:val="nav-logo1"/>
    <w:basedOn w:val="DefaultParagraphFont"/>
    <w:rsid w:val="005F6A71"/>
    <w:rPr>
      <w:color w:val="E8C48A"/>
      <w:spacing w:val="30"/>
      <w:sz w:val="36"/>
      <w:szCs w:val="36"/>
    </w:rPr>
  </w:style>
  <w:style w:type="character" w:customStyle="1" w:styleId="NoSpacingChar">
    <w:name w:val="No Spacing Char"/>
    <w:basedOn w:val="DefaultParagraphFont"/>
    <w:link w:val="NoSpacing"/>
    <w:uiPriority w:val="1"/>
    <w:rsid w:val="00CA1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356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validator.w3.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2DA973600596478655DE885223F819"/>
        <w:category>
          <w:name w:val="General"/>
          <w:gallery w:val="placeholder"/>
        </w:category>
        <w:types>
          <w:type w:val="bbPlcHdr"/>
        </w:types>
        <w:behaviors>
          <w:behavior w:val="content"/>
        </w:behaviors>
        <w:guid w:val="{FD6241E7-43B4-1149-9534-F2CC2BBD392C}"/>
      </w:docPartPr>
      <w:docPartBody>
        <w:p w:rsidR="00000000" w:rsidRDefault="00777971">
          <w:r w:rsidRPr="00F73C43">
            <w:rPr>
              <w:rStyle w:val="PlaceholderText"/>
            </w:rPr>
            <w:t>Formatting...</w:t>
          </w:r>
        </w:p>
      </w:docPartBody>
    </w:docPart>
    <w:docPart>
      <w:docPartPr>
        <w:name w:val="2C4735C302D2A24CAEDAA698E33257D2"/>
        <w:category>
          <w:name w:val="General"/>
          <w:gallery w:val="placeholder"/>
        </w:category>
        <w:types>
          <w:type w:val="bbPlcHdr"/>
        </w:types>
        <w:behaviors>
          <w:behavior w:val="content"/>
        </w:behaviors>
        <w:guid w:val="{F8F22F41-1415-9C4C-8407-B472DCD1FECA}"/>
      </w:docPartPr>
      <w:docPartBody>
        <w:p w:rsidR="00000000" w:rsidRDefault="00777971">
          <w:r w:rsidRPr="00F73C43">
            <w:rPr>
              <w:rStyle w:val="PlaceholderText"/>
            </w:rPr>
            <w:t>Formatting...</w:t>
          </w:r>
        </w:p>
      </w:docPartBody>
    </w:docPart>
    <w:docPart>
      <w:docPartPr>
        <w:name w:val="1C4BC4B45D6E124EBBA6DBD3421951CB"/>
        <w:category>
          <w:name w:val="General"/>
          <w:gallery w:val="placeholder"/>
        </w:category>
        <w:types>
          <w:type w:val="bbPlcHdr"/>
        </w:types>
        <w:behaviors>
          <w:behavior w:val="content"/>
        </w:behaviors>
        <w:guid w:val="{E200E6F4-9C1C-2C48-8AF1-04A81B4FEE6A}"/>
      </w:docPartPr>
      <w:docPartBody>
        <w:p w:rsidR="00000000" w:rsidRDefault="00777971">
          <w:r w:rsidRPr="00F73C43">
            <w:rPr>
              <w:rStyle w:val="PlaceholderText"/>
            </w:rPr>
            <w:t>Formatting...</w:t>
          </w:r>
        </w:p>
      </w:docPartBody>
    </w:docPart>
    <w:docPart>
      <w:docPartPr>
        <w:name w:val="F472E8AC36DBD2428051D62A310C4077"/>
        <w:category>
          <w:name w:val="General"/>
          <w:gallery w:val="placeholder"/>
        </w:category>
        <w:types>
          <w:type w:val="bbPlcHdr"/>
        </w:types>
        <w:behaviors>
          <w:behavior w:val="content"/>
        </w:behaviors>
        <w:guid w:val="{1E43F7D6-69BA-E645-B504-6D8032D659FD}"/>
      </w:docPartPr>
      <w:docPartBody>
        <w:p w:rsidR="00000000" w:rsidRDefault="00777971">
          <w:r w:rsidRPr="00F73C43">
            <w:rPr>
              <w:rStyle w:val="PlaceholderText"/>
            </w:rPr>
            <w:t>Formatting...</w:t>
          </w:r>
        </w:p>
      </w:docPartBody>
    </w:docPart>
    <w:docPart>
      <w:docPartPr>
        <w:name w:val="94FAEC9EC1CB9A42A645A20B8D24D5E7"/>
        <w:category>
          <w:name w:val="General"/>
          <w:gallery w:val="placeholder"/>
        </w:category>
        <w:types>
          <w:type w:val="bbPlcHdr"/>
        </w:types>
        <w:behaviors>
          <w:behavior w:val="content"/>
        </w:behaviors>
        <w:guid w:val="{D5417508-842F-6340-B3F8-65FC41351F42}"/>
      </w:docPartPr>
      <w:docPartBody>
        <w:p w:rsidR="00000000" w:rsidRDefault="00777971">
          <w:r w:rsidRPr="00F73C43">
            <w:rPr>
              <w:rStyle w:val="PlaceholderText"/>
            </w:rPr>
            <w:t>Formatting...</w:t>
          </w:r>
        </w:p>
      </w:docPartBody>
    </w:docPart>
    <w:docPart>
      <w:docPartPr>
        <w:name w:val="EF21478DB9F1314F8E5300103794636F"/>
        <w:category>
          <w:name w:val="General"/>
          <w:gallery w:val="placeholder"/>
        </w:category>
        <w:types>
          <w:type w:val="bbPlcHdr"/>
        </w:types>
        <w:behaviors>
          <w:behavior w:val="content"/>
        </w:behaviors>
        <w:guid w:val="{94A06C83-7F34-1E4C-A8C7-295931194140}"/>
      </w:docPartPr>
      <w:docPartBody>
        <w:p w:rsidR="00000000" w:rsidRDefault="00777971">
          <w:r w:rsidRPr="00F73C43">
            <w:rPr>
              <w:rStyle w:val="PlaceholderText"/>
            </w:rPr>
            <w:t>Formatting...</w:t>
          </w:r>
        </w:p>
      </w:docPartBody>
    </w:docPart>
    <w:docPart>
      <w:docPartPr>
        <w:name w:val="669DC7CE340CD6499378B173B8BC70D7"/>
        <w:category>
          <w:name w:val="General"/>
          <w:gallery w:val="placeholder"/>
        </w:category>
        <w:types>
          <w:type w:val="bbPlcHdr"/>
        </w:types>
        <w:behaviors>
          <w:behavior w:val="content"/>
        </w:behaviors>
        <w:guid w:val="{6832EB58-2ED9-EA4E-A044-9690F67DF7EF}"/>
      </w:docPartPr>
      <w:docPartBody>
        <w:p w:rsidR="00000000" w:rsidRDefault="00777971" w:rsidP="00777971">
          <w:pPr>
            <w:pStyle w:val="669DC7CE340CD6499378B173B8BC70D7"/>
          </w:pPr>
          <w:r w:rsidRPr="00F73C4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71"/>
    <w:rsid w:val="00777971"/>
    <w:rsid w:val="00B9697E"/>
    <w:rsid w:val="00F0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7971"/>
    <w:rPr>
      <w:color w:val="666666"/>
    </w:rPr>
  </w:style>
  <w:style w:type="paragraph" w:customStyle="1" w:styleId="A8FA98D3F1B31244A57C89E4163176E5">
    <w:name w:val="A8FA98D3F1B31244A57C89E4163176E5"/>
    <w:rsid w:val="00777971"/>
  </w:style>
  <w:style w:type="paragraph" w:customStyle="1" w:styleId="BA427747DCA0174A882C867D2F43A801">
    <w:name w:val="BA427747DCA0174A882C867D2F43A801"/>
    <w:rsid w:val="00777971"/>
  </w:style>
  <w:style w:type="paragraph" w:customStyle="1" w:styleId="669DC7CE340CD6499378B173B8BC70D7">
    <w:name w:val="669DC7CE340CD6499378B173B8BC70D7"/>
    <w:rsid w:val="007779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90FFE2-87E7-FA46-AA49-01BBD90BDC06}">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83172410&quot;:{&quot;referencesIds&quot;:[&quot;doc:69eab91585f4c7445a4eac5a&quot;],&quot;referencesOptions&quot;:{&quot;doc:69eab91585f4c7445a4eac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72410,&quot;citationText&quot;:&quot;&lt;span style=\&quot;font-family:Aptos;font-size:14.666666666666666px;color:#000000\&quot;&gt;[4]&lt;/span&gt;&quot;},&quot;702206643&quot;:{&quot;referencesIds&quot;:[&quot;doc:69eaba53fa94f336549fe862&quot;],&quot;referencesOptions&quot;:{&quot;doc:69eaba53fa94f336549fe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206643,&quot;citationText&quot;:&quot;&lt;span style=\&quot;font-family:Aptos;font-size:14.666666666666666px;color:#000000\&quot;&gt;[6]&lt;/span&gt;&quot;},&quot;2133438613&quot;:{&quot;referencesIds&quot;:[&quot;doc:69eabdb7078c59480d9fa3b8&quot;],&quot;referencesOptions&quot;:{&quot;doc:69eabdb7078c59480d9fa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438613,&quot;citationText&quot;:&quot;&lt;span style=\&quot;font-family:Aptos;font-size:14.666666666666666px;color:#000000\&quot;&gt;[3]&lt;/span&gt;&quot;},&quot;-528029636&quot;:{&quot;referencesIds&quot;:[&quot;doc:69eab7573746ea7c96eaa71a&quot;],&quot;referencesOptions&quot;:{&quot;doc:69eab7573746ea7c96eaa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8029636,&quot;citationText&quot;:&quot;&lt;span style=\&quot;font-family:Aptos;font-size:14.666666666666666px;color:#000000\&quot;&gt;[1]&lt;/span&gt;&quot;},&quot;-1985533785&quot;:{&quot;referencesIds&quot;:[&quot;doc:69eab7763746ea7c96eaa71c&quot;],&quot;referencesOptions&quot;:{&quot;doc:69eab7763746ea7c96eaa71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5533785,&quot;citationText&quot;:&quot;&lt;span style=\&quot;font-family:Aptos;font-size:14.666666666666666px;color:#000000\&quot;&gt;[2]&lt;/span&gt;&quot;},&quot;-1838910031&quot;:{&quot;referencesIds&quot;:[&quot;doc:69eabf0d078c59480d9fa3c4&quot;],&quot;referencesOptions&quot;:{&quot;doc:69eabf0d078c59480d9fa3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910031,&quot;citationText&quot;:&quot;&lt;span style=\&quot;font-family:Aptos;font-size:14.666666666666666px;color:#000000\&quot;&gt;[5]&lt;/span&gt;&quot;}}"/>
    <we:property name="currentFolder" value="{&quot;id&quot;:&quot;project:69eab751e6029103fc083353&quot;,&quot;userId&quot;:&quot;user:68e39f487d839574a9279f27&quot;,&quot;projectId&quot;:&quot;ap:68e39f487d839574a9279f28&quot;,&quot;name&quot;:&quot;DWC&quot;,&quot;created&quot;:1776990033348,&quot;lastModified&quot;:1776990033348,&quot;position&quot;:3,&quot;isShared&quot;:false,&quot;isExampleCollection&quot;:false,&quot;isMyPublicationsCollection&quot;:false,&quot;notInFolder&quot;:false,&quot;isFavorite&quot;:tru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7459</Words>
  <Characters>42521</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 Report</dc:title>
  <dc:subject/>
  <dc:creator>Professor: Fahad Ahmed</dc:creator>
  <cp:keywords/>
  <dc:description>generated by python-docx</dc:description>
  <cp:lastModifiedBy>Kim Harry Lee Cleto (2517289)</cp:lastModifiedBy>
  <cp:revision>3</cp:revision>
  <dcterms:created xsi:type="dcterms:W3CDTF">2026-04-24T02:52:00Z</dcterms:created>
  <dcterms:modified xsi:type="dcterms:W3CDTF">2026-04-24T02:53:00Z</dcterms:modified>
  <cp:category/>
</cp:coreProperties>
</file>