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C7A6FA" w14:textId="168E69A2" w:rsidR="00525EA8" w:rsidRDefault="00525EA8">
      <w:pPr>
        <w:pStyle w:val="Title"/>
      </w:pPr>
    </w:p>
    <w:p w14:paraId="0F5D900D" w14:textId="53CEBFE3" w:rsidR="00525EA8" w:rsidRPr="00FD79B8" w:rsidRDefault="00FD79B8">
      <w:pPr>
        <w:pStyle w:val="Heading1"/>
        <w:rPr>
          <w:b w:val="0"/>
          <w:bCs w:val="0"/>
          <w:color w:val="000000" w:themeColor="text1"/>
        </w:rPr>
      </w:pPr>
      <w:r>
        <w:rPr>
          <w:b w:val="0"/>
          <w:bCs w:val="0"/>
          <w:color w:val="000000" w:themeColor="text1"/>
        </w:rPr>
        <w:t>LCHS</w:t>
      </w:r>
      <w:r w:rsidR="00096228" w:rsidRPr="00FD79B8">
        <w:rPr>
          <w:b w:val="0"/>
          <w:bCs w:val="0"/>
          <w:color w:val="000000" w:themeColor="text1"/>
        </w:rPr>
        <w:t>4010</w:t>
      </w:r>
      <w:r>
        <w:rPr>
          <w:b w:val="0"/>
          <w:bCs w:val="0"/>
          <w:color w:val="000000" w:themeColor="text1"/>
        </w:rPr>
        <w:t xml:space="preserve"> 2432273</w:t>
      </w:r>
    </w:p>
    <w:p w14:paraId="136C044A" w14:textId="76E237DF" w:rsidR="00525EA8" w:rsidRPr="00737126" w:rsidRDefault="00271B68" w:rsidP="00737126">
      <w:pPr>
        <w:spacing w:line="360" w:lineRule="auto"/>
        <w:rPr>
          <w:rFonts w:ascii="Arial" w:hAnsi="Arial" w:cs="Arial"/>
        </w:rPr>
      </w:pPr>
      <w:r w:rsidRPr="00737126">
        <w:rPr>
          <w:rFonts w:ascii="Arial" w:hAnsi="Arial" w:cs="Arial"/>
        </w:rPr>
        <w:t xml:space="preserve">Caitlin </w:t>
      </w:r>
      <w:r w:rsidR="003C7FA5" w:rsidRPr="00737126">
        <w:rPr>
          <w:rFonts w:ascii="Arial" w:hAnsi="Arial" w:cs="Arial"/>
        </w:rPr>
        <w:t>Kirton</w:t>
      </w:r>
      <w:r w:rsidRPr="00737126">
        <w:rPr>
          <w:rFonts w:ascii="Arial" w:hAnsi="Arial" w:cs="Arial"/>
        </w:rPr>
        <w:br/>
      </w:r>
      <w:r w:rsidR="005056F2" w:rsidRPr="00737126">
        <w:rPr>
          <w:rFonts w:ascii="Arial" w:hAnsi="Arial" w:cs="Arial"/>
        </w:rPr>
        <w:t>Birmingham B32 2HH</w:t>
      </w:r>
      <w:r w:rsidRPr="00737126">
        <w:rPr>
          <w:rFonts w:ascii="Arial" w:hAnsi="Arial" w:cs="Arial"/>
        </w:rPr>
        <w:br/>
      </w:r>
      <w:r w:rsidR="005056F2" w:rsidRPr="00737126">
        <w:rPr>
          <w:rFonts w:ascii="Arial" w:hAnsi="Arial" w:cs="Arial"/>
        </w:rPr>
        <w:t>07985570154</w:t>
      </w:r>
      <w:r w:rsidRPr="00737126">
        <w:rPr>
          <w:rFonts w:ascii="Arial" w:hAnsi="Arial" w:cs="Arial"/>
        </w:rPr>
        <w:br/>
      </w:r>
      <w:proofErr w:type="spellStart"/>
      <w:r w:rsidR="005056F2" w:rsidRPr="00737126">
        <w:rPr>
          <w:rFonts w:ascii="Arial" w:hAnsi="Arial" w:cs="Arial"/>
        </w:rPr>
        <w:t>Caitlinkirton1996</w:t>
      </w:r>
      <w:proofErr w:type="spellEnd"/>
      <w:r w:rsidR="005056F2" w:rsidRPr="00737126">
        <w:rPr>
          <w:rFonts w:ascii="Arial" w:hAnsi="Arial" w:cs="Arial"/>
        </w:rPr>
        <w:t>@gmail.com</w:t>
      </w:r>
    </w:p>
    <w:p w14:paraId="31ED3BE3" w14:textId="77777777" w:rsidR="00525EA8" w:rsidRPr="00737126" w:rsidRDefault="002D2935" w:rsidP="00737126">
      <w:pPr>
        <w:pStyle w:val="Heading2"/>
        <w:spacing w:line="360" w:lineRule="auto"/>
        <w:rPr>
          <w:rFonts w:ascii="Arial" w:hAnsi="Arial" w:cs="Arial"/>
          <w:b w:val="0"/>
          <w:bCs w:val="0"/>
          <w:color w:val="000000" w:themeColor="text1"/>
          <w:sz w:val="22"/>
          <w:szCs w:val="22"/>
        </w:rPr>
      </w:pPr>
      <w:r w:rsidRPr="00737126">
        <w:rPr>
          <w:rFonts w:ascii="Arial" w:hAnsi="Arial" w:cs="Arial"/>
          <w:b w:val="0"/>
          <w:bCs w:val="0"/>
          <w:color w:val="000000" w:themeColor="text1"/>
          <w:sz w:val="22"/>
          <w:szCs w:val="22"/>
        </w:rPr>
        <w:t>Personal Profile</w:t>
      </w:r>
    </w:p>
    <w:p w14:paraId="751F455C" w14:textId="77777777" w:rsidR="00525EA8" w:rsidRPr="00737126" w:rsidRDefault="002D2935" w:rsidP="00737126">
      <w:pPr>
        <w:spacing w:line="360" w:lineRule="auto"/>
        <w:rPr>
          <w:rFonts w:ascii="Arial" w:hAnsi="Arial" w:cs="Arial"/>
        </w:rPr>
      </w:pPr>
      <w:r w:rsidRPr="00737126">
        <w:rPr>
          <w:rFonts w:ascii="Arial" w:hAnsi="Arial" w:cs="Arial"/>
        </w:rPr>
        <w:t>Compassionate and dedicated Health and Social Care professional with a strong commitment to improving the quality of life for individuals in need of support. Experienced in providing informal care for a family member, demonstrating responsibility, empathy, and patience. Knowledgeable in person-centred care, promoting independence, and maintaining dignity and respect. Excellent communication and teamwork skills, with the ability to adapt to challenging situations. Seeking a role as a Healthcare Assistant where I can contribute to delivering high-quality care.</w:t>
      </w:r>
    </w:p>
    <w:p w14:paraId="4BB4C8B7" w14:textId="77777777" w:rsidR="00525EA8" w:rsidRPr="00737126" w:rsidRDefault="002D2935" w:rsidP="00737126">
      <w:pPr>
        <w:pStyle w:val="Heading2"/>
        <w:spacing w:line="360" w:lineRule="auto"/>
        <w:rPr>
          <w:rFonts w:ascii="Arial" w:hAnsi="Arial" w:cs="Arial"/>
          <w:b w:val="0"/>
          <w:bCs w:val="0"/>
          <w:color w:val="000000" w:themeColor="text1"/>
          <w:sz w:val="22"/>
          <w:szCs w:val="22"/>
        </w:rPr>
      </w:pPr>
      <w:r w:rsidRPr="00737126">
        <w:rPr>
          <w:rFonts w:ascii="Arial" w:hAnsi="Arial" w:cs="Arial"/>
          <w:b w:val="0"/>
          <w:bCs w:val="0"/>
          <w:color w:val="000000" w:themeColor="text1"/>
          <w:sz w:val="22"/>
          <w:szCs w:val="22"/>
        </w:rPr>
        <w:t>Key Skills</w:t>
      </w:r>
    </w:p>
    <w:p w14:paraId="7184FCB4" w14:textId="77777777" w:rsidR="00525EA8" w:rsidRPr="00737126" w:rsidRDefault="002D2935" w:rsidP="00737126">
      <w:pPr>
        <w:spacing w:line="360" w:lineRule="auto"/>
        <w:rPr>
          <w:rFonts w:ascii="Arial" w:hAnsi="Arial" w:cs="Arial"/>
        </w:rPr>
      </w:pPr>
      <w:r w:rsidRPr="00737126">
        <w:rPr>
          <w:rFonts w:ascii="Arial" w:hAnsi="Arial" w:cs="Arial"/>
        </w:rPr>
        <w:t>Person-centred care and support</w:t>
      </w:r>
    </w:p>
    <w:p w14:paraId="15DF78A2" w14:textId="77777777" w:rsidR="00525EA8" w:rsidRPr="00737126" w:rsidRDefault="002D2935" w:rsidP="00737126">
      <w:pPr>
        <w:spacing w:line="360" w:lineRule="auto"/>
        <w:rPr>
          <w:rFonts w:ascii="Arial" w:hAnsi="Arial" w:cs="Arial"/>
        </w:rPr>
      </w:pPr>
      <w:r w:rsidRPr="00737126">
        <w:rPr>
          <w:rFonts w:ascii="Arial" w:hAnsi="Arial" w:cs="Arial"/>
        </w:rPr>
        <w:t>Effective communication and active listening</w:t>
      </w:r>
    </w:p>
    <w:p w14:paraId="3923A044" w14:textId="77777777" w:rsidR="00525EA8" w:rsidRPr="00737126" w:rsidRDefault="002D2935" w:rsidP="00737126">
      <w:pPr>
        <w:spacing w:line="360" w:lineRule="auto"/>
        <w:rPr>
          <w:rFonts w:ascii="Arial" w:hAnsi="Arial" w:cs="Arial"/>
        </w:rPr>
      </w:pPr>
      <w:r w:rsidRPr="00737126">
        <w:rPr>
          <w:rFonts w:ascii="Arial" w:hAnsi="Arial" w:cs="Arial"/>
        </w:rPr>
        <w:t>Safeguarding and confidentiality awareness</w:t>
      </w:r>
    </w:p>
    <w:p w14:paraId="26C81A22" w14:textId="77777777" w:rsidR="00525EA8" w:rsidRPr="00737126" w:rsidRDefault="002D2935" w:rsidP="00737126">
      <w:pPr>
        <w:spacing w:line="360" w:lineRule="auto"/>
        <w:rPr>
          <w:rFonts w:ascii="Arial" w:hAnsi="Arial" w:cs="Arial"/>
        </w:rPr>
      </w:pPr>
      <w:r w:rsidRPr="00737126">
        <w:rPr>
          <w:rFonts w:ascii="Arial" w:hAnsi="Arial" w:cs="Arial"/>
        </w:rPr>
        <w:t>Teamwork and collaboration</w:t>
      </w:r>
    </w:p>
    <w:p w14:paraId="659F647D" w14:textId="77777777" w:rsidR="00525EA8" w:rsidRPr="00737126" w:rsidRDefault="002D2935" w:rsidP="00737126">
      <w:pPr>
        <w:spacing w:line="360" w:lineRule="auto"/>
        <w:rPr>
          <w:rFonts w:ascii="Arial" w:hAnsi="Arial" w:cs="Arial"/>
        </w:rPr>
      </w:pPr>
      <w:r w:rsidRPr="00737126">
        <w:rPr>
          <w:rFonts w:ascii="Arial" w:hAnsi="Arial" w:cs="Arial"/>
        </w:rPr>
        <w:t>Time management and organisation</w:t>
      </w:r>
    </w:p>
    <w:p w14:paraId="2EDEFCF5" w14:textId="77777777" w:rsidR="00525EA8" w:rsidRPr="00737126" w:rsidRDefault="002D2935" w:rsidP="00737126">
      <w:pPr>
        <w:spacing w:line="360" w:lineRule="auto"/>
        <w:rPr>
          <w:rFonts w:ascii="Arial" w:hAnsi="Arial" w:cs="Arial"/>
        </w:rPr>
      </w:pPr>
      <w:r w:rsidRPr="00737126">
        <w:rPr>
          <w:rFonts w:ascii="Arial" w:hAnsi="Arial" w:cs="Arial"/>
        </w:rPr>
        <w:t>Basic first aid and health monitoring</w:t>
      </w:r>
    </w:p>
    <w:p w14:paraId="3B9B0BE9" w14:textId="77777777" w:rsidR="00525EA8" w:rsidRPr="00737126" w:rsidRDefault="002D2935" w:rsidP="00737126">
      <w:pPr>
        <w:spacing w:line="360" w:lineRule="auto"/>
        <w:rPr>
          <w:rFonts w:ascii="Arial" w:hAnsi="Arial" w:cs="Arial"/>
        </w:rPr>
      </w:pPr>
      <w:r w:rsidRPr="00737126">
        <w:rPr>
          <w:rFonts w:ascii="Arial" w:hAnsi="Arial" w:cs="Arial"/>
        </w:rPr>
        <w:t>Empathy, patience, and emotional resilience</w:t>
      </w:r>
    </w:p>
    <w:p w14:paraId="4624B95E" w14:textId="77777777" w:rsidR="00525EA8" w:rsidRPr="00737126" w:rsidRDefault="002D2935" w:rsidP="00737126">
      <w:pPr>
        <w:spacing w:line="360" w:lineRule="auto"/>
        <w:rPr>
          <w:rFonts w:ascii="Arial" w:hAnsi="Arial" w:cs="Arial"/>
        </w:rPr>
      </w:pPr>
      <w:r w:rsidRPr="00737126">
        <w:rPr>
          <w:rFonts w:ascii="Arial" w:hAnsi="Arial" w:cs="Arial"/>
        </w:rPr>
        <w:t>Record keeping and report writing</w:t>
      </w:r>
    </w:p>
    <w:p w14:paraId="09E82F2E" w14:textId="77777777" w:rsidR="00525EA8" w:rsidRPr="00737126" w:rsidRDefault="002D2935" w:rsidP="00737126">
      <w:pPr>
        <w:pStyle w:val="Heading2"/>
        <w:spacing w:line="360" w:lineRule="auto"/>
        <w:rPr>
          <w:rFonts w:ascii="Arial" w:hAnsi="Arial" w:cs="Arial"/>
          <w:b w:val="0"/>
          <w:bCs w:val="0"/>
          <w:color w:val="000000" w:themeColor="text1"/>
          <w:sz w:val="22"/>
          <w:szCs w:val="22"/>
        </w:rPr>
      </w:pPr>
      <w:r w:rsidRPr="00737126">
        <w:rPr>
          <w:rFonts w:ascii="Arial" w:hAnsi="Arial" w:cs="Arial"/>
          <w:b w:val="0"/>
          <w:bCs w:val="0"/>
          <w:color w:val="000000" w:themeColor="text1"/>
          <w:sz w:val="22"/>
          <w:szCs w:val="22"/>
        </w:rPr>
        <w:t>Education</w:t>
      </w:r>
    </w:p>
    <w:p w14:paraId="2B66BDFF" w14:textId="32899C26" w:rsidR="00525EA8" w:rsidRPr="00737126" w:rsidRDefault="002D2935" w:rsidP="00737126">
      <w:pPr>
        <w:spacing w:line="360" w:lineRule="auto"/>
        <w:rPr>
          <w:rFonts w:ascii="Arial" w:hAnsi="Arial" w:cs="Arial"/>
        </w:rPr>
      </w:pPr>
      <w:r w:rsidRPr="00737126">
        <w:rPr>
          <w:rFonts w:ascii="Arial" w:hAnsi="Arial" w:cs="Arial"/>
        </w:rPr>
        <w:t xml:space="preserve">Level </w:t>
      </w:r>
      <w:r w:rsidR="004F0845" w:rsidRPr="00737126">
        <w:rPr>
          <w:rFonts w:ascii="Arial" w:hAnsi="Arial" w:cs="Arial"/>
        </w:rPr>
        <w:t>1</w:t>
      </w:r>
      <w:r w:rsidRPr="00737126">
        <w:rPr>
          <w:rFonts w:ascii="Arial" w:hAnsi="Arial" w:cs="Arial"/>
        </w:rPr>
        <w:t>Diploma in Health and Social Care</w:t>
      </w:r>
      <w:r w:rsidRPr="00737126">
        <w:rPr>
          <w:rFonts w:ascii="Arial" w:hAnsi="Arial" w:cs="Arial"/>
        </w:rPr>
        <w:br/>
      </w:r>
      <w:r w:rsidR="004F0845" w:rsidRPr="00737126">
        <w:rPr>
          <w:rFonts w:ascii="Arial" w:hAnsi="Arial" w:cs="Arial"/>
        </w:rPr>
        <w:t xml:space="preserve">Sutton Coldfield </w:t>
      </w:r>
      <w:r w:rsidRPr="00737126">
        <w:rPr>
          <w:rFonts w:ascii="Arial" w:hAnsi="Arial" w:cs="Arial"/>
        </w:rPr>
        <w:br/>
      </w:r>
      <w:r w:rsidRPr="00737126">
        <w:rPr>
          <w:rFonts w:ascii="Arial" w:hAnsi="Arial" w:cs="Arial"/>
        </w:rPr>
        <w:lastRenderedPageBreak/>
        <w:t>- Covered topics including safeguarding, equality and diversity, and human development</w:t>
      </w:r>
      <w:r w:rsidRPr="00737126">
        <w:rPr>
          <w:rFonts w:ascii="Arial" w:hAnsi="Arial" w:cs="Arial"/>
        </w:rPr>
        <w:br/>
        <w:t>- Completed coursework and practical assessments</w:t>
      </w:r>
    </w:p>
    <w:p w14:paraId="62EF65B3" w14:textId="77777777" w:rsidR="00B92ACB" w:rsidRPr="00737126" w:rsidRDefault="002D2935" w:rsidP="00737126">
      <w:pPr>
        <w:spacing w:line="360" w:lineRule="auto"/>
        <w:rPr>
          <w:rFonts w:ascii="Arial" w:hAnsi="Arial" w:cs="Arial"/>
        </w:rPr>
      </w:pPr>
      <w:r w:rsidRPr="00737126">
        <w:rPr>
          <w:rFonts w:ascii="Arial" w:hAnsi="Arial" w:cs="Arial"/>
        </w:rPr>
        <w:t xml:space="preserve">GCSEs </w:t>
      </w:r>
      <w:r w:rsidRPr="00737126">
        <w:rPr>
          <w:rFonts w:ascii="Arial" w:hAnsi="Arial" w:cs="Arial"/>
        </w:rPr>
        <w:br/>
      </w:r>
      <w:r w:rsidR="00B92ACB" w:rsidRPr="00737126">
        <w:rPr>
          <w:rFonts w:ascii="Arial" w:hAnsi="Arial" w:cs="Arial"/>
        </w:rPr>
        <w:t>Sutton Coldfield grades</w:t>
      </w:r>
      <w:r w:rsidRPr="00737126">
        <w:rPr>
          <w:rFonts w:ascii="Arial" w:hAnsi="Arial" w:cs="Arial"/>
        </w:rPr>
        <w:br/>
        <w:t xml:space="preserve">- English – </w:t>
      </w:r>
      <w:r w:rsidR="004F0845" w:rsidRPr="00737126">
        <w:rPr>
          <w:rFonts w:ascii="Arial" w:hAnsi="Arial" w:cs="Arial"/>
        </w:rPr>
        <w:t>4</w:t>
      </w:r>
    </w:p>
    <w:p w14:paraId="1F93A1A7" w14:textId="63D346ED" w:rsidR="00525EA8" w:rsidRPr="00737126" w:rsidRDefault="002D2935" w:rsidP="00737126">
      <w:pPr>
        <w:spacing w:line="360" w:lineRule="auto"/>
        <w:rPr>
          <w:rFonts w:ascii="Arial" w:hAnsi="Arial" w:cs="Arial"/>
        </w:rPr>
      </w:pPr>
      <w:r w:rsidRPr="00737126">
        <w:rPr>
          <w:rFonts w:ascii="Arial" w:hAnsi="Arial" w:cs="Arial"/>
        </w:rPr>
        <w:br/>
        <w:t xml:space="preserve">- Mathematics – Grade </w:t>
      </w:r>
      <w:r w:rsidR="00B92ACB" w:rsidRPr="00737126">
        <w:rPr>
          <w:rFonts w:ascii="Arial" w:hAnsi="Arial" w:cs="Arial"/>
        </w:rPr>
        <w:t>3</w:t>
      </w:r>
      <w:r w:rsidRPr="00737126">
        <w:rPr>
          <w:rFonts w:ascii="Arial" w:hAnsi="Arial" w:cs="Arial"/>
        </w:rPr>
        <w:br/>
        <w:t xml:space="preserve">- Science – Grade </w:t>
      </w:r>
      <w:r w:rsidR="00B92ACB" w:rsidRPr="00737126">
        <w:rPr>
          <w:rFonts w:ascii="Arial" w:hAnsi="Arial" w:cs="Arial"/>
        </w:rPr>
        <w:t>2</w:t>
      </w:r>
    </w:p>
    <w:p w14:paraId="7DAD381D" w14:textId="77777777" w:rsidR="00525EA8" w:rsidRPr="00737126" w:rsidRDefault="002D2935" w:rsidP="00737126">
      <w:pPr>
        <w:pStyle w:val="Heading2"/>
        <w:spacing w:line="360" w:lineRule="auto"/>
        <w:rPr>
          <w:rFonts w:ascii="Arial" w:hAnsi="Arial" w:cs="Arial"/>
          <w:b w:val="0"/>
          <w:bCs w:val="0"/>
          <w:color w:val="000000" w:themeColor="text1"/>
          <w:sz w:val="22"/>
          <w:szCs w:val="22"/>
        </w:rPr>
      </w:pPr>
      <w:r w:rsidRPr="00737126">
        <w:rPr>
          <w:rFonts w:ascii="Arial" w:hAnsi="Arial" w:cs="Arial"/>
          <w:b w:val="0"/>
          <w:bCs w:val="0"/>
          <w:color w:val="000000" w:themeColor="text1"/>
          <w:sz w:val="22"/>
          <w:szCs w:val="22"/>
        </w:rPr>
        <w:t>Relevant Care Experience</w:t>
      </w:r>
    </w:p>
    <w:p w14:paraId="794EB66E" w14:textId="5816A373" w:rsidR="00525EA8" w:rsidRPr="00737126" w:rsidRDefault="002D2935" w:rsidP="00737126">
      <w:pPr>
        <w:spacing w:line="360" w:lineRule="auto"/>
        <w:rPr>
          <w:rFonts w:ascii="Arial" w:hAnsi="Arial" w:cs="Arial"/>
        </w:rPr>
      </w:pPr>
      <w:r w:rsidRPr="00737126">
        <w:rPr>
          <w:rFonts w:ascii="Arial" w:hAnsi="Arial" w:cs="Arial"/>
        </w:rPr>
        <w:t xml:space="preserve">Family Caregiver </w:t>
      </w:r>
      <w:r w:rsidRPr="00737126">
        <w:rPr>
          <w:rFonts w:ascii="Arial" w:hAnsi="Arial" w:cs="Arial"/>
        </w:rPr>
        <w:br/>
      </w:r>
      <w:r w:rsidR="00B92ACB" w:rsidRPr="00737126">
        <w:rPr>
          <w:rFonts w:ascii="Arial" w:hAnsi="Arial" w:cs="Arial"/>
        </w:rPr>
        <w:t xml:space="preserve">Birmingham </w:t>
      </w:r>
      <w:r w:rsidRPr="00737126">
        <w:rPr>
          <w:rFonts w:ascii="Arial" w:hAnsi="Arial" w:cs="Arial"/>
        </w:rPr>
        <w:br/>
      </w:r>
      <w:r w:rsidR="001D0468" w:rsidRPr="00737126">
        <w:rPr>
          <w:rFonts w:ascii="Arial" w:hAnsi="Arial" w:cs="Arial"/>
        </w:rPr>
        <w:t>2022</w:t>
      </w:r>
      <w:r w:rsidRPr="00737126">
        <w:rPr>
          <w:rFonts w:ascii="Arial" w:hAnsi="Arial" w:cs="Arial"/>
        </w:rPr>
        <w:br/>
        <w:t>- Provided daily care and support for my grandmother, including personal care, meal preparation, and companionship</w:t>
      </w:r>
      <w:r w:rsidRPr="00737126">
        <w:rPr>
          <w:rFonts w:ascii="Arial" w:hAnsi="Arial" w:cs="Arial"/>
        </w:rPr>
        <w:br/>
        <w:t>- Assisted with mobility and ensuring a safe living environment</w:t>
      </w:r>
      <w:r w:rsidRPr="00737126">
        <w:rPr>
          <w:rFonts w:ascii="Arial" w:hAnsi="Arial" w:cs="Arial"/>
        </w:rPr>
        <w:br/>
        <w:t>- Demonstrated patience, empathy, and understanding when responding to her needs</w:t>
      </w:r>
      <w:r w:rsidRPr="00737126">
        <w:rPr>
          <w:rFonts w:ascii="Arial" w:hAnsi="Arial" w:cs="Arial"/>
        </w:rPr>
        <w:br/>
        <w:t>- Supported emotional wellbeing through conversation and social interaction</w:t>
      </w:r>
      <w:r w:rsidRPr="00737126">
        <w:rPr>
          <w:rFonts w:ascii="Arial" w:hAnsi="Arial" w:cs="Arial"/>
        </w:rPr>
        <w:br/>
        <w:t>- Maintained responsibility and reliability in delivering consistent care</w:t>
      </w:r>
    </w:p>
    <w:p w14:paraId="5BB98A94" w14:textId="77777777" w:rsidR="00525EA8" w:rsidRPr="00737126" w:rsidRDefault="002D2935" w:rsidP="00737126">
      <w:pPr>
        <w:pStyle w:val="Heading2"/>
        <w:spacing w:line="360" w:lineRule="auto"/>
        <w:rPr>
          <w:rFonts w:ascii="Arial" w:hAnsi="Arial" w:cs="Arial"/>
          <w:b w:val="0"/>
          <w:bCs w:val="0"/>
          <w:color w:val="1A1A1A" w:themeColor="background1" w:themeShade="1A"/>
          <w:sz w:val="22"/>
          <w:szCs w:val="22"/>
        </w:rPr>
      </w:pPr>
      <w:r w:rsidRPr="00737126">
        <w:rPr>
          <w:rFonts w:ascii="Arial" w:hAnsi="Arial" w:cs="Arial"/>
          <w:b w:val="0"/>
          <w:bCs w:val="0"/>
          <w:color w:val="1A1A1A" w:themeColor="background1" w:themeShade="1A"/>
          <w:sz w:val="22"/>
          <w:szCs w:val="22"/>
        </w:rPr>
        <w:t>Achievements</w:t>
      </w:r>
    </w:p>
    <w:p w14:paraId="780629E7" w14:textId="6F57B333" w:rsidR="00525EA8" w:rsidRPr="00737126" w:rsidRDefault="002D2935" w:rsidP="00737126">
      <w:pPr>
        <w:spacing w:line="360" w:lineRule="auto"/>
        <w:rPr>
          <w:rFonts w:ascii="Arial" w:hAnsi="Arial" w:cs="Arial"/>
        </w:rPr>
      </w:pPr>
      <w:r w:rsidRPr="00737126">
        <w:rPr>
          <w:rFonts w:ascii="Arial" w:hAnsi="Arial" w:cs="Arial"/>
        </w:rPr>
        <w:t>- Successfully completed coursework and assessments in Health and Social Care</w:t>
      </w:r>
      <w:r w:rsidRPr="00737126">
        <w:rPr>
          <w:rFonts w:ascii="Arial" w:hAnsi="Arial" w:cs="Arial"/>
        </w:rPr>
        <w:br/>
        <w:t>- Completed safeguarding and first aid training</w:t>
      </w:r>
    </w:p>
    <w:p w14:paraId="1F827077" w14:textId="77777777" w:rsidR="00525EA8" w:rsidRPr="00737126" w:rsidRDefault="002D2935" w:rsidP="00737126">
      <w:pPr>
        <w:pStyle w:val="Heading2"/>
        <w:spacing w:line="360" w:lineRule="auto"/>
        <w:rPr>
          <w:rFonts w:ascii="Arial" w:hAnsi="Arial" w:cs="Arial"/>
          <w:b w:val="0"/>
          <w:bCs w:val="0"/>
          <w:color w:val="000000" w:themeColor="text1"/>
          <w:sz w:val="22"/>
          <w:szCs w:val="22"/>
        </w:rPr>
      </w:pPr>
      <w:r w:rsidRPr="00737126">
        <w:rPr>
          <w:rFonts w:ascii="Arial" w:hAnsi="Arial" w:cs="Arial"/>
          <w:b w:val="0"/>
          <w:bCs w:val="0"/>
          <w:color w:val="000000" w:themeColor="text1"/>
          <w:sz w:val="22"/>
          <w:szCs w:val="22"/>
        </w:rPr>
        <w:t>Interests and Hobbies</w:t>
      </w:r>
    </w:p>
    <w:p w14:paraId="3B7D00B8" w14:textId="7D1ADB12" w:rsidR="00525EA8" w:rsidRPr="00737126" w:rsidRDefault="002D2935" w:rsidP="00737126">
      <w:pPr>
        <w:spacing w:line="360" w:lineRule="auto"/>
        <w:rPr>
          <w:rFonts w:ascii="Arial" w:hAnsi="Arial" w:cs="Arial"/>
        </w:rPr>
      </w:pPr>
      <w:r w:rsidRPr="00737126">
        <w:rPr>
          <w:rFonts w:ascii="Arial" w:hAnsi="Arial" w:cs="Arial"/>
        </w:rPr>
        <w:br/>
        <w:t>- Fitness and wellbeing activities</w:t>
      </w:r>
      <w:r w:rsidRPr="00737126">
        <w:rPr>
          <w:rFonts w:ascii="Arial" w:hAnsi="Arial" w:cs="Arial"/>
        </w:rPr>
        <w:br/>
        <w:t>- Reading about health and care practices</w:t>
      </w:r>
      <w:r w:rsidRPr="00737126">
        <w:rPr>
          <w:rFonts w:ascii="Arial" w:hAnsi="Arial" w:cs="Arial"/>
        </w:rPr>
        <w:br/>
        <w:t xml:space="preserve">- </w:t>
      </w:r>
      <w:proofErr w:type="spellStart"/>
      <w:r w:rsidRPr="00737126">
        <w:rPr>
          <w:rFonts w:ascii="Arial" w:hAnsi="Arial" w:cs="Arial"/>
        </w:rPr>
        <w:t>Socialising</w:t>
      </w:r>
      <w:proofErr w:type="spellEnd"/>
      <w:r w:rsidRPr="00737126">
        <w:rPr>
          <w:rFonts w:ascii="Arial" w:hAnsi="Arial" w:cs="Arial"/>
        </w:rPr>
        <w:t xml:space="preserve"> and </w:t>
      </w:r>
      <w:r w:rsidR="00D67EA2" w:rsidRPr="00737126">
        <w:rPr>
          <w:rFonts w:ascii="Arial" w:hAnsi="Arial" w:cs="Arial"/>
        </w:rPr>
        <w:t xml:space="preserve">supporting family and friends </w:t>
      </w:r>
    </w:p>
    <w:p w14:paraId="2A139A7B" w14:textId="77777777" w:rsidR="00B25EB4" w:rsidRPr="00737126" w:rsidRDefault="00B25EB4" w:rsidP="00737126">
      <w:pPr>
        <w:spacing w:line="360" w:lineRule="auto"/>
        <w:rPr>
          <w:rFonts w:ascii="Arial" w:hAnsi="Arial" w:cs="Arial"/>
        </w:rPr>
      </w:pPr>
    </w:p>
    <w:p w14:paraId="55089935" w14:textId="77777777" w:rsidR="00B25EB4" w:rsidRPr="00737126" w:rsidRDefault="00B25EB4" w:rsidP="00737126">
      <w:pPr>
        <w:pStyle w:val="NormalWeb"/>
        <w:spacing w:line="360" w:lineRule="auto"/>
        <w:rPr>
          <w:rFonts w:ascii="Arial" w:hAnsi="Arial" w:cs="Arial"/>
          <w:color w:val="000000"/>
          <w:sz w:val="22"/>
          <w:szCs w:val="22"/>
        </w:rPr>
      </w:pPr>
      <w:r w:rsidRPr="00737126">
        <w:rPr>
          <w:rFonts w:ascii="Arial" w:hAnsi="Arial" w:cs="Arial"/>
          <w:color w:val="000000"/>
          <w:sz w:val="22"/>
          <w:szCs w:val="22"/>
        </w:rPr>
        <w:t xml:space="preserve">I am applying for a role within health and social care as I am passionate about working towards becoming a paediatric nurse. My long-term career aim is to specialise in caring for children and young people, supporting their physical, emotional, and developmental </w:t>
      </w:r>
      <w:r w:rsidRPr="00737126">
        <w:rPr>
          <w:rFonts w:ascii="Arial" w:hAnsi="Arial" w:cs="Arial"/>
          <w:color w:val="000000"/>
          <w:sz w:val="22"/>
          <w:szCs w:val="22"/>
        </w:rPr>
        <w:lastRenderedPageBreak/>
        <w:t>needs. I am particularly interested in paediatric nursing because it allows me to make a positive difference in the lives of children and their families during challenging times. I am motivated to build my knowledge, gain experience, and progress into university to achieve my goal of becoming a qualified paediatric nurse.</w:t>
      </w:r>
    </w:p>
    <w:p w14:paraId="45EA6FAE" w14:textId="3A5932CD" w:rsidR="00B25EB4" w:rsidRPr="00737126" w:rsidRDefault="00B25EB4" w:rsidP="00737126">
      <w:pPr>
        <w:pStyle w:val="NormalWeb"/>
        <w:spacing w:line="360" w:lineRule="auto"/>
        <w:rPr>
          <w:rFonts w:ascii="Arial" w:hAnsi="Arial" w:cs="Arial"/>
          <w:color w:val="000000"/>
          <w:sz w:val="22"/>
          <w:szCs w:val="22"/>
        </w:rPr>
      </w:pPr>
      <w:r w:rsidRPr="00737126">
        <w:rPr>
          <w:rFonts w:ascii="Arial" w:hAnsi="Arial" w:cs="Arial"/>
          <w:color w:val="000000"/>
          <w:sz w:val="22"/>
          <w:szCs w:val="22"/>
        </w:rPr>
        <w:t xml:space="preserve">I have completed a Level </w:t>
      </w:r>
      <w:r w:rsidR="001411D8">
        <w:rPr>
          <w:rFonts w:ascii="Arial" w:hAnsi="Arial" w:cs="Arial"/>
          <w:color w:val="000000"/>
          <w:sz w:val="22"/>
          <w:szCs w:val="22"/>
        </w:rPr>
        <w:t>1</w:t>
      </w:r>
      <w:r w:rsidRPr="00737126">
        <w:rPr>
          <w:rFonts w:ascii="Arial" w:hAnsi="Arial" w:cs="Arial"/>
          <w:color w:val="000000"/>
          <w:sz w:val="22"/>
          <w:szCs w:val="22"/>
        </w:rPr>
        <w:t xml:space="preserve"> Diploma in Health and Social Care, where I developed a strong understanding of important topics such as safeguarding, child development, equality and diversity, and duty of care. This course has provided me with both theoretical knowledge and an awareness of professional responsibilities when working with vulnerable individuals. I understand the importance of maintaining confidentiality, promoting wellbeing, and ensuring that care is always person-centred and tailored to individual needs. My education has prepared me to approach care with professionalism and responsibility.</w:t>
      </w:r>
    </w:p>
    <w:p w14:paraId="4DCB2F7E" w14:textId="77777777" w:rsidR="00B25EB4" w:rsidRPr="00737126" w:rsidRDefault="00B25EB4" w:rsidP="00737126">
      <w:pPr>
        <w:pStyle w:val="NormalWeb"/>
        <w:spacing w:line="360" w:lineRule="auto"/>
        <w:rPr>
          <w:rFonts w:ascii="Arial" w:hAnsi="Arial" w:cs="Arial"/>
          <w:color w:val="000000"/>
          <w:sz w:val="22"/>
          <w:szCs w:val="22"/>
        </w:rPr>
      </w:pPr>
      <w:r w:rsidRPr="00737126">
        <w:rPr>
          <w:rFonts w:ascii="Arial" w:hAnsi="Arial" w:cs="Arial"/>
          <w:color w:val="000000"/>
          <w:sz w:val="22"/>
          <w:szCs w:val="22"/>
        </w:rPr>
        <w:t>In addition to my studies, I have gained valuable experience through caring for my grandmother. This experience has helped me develop key skills that are highly relevant to paediatric nursing. I supported her with daily activities such as personal care, meal preparation, and mobility, while also providing emotional support and companionship. This has strengthened my patience, empathy, and ability to respond to different needs. Although this experience involved caring for an older adult, the skills I developed are transferable to working with children, such as communication, understanding individual needs, and providing comfort and reassurance.</w:t>
      </w:r>
    </w:p>
    <w:p w14:paraId="06E9C0FB" w14:textId="77777777" w:rsidR="00B25EB4" w:rsidRPr="00737126" w:rsidRDefault="00B25EB4" w:rsidP="00737126">
      <w:pPr>
        <w:pStyle w:val="NormalWeb"/>
        <w:spacing w:line="360" w:lineRule="auto"/>
        <w:rPr>
          <w:rFonts w:ascii="Arial" w:hAnsi="Arial" w:cs="Arial"/>
          <w:color w:val="000000"/>
          <w:sz w:val="22"/>
          <w:szCs w:val="22"/>
        </w:rPr>
      </w:pPr>
      <w:r w:rsidRPr="00737126">
        <w:rPr>
          <w:rFonts w:ascii="Arial" w:hAnsi="Arial" w:cs="Arial"/>
          <w:color w:val="000000"/>
          <w:sz w:val="22"/>
          <w:szCs w:val="22"/>
        </w:rPr>
        <w:t>I believe my personal strengths make me well-suited to a future career in paediatric nursing. I am a caring and compassionate individual who is able to remain calm in stressful situations. I have strong communication skills, which are essential when working with children and their families, as it is important to explain information clearly and provide reassurance. I am also patient, adaptable, and attentive, which allows me to build trust and provide a high standard of care. I am able to work effectively both independently and as part of a team, which is essential in healthcare settings.</w:t>
      </w:r>
    </w:p>
    <w:p w14:paraId="509D063E" w14:textId="77777777" w:rsidR="00B25EB4" w:rsidRPr="00737126" w:rsidRDefault="00B25EB4" w:rsidP="00737126">
      <w:pPr>
        <w:pStyle w:val="NormalWeb"/>
        <w:spacing w:line="360" w:lineRule="auto"/>
        <w:rPr>
          <w:rFonts w:ascii="Arial" w:hAnsi="Arial" w:cs="Arial"/>
          <w:color w:val="000000"/>
          <w:sz w:val="22"/>
          <w:szCs w:val="22"/>
        </w:rPr>
      </w:pPr>
      <w:r w:rsidRPr="00737126">
        <w:rPr>
          <w:rFonts w:ascii="Arial" w:hAnsi="Arial" w:cs="Arial"/>
          <w:color w:val="000000"/>
          <w:sz w:val="22"/>
          <w:szCs w:val="22"/>
        </w:rPr>
        <w:t xml:space="preserve">In terms of professional skills, I have a good understanding of safeguarding procedures, infection prevention and control, and the importance of promoting a safe environment. I am committed to continuous learning and development, as I understand that healthcare </w:t>
      </w:r>
      <w:r w:rsidRPr="00737126">
        <w:rPr>
          <w:rFonts w:ascii="Arial" w:hAnsi="Arial" w:cs="Arial"/>
          <w:color w:val="000000"/>
          <w:sz w:val="22"/>
          <w:szCs w:val="22"/>
        </w:rPr>
        <w:lastRenderedPageBreak/>
        <w:t>is constantly evolving. I am also aware of the importance of promoting children’s independence and supporting their emotional wellbeing alongside their physical health.</w:t>
      </w:r>
    </w:p>
    <w:p w14:paraId="0793BFA3" w14:textId="77777777" w:rsidR="00876726" w:rsidRPr="00737126" w:rsidRDefault="00876726" w:rsidP="00737126">
      <w:pPr>
        <w:pStyle w:val="NormalWeb"/>
        <w:spacing w:line="360" w:lineRule="auto"/>
        <w:rPr>
          <w:rFonts w:ascii="Arial" w:hAnsi="Arial" w:cs="Arial"/>
          <w:color w:val="000000"/>
          <w:sz w:val="22"/>
          <w:szCs w:val="22"/>
        </w:rPr>
      </w:pPr>
    </w:p>
    <w:p w14:paraId="46E94EF2" w14:textId="77777777" w:rsidR="00876726" w:rsidRPr="00737126" w:rsidRDefault="00876726" w:rsidP="00737126">
      <w:pPr>
        <w:numPr>
          <w:ilvl w:val="0"/>
          <w:numId w:val="10"/>
        </w:numPr>
        <w:spacing w:before="100" w:beforeAutospacing="1" w:after="100" w:afterAutospacing="1" w:line="360" w:lineRule="auto"/>
        <w:rPr>
          <w:rFonts w:ascii="Arial" w:eastAsia="Times New Roman" w:hAnsi="Arial" w:cs="Arial"/>
          <w:color w:val="000000"/>
          <w:lang w:val="en-GB" w:eastAsia="en-GB"/>
        </w:rPr>
      </w:pPr>
      <w:r w:rsidRPr="00737126">
        <w:rPr>
          <w:rFonts w:ascii="Arial" w:eastAsia="Times New Roman" w:hAnsi="Arial" w:cs="Arial"/>
          <w:color w:val="000000"/>
          <w:lang w:val="en-GB" w:eastAsia="en-GB"/>
        </w:rPr>
        <w:t>I am a caring and compassionate person, which is essential when working with children and families.</w:t>
      </w:r>
    </w:p>
    <w:p w14:paraId="7F86825C" w14:textId="77777777" w:rsidR="00876726" w:rsidRPr="00737126" w:rsidRDefault="00876726" w:rsidP="00737126">
      <w:pPr>
        <w:numPr>
          <w:ilvl w:val="0"/>
          <w:numId w:val="10"/>
        </w:numPr>
        <w:spacing w:before="100" w:beforeAutospacing="1" w:after="100" w:afterAutospacing="1" w:line="360" w:lineRule="auto"/>
        <w:rPr>
          <w:rFonts w:ascii="Arial" w:eastAsia="Times New Roman" w:hAnsi="Arial" w:cs="Arial"/>
          <w:color w:val="000000"/>
          <w:lang w:val="en-GB" w:eastAsia="en-GB"/>
        </w:rPr>
      </w:pPr>
      <w:r w:rsidRPr="00737126">
        <w:rPr>
          <w:rFonts w:ascii="Arial" w:eastAsia="Times New Roman" w:hAnsi="Arial" w:cs="Arial"/>
          <w:color w:val="000000"/>
          <w:lang w:val="en-GB" w:eastAsia="en-GB"/>
        </w:rPr>
        <w:t>I have good communication skills, allowing me to explain things clearly and provide reassurance.</w:t>
      </w:r>
    </w:p>
    <w:p w14:paraId="66440B91" w14:textId="77777777" w:rsidR="00876726" w:rsidRPr="00737126" w:rsidRDefault="00876726" w:rsidP="00737126">
      <w:pPr>
        <w:numPr>
          <w:ilvl w:val="0"/>
          <w:numId w:val="10"/>
        </w:numPr>
        <w:spacing w:before="100" w:beforeAutospacing="1" w:after="100" w:afterAutospacing="1" w:line="360" w:lineRule="auto"/>
        <w:rPr>
          <w:rFonts w:ascii="Arial" w:eastAsia="Times New Roman" w:hAnsi="Arial" w:cs="Arial"/>
          <w:color w:val="000000"/>
          <w:lang w:val="en-GB" w:eastAsia="en-GB"/>
        </w:rPr>
      </w:pPr>
      <w:r w:rsidRPr="00737126">
        <w:rPr>
          <w:rFonts w:ascii="Arial" w:eastAsia="Times New Roman" w:hAnsi="Arial" w:cs="Arial"/>
          <w:color w:val="000000"/>
          <w:lang w:val="en-GB" w:eastAsia="en-GB"/>
        </w:rPr>
        <w:t>I am patient and understanding, which helps when supporting children who may be anxious or unwell.</w:t>
      </w:r>
    </w:p>
    <w:p w14:paraId="5B7C9529" w14:textId="77777777" w:rsidR="00876726" w:rsidRPr="00737126" w:rsidRDefault="00876726" w:rsidP="00737126">
      <w:pPr>
        <w:numPr>
          <w:ilvl w:val="0"/>
          <w:numId w:val="10"/>
        </w:numPr>
        <w:spacing w:before="100" w:beforeAutospacing="1" w:after="100" w:afterAutospacing="1" w:line="360" w:lineRule="auto"/>
        <w:rPr>
          <w:rFonts w:ascii="Arial" w:eastAsia="Times New Roman" w:hAnsi="Arial" w:cs="Arial"/>
          <w:color w:val="000000"/>
          <w:lang w:val="en-GB" w:eastAsia="en-GB"/>
        </w:rPr>
      </w:pPr>
      <w:r w:rsidRPr="00737126">
        <w:rPr>
          <w:rFonts w:ascii="Arial" w:eastAsia="Times New Roman" w:hAnsi="Arial" w:cs="Arial"/>
          <w:color w:val="000000"/>
          <w:lang w:val="en-GB" w:eastAsia="en-GB"/>
        </w:rPr>
        <w:t>I have completed a Level 3 Diploma in Health and Social Care, giving me knowledge of safeguarding, care values, and child development.</w:t>
      </w:r>
    </w:p>
    <w:p w14:paraId="55733DC7" w14:textId="77777777" w:rsidR="00876726" w:rsidRPr="00737126" w:rsidRDefault="00876726" w:rsidP="00737126">
      <w:pPr>
        <w:numPr>
          <w:ilvl w:val="0"/>
          <w:numId w:val="10"/>
        </w:numPr>
        <w:spacing w:before="100" w:beforeAutospacing="1" w:after="100" w:afterAutospacing="1" w:line="360" w:lineRule="auto"/>
        <w:rPr>
          <w:rFonts w:ascii="Arial" w:eastAsia="Times New Roman" w:hAnsi="Arial" w:cs="Arial"/>
          <w:color w:val="000000"/>
          <w:lang w:val="en-GB" w:eastAsia="en-GB"/>
        </w:rPr>
      </w:pPr>
      <w:r w:rsidRPr="00737126">
        <w:rPr>
          <w:rFonts w:ascii="Arial" w:eastAsia="Times New Roman" w:hAnsi="Arial" w:cs="Arial"/>
          <w:color w:val="000000"/>
          <w:lang w:val="en-GB" w:eastAsia="en-GB"/>
        </w:rPr>
        <w:t>I have experience caring for my grandmother, which has helped me develop responsibility, empathy, and practical care skills.</w:t>
      </w:r>
    </w:p>
    <w:p w14:paraId="4115ED1C" w14:textId="77777777" w:rsidR="00876726" w:rsidRPr="00737126" w:rsidRDefault="00876726" w:rsidP="00737126">
      <w:pPr>
        <w:spacing w:before="100" w:beforeAutospacing="1" w:after="100" w:afterAutospacing="1" w:line="360" w:lineRule="auto"/>
        <w:outlineLvl w:val="2"/>
        <w:rPr>
          <w:rFonts w:ascii="Arial" w:eastAsia="Times New Roman" w:hAnsi="Arial" w:cs="Arial"/>
          <w:color w:val="000000"/>
          <w:lang w:val="en-GB" w:eastAsia="en-GB"/>
        </w:rPr>
      </w:pPr>
      <w:r w:rsidRPr="00737126">
        <w:rPr>
          <w:rFonts w:ascii="Arial" w:eastAsia="Times New Roman" w:hAnsi="Arial" w:cs="Arial"/>
          <w:color w:val="000000"/>
          <w:lang w:val="en-GB" w:eastAsia="en-GB"/>
        </w:rPr>
        <w:t>Weaknesses</w:t>
      </w:r>
    </w:p>
    <w:p w14:paraId="013621A5" w14:textId="77777777" w:rsidR="00876726" w:rsidRPr="00737126" w:rsidRDefault="00876726" w:rsidP="00737126">
      <w:pPr>
        <w:numPr>
          <w:ilvl w:val="0"/>
          <w:numId w:val="11"/>
        </w:numPr>
        <w:spacing w:before="100" w:beforeAutospacing="1" w:after="100" w:afterAutospacing="1" w:line="360" w:lineRule="auto"/>
        <w:rPr>
          <w:rFonts w:ascii="Arial" w:eastAsia="Times New Roman" w:hAnsi="Arial" w:cs="Arial"/>
          <w:color w:val="000000"/>
          <w:lang w:val="en-GB" w:eastAsia="en-GB"/>
        </w:rPr>
      </w:pPr>
      <w:r w:rsidRPr="00737126">
        <w:rPr>
          <w:rFonts w:ascii="Arial" w:eastAsia="Times New Roman" w:hAnsi="Arial" w:cs="Arial"/>
          <w:color w:val="000000"/>
          <w:lang w:val="en-GB" w:eastAsia="en-GB"/>
        </w:rPr>
        <w:t>I have limited professional experience working in a clinical healthcare setting.</w:t>
      </w:r>
    </w:p>
    <w:p w14:paraId="14B55B96" w14:textId="77777777" w:rsidR="00876726" w:rsidRPr="00737126" w:rsidRDefault="00876726" w:rsidP="00737126">
      <w:pPr>
        <w:numPr>
          <w:ilvl w:val="0"/>
          <w:numId w:val="11"/>
        </w:numPr>
        <w:spacing w:before="100" w:beforeAutospacing="1" w:after="100" w:afterAutospacing="1" w:line="360" w:lineRule="auto"/>
        <w:rPr>
          <w:rFonts w:ascii="Arial" w:eastAsia="Times New Roman" w:hAnsi="Arial" w:cs="Arial"/>
          <w:color w:val="000000"/>
          <w:lang w:val="en-GB" w:eastAsia="en-GB"/>
        </w:rPr>
      </w:pPr>
      <w:r w:rsidRPr="00737126">
        <w:rPr>
          <w:rFonts w:ascii="Arial" w:eastAsia="Times New Roman" w:hAnsi="Arial" w:cs="Arial"/>
          <w:color w:val="000000"/>
          <w:lang w:val="en-GB" w:eastAsia="en-GB"/>
        </w:rPr>
        <w:t>I may lack confidence in high-pressure or emergency situations.</w:t>
      </w:r>
    </w:p>
    <w:p w14:paraId="0C873627" w14:textId="77777777" w:rsidR="00876726" w:rsidRPr="00737126" w:rsidRDefault="00876726" w:rsidP="00737126">
      <w:pPr>
        <w:numPr>
          <w:ilvl w:val="0"/>
          <w:numId w:val="11"/>
        </w:numPr>
        <w:spacing w:before="100" w:beforeAutospacing="1" w:after="100" w:afterAutospacing="1" w:line="360" w:lineRule="auto"/>
        <w:rPr>
          <w:rFonts w:ascii="Arial" w:eastAsia="Times New Roman" w:hAnsi="Arial" w:cs="Arial"/>
          <w:color w:val="000000"/>
          <w:lang w:val="en-GB" w:eastAsia="en-GB"/>
        </w:rPr>
      </w:pPr>
      <w:r w:rsidRPr="00737126">
        <w:rPr>
          <w:rFonts w:ascii="Arial" w:eastAsia="Times New Roman" w:hAnsi="Arial" w:cs="Arial"/>
          <w:color w:val="000000"/>
          <w:lang w:val="en-GB" w:eastAsia="en-GB"/>
        </w:rPr>
        <w:t>My medical knowledge and practical nursing skills are still developing.</w:t>
      </w:r>
    </w:p>
    <w:p w14:paraId="3A353F09" w14:textId="77777777" w:rsidR="00876726" w:rsidRPr="00737126" w:rsidRDefault="00876726" w:rsidP="00737126">
      <w:pPr>
        <w:numPr>
          <w:ilvl w:val="0"/>
          <w:numId w:val="11"/>
        </w:numPr>
        <w:spacing w:before="100" w:beforeAutospacing="1" w:after="100" w:afterAutospacing="1" w:line="360" w:lineRule="auto"/>
        <w:rPr>
          <w:rFonts w:ascii="Arial" w:eastAsia="Times New Roman" w:hAnsi="Arial" w:cs="Arial"/>
          <w:color w:val="000000"/>
          <w:lang w:val="en-GB" w:eastAsia="en-GB"/>
        </w:rPr>
      </w:pPr>
      <w:r w:rsidRPr="00737126">
        <w:rPr>
          <w:rFonts w:ascii="Arial" w:eastAsia="Times New Roman" w:hAnsi="Arial" w:cs="Arial"/>
          <w:color w:val="000000"/>
          <w:lang w:val="en-GB" w:eastAsia="en-GB"/>
        </w:rPr>
        <w:t>I may need to improve my confidence when communicating with healthcare professionals.</w:t>
      </w:r>
    </w:p>
    <w:p w14:paraId="0FF32840" w14:textId="77777777" w:rsidR="00876726" w:rsidRPr="00737126" w:rsidRDefault="00876726" w:rsidP="00737126">
      <w:pPr>
        <w:numPr>
          <w:ilvl w:val="0"/>
          <w:numId w:val="12"/>
        </w:numPr>
        <w:spacing w:before="100" w:beforeAutospacing="1" w:after="100" w:afterAutospacing="1" w:line="360" w:lineRule="auto"/>
        <w:rPr>
          <w:rFonts w:ascii="Arial" w:eastAsia="Times New Roman" w:hAnsi="Arial" w:cs="Arial"/>
          <w:color w:val="000000"/>
          <w:lang w:val="en-GB" w:eastAsia="en-GB"/>
        </w:rPr>
      </w:pPr>
      <w:r w:rsidRPr="00737126">
        <w:rPr>
          <w:rFonts w:ascii="Arial" w:eastAsia="Times New Roman" w:hAnsi="Arial" w:cs="Arial"/>
          <w:color w:val="000000"/>
          <w:lang w:val="en-GB" w:eastAsia="en-GB"/>
        </w:rPr>
        <w:t>Opportunity to apply for university to study paediatric nursing.</w:t>
      </w:r>
    </w:p>
    <w:p w14:paraId="7E5BD5A5" w14:textId="77777777" w:rsidR="00876726" w:rsidRPr="00737126" w:rsidRDefault="00876726" w:rsidP="00737126">
      <w:pPr>
        <w:numPr>
          <w:ilvl w:val="0"/>
          <w:numId w:val="12"/>
        </w:numPr>
        <w:spacing w:before="100" w:beforeAutospacing="1" w:after="100" w:afterAutospacing="1" w:line="360" w:lineRule="auto"/>
        <w:rPr>
          <w:rFonts w:ascii="Arial" w:eastAsia="Times New Roman" w:hAnsi="Arial" w:cs="Arial"/>
          <w:color w:val="000000"/>
          <w:lang w:val="en-GB" w:eastAsia="en-GB"/>
        </w:rPr>
      </w:pPr>
      <w:r w:rsidRPr="00737126">
        <w:rPr>
          <w:rFonts w:ascii="Arial" w:eastAsia="Times New Roman" w:hAnsi="Arial" w:cs="Arial"/>
          <w:color w:val="000000"/>
          <w:lang w:val="en-GB" w:eastAsia="en-GB"/>
        </w:rPr>
        <w:t>Access to training courses such as first aid, safeguarding, and basic life support.</w:t>
      </w:r>
    </w:p>
    <w:p w14:paraId="24201633" w14:textId="77777777" w:rsidR="00876726" w:rsidRPr="00737126" w:rsidRDefault="00876726" w:rsidP="00737126">
      <w:pPr>
        <w:numPr>
          <w:ilvl w:val="0"/>
          <w:numId w:val="12"/>
        </w:numPr>
        <w:spacing w:before="100" w:beforeAutospacing="1" w:after="100" w:afterAutospacing="1" w:line="360" w:lineRule="auto"/>
        <w:rPr>
          <w:rFonts w:ascii="Arial" w:eastAsia="Times New Roman" w:hAnsi="Arial" w:cs="Arial"/>
          <w:color w:val="000000"/>
          <w:lang w:val="en-GB" w:eastAsia="en-GB"/>
        </w:rPr>
      </w:pPr>
      <w:r w:rsidRPr="00737126">
        <w:rPr>
          <w:rFonts w:ascii="Arial" w:eastAsia="Times New Roman" w:hAnsi="Arial" w:cs="Arial"/>
          <w:color w:val="000000"/>
          <w:lang w:val="en-GB" w:eastAsia="en-GB"/>
        </w:rPr>
        <w:t>Work placements or volunteering in hospitals, nurseries, or care settings.</w:t>
      </w:r>
    </w:p>
    <w:p w14:paraId="7E0074B8" w14:textId="77777777" w:rsidR="00876726" w:rsidRPr="00737126" w:rsidRDefault="00876726" w:rsidP="00737126">
      <w:pPr>
        <w:numPr>
          <w:ilvl w:val="0"/>
          <w:numId w:val="12"/>
        </w:numPr>
        <w:spacing w:before="100" w:beforeAutospacing="1" w:after="100" w:afterAutospacing="1" w:line="360" w:lineRule="auto"/>
        <w:rPr>
          <w:rFonts w:ascii="Arial" w:eastAsia="Times New Roman" w:hAnsi="Arial" w:cs="Arial"/>
          <w:color w:val="000000"/>
          <w:lang w:val="en-GB" w:eastAsia="en-GB"/>
        </w:rPr>
      </w:pPr>
      <w:r w:rsidRPr="00737126">
        <w:rPr>
          <w:rFonts w:ascii="Arial" w:eastAsia="Times New Roman" w:hAnsi="Arial" w:cs="Arial"/>
          <w:color w:val="000000"/>
          <w:lang w:val="en-GB" w:eastAsia="en-GB"/>
        </w:rPr>
        <w:t>Support from tutors and career advisors to guide my progression.</w:t>
      </w:r>
    </w:p>
    <w:p w14:paraId="728AC102" w14:textId="77777777" w:rsidR="00876726" w:rsidRPr="00737126" w:rsidRDefault="00876726" w:rsidP="00737126">
      <w:pPr>
        <w:numPr>
          <w:ilvl w:val="0"/>
          <w:numId w:val="12"/>
        </w:numPr>
        <w:spacing w:before="100" w:beforeAutospacing="1" w:after="100" w:afterAutospacing="1" w:line="360" w:lineRule="auto"/>
        <w:rPr>
          <w:rFonts w:ascii="Arial" w:eastAsia="Times New Roman" w:hAnsi="Arial" w:cs="Arial"/>
          <w:color w:val="000000"/>
          <w:lang w:val="en-GB" w:eastAsia="en-GB"/>
        </w:rPr>
      </w:pPr>
      <w:r w:rsidRPr="00737126">
        <w:rPr>
          <w:rFonts w:ascii="Arial" w:eastAsia="Times New Roman" w:hAnsi="Arial" w:cs="Arial"/>
          <w:color w:val="000000"/>
          <w:lang w:val="en-GB" w:eastAsia="en-GB"/>
        </w:rPr>
        <w:t>Opportunities to gain experience in the NHS or other healthcare organisations.</w:t>
      </w:r>
    </w:p>
    <w:p w14:paraId="466B24D4" w14:textId="77777777" w:rsidR="00876726" w:rsidRPr="00737126" w:rsidRDefault="00876726" w:rsidP="00737126">
      <w:pPr>
        <w:numPr>
          <w:ilvl w:val="0"/>
          <w:numId w:val="13"/>
        </w:numPr>
        <w:spacing w:before="100" w:beforeAutospacing="1" w:after="100" w:afterAutospacing="1" w:line="360" w:lineRule="auto"/>
        <w:rPr>
          <w:rFonts w:ascii="Arial" w:eastAsia="Times New Roman" w:hAnsi="Arial" w:cs="Arial"/>
          <w:color w:val="000000"/>
          <w:lang w:val="en-GB" w:eastAsia="en-GB"/>
        </w:rPr>
      </w:pPr>
      <w:r w:rsidRPr="00737126">
        <w:rPr>
          <w:rFonts w:ascii="Arial" w:eastAsia="Times New Roman" w:hAnsi="Arial" w:cs="Arial"/>
          <w:color w:val="000000"/>
          <w:lang w:val="en-GB" w:eastAsia="en-GB"/>
        </w:rPr>
        <w:t>High competition for nursing courses and job roles.</w:t>
      </w:r>
    </w:p>
    <w:p w14:paraId="1770B9AD" w14:textId="77777777" w:rsidR="00876726" w:rsidRPr="00737126" w:rsidRDefault="00876726" w:rsidP="00737126">
      <w:pPr>
        <w:numPr>
          <w:ilvl w:val="0"/>
          <w:numId w:val="13"/>
        </w:numPr>
        <w:spacing w:before="100" w:beforeAutospacing="1" w:after="100" w:afterAutospacing="1" w:line="360" w:lineRule="auto"/>
        <w:rPr>
          <w:rFonts w:ascii="Arial" w:eastAsia="Times New Roman" w:hAnsi="Arial" w:cs="Arial"/>
          <w:color w:val="000000"/>
          <w:lang w:val="en-GB" w:eastAsia="en-GB"/>
        </w:rPr>
      </w:pPr>
      <w:r w:rsidRPr="00737126">
        <w:rPr>
          <w:rFonts w:ascii="Arial" w:eastAsia="Times New Roman" w:hAnsi="Arial" w:cs="Arial"/>
          <w:color w:val="000000"/>
          <w:lang w:val="en-GB" w:eastAsia="en-GB"/>
        </w:rPr>
        <w:t>The emotional and physical demands of working in paediatric care.</w:t>
      </w:r>
    </w:p>
    <w:p w14:paraId="5A8FE176" w14:textId="77777777" w:rsidR="00876726" w:rsidRPr="00737126" w:rsidRDefault="00876726" w:rsidP="00737126">
      <w:pPr>
        <w:numPr>
          <w:ilvl w:val="0"/>
          <w:numId w:val="13"/>
        </w:numPr>
        <w:spacing w:before="100" w:beforeAutospacing="1" w:after="100" w:afterAutospacing="1" w:line="360" w:lineRule="auto"/>
        <w:rPr>
          <w:rFonts w:ascii="Arial" w:eastAsia="Times New Roman" w:hAnsi="Arial" w:cs="Arial"/>
          <w:color w:val="000000"/>
          <w:lang w:val="en-GB" w:eastAsia="en-GB"/>
        </w:rPr>
      </w:pPr>
      <w:r w:rsidRPr="00737126">
        <w:rPr>
          <w:rFonts w:ascii="Arial" w:eastAsia="Times New Roman" w:hAnsi="Arial" w:cs="Arial"/>
          <w:color w:val="000000"/>
          <w:lang w:val="en-GB" w:eastAsia="en-GB"/>
        </w:rPr>
        <w:t>Balancing studies, work, and personal life may be challenging.</w:t>
      </w:r>
    </w:p>
    <w:p w14:paraId="5CC94DDF" w14:textId="77777777" w:rsidR="00876726" w:rsidRPr="00737126" w:rsidRDefault="00876726" w:rsidP="00737126">
      <w:pPr>
        <w:numPr>
          <w:ilvl w:val="0"/>
          <w:numId w:val="13"/>
        </w:numPr>
        <w:spacing w:before="100" w:beforeAutospacing="1" w:after="100" w:afterAutospacing="1" w:line="360" w:lineRule="auto"/>
        <w:rPr>
          <w:rFonts w:ascii="Arial" w:eastAsia="Times New Roman" w:hAnsi="Arial" w:cs="Arial"/>
          <w:color w:val="000000"/>
          <w:lang w:val="en-GB" w:eastAsia="en-GB"/>
        </w:rPr>
      </w:pPr>
      <w:r w:rsidRPr="00737126">
        <w:rPr>
          <w:rFonts w:ascii="Arial" w:eastAsia="Times New Roman" w:hAnsi="Arial" w:cs="Arial"/>
          <w:color w:val="000000"/>
          <w:lang w:val="en-GB" w:eastAsia="en-GB"/>
        </w:rPr>
        <w:t>Risk of stress or burnout if not managed properly.</w:t>
      </w:r>
    </w:p>
    <w:p w14:paraId="31BD5455" w14:textId="77777777" w:rsidR="00876726" w:rsidRPr="00737126" w:rsidRDefault="00876726" w:rsidP="00737126">
      <w:pPr>
        <w:numPr>
          <w:ilvl w:val="0"/>
          <w:numId w:val="13"/>
        </w:numPr>
        <w:spacing w:before="100" w:beforeAutospacing="1" w:after="100" w:afterAutospacing="1" w:line="360" w:lineRule="auto"/>
        <w:rPr>
          <w:rFonts w:ascii="Arial" w:eastAsia="Times New Roman" w:hAnsi="Arial" w:cs="Arial"/>
          <w:color w:val="000000"/>
          <w:lang w:val="en-GB" w:eastAsia="en-GB"/>
        </w:rPr>
      </w:pPr>
      <w:r w:rsidRPr="00737126">
        <w:rPr>
          <w:rFonts w:ascii="Arial" w:eastAsia="Times New Roman" w:hAnsi="Arial" w:cs="Arial"/>
          <w:color w:val="000000"/>
          <w:lang w:val="en-GB" w:eastAsia="en-GB"/>
        </w:rPr>
        <w:t>Financial pressures related to university or training.</w:t>
      </w:r>
    </w:p>
    <w:p w14:paraId="4758FF12" w14:textId="77777777" w:rsidR="00876726" w:rsidRPr="00737126" w:rsidRDefault="00876726" w:rsidP="00737126">
      <w:pPr>
        <w:spacing w:after="0" w:line="360" w:lineRule="auto"/>
        <w:rPr>
          <w:rFonts w:ascii="Arial" w:eastAsia="Times New Roman" w:hAnsi="Arial" w:cs="Arial"/>
          <w:lang w:val="en-GB" w:eastAsia="en-GB"/>
        </w:rPr>
      </w:pPr>
      <w:r w:rsidRPr="00737126">
        <w:rPr>
          <w:rFonts w:ascii="Arial" w:eastAsia="Times New Roman" w:hAnsi="Arial" w:cs="Arial"/>
          <w:noProof/>
          <w:lang w:val="en-GB" w:eastAsia="en-GB"/>
        </w:rPr>
        <w:lastRenderedPageBreak/>
        <mc:AlternateContent>
          <mc:Choice Requires="wps">
            <w:drawing>
              <wp:inline distT="0" distB="0" distL="0" distR="0" wp14:anchorId="7E2C986F" wp14:editId="0FE0CA92">
                <wp:extent cx="5486400" cy="1270"/>
                <wp:effectExtent l="0" t="31750" r="0" b="36830"/>
                <wp:docPr id="1238086312"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5E95F2C" id="Rectangle 4" o:spid="_x0000_s1026" style="width:6in;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HvCGHNsAAAAHAQAADwAA&#13;&#10;AAAAAAAAAAAAAACYBAAAZHJzL2Rvd25yZXYueG1sUEsFBgAAAAAEAAQA8wAAAKAFAAAAAA==&#13;&#10;" filled="f">
                <w10:anchorlock/>
              </v:rect>
            </w:pict>
          </mc:Fallback>
        </mc:AlternateContent>
      </w:r>
    </w:p>
    <w:p w14:paraId="3C3E263D" w14:textId="7B098DEB" w:rsidR="00876726" w:rsidRPr="00737126" w:rsidRDefault="00876726" w:rsidP="00737126">
      <w:pPr>
        <w:spacing w:before="100" w:beforeAutospacing="1" w:after="100" w:afterAutospacing="1" w:line="360" w:lineRule="auto"/>
        <w:outlineLvl w:val="1"/>
        <w:rPr>
          <w:rFonts w:ascii="Arial" w:eastAsia="Times New Roman" w:hAnsi="Arial" w:cs="Arial"/>
          <w:b/>
          <w:bCs/>
          <w:color w:val="000000"/>
          <w:lang w:val="en-GB" w:eastAsia="en-GB"/>
        </w:rPr>
      </w:pPr>
    </w:p>
    <w:p w14:paraId="374DBDB0" w14:textId="11A72335" w:rsidR="00876726" w:rsidRPr="00737126" w:rsidRDefault="00876726" w:rsidP="00737126">
      <w:pPr>
        <w:spacing w:before="100" w:beforeAutospacing="1" w:after="100" w:afterAutospacing="1" w:line="360" w:lineRule="auto"/>
        <w:outlineLvl w:val="2"/>
        <w:rPr>
          <w:rFonts w:ascii="Arial" w:eastAsia="Times New Roman" w:hAnsi="Arial" w:cs="Arial"/>
          <w:color w:val="000000"/>
          <w:lang w:val="en-GB" w:eastAsia="en-GB"/>
        </w:rPr>
      </w:pPr>
      <w:r w:rsidRPr="00737126">
        <w:rPr>
          <w:rFonts w:ascii="Arial" w:eastAsia="Times New Roman" w:hAnsi="Arial" w:cs="Arial"/>
          <w:color w:val="000000"/>
          <w:lang w:val="en-GB" w:eastAsia="en-GB"/>
        </w:rPr>
        <w:t>Gain Practical Experience in Health and Social Care</w:t>
      </w:r>
    </w:p>
    <w:p w14:paraId="3C72E660" w14:textId="77777777" w:rsidR="00876726" w:rsidRPr="00737126" w:rsidRDefault="00876726" w:rsidP="00737126">
      <w:pPr>
        <w:spacing w:before="100" w:beforeAutospacing="1" w:after="100" w:afterAutospacing="1" w:line="360" w:lineRule="auto"/>
        <w:rPr>
          <w:rFonts w:ascii="Arial" w:hAnsi="Arial" w:cs="Arial"/>
          <w:color w:val="000000"/>
          <w:lang w:val="en-GB" w:eastAsia="en-GB"/>
        </w:rPr>
      </w:pPr>
      <w:r w:rsidRPr="00737126">
        <w:rPr>
          <w:rFonts w:ascii="Arial" w:hAnsi="Arial" w:cs="Arial"/>
          <w:color w:val="000000"/>
          <w:lang w:val="en-GB" w:eastAsia="en-GB"/>
        </w:rPr>
        <w:t>Target</w:t>
      </w:r>
      <w:r w:rsidRPr="00737126">
        <w:rPr>
          <w:rFonts w:ascii="Arial" w:hAnsi="Arial" w:cs="Arial"/>
          <w:b/>
          <w:bCs/>
          <w:color w:val="000000"/>
          <w:lang w:val="en-GB" w:eastAsia="en-GB"/>
        </w:rPr>
        <w:t>:</w:t>
      </w:r>
      <w:r w:rsidRPr="00737126">
        <w:rPr>
          <w:rFonts w:ascii="Arial" w:hAnsi="Arial" w:cs="Arial"/>
          <w:color w:val="000000"/>
          <w:lang w:val="en-GB" w:eastAsia="en-GB"/>
        </w:rPr>
        <w:t> Within the next 12 months, gain experience through volunteering, work placement, or part-time work in a care setting.</w:t>
      </w:r>
    </w:p>
    <w:p w14:paraId="1EFCB7C2" w14:textId="77777777" w:rsidR="00876726" w:rsidRPr="00737126" w:rsidRDefault="00876726" w:rsidP="00737126">
      <w:pPr>
        <w:spacing w:before="100" w:beforeAutospacing="1" w:after="100" w:afterAutospacing="1" w:line="360" w:lineRule="auto"/>
        <w:rPr>
          <w:rFonts w:ascii="Arial" w:hAnsi="Arial" w:cs="Arial"/>
          <w:color w:val="000000"/>
          <w:lang w:val="en-GB" w:eastAsia="en-GB"/>
        </w:rPr>
      </w:pPr>
      <w:r w:rsidRPr="00737126">
        <w:rPr>
          <w:rFonts w:ascii="Arial" w:hAnsi="Arial" w:cs="Arial"/>
          <w:color w:val="000000"/>
          <w:lang w:val="en-GB" w:eastAsia="en-GB"/>
        </w:rPr>
        <w:t>How I will achieve this</w:t>
      </w:r>
      <w:r w:rsidRPr="00737126">
        <w:rPr>
          <w:rFonts w:ascii="Arial" w:hAnsi="Arial" w:cs="Arial"/>
          <w:b/>
          <w:bCs/>
          <w:color w:val="000000"/>
          <w:lang w:val="en-GB" w:eastAsia="en-GB"/>
        </w:rPr>
        <w:t>:</w:t>
      </w:r>
    </w:p>
    <w:p w14:paraId="602260DF" w14:textId="77777777" w:rsidR="00876726" w:rsidRPr="00737126" w:rsidRDefault="00876726" w:rsidP="00737126">
      <w:pPr>
        <w:numPr>
          <w:ilvl w:val="0"/>
          <w:numId w:val="14"/>
        </w:numPr>
        <w:spacing w:before="100" w:beforeAutospacing="1" w:after="100" w:afterAutospacing="1" w:line="360" w:lineRule="auto"/>
        <w:rPr>
          <w:rFonts w:ascii="Arial" w:eastAsia="Times New Roman" w:hAnsi="Arial" w:cs="Arial"/>
          <w:color w:val="000000"/>
          <w:lang w:val="en-GB" w:eastAsia="en-GB"/>
        </w:rPr>
      </w:pPr>
      <w:r w:rsidRPr="00737126">
        <w:rPr>
          <w:rFonts w:ascii="Arial" w:eastAsia="Times New Roman" w:hAnsi="Arial" w:cs="Arial"/>
          <w:color w:val="000000"/>
          <w:lang w:val="en-GB" w:eastAsia="en-GB"/>
        </w:rPr>
        <w:t>Apply for volunteering roles in hospitals, nurseries, or care homes</w:t>
      </w:r>
    </w:p>
    <w:p w14:paraId="21EB2B39" w14:textId="77777777" w:rsidR="00876726" w:rsidRPr="00737126" w:rsidRDefault="00876726" w:rsidP="00737126">
      <w:pPr>
        <w:numPr>
          <w:ilvl w:val="0"/>
          <w:numId w:val="14"/>
        </w:numPr>
        <w:spacing w:before="100" w:beforeAutospacing="1" w:after="100" w:afterAutospacing="1" w:line="360" w:lineRule="auto"/>
        <w:rPr>
          <w:rFonts w:ascii="Arial" w:eastAsia="Times New Roman" w:hAnsi="Arial" w:cs="Arial"/>
          <w:color w:val="000000"/>
          <w:lang w:val="en-GB" w:eastAsia="en-GB"/>
        </w:rPr>
      </w:pPr>
      <w:r w:rsidRPr="00737126">
        <w:rPr>
          <w:rFonts w:ascii="Arial" w:eastAsia="Times New Roman" w:hAnsi="Arial" w:cs="Arial"/>
          <w:color w:val="000000"/>
          <w:lang w:val="en-GB" w:eastAsia="en-GB"/>
        </w:rPr>
        <w:t>Speak to tutors about placement opportunities</w:t>
      </w:r>
    </w:p>
    <w:p w14:paraId="55E5E5E0" w14:textId="77777777" w:rsidR="00876726" w:rsidRPr="00737126" w:rsidRDefault="00876726" w:rsidP="00737126">
      <w:pPr>
        <w:numPr>
          <w:ilvl w:val="0"/>
          <w:numId w:val="14"/>
        </w:numPr>
        <w:spacing w:before="100" w:beforeAutospacing="1" w:after="100" w:afterAutospacing="1" w:line="360" w:lineRule="auto"/>
        <w:rPr>
          <w:rFonts w:ascii="Arial" w:eastAsia="Times New Roman" w:hAnsi="Arial" w:cs="Arial"/>
          <w:color w:val="000000"/>
          <w:lang w:val="en-GB" w:eastAsia="en-GB"/>
        </w:rPr>
      </w:pPr>
      <w:r w:rsidRPr="00737126">
        <w:rPr>
          <w:rFonts w:ascii="Arial" w:eastAsia="Times New Roman" w:hAnsi="Arial" w:cs="Arial"/>
          <w:color w:val="000000"/>
          <w:lang w:val="en-GB" w:eastAsia="en-GB"/>
        </w:rPr>
        <w:t>Search and apply for entry-level care roles</w:t>
      </w:r>
    </w:p>
    <w:p w14:paraId="6FB096BE" w14:textId="77777777" w:rsidR="00876726" w:rsidRPr="00737126" w:rsidRDefault="00876726" w:rsidP="00737126">
      <w:pPr>
        <w:spacing w:before="100" w:beforeAutospacing="1" w:after="100" w:afterAutospacing="1" w:line="360" w:lineRule="auto"/>
        <w:rPr>
          <w:rFonts w:ascii="Arial" w:hAnsi="Arial" w:cs="Arial"/>
          <w:color w:val="000000"/>
          <w:lang w:val="en-GB" w:eastAsia="en-GB"/>
        </w:rPr>
      </w:pPr>
      <w:r w:rsidRPr="00737126">
        <w:rPr>
          <w:rFonts w:ascii="Arial" w:hAnsi="Arial" w:cs="Arial"/>
          <w:color w:val="000000"/>
          <w:lang w:val="en-GB" w:eastAsia="en-GB"/>
        </w:rPr>
        <w:t>Monitoring &amp; Evaluation</w:t>
      </w:r>
      <w:r w:rsidRPr="00737126">
        <w:rPr>
          <w:rFonts w:ascii="Arial" w:hAnsi="Arial" w:cs="Arial"/>
          <w:b/>
          <w:bCs/>
          <w:color w:val="000000"/>
          <w:lang w:val="en-GB" w:eastAsia="en-GB"/>
        </w:rPr>
        <w:t>:</w:t>
      </w:r>
    </w:p>
    <w:p w14:paraId="6493E517" w14:textId="77777777" w:rsidR="00876726" w:rsidRPr="00737126" w:rsidRDefault="00876726" w:rsidP="00737126">
      <w:pPr>
        <w:numPr>
          <w:ilvl w:val="0"/>
          <w:numId w:val="15"/>
        </w:numPr>
        <w:spacing w:before="100" w:beforeAutospacing="1" w:after="100" w:afterAutospacing="1" w:line="360" w:lineRule="auto"/>
        <w:rPr>
          <w:rFonts w:ascii="Arial" w:eastAsia="Times New Roman" w:hAnsi="Arial" w:cs="Arial"/>
          <w:color w:val="000000"/>
          <w:lang w:val="en-GB" w:eastAsia="en-GB"/>
        </w:rPr>
      </w:pPr>
      <w:r w:rsidRPr="00737126">
        <w:rPr>
          <w:rFonts w:ascii="Arial" w:eastAsia="Times New Roman" w:hAnsi="Arial" w:cs="Arial"/>
          <w:color w:val="000000"/>
          <w:lang w:val="en-GB" w:eastAsia="en-GB"/>
        </w:rPr>
        <w:t>Keep a record of applications and feedback</w:t>
      </w:r>
    </w:p>
    <w:p w14:paraId="18C89D1E" w14:textId="77777777" w:rsidR="00876726" w:rsidRPr="00737126" w:rsidRDefault="00876726" w:rsidP="00737126">
      <w:pPr>
        <w:numPr>
          <w:ilvl w:val="0"/>
          <w:numId w:val="15"/>
        </w:numPr>
        <w:spacing w:before="100" w:beforeAutospacing="1" w:after="100" w:afterAutospacing="1" w:line="360" w:lineRule="auto"/>
        <w:rPr>
          <w:rFonts w:ascii="Arial" w:eastAsia="Times New Roman" w:hAnsi="Arial" w:cs="Arial"/>
          <w:color w:val="000000"/>
          <w:lang w:val="en-GB" w:eastAsia="en-GB"/>
        </w:rPr>
      </w:pPr>
      <w:r w:rsidRPr="00737126">
        <w:rPr>
          <w:rFonts w:ascii="Arial" w:eastAsia="Times New Roman" w:hAnsi="Arial" w:cs="Arial"/>
          <w:color w:val="000000"/>
          <w:lang w:val="en-GB" w:eastAsia="en-GB"/>
        </w:rPr>
        <w:t>Reflect on experiences in a journal</w:t>
      </w:r>
    </w:p>
    <w:p w14:paraId="634041BE" w14:textId="77777777" w:rsidR="00876726" w:rsidRPr="00737126" w:rsidRDefault="00876726" w:rsidP="00737126">
      <w:pPr>
        <w:numPr>
          <w:ilvl w:val="0"/>
          <w:numId w:val="15"/>
        </w:numPr>
        <w:spacing w:before="100" w:beforeAutospacing="1" w:after="100" w:afterAutospacing="1" w:line="360" w:lineRule="auto"/>
        <w:rPr>
          <w:rFonts w:ascii="Arial" w:eastAsia="Times New Roman" w:hAnsi="Arial" w:cs="Arial"/>
          <w:color w:val="000000"/>
          <w:lang w:val="en-GB" w:eastAsia="en-GB"/>
        </w:rPr>
      </w:pPr>
      <w:r w:rsidRPr="00737126">
        <w:rPr>
          <w:rFonts w:ascii="Arial" w:eastAsia="Times New Roman" w:hAnsi="Arial" w:cs="Arial"/>
          <w:color w:val="000000"/>
          <w:lang w:val="en-GB" w:eastAsia="en-GB"/>
        </w:rPr>
        <w:t>Review progress every 3 months</w:t>
      </w:r>
    </w:p>
    <w:p w14:paraId="3326F88E" w14:textId="77777777" w:rsidR="00876726" w:rsidRPr="00737126" w:rsidRDefault="00876726" w:rsidP="00737126">
      <w:pPr>
        <w:spacing w:after="0" w:line="360" w:lineRule="auto"/>
        <w:rPr>
          <w:rFonts w:ascii="Arial" w:eastAsia="Times New Roman" w:hAnsi="Arial" w:cs="Arial"/>
          <w:lang w:val="en-GB" w:eastAsia="en-GB"/>
        </w:rPr>
      </w:pPr>
      <w:r w:rsidRPr="00737126">
        <w:rPr>
          <w:rFonts w:ascii="Arial" w:eastAsia="Times New Roman" w:hAnsi="Arial" w:cs="Arial"/>
          <w:noProof/>
          <w:lang w:val="en-GB" w:eastAsia="en-GB"/>
        </w:rPr>
        <mc:AlternateContent>
          <mc:Choice Requires="wps">
            <w:drawing>
              <wp:inline distT="0" distB="0" distL="0" distR="0" wp14:anchorId="3DC7FA43" wp14:editId="3BD8B129">
                <wp:extent cx="5486400" cy="1270"/>
                <wp:effectExtent l="0" t="31750" r="0" b="36830"/>
                <wp:docPr id="625966908"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D5AE647" id="Rectangle 3" o:spid="_x0000_s1026" style="width:6in;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HvCGHNsAAAAHAQAADwAA&#13;&#10;AAAAAAAAAAAAAACYBAAAZHJzL2Rvd25yZXYueG1sUEsFBgAAAAAEAAQA8wAAAKAFAAAAAA==&#13;&#10;" filled="f">
                <w10:anchorlock/>
              </v:rect>
            </w:pict>
          </mc:Fallback>
        </mc:AlternateContent>
      </w:r>
    </w:p>
    <w:p w14:paraId="791A33F4" w14:textId="667231E9" w:rsidR="00876726" w:rsidRPr="00737126" w:rsidRDefault="00876726" w:rsidP="00737126">
      <w:pPr>
        <w:spacing w:before="100" w:beforeAutospacing="1" w:after="100" w:afterAutospacing="1" w:line="360" w:lineRule="auto"/>
        <w:outlineLvl w:val="2"/>
        <w:rPr>
          <w:rFonts w:ascii="Arial" w:eastAsia="Times New Roman" w:hAnsi="Arial" w:cs="Arial"/>
          <w:color w:val="000000"/>
          <w:lang w:val="en-GB" w:eastAsia="en-GB"/>
        </w:rPr>
      </w:pPr>
      <w:r w:rsidRPr="00737126">
        <w:rPr>
          <w:rFonts w:ascii="Arial" w:eastAsia="Times New Roman" w:hAnsi="Arial" w:cs="Arial"/>
          <w:color w:val="000000"/>
          <w:lang w:val="en-GB" w:eastAsia="en-GB"/>
        </w:rPr>
        <w:t xml:space="preserve"> Develop Knowledge and Skills for Paediatric Nursing</w:t>
      </w:r>
    </w:p>
    <w:p w14:paraId="7D4805B5" w14:textId="77777777" w:rsidR="00876726" w:rsidRPr="00737126" w:rsidRDefault="00876726" w:rsidP="00737126">
      <w:pPr>
        <w:spacing w:before="100" w:beforeAutospacing="1" w:after="100" w:afterAutospacing="1" w:line="360" w:lineRule="auto"/>
        <w:rPr>
          <w:rFonts w:ascii="Arial" w:hAnsi="Arial" w:cs="Arial"/>
          <w:color w:val="000000"/>
          <w:lang w:val="en-GB" w:eastAsia="en-GB"/>
        </w:rPr>
      </w:pPr>
      <w:r w:rsidRPr="00737126">
        <w:rPr>
          <w:rFonts w:ascii="Arial" w:hAnsi="Arial" w:cs="Arial"/>
          <w:color w:val="000000"/>
          <w:lang w:val="en-GB" w:eastAsia="en-GB"/>
        </w:rPr>
        <w:t>Target</w:t>
      </w:r>
      <w:r w:rsidRPr="00737126">
        <w:rPr>
          <w:rFonts w:ascii="Arial" w:hAnsi="Arial" w:cs="Arial"/>
          <w:b/>
          <w:bCs/>
          <w:color w:val="000000"/>
          <w:lang w:val="en-GB" w:eastAsia="en-GB"/>
        </w:rPr>
        <w:t>:</w:t>
      </w:r>
      <w:r w:rsidRPr="00737126">
        <w:rPr>
          <w:rFonts w:ascii="Arial" w:hAnsi="Arial" w:cs="Arial"/>
          <w:color w:val="000000"/>
          <w:lang w:val="en-GB" w:eastAsia="en-GB"/>
        </w:rPr>
        <w:t> Improve understanding of child health, development, and basic nursing skills over the next 2 years.</w:t>
      </w:r>
    </w:p>
    <w:p w14:paraId="4F0FEA83" w14:textId="77777777" w:rsidR="00876726" w:rsidRPr="00737126" w:rsidRDefault="00876726" w:rsidP="00737126">
      <w:pPr>
        <w:spacing w:before="100" w:beforeAutospacing="1" w:after="100" w:afterAutospacing="1" w:line="360" w:lineRule="auto"/>
        <w:rPr>
          <w:rFonts w:ascii="Arial" w:hAnsi="Arial" w:cs="Arial"/>
          <w:color w:val="000000"/>
          <w:lang w:val="en-GB" w:eastAsia="en-GB"/>
        </w:rPr>
      </w:pPr>
      <w:r w:rsidRPr="00737126">
        <w:rPr>
          <w:rFonts w:ascii="Arial" w:hAnsi="Arial" w:cs="Arial"/>
          <w:color w:val="000000"/>
          <w:lang w:val="en-GB" w:eastAsia="en-GB"/>
        </w:rPr>
        <w:t>How I will achieve this</w:t>
      </w:r>
      <w:r w:rsidRPr="00737126">
        <w:rPr>
          <w:rFonts w:ascii="Arial" w:hAnsi="Arial" w:cs="Arial"/>
          <w:b/>
          <w:bCs/>
          <w:color w:val="000000"/>
          <w:lang w:val="en-GB" w:eastAsia="en-GB"/>
        </w:rPr>
        <w:t>:</w:t>
      </w:r>
    </w:p>
    <w:p w14:paraId="3CEE1538" w14:textId="5EDFFAC4" w:rsidR="00876726" w:rsidRPr="00737126" w:rsidRDefault="00876726" w:rsidP="00737126">
      <w:pPr>
        <w:numPr>
          <w:ilvl w:val="0"/>
          <w:numId w:val="16"/>
        </w:numPr>
        <w:spacing w:before="100" w:beforeAutospacing="1" w:after="100" w:afterAutospacing="1" w:line="360" w:lineRule="auto"/>
        <w:rPr>
          <w:rFonts w:ascii="Arial" w:eastAsia="Times New Roman" w:hAnsi="Arial" w:cs="Arial"/>
          <w:color w:val="000000"/>
          <w:lang w:val="en-GB" w:eastAsia="en-GB"/>
        </w:rPr>
      </w:pPr>
      <w:r w:rsidRPr="00737126">
        <w:rPr>
          <w:rFonts w:ascii="Arial" w:eastAsia="Times New Roman" w:hAnsi="Arial" w:cs="Arial"/>
          <w:color w:val="000000"/>
          <w:lang w:val="en-GB" w:eastAsia="en-GB"/>
        </w:rPr>
        <w:t>Complete additional training (e.g., first aid, safeguarding, infection control)</w:t>
      </w:r>
    </w:p>
    <w:p w14:paraId="14B0CA95" w14:textId="77777777" w:rsidR="00876726" w:rsidRPr="00737126" w:rsidRDefault="00876726" w:rsidP="00737126">
      <w:pPr>
        <w:spacing w:after="0" w:line="360" w:lineRule="auto"/>
        <w:rPr>
          <w:rFonts w:ascii="Arial" w:eastAsia="Times New Roman" w:hAnsi="Arial" w:cs="Arial"/>
          <w:lang w:val="en-GB" w:eastAsia="en-GB"/>
        </w:rPr>
      </w:pPr>
      <w:r w:rsidRPr="00737126">
        <w:rPr>
          <w:rFonts w:ascii="Arial" w:eastAsia="Times New Roman" w:hAnsi="Arial" w:cs="Arial"/>
          <w:noProof/>
          <w:lang w:val="en-GB" w:eastAsia="en-GB"/>
        </w:rPr>
        <mc:AlternateContent>
          <mc:Choice Requires="wps">
            <w:drawing>
              <wp:inline distT="0" distB="0" distL="0" distR="0" wp14:anchorId="03113D0D" wp14:editId="475FD651">
                <wp:extent cx="5486400" cy="1270"/>
                <wp:effectExtent l="0" t="31750" r="0" b="36830"/>
                <wp:docPr id="915258848"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7A20724" id="Rectangle 2" o:spid="_x0000_s1026" style="width:6in;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HvCGHNsAAAAHAQAADwAA&#13;&#10;AAAAAAAAAAAAAACYBAAAZHJzL2Rvd25yZXYueG1sUEsFBgAAAAAEAAQA8wAAAKAFAAAAAA==&#13;&#10;" filled="f">
                <w10:anchorlock/>
              </v:rect>
            </w:pict>
          </mc:Fallback>
        </mc:AlternateContent>
      </w:r>
    </w:p>
    <w:p w14:paraId="5D58634F" w14:textId="35CBAB9E" w:rsidR="00876726" w:rsidRPr="00737126" w:rsidRDefault="00876726" w:rsidP="00737126">
      <w:pPr>
        <w:spacing w:before="100" w:beforeAutospacing="1" w:after="100" w:afterAutospacing="1" w:line="360" w:lineRule="auto"/>
        <w:outlineLvl w:val="2"/>
        <w:rPr>
          <w:rFonts w:ascii="Arial" w:eastAsia="Times New Roman" w:hAnsi="Arial" w:cs="Arial"/>
          <w:color w:val="000000"/>
          <w:lang w:val="en-GB" w:eastAsia="en-GB"/>
        </w:rPr>
      </w:pPr>
      <w:r w:rsidRPr="00737126">
        <w:rPr>
          <w:rFonts w:ascii="Arial" w:eastAsia="Times New Roman" w:hAnsi="Arial" w:cs="Arial"/>
          <w:color w:val="000000"/>
          <w:lang w:val="en-GB" w:eastAsia="en-GB"/>
        </w:rPr>
        <w:t>Progress to University for Paediatric Nursing</w:t>
      </w:r>
    </w:p>
    <w:p w14:paraId="22E6BBD9" w14:textId="56EB6785" w:rsidR="00876726" w:rsidRPr="00737126" w:rsidRDefault="00876726" w:rsidP="00737126">
      <w:pPr>
        <w:spacing w:before="100" w:beforeAutospacing="1" w:after="100" w:afterAutospacing="1" w:line="360" w:lineRule="auto"/>
        <w:rPr>
          <w:rFonts w:ascii="Arial" w:hAnsi="Arial" w:cs="Arial"/>
          <w:color w:val="000000"/>
          <w:lang w:val="en-GB" w:eastAsia="en-GB"/>
        </w:rPr>
      </w:pPr>
      <w:r w:rsidRPr="00737126">
        <w:rPr>
          <w:rFonts w:ascii="Arial" w:hAnsi="Arial" w:cs="Arial"/>
          <w:color w:val="000000"/>
          <w:lang w:val="en-GB" w:eastAsia="en-GB"/>
        </w:rPr>
        <w:t>Successfully apply and gain entry into a paediatric nursing degree within 2 years.</w:t>
      </w:r>
    </w:p>
    <w:p w14:paraId="08C127C3" w14:textId="77777777" w:rsidR="00876726" w:rsidRPr="00737126" w:rsidRDefault="00876726" w:rsidP="00737126">
      <w:pPr>
        <w:spacing w:before="100" w:beforeAutospacing="1" w:after="100" w:afterAutospacing="1" w:line="360" w:lineRule="auto"/>
        <w:rPr>
          <w:rFonts w:ascii="Arial" w:hAnsi="Arial" w:cs="Arial"/>
          <w:color w:val="000000"/>
          <w:lang w:val="en-GB" w:eastAsia="en-GB"/>
        </w:rPr>
      </w:pPr>
      <w:r w:rsidRPr="00737126">
        <w:rPr>
          <w:rFonts w:ascii="Arial" w:hAnsi="Arial" w:cs="Arial"/>
          <w:color w:val="000000"/>
          <w:lang w:val="en-GB" w:eastAsia="en-GB"/>
        </w:rPr>
        <w:lastRenderedPageBreak/>
        <w:t>How I will achieve this</w:t>
      </w:r>
      <w:r w:rsidRPr="00737126">
        <w:rPr>
          <w:rFonts w:ascii="Arial" w:hAnsi="Arial" w:cs="Arial"/>
          <w:b/>
          <w:bCs/>
          <w:color w:val="000000"/>
          <w:lang w:val="en-GB" w:eastAsia="en-GB"/>
        </w:rPr>
        <w:t>:</w:t>
      </w:r>
    </w:p>
    <w:p w14:paraId="751F1298" w14:textId="77777777" w:rsidR="00876726" w:rsidRPr="00737126" w:rsidRDefault="00876726" w:rsidP="00737126">
      <w:pPr>
        <w:numPr>
          <w:ilvl w:val="0"/>
          <w:numId w:val="18"/>
        </w:numPr>
        <w:spacing w:before="100" w:beforeAutospacing="1" w:after="100" w:afterAutospacing="1" w:line="360" w:lineRule="auto"/>
        <w:rPr>
          <w:rFonts w:ascii="Arial" w:eastAsia="Times New Roman" w:hAnsi="Arial" w:cs="Arial"/>
          <w:color w:val="000000"/>
          <w:lang w:val="en-GB" w:eastAsia="en-GB"/>
        </w:rPr>
      </w:pPr>
      <w:r w:rsidRPr="00737126">
        <w:rPr>
          <w:rFonts w:ascii="Arial" w:eastAsia="Times New Roman" w:hAnsi="Arial" w:cs="Arial"/>
          <w:color w:val="000000"/>
          <w:lang w:val="en-GB" w:eastAsia="en-GB"/>
        </w:rPr>
        <w:t>Research universities and entry requirements</w:t>
      </w:r>
    </w:p>
    <w:p w14:paraId="4419383F" w14:textId="77777777" w:rsidR="00876726" w:rsidRPr="00737126" w:rsidRDefault="00876726" w:rsidP="00737126">
      <w:pPr>
        <w:numPr>
          <w:ilvl w:val="0"/>
          <w:numId w:val="18"/>
        </w:numPr>
        <w:spacing w:before="100" w:beforeAutospacing="1" w:after="100" w:afterAutospacing="1" w:line="360" w:lineRule="auto"/>
        <w:rPr>
          <w:rFonts w:ascii="Arial" w:eastAsia="Times New Roman" w:hAnsi="Arial" w:cs="Arial"/>
          <w:color w:val="000000"/>
          <w:lang w:val="en-GB" w:eastAsia="en-GB"/>
        </w:rPr>
      </w:pPr>
      <w:r w:rsidRPr="00737126">
        <w:rPr>
          <w:rFonts w:ascii="Arial" w:eastAsia="Times New Roman" w:hAnsi="Arial" w:cs="Arial"/>
          <w:color w:val="000000"/>
          <w:lang w:val="en-GB" w:eastAsia="en-GB"/>
        </w:rPr>
        <w:t>Prepare a strong personal statement</w:t>
      </w:r>
    </w:p>
    <w:p w14:paraId="168F9970" w14:textId="77777777" w:rsidR="00876726" w:rsidRPr="00737126" w:rsidRDefault="00876726" w:rsidP="00737126">
      <w:pPr>
        <w:numPr>
          <w:ilvl w:val="0"/>
          <w:numId w:val="18"/>
        </w:numPr>
        <w:spacing w:before="100" w:beforeAutospacing="1" w:after="100" w:afterAutospacing="1" w:line="360" w:lineRule="auto"/>
        <w:rPr>
          <w:rFonts w:ascii="Arial" w:eastAsia="Times New Roman" w:hAnsi="Arial" w:cs="Arial"/>
          <w:color w:val="000000"/>
          <w:lang w:val="en-GB" w:eastAsia="en-GB"/>
        </w:rPr>
      </w:pPr>
      <w:r w:rsidRPr="00737126">
        <w:rPr>
          <w:rFonts w:ascii="Arial" w:eastAsia="Times New Roman" w:hAnsi="Arial" w:cs="Arial"/>
          <w:color w:val="000000"/>
          <w:lang w:val="en-GB" w:eastAsia="en-GB"/>
        </w:rPr>
        <w:t>Achieve the required grades in my current course</w:t>
      </w:r>
    </w:p>
    <w:p w14:paraId="1DFE1B48" w14:textId="77777777" w:rsidR="00876726" w:rsidRPr="00737126" w:rsidRDefault="00876726" w:rsidP="00737126">
      <w:pPr>
        <w:numPr>
          <w:ilvl w:val="0"/>
          <w:numId w:val="18"/>
        </w:numPr>
        <w:spacing w:before="100" w:beforeAutospacing="1" w:after="100" w:afterAutospacing="1" w:line="360" w:lineRule="auto"/>
        <w:rPr>
          <w:rFonts w:ascii="Arial" w:eastAsia="Times New Roman" w:hAnsi="Arial" w:cs="Arial"/>
          <w:color w:val="000000"/>
          <w:lang w:val="en-GB" w:eastAsia="en-GB"/>
        </w:rPr>
      </w:pPr>
      <w:r w:rsidRPr="00737126">
        <w:rPr>
          <w:rFonts w:ascii="Arial" w:eastAsia="Times New Roman" w:hAnsi="Arial" w:cs="Arial"/>
          <w:color w:val="000000"/>
          <w:lang w:val="en-GB" w:eastAsia="en-GB"/>
        </w:rPr>
        <w:t>Practice interview skills</w:t>
      </w:r>
    </w:p>
    <w:p w14:paraId="38695879" w14:textId="77777777" w:rsidR="00876726" w:rsidRPr="00737126" w:rsidRDefault="00876726" w:rsidP="00737126">
      <w:pPr>
        <w:spacing w:before="100" w:beforeAutospacing="1" w:after="100" w:afterAutospacing="1" w:line="360" w:lineRule="auto"/>
        <w:rPr>
          <w:rFonts w:ascii="Arial" w:hAnsi="Arial" w:cs="Arial"/>
          <w:color w:val="000000"/>
          <w:lang w:val="en-GB" w:eastAsia="en-GB"/>
        </w:rPr>
      </w:pPr>
      <w:r w:rsidRPr="00737126">
        <w:rPr>
          <w:rFonts w:ascii="Arial" w:hAnsi="Arial" w:cs="Arial"/>
          <w:color w:val="000000"/>
          <w:lang w:val="en-GB" w:eastAsia="en-GB"/>
        </w:rPr>
        <w:t>Monitoring &amp; Evaluation</w:t>
      </w:r>
      <w:r w:rsidRPr="00737126">
        <w:rPr>
          <w:rFonts w:ascii="Arial" w:hAnsi="Arial" w:cs="Arial"/>
          <w:b/>
          <w:bCs/>
          <w:color w:val="000000"/>
          <w:lang w:val="en-GB" w:eastAsia="en-GB"/>
        </w:rPr>
        <w:t>:</w:t>
      </w:r>
    </w:p>
    <w:p w14:paraId="3C73E017" w14:textId="77777777" w:rsidR="00876726" w:rsidRPr="00737126" w:rsidRDefault="00876726" w:rsidP="00737126">
      <w:pPr>
        <w:numPr>
          <w:ilvl w:val="0"/>
          <w:numId w:val="19"/>
        </w:numPr>
        <w:spacing w:before="100" w:beforeAutospacing="1" w:after="100" w:afterAutospacing="1" w:line="360" w:lineRule="auto"/>
        <w:rPr>
          <w:rFonts w:ascii="Arial" w:eastAsia="Times New Roman" w:hAnsi="Arial" w:cs="Arial"/>
          <w:color w:val="000000"/>
          <w:lang w:val="en-GB" w:eastAsia="en-GB"/>
        </w:rPr>
      </w:pPr>
      <w:r w:rsidRPr="00737126">
        <w:rPr>
          <w:rFonts w:ascii="Arial" w:eastAsia="Times New Roman" w:hAnsi="Arial" w:cs="Arial"/>
          <w:color w:val="000000"/>
          <w:lang w:val="en-GB" w:eastAsia="en-GB"/>
        </w:rPr>
        <w:t>Track application deadlines and progress</w:t>
      </w:r>
    </w:p>
    <w:p w14:paraId="4468ACCB" w14:textId="77777777" w:rsidR="00876726" w:rsidRPr="00737126" w:rsidRDefault="00876726" w:rsidP="00737126">
      <w:pPr>
        <w:numPr>
          <w:ilvl w:val="0"/>
          <w:numId w:val="19"/>
        </w:numPr>
        <w:spacing w:before="100" w:beforeAutospacing="1" w:after="100" w:afterAutospacing="1" w:line="360" w:lineRule="auto"/>
        <w:rPr>
          <w:rFonts w:ascii="Arial" w:eastAsia="Times New Roman" w:hAnsi="Arial" w:cs="Arial"/>
          <w:color w:val="000000"/>
          <w:lang w:val="en-GB" w:eastAsia="en-GB"/>
        </w:rPr>
      </w:pPr>
      <w:r w:rsidRPr="00737126">
        <w:rPr>
          <w:rFonts w:ascii="Arial" w:eastAsia="Times New Roman" w:hAnsi="Arial" w:cs="Arial"/>
          <w:color w:val="000000"/>
          <w:lang w:val="en-GB" w:eastAsia="en-GB"/>
        </w:rPr>
        <w:t>Seek feedback from teachers on my application</w:t>
      </w:r>
    </w:p>
    <w:p w14:paraId="7EB9CACC" w14:textId="77777777" w:rsidR="00876726" w:rsidRPr="00737126" w:rsidRDefault="00876726" w:rsidP="00737126">
      <w:pPr>
        <w:numPr>
          <w:ilvl w:val="0"/>
          <w:numId w:val="19"/>
        </w:numPr>
        <w:spacing w:before="100" w:beforeAutospacing="1" w:after="100" w:afterAutospacing="1" w:line="360" w:lineRule="auto"/>
        <w:rPr>
          <w:rFonts w:ascii="Arial" w:eastAsia="Times New Roman" w:hAnsi="Arial" w:cs="Arial"/>
          <w:color w:val="000000"/>
          <w:lang w:val="en-GB" w:eastAsia="en-GB"/>
        </w:rPr>
      </w:pPr>
      <w:r w:rsidRPr="00737126">
        <w:rPr>
          <w:rFonts w:ascii="Arial" w:eastAsia="Times New Roman" w:hAnsi="Arial" w:cs="Arial"/>
          <w:color w:val="000000"/>
          <w:lang w:val="en-GB" w:eastAsia="en-GB"/>
        </w:rPr>
        <w:t>Review academic performance regularly</w:t>
      </w:r>
    </w:p>
    <w:p w14:paraId="38A5F942" w14:textId="77777777" w:rsidR="00876726" w:rsidRPr="00737126" w:rsidRDefault="00876726" w:rsidP="00737126">
      <w:pPr>
        <w:spacing w:after="0" w:line="360" w:lineRule="auto"/>
        <w:rPr>
          <w:rFonts w:ascii="Arial" w:eastAsia="Times New Roman" w:hAnsi="Arial" w:cs="Arial"/>
          <w:lang w:val="en-GB" w:eastAsia="en-GB"/>
        </w:rPr>
      </w:pPr>
      <w:r w:rsidRPr="00737126">
        <w:rPr>
          <w:rFonts w:ascii="Arial" w:eastAsia="Times New Roman" w:hAnsi="Arial" w:cs="Arial"/>
          <w:noProof/>
          <w:lang w:val="en-GB" w:eastAsia="en-GB"/>
        </w:rPr>
        <mc:AlternateContent>
          <mc:Choice Requires="wps">
            <w:drawing>
              <wp:inline distT="0" distB="0" distL="0" distR="0" wp14:anchorId="42ADBCEA" wp14:editId="1E354589">
                <wp:extent cx="5486400" cy="1270"/>
                <wp:effectExtent l="0" t="31750" r="0" b="36830"/>
                <wp:docPr id="1897749027"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6D18611" id="Rectangle 1" o:spid="_x0000_s1026" style="width:6in;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HvCGHNsAAAAHAQAADwAA&#13;&#10;AAAAAAAAAAAAAACYBAAAZHJzL2Rvd25yZXYueG1sUEsFBgAAAAAEAAQA8wAAAKAFAAAAAA==&#13;&#10;" filled="f">
                <w10:anchorlock/>
              </v:rect>
            </w:pict>
          </mc:Fallback>
        </mc:AlternateContent>
      </w:r>
    </w:p>
    <w:p w14:paraId="52582A46" w14:textId="77777777" w:rsidR="00876726" w:rsidRPr="00737126" w:rsidRDefault="00876726" w:rsidP="00737126">
      <w:pPr>
        <w:spacing w:before="100" w:beforeAutospacing="1" w:after="100" w:afterAutospacing="1" w:line="360" w:lineRule="auto"/>
        <w:outlineLvl w:val="2"/>
        <w:rPr>
          <w:rFonts w:ascii="Arial" w:eastAsia="Times New Roman" w:hAnsi="Arial" w:cs="Arial"/>
          <w:color w:val="000000"/>
          <w:lang w:val="en-GB" w:eastAsia="en-GB"/>
        </w:rPr>
      </w:pPr>
      <w:r w:rsidRPr="00737126">
        <w:rPr>
          <w:rFonts w:ascii="Arial" w:eastAsia="Times New Roman" w:hAnsi="Arial" w:cs="Arial"/>
          <w:color w:val="000000"/>
          <w:lang w:val="en-GB" w:eastAsia="en-GB"/>
        </w:rPr>
        <w:t>Overall Evaluation</w:t>
      </w:r>
    </w:p>
    <w:p w14:paraId="1B5A9C58" w14:textId="77777777" w:rsidR="00876726" w:rsidRPr="00737126" w:rsidRDefault="00876726" w:rsidP="00737126">
      <w:pPr>
        <w:spacing w:before="100" w:beforeAutospacing="1" w:after="100" w:afterAutospacing="1" w:line="360" w:lineRule="auto"/>
        <w:rPr>
          <w:rFonts w:ascii="Arial" w:hAnsi="Arial" w:cs="Arial"/>
          <w:color w:val="000000"/>
          <w:lang w:val="en-GB" w:eastAsia="en-GB"/>
        </w:rPr>
      </w:pPr>
      <w:r w:rsidRPr="00737126">
        <w:rPr>
          <w:rFonts w:ascii="Arial" w:hAnsi="Arial" w:cs="Arial"/>
          <w:color w:val="000000"/>
          <w:lang w:val="en-GB" w:eastAsia="en-GB"/>
        </w:rPr>
        <w:t>I will regularly review my progress every 3–6 months to ensure I am meeting my goals. I will use feedback from tutors, reflect on my experiences, and adjust my plan if necessary. This will help me stay focused and continue developing the skills needed to become a successful paediatric nurse.</w:t>
      </w:r>
    </w:p>
    <w:p w14:paraId="63BF81AB" w14:textId="77777777" w:rsidR="008D29E8" w:rsidRPr="00737126" w:rsidRDefault="008D29E8" w:rsidP="00737126">
      <w:pPr>
        <w:spacing w:before="100" w:beforeAutospacing="1" w:after="100" w:afterAutospacing="1" w:line="360" w:lineRule="auto"/>
        <w:rPr>
          <w:rFonts w:ascii="Arial" w:hAnsi="Arial" w:cs="Arial"/>
          <w:color w:val="000000"/>
          <w:lang w:val="en-GB" w:eastAsia="en-GB"/>
        </w:rPr>
      </w:pPr>
    </w:p>
    <w:p w14:paraId="42F56420" w14:textId="77777777" w:rsidR="008D29E8" w:rsidRPr="00737126" w:rsidRDefault="008D29E8" w:rsidP="00737126">
      <w:pPr>
        <w:spacing w:before="100" w:beforeAutospacing="1" w:after="100" w:afterAutospacing="1" w:line="360" w:lineRule="auto"/>
        <w:rPr>
          <w:rFonts w:ascii="Arial" w:hAnsi="Arial" w:cs="Arial"/>
          <w:color w:val="000000"/>
          <w:lang w:val="en-GB" w:eastAsia="en-GB"/>
        </w:rPr>
      </w:pPr>
      <w:r w:rsidRPr="00737126">
        <w:rPr>
          <w:rFonts w:ascii="Arial" w:hAnsi="Arial" w:cs="Arial"/>
          <w:color w:val="000000"/>
          <w:lang w:val="en-GB" w:eastAsia="en-GB"/>
        </w:rPr>
        <w:t>For my LCHS4009 Component 1 assessment, I delivered a presentation focused on the care of elderly patients and the role of the multidisciplinary team (MDT) in supporting their needs. The presentation explored how different professionals, such as nurses, doctors, social workers, and physiotherapists, work together to provide holistic and person-centred care. I used a PowerPoint to structure my presentation and presented to my lecturer and peers. After completing the presentation, I received verbal feedback from my lecturer, which highlighted both strengths and areas for improvement.</w:t>
      </w:r>
    </w:p>
    <w:p w14:paraId="5B0EF3D8" w14:textId="77777777" w:rsidR="008D29E8" w:rsidRPr="00737126" w:rsidRDefault="008D29E8" w:rsidP="00737126">
      <w:pPr>
        <w:spacing w:before="100" w:beforeAutospacing="1" w:after="100" w:afterAutospacing="1" w:line="360" w:lineRule="auto"/>
        <w:outlineLvl w:val="2"/>
        <w:rPr>
          <w:rFonts w:ascii="Arial" w:eastAsia="Times New Roman" w:hAnsi="Arial" w:cs="Arial"/>
          <w:color w:val="000000"/>
          <w:lang w:val="en-GB" w:eastAsia="en-GB"/>
        </w:rPr>
      </w:pPr>
      <w:r w:rsidRPr="00737126">
        <w:rPr>
          <w:rFonts w:ascii="Arial" w:eastAsia="Times New Roman" w:hAnsi="Arial" w:cs="Arial"/>
          <w:color w:val="000000"/>
          <w:lang w:val="en-GB" w:eastAsia="en-GB"/>
        </w:rPr>
        <w:t>Feelings</w:t>
      </w:r>
    </w:p>
    <w:p w14:paraId="67AD859A" w14:textId="77777777" w:rsidR="008D29E8" w:rsidRPr="00737126" w:rsidRDefault="008D29E8" w:rsidP="00737126">
      <w:pPr>
        <w:spacing w:before="100" w:beforeAutospacing="1" w:after="100" w:afterAutospacing="1" w:line="360" w:lineRule="auto"/>
        <w:rPr>
          <w:rFonts w:ascii="Arial" w:hAnsi="Arial" w:cs="Arial"/>
          <w:color w:val="000000"/>
          <w:lang w:val="en-GB" w:eastAsia="en-GB"/>
        </w:rPr>
      </w:pPr>
      <w:r w:rsidRPr="00737126">
        <w:rPr>
          <w:rFonts w:ascii="Arial" w:hAnsi="Arial" w:cs="Arial"/>
          <w:color w:val="000000"/>
          <w:lang w:val="en-GB" w:eastAsia="en-GB"/>
        </w:rPr>
        <w:t xml:space="preserve">Before the presentation, I felt nervous and lacked confidence, particularly because I was presenting in front of others. I was worried about forgetting key information and not explaining the role of the MDT clearly. During the presentation, I began to feel more </w:t>
      </w:r>
      <w:r w:rsidRPr="00737126">
        <w:rPr>
          <w:rFonts w:ascii="Arial" w:hAnsi="Arial" w:cs="Arial"/>
          <w:color w:val="000000"/>
          <w:lang w:val="en-GB" w:eastAsia="en-GB"/>
        </w:rPr>
        <w:lastRenderedPageBreak/>
        <w:t>comfortable, but I was still aware of my nerves. After finishing, I felt relieved but also unsure about how well I had performed. When I received feedback, I felt encouraged by the positive comments but also slightly disappointed in myself for not presenting as confidently as I could have.</w:t>
      </w:r>
    </w:p>
    <w:p w14:paraId="06EB4083" w14:textId="77777777" w:rsidR="008D29E8" w:rsidRPr="00737126" w:rsidRDefault="008D29E8" w:rsidP="00737126">
      <w:pPr>
        <w:spacing w:before="100" w:beforeAutospacing="1" w:after="100" w:afterAutospacing="1" w:line="360" w:lineRule="auto"/>
        <w:outlineLvl w:val="2"/>
        <w:rPr>
          <w:rFonts w:ascii="Arial" w:eastAsia="Times New Roman" w:hAnsi="Arial" w:cs="Arial"/>
          <w:color w:val="000000"/>
          <w:lang w:val="en-GB" w:eastAsia="en-GB"/>
        </w:rPr>
      </w:pPr>
      <w:r w:rsidRPr="00737126">
        <w:rPr>
          <w:rFonts w:ascii="Arial" w:eastAsia="Times New Roman" w:hAnsi="Arial" w:cs="Arial"/>
          <w:color w:val="000000"/>
          <w:lang w:val="en-GB" w:eastAsia="en-GB"/>
        </w:rPr>
        <w:t>Evaluation</w:t>
      </w:r>
    </w:p>
    <w:p w14:paraId="0A1693B8" w14:textId="77777777" w:rsidR="008D29E8" w:rsidRPr="00737126" w:rsidRDefault="008D29E8" w:rsidP="00737126">
      <w:pPr>
        <w:spacing w:before="100" w:beforeAutospacing="1" w:after="100" w:afterAutospacing="1" w:line="360" w:lineRule="auto"/>
        <w:rPr>
          <w:rFonts w:ascii="Arial" w:hAnsi="Arial" w:cs="Arial"/>
          <w:color w:val="000000"/>
          <w:lang w:val="en-GB" w:eastAsia="en-GB"/>
        </w:rPr>
      </w:pPr>
      <w:r w:rsidRPr="00737126">
        <w:rPr>
          <w:rFonts w:ascii="Arial" w:hAnsi="Arial" w:cs="Arial"/>
          <w:color w:val="000000"/>
          <w:lang w:val="en-GB" w:eastAsia="en-GB"/>
        </w:rPr>
        <w:t>There were several positive aspects of my presentation. My lecturer noted that my content was relevant and showed a clear understanding of elderly care and the importance of MDT working. I explained the roles of different professionals effectively and linked this to improving patient outcomes. My slides were organised and supported the key points of my presentation.</w:t>
      </w:r>
    </w:p>
    <w:p w14:paraId="1F2DC12E" w14:textId="77777777" w:rsidR="008D29E8" w:rsidRPr="00737126" w:rsidRDefault="008D29E8" w:rsidP="00737126">
      <w:pPr>
        <w:spacing w:before="100" w:beforeAutospacing="1" w:after="100" w:afterAutospacing="1" w:line="360" w:lineRule="auto"/>
        <w:rPr>
          <w:rFonts w:ascii="Arial" w:hAnsi="Arial" w:cs="Arial"/>
          <w:color w:val="000000"/>
          <w:lang w:val="en-GB" w:eastAsia="en-GB"/>
        </w:rPr>
      </w:pPr>
      <w:r w:rsidRPr="00737126">
        <w:rPr>
          <w:rFonts w:ascii="Arial" w:hAnsi="Arial" w:cs="Arial"/>
          <w:color w:val="000000"/>
          <w:lang w:val="en-GB" w:eastAsia="en-GB"/>
        </w:rPr>
        <w:t>However, there were also areas for improvement. My lecturer highlighted that I relied too heavily on reading from the slides, which reduced my engagement with the audience. I also needed to improve my eye contact and speak more clearly and confidently. At times, my voice was too quiet, which made it difficult for others to fully engage with my presentation.</w:t>
      </w:r>
    </w:p>
    <w:p w14:paraId="3958B231" w14:textId="77777777" w:rsidR="008D29E8" w:rsidRPr="00737126" w:rsidRDefault="008D29E8" w:rsidP="00737126">
      <w:pPr>
        <w:spacing w:before="100" w:beforeAutospacing="1" w:after="100" w:afterAutospacing="1" w:line="360" w:lineRule="auto"/>
        <w:outlineLvl w:val="2"/>
        <w:rPr>
          <w:rFonts w:ascii="Arial" w:eastAsia="Times New Roman" w:hAnsi="Arial" w:cs="Arial"/>
          <w:color w:val="000000"/>
          <w:lang w:val="en-GB" w:eastAsia="en-GB"/>
        </w:rPr>
      </w:pPr>
      <w:r w:rsidRPr="00737126">
        <w:rPr>
          <w:rFonts w:ascii="Arial" w:eastAsia="Times New Roman" w:hAnsi="Arial" w:cs="Arial"/>
          <w:color w:val="000000"/>
          <w:lang w:val="en-GB" w:eastAsia="en-GB"/>
        </w:rPr>
        <w:t>Analysis</w:t>
      </w:r>
    </w:p>
    <w:p w14:paraId="1AB8C949" w14:textId="77777777" w:rsidR="008D29E8" w:rsidRPr="00737126" w:rsidRDefault="008D29E8" w:rsidP="00737126">
      <w:pPr>
        <w:spacing w:before="100" w:beforeAutospacing="1" w:after="100" w:afterAutospacing="1" w:line="360" w:lineRule="auto"/>
        <w:rPr>
          <w:rFonts w:ascii="Arial" w:hAnsi="Arial" w:cs="Arial"/>
          <w:color w:val="000000"/>
          <w:lang w:val="en-GB" w:eastAsia="en-GB"/>
        </w:rPr>
      </w:pPr>
      <w:r w:rsidRPr="00737126">
        <w:rPr>
          <w:rFonts w:ascii="Arial" w:hAnsi="Arial" w:cs="Arial"/>
          <w:color w:val="000000"/>
          <w:lang w:val="en-GB" w:eastAsia="en-GB"/>
        </w:rPr>
        <w:t>The feedback made me realise that although I had a good understanding of the topic, my delivery skills need improvement. In health and social care, especially when working with elderly patients, communication is extremely important. Professionals within an MDT must communicate clearly and confidently to ensure that care is coordinated and effective. My lack of confidence and reliance on slides suggests that I need to develop my verbal communication skills further.</w:t>
      </w:r>
    </w:p>
    <w:p w14:paraId="3E0EB3EF" w14:textId="77777777" w:rsidR="008D29E8" w:rsidRPr="00737126" w:rsidRDefault="008D29E8" w:rsidP="00737126">
      <w:pPr>
        <w:spacing w:before="100" w:beforeAutospacing="1" w:after="100" w:afterAutospacing="1" w:line="360" w:lineRule="auto"/>
        <w:rPr>
          <w:rFonts w:ascii="Arial" w:hAnsi="Arial" w:cs="Arial"/>
          <w:color w:val="000000"/>
          <w:lang w:val="en-GB" w:eastAsia="en-GB"/>
        </w:rPr>
      </w:pPr>
      <w:r w:rsidRPr="00737126">
        <w:rPr>
          <w:rFonts w:ascii="Arial" w:hAnsi="Arial" w:cs="Arial"/>
          <w:color w:val="000000"/>
          <w:lang w:val="en-GB" w:eastAsia="en-GB"/>
        </w:rPr>
        <w:t>Additionally, presenting information about MDT working requires clarity and confidence to ensure that the roles and importance of teamwork are understood. My nervousness may have affected how effectively I communicated these ideas. This experience has shown me that being knowledgeable is not enough; I also need to be able to present information clearly and professionally.</w:t>
      </w:r>
    </w:p>
    <w:p w14:paraId="5519BD6D" w14:textId="77777777" w:rsidR="008D29E8" w:rsidRPr="00737126" w:rsidRDefault="008D29E8" w:rsidP="00737126">
      <w:pPr>
        <w:spacing w:before="100" w:beforeAutospacing="1" w:after="100" w:afterAutospacing="1" w:line="360" w:lineRule="auto"/>
        <w:outlineLvl w:val="2"/>
        <w:rPr>
          <w:rFonts w:ascii="Arial" w:eastAsia="Times New Roman" w:hAnsi="Arial" w:cs="Arial"/>
          <w:color w:val="000000"/>
          <w:lang w:val="en-GB" w:eastAsia="en-GB"/>
        </w:rPr>
      </w:pPr>
      <w:r w:rsidRPr="00737126">
        <w:rPr>
          <w:rFonts w:ascii="Arial" w:eastAsia="Times New Roman" w:hAnsi="Arial" w:cs="Arial"/>
          <w:color w:val="000000"/>
          <w:lang w:val="en-GB" w:eastAsia="en-GB"/>
        </w:rPr>
        <w:t>Conclusion</w:t>
      </w:r>
    </w:p>
    <w:p w14:paraId="5784E420" w14:textId="77777777" w:rsidR="008D29E8" w:rsidRPr="00737126" w:rsidRDefault="008D29E8" w:rsidP="00737126">
      <w:pPr>
        <w:spacing w:before="100" w:beforeAutospacing="1" w:after="100" w:afterAutospacing="1" w:line="360" w:lineRule="auto"/>
        <w:rPr>
          <w:rFonts w:ascii="Arial" w:hAnsi="Arial" w:cs="Arial"/>
          <w:color w:val="000000"/>
          <w:lang w:val="en-GB" w:eastAsia="en-GB"/>
        </w:rPr>
      </w:pPr>
      <w:r w:rsidRPr="00737126">
        <w:rPr>
          <w:rFonts w:ascii="Arial" w:hAnsi="Arial" w:cs="Arial"/>
          <w:color w:val="000000"/>
          <w:lang w:val="en-GB" w:eastAsia="en-GB"/>
        </w:rPr>
        <w:lastRenderedPageBreak/>
        <w:t>In conclusion, my presentation demonstrated a good understanding of elderly patient care and the role of the MDT, but I need to improve my confidence and communication skills. The feedback from my lecturer was valuable in identifying specific areas for development, such as improving eye contact, reducing reliance on slides, and speaking more clearly. This experience has helped me recognise the importance of effective communication in both academic settings and future healthcare roles.</w:t>
      </w:r>
    </w:p>
    <w:p w14:paraId="231F317F" w14:textId="77777777" w:rsidR="008D29E8" w:rsidRPr="00737126" w:rsidRDefault="008D29E8" w:rsidP="00737126">
      <w:pPr>
        <w:spacing w:before="100" w:beforeAutospacing="1" w:after="100" w:afterAutospacing="1" w:line="360" w:lineRule="auto"/>
        <w:rPr>
          <w:rFonts w:ascii="Arial" w:hAnsi="Arial" w:cs="Arial"/>
          <w:color w:val="000000"/>
          <w:lang w:val="en-GB" w:eastAsia="en-GB"/>
        </w:rPr>
      </w:pPr>
    </w:p>
    <w:p w14:paraId="431A5192" w14:textId="77777777" w:rsidR="003C7FA5" w:rsidRPr="00982855" w:rsidRDefault="003C7FA5" w:rsidP="00876726">
      <w:pPr>
        <w:spacing w:before="100" w:beforeAutospacing="1" w:after="100" w:afterAutospacing="1" w:line="240" w:lineRule="auto"/>
        <w:rPr>
          <w:rFonts w:ascii="Arial" w:hAnsi="Arial" w:cs="Arial"/>
          <w:color w:val="000000"/>
          <w:sz w:val="24"/>
          <w:szCs w:val="24"/>
          <w:lang w:val="en-GB" w:eastAsia="en-GB"/>
        </w:rPr>
      </w:pPr>
    </w:p>
    <w:p w14:paraId="1FA13BA4" w14:textId="77777777" w:rsidR="00876726" w:rsidRPr="00982855" w:rsidRDefault="00876726" w:rsidP="00876726">
      <w:pPr>
        <w:spacing w:before="100" w:beforeAutospacing="1" w:after="100" w:afterAutospacing="1" w:line="240" w:lineRule="auto"/>
        <w:rPr>
          <w:rFonts w:ascii="Arial" w:hAnsi="Arial" w:cs="Arial"/>
          <w:color w:val="000000"/>
          <w:sz w:val="24"/>
          <w:szCs w:val="24"/>
          <w:lang w:val="en-GB" w:eastAsia="en-GB"/>
        </w:rPr>
      </w:pPr>
    </w:p>
    <w:p w14:paraId="66608531" w14:textId="77777777" w:rsidR="00876726" w:rsidRPr="00982855" w:rsidRDefault="00876726" w:rsidP="00876726">
      <w:pPr>
        <w:spacing w:before="100" w:beforeAutospacing="1" w:after="100" w:afterAutospacing="1" w:line="240" w:lineRule="auto"/>
        <w:rPr>
          <w:rFonts w:ascii="Arial" w:hAnsi="Arial" w:cs="Arial"/>
          <w:color w:val="000000"/>
          <w:sz w:val="24"/>
          <w:szCs w:val="24"/>
          <w:lang w:val="en-GB" w:eastAsia="en-GB"/>
        </w:rPr>
      </w:pPr>
    </w:p>
    <w:p w14:paraId="03D7DE6C" w14:textId="77777777" w:rsidR="00876726" w:rsidRPr="00982855" w:rsidRDefault="00876726">
      <w:pPr>
        <w:pStyle w:val="NormalWeb"/>
        <w:rPr>
          <w:rFonts w:ascii="Arial" w:hAnsi="Arial" w:cs="Arial"/>
          <w:color w:val="000000"/>
        </w:rPr>
      </w:pPr>
    </w:p>
    <w:p w14:paraId="14FC847E" w14:textId="77777777" w:rsidR="002D2935" w:rsidRPr="00982855" w:rsidRDefault="002D2935">
      <w:pPr>
        <w:pStyle w:val="NormalWeb"/>
        <w:rPr>
          <w:rFonts w:ascii="Arial" w:hAnsi="Arial" w:cs="Arial"/>
          <w:color w:val="000000"/>
        </w:rPr>
      </w:pPr>
    </w:p>
    <w:p w14:paraId="0BFD300D" w14:textId="77777777" w:rsidR="002D2935" w:rsidRDefault="002D2935">
      <w:pPr>
        <w:pStyle w:val="NormalWeb"/>
        <w:rPr>
          <w:color w:val="000000"/>
        </w:rPr>
      </w:pPr>
    </w:p>
    <w:p w14:paraId="014CC37A" w14:textId="77777777" w:rsidR="00B25EB4" w:rsidRDefault="00B25EB4" w:rsidP="000C3489"/>
    <w:p w14:paraId="1D0BEA10" w14:textId="77777777" w:rsidR="00517CBF" w:rsidRDefault="00517CBF" w:rsidP="000C3489"/>
    <w:p w14:paraId="5FD0BBBF" w14:textId="77777777" w:rsidR="00517CBF" w:rsidRDefault="00517CBF" w:rsidP="000C3489"/>
    <w:p w14:paraId="62AD119A" w14:textId="77777777" w:rsidR="00517CBF" w:rsidRDefault="00517CBF" w:rsidP="000C3489"/>
    <w:p w14:paraId="5C3B9594" w14:textId="77777777" w:rsidR="000C3489" w:rsidRDefault="000C3489" w:rsidP="000C3489"/>
    <w:sectPr w:rsidR="000C3489"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B06040202020202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B7C44F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52189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AC612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D9415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482015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5755EB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667167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DB25CF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841402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B8B7AA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6299028">
    <w:abstractNumId w:val="8"/>
  </w:num>
  <w:num w:numId="2" w16cid:durableId="1320960077">
    <w:abstractNumId w:val="6"/>
  </w:num>
  <w:num w:numId="3" w16cid:durableId="851575693">
    <w:abstractNumId w:val="5"/>
  </w:num>
  <w:num w:numId="4" w16cid:durableId="1956254988">
    <w:abstractNumId w:val="4"/>
  </w:num>
  <w:num w:numId="5" w16cid:durableId="374430857">
    <w:abstractNumId w:val="7"/>
  </w:num>
  <w:num w:numId="6" w16cid:durableId="1416630791">
    <w:abstractNumId w:val="3"/>
  </w:num>
  <w:num w:numId="7" w16cid:durableId="1263950605">
    <w:abstractNumId w:val="2"/>
  </w:num>
  <w:num w:numId="8" w16cid:durableId="1104886561">
    <w:abstractNumId w:val="1"/>
  </w:num>
  <w:num w:numId="9" w16cid:durableId="1361853394">
    <w:abstractNumId w:val="0"/>
  </w:num>
  <w:num w:numId="10" w16cid:durableId="1726030538">
    <w:abstractNumId w:val="9"/>
  </w:num>
  <w:num w:numId="11" w16cid:durableId="813793230">
    <w:abstractNumId w:val="15"/>
  </w:num>
  <w:num w:numId="12" w16cid:durableId="1023828093">
    <w:abstractNumId w:val="17"/>
  </w:num>
  <w:num w:numId="13" w16cid:durableId="1106853312">
    <w:abstractNumId w:val="18"/>
  </w:num>
  <w:num w:numId="14" w16cid:durableId="483351705">
    <w:abstractNumId w:val="12"/>
  </w:num>
  <w:num w:numId="15" w16cid:durableId="1736276284">
    <w:abstractNumId w:val="11"/>
  </w:num>
  <w:num w:numId="16" w16cid:durableId="858811727">
    <w:abstractNumId w:val="14"/>
  </w:num>
  <w:num w:numId="17" w16cid:durableId="530337238">
    <w:abstractNumId w:val="13"/>
  </w:num>
  <w:num w:numId="18" w16cid:durableId="1459757285">
    <w:abstractNumId w:val="16"/>
  </w:num>
  <w:num w:numId="19" w16cid:durableId="68039925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2"/>
  <w:proofState w:spelling="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96228"/>
    <w:rsid w:val="000C3489"/>
    <w:rsid w:val="001411D8"/>
    <w:rsid w:val="0015074B"/>
    <w:rsid w:val="001D0468"/>
    <w:rsid w:val="00271B68"/>
    <w:rsid w:val="0029639D"/>
    <w:rsid w:val="002D2935"/>
    <w:rsid w:val="0030475F"/>
    <w:rsid w:val="00326F90"/>
    <w:rsid w:val="003C7FA5"/>
    <w:rsid w:val="00477801"/>
    <w:rsid w:val="004F0845"/>
    <w:rsid w:val="005056F2"/>
    <w:rsid w:val="00517CBF"/>
    <w:rsid w:val="00525EA8"/>
    <w:rsid w:val="007060D0"/>
    <w:rsid w:val="00737126"/>
    <w:rsid w:val="00876726"/>
    <w:rsid w:val="008D29E8"/>
    <w:rsid w:val="00982855"/>
    <w:rsid w:val="00AA1D8D"/>
    <w:rsid w:val="00B25EB4"/>
    <w:rsid w:val="00B47730"/>
    <w:rsid w:val="00B822E3"/>
    <w:rsid w:val="00B92ACB"/>
    <w:rsid w:val="00B97020"/>
    <w:rsid w:val="00CB0664"/>
    <w:rsid w:val="00D67EA2"/>
    <w:rsid w:val="00E155A7"/>
    <w:rsid w:val="00F268E7"/>
    <w:rsid w:val="00F4051E"/>
    <w:rsid w:val="00FC693F"/>
    <w:rsid w:val="00FD79B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A5C4E19"/>
  <w14:defaultImageDpi w14:val="300"/>
  <w15:docId w15:val="{731BF727-0044-CE42-993B-D8F7516DE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B25EB4"/>
    <w:pPr>
      <w:spacing w:before="100" w:beforeAutospacing="1" w:after="100" w:afterAutospacing="1" w:line="240" w:lineRule="auto"/>
    </w:pPr>
    <w:rPr>
      <w:rFonts w:ascii="Times New Roman" w:hAnsi="Times New Roman" w:cs="Times New Roman"/>
      <w:sz w:val="24"/>
      <w:szCs w:val="24"/>
      <w:lang w:val="en-GB" w:eastAsia="en-GB"/>
    </w:rPr>
  </w:style>
  <w:style w:type="character" w:customStyle="1" w:styleId="apple-converted-space">
    <w:name w:val="apple-converted-space"/>
    <w:basedOn w:val="DefaultParagraphFont"/>
    <w:rsid w:val="008767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1676</Words>
  <Characters>9559</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11213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Caitlin Kirton (2432273)</cp:lastModifiedBy>
  <cp:revision>2</cp:revision>
  <dcterms:created xsi:type="dcterms:W3CDTF">2026-03-26T20:54:00Z</dcterms:created>
  <dcterms:modified xsi:type="dcterms:W3CDTF">2026-03-26T20:54:00Z</dcterms:modified>
  <cp:category/>
</cp:coreProperties>
</file>