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00886" w:rsidP="4D8F98EB" w:rsidRDefault="00344F75" w14:paraId="7064E004" w14:textId="796CDFED">
      <w:pPr>
        <w:jc w:val="center"/>
        <w:rPr>
          <w:rFonts w:eastAsia="Arial" w:cs="Arial"/>
          <w:color w:val="000000" w:themeColor="text1"/>
          <w:sz w:val="32"/>
          <w:szCs w:val="32"/>
        </w:rPr>
      </w:pPr>
      <w:r>
        <w:br/>
      </w:r>
      <w:r w:rsidR="0E591619">
        <w:rPr>
          <w:noProof/>
        </w:rPr>
        <w:drawing>
          <wp:inline distT="0" distB="0" distL="0" distR="0" wp14:anchorId="6646DD2A" wp14:editId="3D58703A">
            <wp:extent cx="3390900" cy="1352550"/>
            <wp:effectExtent l="0" t="0" r="0" b="0"/>
            <wp:docPr id="92728850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288502" name="Picture 92728850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886" w:rsidP="4D8F98EB" w:rsidRDefault="00700886" w14:paraId="47163968" w14:textId="2784CB04">
      <w:pPr>
        <w:jc w:val="center"/>
        <w:rPr>
          <w:rFonts w:eastAsia="Arial" w:cs="Arial"/>
          <w:color w:val="000000" w:themeColor="text1"/>
          <w:sz w:val="32"/>
          <w:szCs w:val="32"/>
        </w:rPr>
      </w:pPr>
    </w:p>
    <w:p w:rsidR="00700886" w:rsidP="4D8F98EB" w:rsidRDefault="0E591619" w14:paraId="56C7988A" w14:textId="4DF1B71C">
      <w:pPr>
        <w:shd w:val="clear" w:color="auto" w:fill="FFFFFF" w:themeFill="background1"/>
        <w:spacing w:after="120"/>
        <w:jc w:val="center"/>
        <w:rPr>
          <w:rFonts w:ascii="Segoe UI" w:hAnsi="Segoe UI" w:eastAsia="Segoe UI" w:cs="Segoe UI"/>
          <w:b/>
          <w:bCs/>
          <w:color w:val="1D2125"/>
          <w:sz w:val="28"/>
          <w:szCs w:val="28"/>
          <w:lang w:val="en"/>
        </w:rPr>
      </w:pPr>
      <w:r w:rsidRPr="4D8F98EB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Student</w:t>
      </w:r>
      <w:r w:rsidR="006A6247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 xml:space="preserve"> </w:t>
      </w:r>
      <w:r w:rsidRPr="4D8F98EB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Name:</w:t>
      </w:r>
      <w:r w:rsidR="006A6247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 xml:space="preserve"> </w:t>
      </w:r>
      <w:r w:rsidRPr="4D8F98EB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Jeet</w:t>
      </w:r>
      <w:r w:rsidR="006A6247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 xml:space="preserve"> </w:t>
      </w:r>
      <w:r w:rsidRPr="4D8F98EB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Patel</w:t>
      </w:r>
      <w:r>
        <w:br/>
      </w:r>
      <w:r>
        <w:br/>
      </w:r>
      <w:r w:rsidRPr="4D8F98EB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Student</w:t>
      </w:r>
      <w:r w:rsidR="006A6247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 xml:space="preserve"> </w:t>
      </w:r>
      <w:r w:rsidRPr="4D8F98EB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ID:</w:t>
      </w:r>
      <w:r w:rsidR="006A6247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 xml:space="preserve"> </w:t>
      </w:r>
      <w:r w:rsidRPr="4D8F98EB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2532588</w:t>
      </w:r>
      <w:r>
        <w:br/>
      </w:r>
      <w:r>
        <w:br/>
      </w:r>
      <w:r w:rsidRPr="4D8F98EB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Module</w:t>
      </w:r>
      <w:r w:rsidR="006A6247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 xml:space="preserve"> </w:t>
      </w:r>
      <w:r w:rsidRPr="4D8F98EB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Name:</w:t>
      </w:r>
      <w:r w:rsidR="006A6247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 xml:space="preserve"> </w:t>
      </w:r>
      <w:r w:rsidRPr="4D8F98EB" w:rsidR="0B4DFCAE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Strategic</w:t>
      </w:r>
      <w:r w:rsidR="006A6247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 xml:space="preserve"> </w:t>
      </w:r>
      <w:r w:rsidRPr="4D8F98EB" w:rsidR="0B4DFCAE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Management</w:t>
      </w:r>
    </w:p>
    <w:p w:rsidR="00700886" w:rsidP="4D8F98EB" w:rsidRDefault="00344F75" w14:paraId="6CE6A9F0" w14:textId="10E9D5BB">
      <w:pPr>
        <w:shd w:val="clear" w:color="auto" w:fill="FFFFFF" w:themeFill="background1"/>
        <w:spacing w:after="120"/>
        <w:jc w:val="center"/>
        <w:rPr>
          <w:rFonts w:eastAsia="Arial" w:cs="Arial"/>
          <w:b/>
          <w:bCs/>
          <w:color w:val="000000" w:themeColor="text1"/>
          <w:sz w:val="28"/>
          <w:szCs w:val="28"/>
          <w:lang w:val="en"/>
        </w:rPr>
      </w:pPr>
      <w:r>
        <w:br/>
      </w:r>
      <w:r w:rsidRPr="4D8F98EB" w:rsidR="0E591619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Module</w:t>
      </w:r>
      <w:r w:rsidR="006A6247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 xml:space="preserve"> </w:t>
      </w:r>
      <w:r w:rsidRPr="4D8F98EB" w:rsidR="0E591619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Code:</w:t>
      </w:r>
      <w:r w:rsidR="006A6247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 xml:space="preserve"> </w:t>
      </w:r>
      <w:r w:rsidRPr="4D8F98EB" w:rsidR="0AD490AE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LCMB7003</w:t>
      </w:r>
    </w:p>
    <w:p w:rsidR="00700886" w:rsidP="4D8F98EB" w:rsidRDefault="00344F75" w14:paraId="1C37507D" w14:textId="7C48FC3D">
      <w:pPr>
        <w:jc w:val="center"/>
        <w:rPr>
          <w:rFonts w:ascii="Source Sans Pro" w:hAnsi="Source Sans Pro" w:eastAsia="Source Sans Pro" w:cs="Source Sans Pro"/>
          <w:color w:val="242130"/>
          <w:sz w:val="21"/>
          <w:szCs w:val="21"/>
          <w:lang w:val="en"/>
        </w:rPr>
      </w:pPr>
      <w:r>
        <w:br/>
      </w:r>
      <w:r w:rsidRPr="4D8F98EB" w:rsidR="0E591619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Lecturer’s</w:t>
      </w:r>
      <w:r w:rsidR="006A6247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 xml:space="preserve"> </w:t>
      </w:r>
      <w:r w:rsidRPr="4D8F98EB" w:rsidR="0E591619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Name:</w:t>
      </w:r>
      <w:r w:rsidR="006A6247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 xml:space="preserve"> </w:t>
      </w:r>
      <w:r w:rsidRPr="4D8F98EB" w:rsidR="28337408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Gladius</w:t>
      </w:r>
      <w:r w:rsidR="006A6247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 xml:space="preserve"> </w:t>
      </w:r>
      <w:r w:rsidRPr="4D8F98EB" w:rsidR="28337408">
        <w:rPr>
          <w:rFonts w:eastAsia="Arial" w:cs="Arial"/>
          <w:b/>
          <w:bCs/>
          <w:color w:val="000000" w:themeColor="text1"/>
          <w:sz w:val="28"/>
          <w:szCs w:val="28"/>
          <w:lang w:val="en"/>
        </w:rPr>
        <w:t>Kulothungan</w:t>
      </w:r>
    </w:p>
    <w:p w:rsidR="00700886" w:rsidP="4D8F98EB" w:rsidRDefault="00344F75" w14:paraId="30957D5A" w14:textId="3117D895">
      <w:pPr>
        <w:jc w:val="center"/>
        <w:rPr>
          <w:rFonts w:eastAsia="Arial" w:cs="Arial"/>
          <w:color w:val="000000" w:themeColor="text1"/>
          <w:sz w:val="28"/>
          <w:szCs w:val="28"/>
        </w:rPr>
      </w:pPr>
      <w:r>
        <w:br/>
      </w:r>
      <w:r w:rsidRPr="7D0D8C44" w:rsidR="29E3C17C">
        <w:rPr>
          <w:rFonts w:eastAsia="Arial" w:cs="Arial"/>
          <w:b w:val="1"/>
          <w:bCs w:val="1"/>
          <w:color w:val="000000" w:themeColor="text1" w:themeTint="FF" w:themeShade="FF"/>
          <w:sz w:val="28"/>
          <w:szCs w:val="28"/>
          <w:lang w:val="en"/>
        </w:rPr>
        <w:t>Word</w:t>
      </w:r>
      <w:r w:rsidRPr="7D0D8C44" w:rsidR="780EC55A">
        <w:rPr>
          <w:rFonts w:eastAsia="Arial" w:cs="Arial"/>
          <w:b w:val="1"/>
          <w:bCs w:val="1"/>
          <w:color w:val="000000" w:themeColor="text1" w:themeTint="FF" w:themeShade="FF"/>
          <w:sz w:val="28"/>
          <w:szCs w:val="28"/>
          <w:lang w:val="en"/>
        </w:rPr>
        <w:t xml:space="preserve"> </w:t>
      </w:r>
      <w:r w:rsidRPr="7D0D8C44" w:rsidR="29E3C17C">
        <w:rPr>
          <w:rFonts w:eastAsia="Arial" w:cs="Arial"/>
          <w:b w:val="1"/>
          <w:bCs w:val="1"/>
          <w:color w:val="000000" w:themeColor="text1" w:themeTint="FF" w:themeShade="FF"/>
          <w:sz w:val="28"/>
          <w:szCs w:val="28"/>
          <w:lang w:val="en"/>
        </w:rPr>
        <w:t>Count:</w:t>
      </w:r>
      <w:r w:rsidRPr="7D0D8C44" w:rsidR="780EC55A">
        <w:rPr>
          <w:rFonts w:eastAsia="Arial" w:cs="Arial"/>
          <w:b w:val="1"/>
          <w:bCs w:val="1"/>
          <w:color w:val="000000" w:themeColor="text1" w:themeTint="FF" w:themeShade="FF"/>
          <w:sz w:val="28"/>
          <w:szCs w:val="28"/>
          <w:lang w:val="en"/>
        </w:rPr>
        <w:t xml:space="preserve"> </w:t>
      </w:r>
      <w:r w:rsidRPr="7D0D8C44" w:rsidR="114D9EB9">
        <w:rPr>
          <w:rFonts w:eastAsia="Arial" w:cs="Arial"/>
          <w:b w:val="1"/>
          <w:bCs w:val="1"/>
          <w:color w:val="000000" w:themeColor="text1" w:themeTint="FF" w:themeShade="FF"/>
          <w:sz w:val="28"/>
          <w:szCs w:val="28"/>
          <w:lang w:val="en"/>
        </w:rPr>
        <w:t>5</w:t>
      </w:r>
      <w:r w:rsidRPr="7D0D8C44" w:rsidR="36CA1041">
        <w:rPr>
          <w:rFonts w:eastAsia="Arial" w:cs="Arial"/>
          <w:b w:val="1"/>
          <w:bCs w:val="1"/>
          <w:color w:val="000000" w:themeColor="text1" w:themeTint="FF" w:themeShade="FF"/>
          <w:sz w:val="28"/>
          <w:szCs w:val="28"/>
          <w:lang w:val="en"/>
        </w:rPr>
        <w:t>280</w:t>
      </w:r>
      <w:r>
        <w:br/>
      </w:r>
      <w:r>
        <w:br/>
      </w:r>
      <w:r w:rsidRPr="7D0D8C44" w:rsidR="29E3C17C">
        <w:rPr>
          <w:rFonts w:eastAsia="Arial" w:cs="Arial"/>
          <w:b w:val="1"/>
          <w:bCs w:val="1"/>
          <w:color w:val="000000" w:themeColor="text1" w:themeTint="FF" w:themeShade="FF"/>
          <w:sz w:val="28"/>
          <w:szCs w:val="28"/>
          <w:lang w:val="en"/>
        </w:rPr>
        <w:t>Term</w:t>
      </w:r>
      <w:r w:rsidRPr="7D0D8C44" w:rsidR="780EC55A">
        <w:rPr>
          <w:rFonts w:eastAsia="Arial" w:cs="Arial"/>
          <w:b w:val="1"/>
          <w:bCs w:val="1"/>
          <w:color w:val="000000" w:themeColor="text1" w:themeTint="FF" w:themeShade="FF"/>
          <w:sz w:val="28"/>
          <w:szCs w:val="28"/>
          <w:lang w:val="en"/>
        </w:rPr>
        <w:t xml:space="preserve"> </w:t>
      </w:r>
      <w:r w:rsidRPr="7D0D8C44" w:rsidR="29E3C17C">
        <w:rPr>
          <w:rFonts w:eastAsia="Arial" w:cs="Arial"/>
          <w:b w:val="1"/>
          <w:bCs w:val="1"/>
          <w:color w:val="000000" w:themeColor="text1" w:themeTint="FF" w:themeShade="FF"/>
          <w:sz w:val="28"/>
          <w:szCs w:val="28"/>
          <w:lang w:val="en"/>
        </w:rPr>
        <w:t>2</w:t>
      </w:r>
    </w:p>
    <w:p w:rsidR="00700886" w:rsidRDefault="00344F75" w14:paraId="7060DC70" w14:textId="606E051D">
      <w:pPr>
        <w:jc w:val="center"/>
      </w:pPr>
      <w:r>
        <w:br/>
      </w:r>
    </w:p>
    <w:p w:rsidR="00700886" w:rsidRDefault="00344F75" w14:paraId="672A6659" w14:textId="77777777">
      <w:r>
        <w:br w:type="page"/>
      </w:r>
    </w:p>
    <w:sdt>
      <w:sdtPr>
        <w:id w:val="1902283132"/>
        <w:docPartObj>
          <w:docPartGallery w:val="Table of Contents"/>
          <w:docPartUnique/>
        </w:docPartObj>
      </w:sdtPr>
      <w:sdtContent>
        <w:p w:rsidR="007342AC" w:rsidRDefault="5ABEC42F" w14:paraId="62859005" w14:textId="475BD5BA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history="1" w:anchor="_Toc237366853">
            <w:r w:rsidRPr="00D8448A" w:rsidR="007342AC">
              <w:rPr>
                <w:rStyle w:val="Hyperlink"/>
                <w:noProof/>
              </w:rPr>
              <w:t>Executive Summary</w:t>
            </w:r>
            <w:r w:rsidR="007342AC">
              <w:rPr>
                <w:noProof/>
                <w:webHidden/>
              </w:rPr>
              <w:tab/>
            </w:r>
            <w:r w:rsidR="007342AC">
              <w:rPr>
                <w:noProof/>
                <w:webHidden/>
              </w:rPr>
              <w:fldChar w:fldCharType="begin"/>
            </w:r>
            <w:r w:rsidR="007342AC">
              <w:rPr>
                <w:noProof/>
                <w:webHidden/>
              </w:rPr>
              <w:instrText xml:space="preserve"> PAGEREF _Toc237366853 \h </w:instrText>
            </w:r>
            <w:r w:rsidR="007342AC">
              <w:rPr>
                <w:noProof/>
                <w:webHidden/>
              </w:rPr>
            </w:r>
            <w:r w:rsidR="007342AC"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4</w:t>
            </w:r>
            <w:r w:rsidR="007342AC"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38F2EDC7" w14:textId="65E74AD4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54">
            <w:r w:rsidRPr="00D8448A">
              <w:rPr>
                <w:rStyle w:val="Hyperlink"/>
                <w:noProof/>
              </w:rPr>
              <w:t>1. Organizational Context and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5A98BC97" w14:textId="556E815D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55">
            <w:r w:rsidRPr="00D8448A">
              <w:rPr>
                <w:rStyle w:val="Hyperlink"/>
                <w:noProof/>
              </w:rPr>
              <w:t>1.1 History, Mission, Vision, and Business Model (200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3087C9C5" w14:textId="208F531D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56">
            <w:r w:rsidRPr="00D8448A">
              <w:rPr>
                <w:rStyle w:val="Hyperlink"/>
                <w:noProof/>
              </w:rPr>
              <w:t>1.2 Industry, Competitors and Market Position (150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64544708" w14:textId="35F6D13B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57">
            <w:r w:rsidRPr="00D8448A">
              <w:rPr>
                <w:rStyle w:val="Hyperlink"/>
                <w:noProof/>
              </w:rPr>
              <w:t>2. External and Internal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1035EE27" w14:textId="1E6F62C9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58">
            <w:r w:rsidRPr="00D8448A">
              <w:rPr>
                <w:rStyle w:val="Hyperlink"/>
                <w:noProof/>
              </w:rPr>
              <w:t>2.1 PESTEL Analysis (500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7FFE0563" w14:textId="30346150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59">
            <w:r w:rsidRPr="00D8448A">
              <w:rPr>
                <w:rStyle w:val="Hyperlink"/>
                <w:noProof/>
              </w:rPr>
              <w:t>2.2 VRIO Analysis (400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4F21A225" w14:textId="3FF53BC9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60">
            <w:r w:rsidRPr="00D8448A">
              <w:rPr>
                <w:rStyle w:val="Hyperlink"/>
                <w:noProof/>
              </w:rPr>
              <w:t>2.3 SWOT Synthesis (300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585656F5" w14:textId="5B6A894A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61">
            <w:r w:rsidRPr="00D8448A">
              <w:rPr>
                <w:rStyle w:val="Hyperlink"/>
                <w:noProof/>
              </w:rPr>
              <w:t>3. Comprehensive and Holistic 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0352D5F7" w14:textId="6BFA5A87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62">
            <w:r w:rsidRPr="00D8448A">
              <w:rPr>
                <w:rStyle w:val="Hyperlink"/>
                <w:noProof/>
              </w:rPr>
              <w:t>3.1 CSR Strategy and Alignment (400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1BE719DB" w14:textId="0337752F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63">
            <w:r w:rsidRPr="00D8448A">
              <w:rPr>
                <w:rStyle w:val="Hyperlink"/>
                <w:noProof/>
              </w:rPr>
              <w:t>3.2 Balanced Scorecard (400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0BD7B816" w14:textId="54AFCFEA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64">
            <w:r w:rsidRPr="00D8448A">
              <w:rPr>
                <w:rStyle w:val="Hyperlink"/>
                <w:noProof/>
              </w:rPr>
              <w:t>4. Strategic Choices and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6DBDE015" w14:textId="33CDE31C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65">
            <w:r w:rsidRPr="00D8448A">
              <w:rPr>
                <w:rStyle w:val="Hyperlink"/>
                <w:noProof/>
              </w:rPr>
              <w:t>4.1 Business-Level Strategy and Value Proposition (250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284A7965" w14:textId="489940C8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66">
            <w:r w:rsidRPr="00D8448A">
              <w:rPr>
                <w:rStyle w:val="Hyperlink"/>
                <w:noProof/>
              </w:rPr>
              <w:t>4.2 Ansoff Matrix and Five Forces Validation (300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4C1FE398" w14:textId="310B47AD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67">
            <w:r w:rsidRPr="00D8448A">
              <w:rPr>
                <w:rStyle w:val="Hyperlink"/>
                <w:noProof/>
              </w:rPr>
              <w:t>4.3 Recommendations – How Strategy Delivers Performance (500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7E6B1821" w14:textId="022E8D7B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68">
            <w:r w:rsidRPr="00D8448A">
              <w:rPr>
                <w:rStyle w:val="Hyperlink"/>
                <w:noProof/>
              </w:rPr>
              <w:t>4.4 SAFe Evaluation (200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6D89A8FD" w14:textId="2C425223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69">
            <w:r w:rsidRPr="00D8448A">
              <w:rPr>
                <w:rStyle w:val="Hyperlink"/>
                <w:noProof/>
              </w:rPr>
              <w:t>4.5 Implementation Challenges and Mitigation (250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5524ED9E" w14:textId="174580DF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70">
            <w:r w:rsidRPr="00D8448A">
              <w:rPr>
                <w:rStyle w:val="Hyperlink"/>
                <w:noProof/>
              </w:rPr>
              <w:t>Section 2: Reflective Account – Gibbs Cycle (700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04BC9C0C" w14:textId="518B5779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71">
            <w:r w:rsidRPr="00D8448A">
              <w:rPr>
                <w:rStyle w:val="Hyperlink"/>
                <w:noProof/>
              </w:rPr>
              <w:t>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52BB1D13" w14:textId="0330C943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72">
            <w:r w:rsidRPr="00D8448A">
              <w:rPr>
                <w:rStyle w:val="Hyperlink"/>
                <w:noProof/>
              </w:rPr>
              <w:t>Feelings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6F573BE3" w14:textId="46FA7D06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73">
            <w:r w:rsidRPr="00D8448A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00A17971" w14:textId="18F8F51E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74">
            <w:r w:rsidRPr="00D8448A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4DBC8ED6" w14:textId="644C31C4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75">
            <w:r w:rsidRPr="00D8448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55C076B7" w14:textId="5CD7760E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76">
            <w:r w:rsidRPr="00D8448A">
              <w:rPr>
                <w:rStyle w:val="Hyperlink"/>
                <w:noProof/>
              </w:rPr>
              <w:t>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53974104" w14:textId="61DE5492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77">
            <w:r w:rsidRPr="00D8448A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6CA61DED" w14:textId="151CFA8B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78">
            <w:r w:rsidRPr="00D8448A">
              <w:rPr>
                <w:rStyle w:val="Hyperlink"/>
                <w:noProof/>
              </w:rPr>
              <w:t>Appendix A – PESTEL Evidence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3BD70762" w14:textId="2DC5DB55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79">
            <w:r w:rsidRPr="00D8448A">
              <w:rPr>
                <w:rStyle w:val="Hyperlink"/>
                <w:noProof/>
              </w:rPr>
              <w:t>Appendix B – VRIO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4342FEDD" w14:textId="7637E1D4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80">
            <w:r w:rsidRPr="00D8448A">
              <w:rPr>
                <w:rStyle w:val="Hyperlink"/>
                <w:noProof/>
              </w:rPr>
              <w:t>Appendix C – Five Forces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7C3829F7" w14:textId="7602BB4A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81">
            <w:r w:rsidRPr="00D8448A">
              <w:rPr>
                <w:rStyle w:val="Hyperlink"/>
                <w:noProof/>
              </w:rPr>
              <w:t>Appendix D – Charts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11AEE617" w14:textId="526A173D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82">
            <w:r w:rsidRPr="00D8448A">
              <w:rPr>
                <w:rStyle w:val="Hyperlink"/>
                <w:noProof/>
              </w:rPr>
              <w:t>Appendix E – SWOT Detailed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7DBDAF7B" w14:textId="5F2ACAF0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83">
            <w:r w:rsidRPr="00D8448A">
              <w:rPr>
                <w:rStyle w:val="Hyperlink"/>
                <w:noProof/>
              </w:rPr>
              <w:t>Appendix F – Balanced Scorecard Dashboard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71020B8D" w14:textId="353E7CA6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84">
            <w:r w:rsidRPr="00D8448A">
              <w:rPr>
                <w:rStyle w:val="Hyperlink"/>
                <w:noProof/>
              </w:rPr>
              <w:t>Appendix G – Ansoff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76820273" w14:textId="4FEE8135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85">
            <w:r w:rsidRPr="00D8448A">
              <w:rPr>
                <w:rStyle w:val="Hyperlink"/>
                <w:noProof/>
              </w:rPr>
              <w:t>Appendix H – SAFe and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42AC" w:rsidRDefault="007342AC" w14:paraId="74A4FB12" w14:textId="1F917414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Cs w:val="24"/>
              <w14:ligatures w14:val="standardContextual"/>
            </w:rPr>
          </w:pPr>
          <w:hyperlink w:history="1" w:anchor="_Toc237366886">
            <w:r w:rsidRPr="00D8448A">
              <w:rPr>
                <w:rStyle w:val="Hyperlink"/>
                <w:noProof/>
              </w:rPr>
              <w:t>References – Harvard Style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_Toc237366886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0030E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5ABEC42F" w:rsidRDefault="5ABEC42F" w14:paraId="3939AEA1" w14:textId="7840E722">
          <w:r>
            <w:fldChar w:fldCharType="end"/>
          </w:r>
        </w:p>
      </w:sdtContent>
    </w:sdt>
    <w:p w:rsidR="5ABEC42F" w:rsidP="5ABEC42F" w:rsidRDefault="5ABEC42F" w14:paraId="01979013" w14:textId="3655C8D7"/>
    <w:p w:rsidR="00700886" w:rsidRDefault="00344F75" w14:paraId="0A37501D" w14:textId="77777777">
      <w:r>
        <w:br w:type="page"/>
      </w:r>
    </w:p>
    <w:p w:rsidR="00700886" w:rsidP="7D0D8C44" w:rsidRDefault="7BF93C46" w14:paraId="2664F4B3" w14:textId="77777777">
      <w:pPr>
        <w:pStyle w:val="Heading1"/>
        <w:jc w:val="both"/>
        <w:rPr>
          <w:rFonts w:ascii="Arial" w:hAnsi="Arial"/>
          <w:color w:val="auto"/>
        </w:rPr>
      </w:pPr>
      <w:bookmarkStart w:name="_Toc236501118" w:id="0"/>
      <w:bookmarkStart w:name="_Toc1296417505" w:id="1"/>
      <w:bookmarkStart w:name="_Toc237366853" w:id="2"/>
      <w:r w:rsidRPr="7D0D8C44" w:rsidR="529427D7">
        <w:rPr>
          <w:rFonts w:ascii="Arial" w:hAnsi="Arial"/>
          <w:color w:val="auto"/>
        </w:rPr>
        <w:t>Executive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Summary</w:t>
      </w:r>
      <w:bookmarkEnd w:id="0"/>
      <w:bookmarkEnd w:id="1"/>
      <w:bookmarkEnd w:id="2"/>
    </w:p>
    <w:p w:rsidR="00700886" w:rsidP="00F94D1E" w:rsidRDefault="00344F75" w14:paraId="654473FF" w14:textId="4B39F6D5">
      <w:pPr>
        <w:jc w:val="both"/>
      </w:pPr>
      <w:r w:rsidR="110A7A9A">
        <w:rPr/>
        <w:t>This</w:t>
      </w:r>
      <w:r w:rsidR="780EC55A">
        <w:rPr/>
        <w:t xml:space="preserve"> </w:t>
      </w:r>
      <w:r w:rsidR="110A7A9A">
        <w:rPr/>
        <w:t>report</w:t>
      </w:r>
      <w:r w:rsidR="780EC55A">
        <w:rPr/>
        <w:t xml:space="preserve"> </w:t>
      </w:r>
      <w:r w:rsidR="110A7A9A">
        <w:rPr/>
        <w:t>evaluates</w:t>
      </w:r>
      <w:r w:rsidR="780EC55A">
        <w:rPr/>
        <w:t xml:space="preserve"> </w:t>
      </w:r>
      <w:r w:rsidR="110A7A9A">
        <w:rPr/>
        <w:t>Tesco</w:t>
      </w:r>
      <w:r w:rsidR="780EC55A">
        <w:rPr/>
        <w:t xml:space="preserve"> </w:t>
      </w:r>
      <w:r w:rsidR="110A7A9A">
        <w:rPr/>
        <w:t>PLC's</w:t>
      </w:r>
      <w:r w:rsidR="780EC55A">
        <w:rPr/>
        <w:t xml:space="preserve"> </w:t>
      </w:r>
      <w:r w:rsidR="110A7A9A">
        <w:rPr/>
        <w:t>UK</w:t>
      </w:r>
      <w:r w:rsidR="780EC55A">
        <w:rPr/>
        <w:t xml:space="preserve"> </w:t>
      </w:r>
      <w:r w:rsidR="110A7A9A">
        <w:rPr/>
        <w:t>grocery</w:t>
      </w:r>
      <w:r w:rsidR="780EC55A">
        <w:rPr/>
        <w:t xml:space="preserve"> </w:t>
      </w:r>
      <w:r w:rsidR="110A7A9A">
        <w:rPr/>
        <w:t>operations</w:t>
      </w:r>
      <w:r w:rsidR="780EC55A">
        <w:rPr/>
        <w:t xml:space="preserve"> </w:t>
      </w:r>
      <w:r w:rsidR="110A7A9A">
        <w:rPr/>
        <w:t>for</w:t>
      </w:r>
      <w:r w:rsidR="780EC55A">
        <w:rPr/>
        <w:t xml:space="preserve"> </w:t>
      </w:r>
      <w:r w:rsidR="110A7A9A">
        <w:rPr/>
        <w:t>the</w:t>
      </w:r>
      <w:r w:rsidR="780EC55A">
        <w:rPr/>
        <w:t xml:space="preserve"> </w:t>
      </w:r>
      <w:r w:rsidR="110A7A9A">
        <w:rPr/>
        <w:t>Board</w:t>
      </w:r>
      <w:r w:rsidR="780EC55A">
        <w:rPr/>
        <w:t xml:space="preserve"> </w:t>
      </w:r>
      <w:r w:rsidR="110A7A9A">
        <w:rPr/>
        <w:t>as</w:t>
      </w:r>
      <w:r w:rsidR="780EC55A">
        <w:rPr/>
        <w:t xml:space="preserve"> </w:t>
      </w:r>
      <w:r w:rsidR="4C325621">
        <w:rPr/>
        <w:t>a strategic</w:t>
      </w:r>
      <w:r w:rsidR="780EC55A">
        <w:rPr/>
        <w:t xml:space="preserve"> </w:t>
      </w:r>
      <w:r w:rsidR="110A7A9A">
        <w:rPr/>
        <w:t>consultant.</w:t>
      </w:r>
      <w:r w:rsidR="780EC55A">
        <w:rPr/>
        <w:t xml:space="preserve"> </w:t>
      </w:r>
      <w:r w:rsidR="110A7A9A">
        <w:rPr/>
        <w:t>Focus</w:t>
      </w:r>
      <w:r w:rsidR="780EC55A">
        <w:rPr/>
        <w:t xml:space="preserve"> </w:t>
      </w:r>
      <w:r w:rsidR="110A7A9A">
        <w:rPr/>
        <w:t>is</w:t>
      </w:r>
      <w:r w:rsidR="780EC55A">
        <w:rPr/>
        <w:t xml:space="preserve"> </w:t>
      </w:r>
      <w:r w:rsidR="110A7A9A">
        <w:rPr/>
        <w:t>UK</w:t>
      </w:r>
      <w:r w:rsidR="780EC55A">
        <w:rPr/>
        <w:t xml:space="preserve"> </w:t>
      </w:r>
      <w:r w:rsidR="110A7A9A">
        <w:rPr/>
        <w:t>grocery</w:t>
      </w:r>
      <w:r w:rsidR="780EC55A">
        <w:rPr/>
        <w:t xml:space="preserve"> </w:t>
      </w:r>
      <w:r w:rsidR="110A7A9A">
        <w:rPr/>
        <w:t>only</w:t>
      </w:r>
      <w:r w:rsidR="780EC55A">
        <w:rPr/>
        <w:t xml:space="preserve"> </w:t>
      </w:r>
      <w:r w:rsidR="110A7A9A">
        <w:rPr/>
        <w:t>–</w:t>
      </w:r>
      <w:r w:rsidR="780EC55A">
        <w:rPr/>
        <w:t xml:space="preserve"> </w:t>
      </w:r>
      <w:r w:rsidR="110A7A9A">
        <w:rPr/>
        <w:t>stores,</w:t>
      </w:r>
      <w:r w:rsidR="780EC55A">
        <w:rPr/>
        <w:t xml:space="preserve"> </w:t>
      </w:r>
      <w:r w:rsidR="110A7A9A">
        <w:rPr/>
        <w:t>online,</w:t>
      </w:r>
      <w:r w:rsidR="780EC55A">
        <w:rPr/>
        <w:t xml:space="preserve"> </w:t>
      </w:r>
      <w:r w:rsidR="110A7A9A">
        <w:rPr/>
        <w:t>Clubcard,</w:t>
      </w:r>
      <w:r w:rsidR="780EC55A">
        <w:rPr/>
        <w:t xml:space="preserve"> </w:t>
      </w:r>
      <w:r w:rsidR="110A7A9A">
        <w:rPr/>
        <w:t>own-label,</w:t>
      </w:r>
      <w:r w:rsidR="780EC55A">
        <w:rPr/>
        <w:t xml:space="preserve"> </w:t>
      </w:r>
      <w:r w:rsidR="34446F25">
        <w:rPr/>
        <w:t>pricing,</w:t>
      </w:r>
      <w:r w:rsidR="780EC55A">
        <w:rPr/>
        <w:t xml:space="preserve"> </w:t>
      </w:r>
      <w:r w:rsidR="110A7A9A">
        <w:rPr/>
        <w:t>and</w:t>
      </w:r>
      <w:r w:rsidR="780EC55A">
        <w:rPr/>
        <w:t xml:space="preserve"> </w:t>
      </w:r>
      <w:r w:rsidR="110A7A9A">
        <w:rPr/>
        <w:t>sustainability</w:t>
      </w:r>
      <w:r w:rsidR="780EC55A">
        <w:rPr/>
        <w:t xml:space="preserve"> </w:t>
      </w:r>
      <w:r w:rsidR="110A7A9A">
        <w:rPr/>
        <w:t>–</w:t>
      </w:r>
      <w:r w:rsidR="780EC55A">
        <w:rPr/>
        <w:t xml:space="preserve"> </w:t>
      </w:r>
      <w:r w:rsidR="110A7A9A">
        <w:rPr/>
        <w:t>to</w:t>
      </w:r>
      <w:r w:rsidR="780EC55A">
        <w:rPr/>
        <w:t xml:space="preserve"> </w:t>
      </w:r>
      <w:r w:rsidR="110A7A9A">
        <w:rPr/>
        <w:t>meet</w:t>
      </w:r>
      <w:r w:rsidR="780EC55A">
        <w:rPr/>
        <w:t xml:space="preserve"> </w:t>
      </w:r>
      <w:r w:rsidR="110A7A9A">
        <w:rPr/>
        <w:t>single-market</w:t>
      </w:r>
      <w:r w:rsidR="780EC55A">
        <w:rPr/>
        <w:t xml:space="preserve"> </w:t>
      </w:r>
      <w:r w:rsidR="110A7A9A">
        <w:rPr/>
        <w:t>brief</w:t>
      </w:r>
      <w:r w:rsidR="780EC55A">
        <w:rPr/>
        <w:t xml:space="preserve"> </w:t>
      </w:r>
      <w:r w:rsidR="110A7A9A">
        <w:rPr/>
        <w:t>(Tesco</w:t>
      </w:r>
      <w:r w:rsidR="780EC55A">
        <w:rPr/>
        <w:t xml:space="preserve"> </w:t>
      </w:r>
      <w:r w:rsidR="110A7A9A">
        <w:rPr/>
        <w:t>operating</w:t>
      </w:r>
      <w:r w:rsidR="780EC55A">
        <w:rPr/>
        <w:t xml:space="preserve"> </w:t>
      </w:r>
      <w:r w:rsidR="110A7A9A">
        <w:rPr/>
        <w:t>since</w:t>
      </w:r>
      <w:r w:rsidR="780EC55A">
        <w:rPr/>
        <w:t xml:space="preserve"> </w:t>
      </w:r>
      <w:r w:rsidR="110A7A9A">
        <w:rPr/>
        <w:t>1919,</w:t>
      </w:r>
      <w:r w:rsidR="780EC55A">
        <w:rPr/>
        <w:t xml:space="preserve"> </w:t>
      </w:r>
      <w:r w:rsidR="110A7A9A">
        <w:rPr/>
        <w:t>Tesco</w:t>
      </w:r>
      <w:r w:rsidR="780EC55A">
        <w:rPr/>
        <w:t xml:space="preserve"> </w:t>
      </w:r>
      <w:r w:rsidR="110A7A9A">
        <w:rPr/>
        <w:t>PLC,</w:t>
      </w:r>
      <w:r w:rsidR="780EC55A">
        <w:rPr/>
        <w:t xml:space="preserve"> </w:t>
      </w:r>
      <w:r w:rsidR="110A7A9A">
        <w:rPr/>
        <w:t>2025b).</w:t>
      </w:r>
      <w:r w:rsidR="780EC55A">
        <w:rPr/>
        <w:t xml:space="preserve"> </w:t>
      </w:r>
      <w:r w:rsidR="110A7A9A">
        <w:rPr/>
        <w:t>Tesco</w:t>
      </w:r>
      <w:r w:rsidR="780EC55A">
        <w:rPr/>
        <w:t xml:space="preserve"> </w:t>
      </w:r>
      <w:r w:rsidR="110A7A9A">
        <w:rPr/>
        <w:t>leads</w:t>
      </w:r>
      <w:r w:rsidR="780EC55A">
        <w:rPr/>
        <w:t xml:space="preserve"> </w:t>
      </w:r>
      <w:r w:rsidR="110A7A9A">
        <w:rPr/>
        <w:t>UK</w:t>
      </w:r>
      <w:r w:rsidR="780EC55A">
        <w:rPr/>
        <w:t xml:space="preserve"> </w:t>
      </w:r>
      <w:r w:rsidR="110A7A9A">
        <w:rPr/>
        <w:t>grocery</w:t>
      </w:r>
      <w:r w:rsidR="780EC55A">
        <w:rPr/>
        <w:t xml:space="preserve"> </w:t>
      </w:r>
      <w:r w:rsidR="110A7A9A">
        <w:rPr/>
        <w:t>with</w:t>
      </w:r>
      <w:r w:rsidR="780EC55A">
        <w:rPr/>
        <w:t xml:space="preserve"> </w:t>
      </w:r>
      <w:r w:rsidR="110A7A9A">
        <w:rPr/>
        <w:t>28.0%</w:t>
      </w:r>
      <w:r w:rsidR="780EC55A">
        <w:rPr/>
        <w:t xml:space="preserve"> </w:t>
      </w:r>
      <w:r w:rsidR="110A7A9A">
        <w:rPr/>
        <w:t>share</w:t>
      </w:r>
      <w:r w:rsidR="780EC55A">
        <w:rPr/>
        <w:t xml:space="preserve"> </w:t>
      </w:r>
      <w:r w:rsidR="110A7A9A">
        <w:rPr/>
        <w:t>12</w:t>
      </w:r>
      <w:r w:rsidR="780EC55A">
        <w:rPr/>
        <w:t xml:space="preserve"> </w:t>
      </w:r>
      <w:r w:rsidR="110A7A9A">
        <w:rPr/>
        <w:t>weeks</w:t>
      </w:r>
      <w:r w:rsidR="780EC55A">
        <w:rPr/>
        <w:t xml:space="preserve"> </w:t>
      </w:r>
      <w:r w:rsidR="110A7A9A">
        <w:rPr/>
        <w:t>to</w:t>
      </w:r>
      <w:r w:rsidR="780EC55A">
        <w:rPr/>
        <w:t xml:space="preserve"> </w:t>
      </w:r>
      <w:r w:rsidR="110A7A9A">
        <w:rPr/>
        <w:t>18</w:t>
      </w:r>
      <w:r w:rsidR="780EC55A">
        <w:rPr/>
        <w:t xml:space="preserve"> </w:t>
      </w:r>
      <w:r w:rsidR="110A7A9A">
        <w:rPr/>
        <w:t>May</w:t>
      </w:r>
      <w:r w:rsidR="780EC55A">
        <w:rPr/>
        <w:t xml:space="preserve"> </w:t>
      </w:r>
      <w:r w:rsidR="110A7A9A">
        <w:rPr/>
        <w:t>2025</w:t>
      </w:r>
      <w:r w:rsidR="780EC55A">
        <w:rPr/>
        <w:t xml:space="preserve"> </w:t>
      </w:r>
      <w:r w:rsidR="110A7A9A">
        <w:rPr/>
        <w:t>and</w:t>
      </w:r>
      <w:r w:rsidR="780EC55A">
        <w:rPr/>
        <w:t xml:space="preserve"> </w:t>
      </w:r>
      <w:r w:rsidR="110A7A9A">
        <w:rPr/>
        <w:t>28.3%</w:t>
      </w:r>
      <w:r w:rsidR="780EC55A">
        <w:rPr/>
        <w:t xml:space="preserve"> </w:t>
      </w:r>
      <w:r w:rsidR="110A7A9A">
        <w:rPr/>
        <w:t>to</w:t>
      </w:r>
      <w:r w:rsidR="780EC55A">
        <w:rPr/>
        <w:t xml:space="preserve"> </w:t>
      </w:r>
      <w:r w:rsidR="110A7A9A">
        <w:rPr/>
        <w:t>23</w:t>
      </w:r>
      <w:r w:rsidR="780EC55A">
        <w:rPr/>
        <w:t xml:space="preserve"> </w:t>
      </w:r>
      <w:r w:rsidR="110A7A9A">
        <w:rPr/>
        <w:t>Feb</w:t>
      </w:r>
      <w:r w:rsidR="780EC55A">
        <w:rPr/>
        <w:t xml:space="preserve"> </w:t>
      </w:r>
      <w:r w:rsidR="110A7A9A">
        <w:rPr/>
        <w:t>2025</w:t>
      </w:r>
      <w:r w:rsidR="780EC55A">
        <w:rPr/>
        <w:t xml:space="preserve"> </w:t>
      </w:r>
      <w:r w:rsidR="110A7A9A">
        <w:rPr/>
        <w:t>(Kantar,</w:t>
      </w:r>
      <w:r w:rsidR="780EC55A">
        <w:rPr/>
        <w:t xml:space="preserve"> </w:t>
      </w:r>
      <w:r w:rsidR="110A7A9A">
        <w:rPr/>
        <w:t>2025;</w:t>
      </w:r>
      <w:r w:rsidR="780EC55A">
        <w:rPr/>
        <w:t xml:space="preserve"> </w:t>
      </w:r>
      <w:r w:rsidR="110A7A9A">
        <w:rPr/>
        <w:t>Tesco</w:t>
      </w:r>
      <w:r w:rsidR="780EC55A">
        <w:rPr/>
        <w:t xml:space="preserve"> </w:t>
      </w:r>
      <w:r w:rsidR="110A7A9A">
        <w:rPr/>
        <w:t>PLC,</w:t>
      </w:r>
      <w:r w:rsidR="780EC55A">
        <w:rPr/>
        <w:t xml:space="preserve"> </w:t>
      </w:r>
      <w:r w:rsidR="110A7A9A">
        <w:rPr/>
        <w:t>2025a)</w:t>
      </w:r>
      <w:r w:rsidR="780EC55A">
        <w:rPr/>
        <w:t xml:space="preserve"> </w:t>
      </w:r>
      <w:r w:rsidR="110A7A9A">
        <w:rPr/>
        <w:t>in</w:t>
      </w:r>
      <w:r w:rsidR="780EC55A">
        <w:rPr/>
        <w:t xml:space="preserve"> </w:t>
      </w:r>
      <w:r w:rsidR="110A7A9A">
        <w:rPr/>
        <w:t>a</w:t>
      </w:r>
      <w:r w:rsidR="780EC55A">
        <w:rPr/>
        <w:t xml:space="preserve"> </w:t>
      </w:r>
      <w:r w:rsidR="110A7A9A">
        <w:rPr/>
        <w:t>£230-240bn</w:t>
      </w:r>
      <w:r w:rsidR="780EC55A">
        <w:rPr/>
        <w:t xml:space="preserve"> </w:t>
      </w:r>
      <w:r w:rsidR="110A7A9A">
        <w:rPr/>
        <w:t>market</w:t>
      </w:r>
      <w:r w:rsidR="780EC55A">
        <w:rPr/>
        <w:t xml:space="preserve"> </w:t>
      </w:r>
      <w:r w:rsidR="110A7A9A">
        <w:rPr/>
        <w:t>(</w:t>
      </w:r>
      <w:r w:rsidR="110A7A9A">
        <w:rPr/>
        <w:t>Businesstats</w:t>
      </w:r>
      <w:r w:rsidR="110A7A9A">
        <w:rPr/>
        <w:t>,</w:t>
      </w:r>
      <w:r w:rsidR="780EC55A">
        <w:rPr/>
        <w:t xml:space="preserve"> </w:t>
      </w:r>
      <w:r w:rsidR="110A7A9A">
        <w:rPr/>
        <w:t>2026).</w:t>
      </w:r>
      <w:r w:rsidR="780EC55A">
        <w:rPr/>
        <w:t xml:space="preserve"> </w:t>
      </w:r>
      <w:r w:rsidR="110A7A9A">
        <w:rPr/>
        <w:t>FY24/25</w:t>
      </w:r>
      <w:r w:rsidR="780EC55A">
        <w:rPr/>
        <w:t xml:space="preserve"> </w:t>
      </w:r>
      <w:r w:rsidR="110A7A9A">
        <w:rPr/>
        <w:t>sales</w:t>
      </w:r>
      <w:r w:rsidR="780EC55A">
        <w:rPr/>
        <w:t xml:space="preserve"> </w:t>
      </w:r>
      <w:r w:rsidR="110A7A9A">
        <w:rPr/>
        <w:t>ex</w:t>
      </w:r>
      <w:r w:rsidR="780EC55A">
        <w:rPr/>
        <w:t xml:space="preserve"> </w:t>
      </w:r>
      <w:r w:rsidR="110A7A9A">
        <w:rPr/>
        <w:t>VAT</w:t>
      </w:r>
      <w:r w:rsidR="780EC55A">
        <w:rPr/>
        <w:t xml:space="preserve"> </w:t>
      </w:r>
      <w:r w:rsidR="110A7A9A">
        <w:rPr/>
        <w:t>ex</w:t>
      </w:r>
      <w:r w:rsidR="780EC55A">
        <w:rPr/>
        <w:t xml:space="preserve"> </w:t>
      </w:r>
      <w:r w:rsidR="110A7A9A">
        <w:rPr/>
        <w:t>fuel</w:t>
      </w:r>
      <w:r w:rsidR="780EC55A">
        <w:rPr/>
        <w:t xml:space="preserve"> </w:t>
      </w:r>
      <w:r w:rsidR="110A7A9A">
        <w:rPr/>
        <w:t>were</w:t>
      </w:r>
      <w:r w:rsidR="780EC55A">
        <w:rPr/>
        <w:t xml:space="preserve"> </w:t>
      </w:r>
      <w:r w:rsidR="110A7A9A">
        <w:rPr/>
        <w:t>£63.636bn</w:t>
      </w:r>
      <w:r w:rsidR="780EC55A">
        <w:rPr/>
        <w:t xml:space="preserve"> </w:t>
      </w:r>
      <w:r w:rsidR="110A7A9A">
        <w:rPr/>
        <w:t>and</w:t>
      </w:r>
      <w:r w:rsidR="780EC55A">
        <w:rPr/>
        <w:t xml:space="preserve"> </w:t>
      </w:r>
      <w:r w:rsidR="110A7A9A">
        <w:rPr/>
        <w:t>adjusted</w:t>
      </w:r>
      <w:r w:rsidR="780EC55A">
        <w:rPr/>
        <w:t xml:space="preserve"> </w:t>
      </w:r>
      <w:r w:rsidR="110A7A9A">
        <w:rPr/>
        <w:t>operating</w:t>
      </w:r>
      <w:r w:rsidR="780EC55A">
        <w:rPr/>
        <w:t xml:space="preserve"> </w:t>
      </w:r>
      <w:r w:rsidR="110A7A9A">
        <w:rPr/>
        <w:t>profit</w:t>
      </w:r>
      <w:r w:rsidR="780EC55A">
        <w:rPr/>
        <w:t xml:space="preserve"> </w:t>
      </w:r>
      <w:r w:rsidR="110A7A9A">
        <w:rPr/>
        <w:t>£3.128bn,</w:t>
      </w:r>
      <w:r w:rsidR="780EC55A">
        <w:rPr/>
        <w:t xml:space="preserve"> </w:t>
      </w:r>
      <w:r w:rsidR="110A7A9A">
        <w:rPr/>
        <w:t>rising</w:t>
      </w:r>
      <w:r w:rsidR="780EC55A">
        <w:rPr/>
        <w:t xml:space="preserve"> </w:t>
      </w:r>
      <w:r w:rsidR="110A7A9A">
        <w:rPr/>
        <w:t>to</w:t>
      </w:r>
      <w:r w:rsidR="780EC55A">
        <w:rPr/>
        <w:t xml:space="preserve"> </w:t>
      </w:r>
      <w:r w:rsidR="110A7A9A">
        <w:rPr/>
        <w:t>£66.588bn</w:t>
      </w:r>
      <w:r w:rsidR="780EC55A">
        <w:rPr/>
        <w:t xml:space="preserve"> </w:t>
      </w:r>
      <w:r w:rsidR="110A7A9A">
        <w:rPr/>
        <w:t>and</w:t>
      </w:r>
      <w:r w:rsidR="780EC55A">
        <w:rPr/>
        <w:t xml:space="preserve"> </w:t>
      </w:r>
      <w:r w:rsidR="110A7A9A">
        <w:rPr/>
        <w:t>£3.152bn</w:t>
      </w:r>
      <w:r w:rsidR="780EC55A">
        <w:rPr/>
        <w:t xml:space="preserve"> </w:t>
      </w:r>
      <w:r w:rsidR="110A7A9A">
        <w:rPr/>
        <w:t>preliminary</w:t>
      </w:r>
      <w:r w:rsidR="780EC55A">
        <w:rPr/>
        <w:t xml:space="preserve"> </w:t>
      </w:r>
      <w:r w:rsidR="110A7A9A">
        <w:rPr/>
        <w:t>FY25/26</w:t>
      </w:r>
      <w:r w:rsidR="780EC55A">
        <w:rPr/>
        <w:t xml:space="preserve"> </w:t>
      </w:r>
      <w:r w:rsidR="110A7A9A">
        <w:rPr/>
        <w:t>(Tesco</w:t>
      </w:r>
      <w:r w:rsidR="780EC55A">
        <w:rPr/>
        <w:t xml:space="preserve"> </w:t>
      </w:r>
      <w:r w:rsidR="110A7A9A">
        <w:rPr/>
        <w:t>PLC,</w:t>
      </w:r>
      <w:r w:rsidR="780EC55A">
        <w:rPr/>
        <w:t xml:space="preserve"> </w:t>
      </w:r>
      <w:r w:rsidR="110A7A9A">
        <w:rPr/>
        <w:t>2025a;</w:t>
      </w:r>
      <w:r w:rsidR="780EC55A">
        <w:rPr/>
        <w:t xml:space="preserve"> </w:t>
      </w:r>
      <w:r w:rsidR="110A7A9A">
        <w:rPr/>
        <w:t>2026).</w:t>
      </w:r>
      <w:r>
        <w:br/>
      </w:r>
      <w:r>
        <w:br/>
      </w:r>
      <w:r w:rsidR="110A7A9A">
        <w:rPr/>
        <w:t>External</w:t>
      </w:r>
      <w:r w:rsidR="780EC55A">
        <w:rPr/>
        <w:t xml:space="preserve"> </w:t>
      </w:r>
      <w:r w:rsidR="110A7A9A">
        <w:rPr/>
        <w:t>analysis</w:t>
      </w:r>
      <w:r w:rsidR="780EC55A">
        <w:rPr/>
        <w:t xml:space="preserve"> </w:t>
      </w:r>
      <w:r w:rsidR="110A7A9A">
        <w:rPr/>
        <w:t>shows</w:t>
      </w:r>
      <w:r w:rsidR="780EC55A">
        <w:rPr/>
        <w:t xml:space="preserve"> </w:t>
      </w:r>
      <w:r w:rsidR="110A7A9A">
        <w:rPr/>
        <w:t>grocery</w:t>
      </w:r>
      <w:r w:rsidR="780EC55A">
        <w:rPr/>
        <w:t xml:space="preserve"> </w:t>
      </w:r>
      <w:r w:rsidR="110A7A9A">
        <w:rPr/>
        <w:t>inflation</w:t>
      </w:r>
      <w:r w:rsidR="780EC55A">
        <w:rPr/>
        <w:t xml:space="preserve"> </w:t>
      </w:r>
      <w:r w:rsidR="110A7A9A">
        <w:rPr/>
        <w:t>at</w:t>
      </w:r>
      <w:r w:rsidR="780EC55A">
        <w:rPr/>
        <w:t xml:space="preserve"> </w:t>
      </w:r>
      <w:r w:rsidR="110A7A9A">
        <w:rPr/>
        <w:t>4.1%</w:t>
      </w:r>
      <w:r w:rsidR="780EC55A">
        <w:rPr/>
        <w:t xml:space="preserve"> </w:t>
      </w:r>
      <w:r w:rsidR="110A7A9A">
        <w:rPr/>
        <w:t>four</w:t>
      </w:r>
      <w:r w:rsidR="780EC55A">
        <w:rPr/>
        <w:t xml:space="preserve"> </w:t>
      </w:r>
      <w:r w:rsidR="110A7A9A">
        <w:rPr/>
        <w:t>weeks</w:t>
      </w:r>
      <w:r w:rsidR="780EC55A">
        <w:rPr/>
        <w:t xml:space="preserve"> </w:t>
      </w:r>
      <w:r w:rsidR="110A7A9A">
        <w:rPr/>
        <w:t>to</w:t>
      </w:r>
      <w:r w:rsidR="780EC55A">
        <w:rPr/>
        <w:t xml:space="preserve"> </w:t>
      </w:r>
      <w:r w:rsidR="110A7A9A">
        <w:rPr/>
        <w:t>18</w:t>
      </w:r>
      <w:r w:rsidR="780EC55A">
        <w:rPr/>
        <w:t xml:space="preserve"> </w:t>
      </w:r>
      <w:r w:rsidR="110A7A9A">
        <w:rPr/>
        <w:t>May</w:t>
      </w:r>
      <w:r w:rsidR="780EC55A">
        <w:rPr/>
        <w:t xml:space="preserve"> </w:t>
      </w:r>
      <w:r w:rsidR="110A7A9A">
        <w:rPr/>
        <w:t>(</w:t>
      </w:r>
      <w:r w:rsidR="206B1B5F">
        <w:rPr/>
        <w:t>Retail Times</w:t>
      </w:r>
      <w:r w:rsidR="110A7A9A">
        <w:rPr/>
        <w:t>,</w:t>
      </w:r>
      <w:r w:rsidR="780EC55A">
        <w:rPr/>
        <w:t xml:space="preserve"> </w:t>
      </w:r>
      <w:r w:rsidR="110A7A9A">
        <w:rPr/>
        <w:t>2025)</w:t>
      </w:r>
      <w:r w:rsidR="780EC55A">
        <w:rPr/>
        <w:t xml:space="preserve"> </w:t>
      </w:r>
      <w:r w:rsidR="110A7A9A">
        <w:rPr/>
        <w:t>and</w:t>
      </w:r>
      <w:r w:rsidR="780EC55A">
        <w:rPr/>
        <w:t xml:space="preserve"> </w:t>
      </w:r>
      <w:r w:rsidR="110A7A9A">
        <w:rPr/>
        <w:t>food</w:t>
      </w:r>
      <w:r w:rsidR="780EC55A">
        <w:rPr/>
        <w:t xml:space="preserve"> </w:t>
      </w:r>
      <w:r w:rsidR="110A7A9A">
        <w:rPr/>
        <w:t>CPI</w:t>
      </w:r>
      <w:r w:rsidR="780EC55A">
        <w:rPr/>
        <w:t xml:space="preserve"> </w:t>
      </w:r>
      <w:r w:rsidR="110A7A9A">
        <w:rPr/>
        <w:t>3.4-4.4%</w:t>
      </w:r>
      <w:r w:rsidR="780EC55A">
        <w:rPr/>
        <w:t xml:space="preserve"> </w:t>
      </w:r>
      <w:r w:rsidR="110A7A9A">
        <w:rPr/>
        <w:t>May</w:t>
      </w:r>
      <w:r w:rsidR="780EC55A">
        <w:rPr/>
        <w:t xml:space="preserve"> </w:t>
      </w:r>
      <w:r w:rsidR="110A7A9A">
        <w:rPr/>
        <w:t>2025</w:t>
      </w:r>
      <w:r w:rsidR="780EC55A">
        <w:rPr/>
        <w:t xml:space="preserve"> </w:t>
      </w:r>
      <w:r w:rsidR="110A7A9A">
        <w:rPr/>
        <w:t>highest</w:t>
      </w:r>
      <w:r w:rsidR="780EC55A">
        <w:rPr/>
        <w:t xml:space="preserve"> </w:t>
      </w:r>
      <w:r w:rsidR="110A7A9A">
        <w:rPr/>
        <w:t>since</w:t>
      </w:r>
      <w:r w:rsidR="780EC55A">
        <w:rPr/>
        <w:t xml:space="preserve"> </w:t>
      </w:r>
      <w:r w:rsidR="110A7A9A">
        <w:rPr/>
        <w:t>Feb</w:t>
      </w:r>
      <w:r w:rsidR="780EC55A">
        <w:rPr/>
        <w:t xml:space="preserve"> </w:t>
      </w:r>
      <w:r w:rsidR="110A7A9A">
        <w:rPr/>
        <w:t>2024</w:t>
      </w:r>
      <w:r w:rsidR="780EC55A">
        <w:rPr/>
        <w:t xml:space="preserve"> </w:t>
      </w:r>
      <w:r w:rsidR="110A7A9A">
        <w:rPr/>
        <w:t>(ONS,</w:t>
      </w:r>
      <w:r w:rsidR="780EC55A">
        <w:rPr/>
        <w:t xml:space="preserve"> </w:t>
      </w:r>
      <w:r w:rsidR="110A7A9A">
        <w:rPr/>
        <w:t>2025).</w:t>
      </w:r>
      <w:r w:rsidR="780EC55A">
        <w:rPr/>
        <w:t xml:space="preserve"> </w:t>
      </w:r>
      <w:r w:rsidR="110A7A9A">
        <w:rPr/>
        <w:t>Aldi</w:t>
      </w:r>
      <w:r w:rsidR="780EC55A">
        <w:rPr/>
        <w:t xml:space="preserve"> </w:t>
      </w:r>
      <w:r w:rsidR="110A7A9A">
        <w:rPr/>
        <w:t>record</w:t>
      </w:r>
      <w:r w:rsidR="780EC55A">
        <w:rPr/>
        <w:t xml:space="preserve"> </w:t>
      </w:r>
      <w:r w:rsidR="110A7A9A">
        <w:rPr/>
        <w:t>11.1%</w:t>
      </w:r>
      <w:r w:rsidR="780EC55A">
        <w:rPr/>
        <w:t xml:space="preserve"> </w:t>
      </w:r>
      <w:r w:rsidR="110A7A9A">
        <w:rPr/>
        <w:t>and</w:t>
      </w:r>
      <w:r w:rsidR="780EC55A">
        <w:rPr/>
        <w:t xml:space="preserve"> </w:t>
      </w:r>
      <w:r w:rsidR="110A7A9A">
        <w:rPr/>
        <w:t>Lidl</w:t>
      </w:r>
      <w:r w:rsidR="780EC55A">
        <w:rPr/>
        <w:t xml:space="preserve"> </w:t>
      </w:r>
      <w:r w:rsidR="110A7A9A">
        <w:rPr/>
        <w:t>8.1%</w:t>
      </w:r>
      <w:r w:rsidR="780EC55A">
        <w:rPr/>
        <w:t xml:space="preserve"> </w:t>
      </w:r>
      <w:r w:rsidR="110A7A9A">
        <w:rPr/>
        <w:t>achieved</w:t>
      </w:r>
      <w:r w:rsidR="780EC55A">
        <w:rPr/>
        <w:t xml:space="preserve"> </w:t>
      </w:r>
      <w:r w:rsidR="110A7A9A">
        <w:rPr/>
        <w:t>combined</w:t>
      </w:r>
      <w:r w:rsidR="780EC55A">
        <w:rPr/>
        <w:t xml:space="preserve"> </w:t>
      </w:r>
      <w:r w:rsidR="110A7A9A">
        <w:rPr/>
        <w:t>growth</w:t>
      </w:r>
      <w:r w:rsidR="780EC55A">
        <w:rPr/>
        <w:t xml:space="preserve"> </w:t>
      </w:r>
      <w:r w:rsidR="110A7A9A">
        <w:rPr/>
        <w:t>8.4%</w:t>
      </w:r>
      <w:r w:rsidR="780EC55A">
        <w:rPr/>
        <w:t xml:space="preserve"> </w:t>
      </w:r>
      <w:r w:rsidR="110A7A9A">
        <w:rPr/>
        <w:t>strongest</w:t>
      </w:r>
      <w:r w:rsidR="780EC55A">
        <w:rPr/>
        <w:t xml:space="preserve"> </w:t>
      </w:r>
      <w:r w:rsidR="110A7A9A">
        <w:rPr/>
        <w:t>since</w:t>
      </w:r>
      <w:r w:rsidR="780EC55A">
        <w:rPr/>
        <w:t xml:space="preserve"> </w:t>
      </w:r>
      <w:r w:rsidR="110A7A9A">
        <w:rPr/>
        <w:t>Jan</w:t>
      </w:r>
      <w:r w:rsidR="780EC55A">
        <w:rPr/>
        <w:t xml:space="preserve"> </w:t>
      </w:r>
      <w:r w:rsidR="110A7A9A">
        <w:rPr/>
        <w:t>2024</w:t>
      </w:r>
      <w:r w:rsidR="780EC55A">
        <w:rPr/>
        <w:t xml:space="preserve"> </w:t>
      </w:r>
      <w:r w:rsidR="110A7A9A">
        <w:rPr/>
        <w:t>(Kantar,</w:t>
      </w:r>
      <w:r w:rsidR="780EC55A">
        <w:rPr/>
        <w:t xml:space="preserve"> </w:t>
      </w:r>
      <w:r w:rsidR="110A7A9A">
        <w:rPr/>
        <w:t>2025),</w:t>
      </w:r>
      <w:r w:rsidR="780EC55A">
        <w:rPr/>
        <w:t xml:space="preserve"> </w:t>
      </w:r>
      <w:r w:rsidR="110A7A9A">
        <w:rPr/>
        <w:t>intensifying</w:t>
      </w:r>
      <w:r w:rsidR="780EC55A">
        <w:rPr/>
        <w:t xml:space="preserve"> </w:t>
      </w:r>
      <w:r w:rsidR="110A7A9A">
        <w:rPr/>
        <w:t>price</w:t>
      </w:r>
      <w:r w:rsidR="780EC55A">
        <w:rPr/>
        <w:t xml:space="preserve"> </w:t>
      </w:r>
      <w:r w:rsidR="110A7A9A">
        <w:rPr/>
        <w:t>pressure.</w:t>
      </w:r>
      <w:r w:rsidR="780EC55A">
        <w:rPr/>
        <w:t xml:space="preserve"> </w:t>
      </w:r>
      <w:r w:rsidR="110A7A9A">
        <w:rPr/>
        <w:t>Internal</w:t>
      </w:r>
      <w:r w:rsidR="780EC55A">
        <w:rPr/>
        <w:t xml:space="preserve"> </w:t>
      </w:r>
      <w:r w:rsidR="110A7A9A">
        <w:rPr/>
        <w:t>VRIO</w:t>
      </w:r>
      <w:r w:rsidR="780EC55A">
        <w:rPr/>
        <w:t xml:space="preserve"> </w:t>
      </w:r>
      <w:r w:rsidR="110A7A9A">
        <w:rPr/>
        <w:t>(Barney,</w:t>
      </w:r>
      <w:r w:rsidR="780EC55A">
        <w:rPr/>
        <w:t xml:space="preserve"> </w:t>
      </w:r>
      <w:r w:rsidR="110A7A9A">
        <w:rPr/>
        <w:t>1991)</w:t>
      </w:r>
      <w:r w:rsidR="780EC55A">
        <w:rPr/>
        <w:t xml:space="preserve"> </w:t>
      </w:r>
      <w:r w:rsidR="110A7A9A">
        <w:rPr/>
        <w:t>finds</w:t>
      </w:r>
      <w:r w:rsidR="780EC55A">
        <w:rPr/>
        <w:t xml:space="preserve"> </w:t>
      </w:r>
      <w:r w:rsidR="110A7A9A">
        <w:rPr/>
        <w:t>sustained</w:t>
      </w:r>
      <w:r w:rsidR="780EC55A">
        <w:rPr/>
        <w:t xml:space="preserve"> </w:t>
      </w:r>
      <w:r w:rsidR="110A7A9A">
        <w:rPr/>
        <w:t>advantage</w:t>
      </w:r>
      <w:r w:rsidR="780EC55A">
        <w:rPr/>
        <w:t xml:space="preserve"> </w:t>
      </w:r>
      <w:r w:rsidR="110A7A9A">
        <w:rPr/>
        <w:t>in</w:t>
      </w:r>
      <w:r w:rsidR="780EC55A">
        <w:rPr/>
        <w:t xml:space="preserve"> </w:t>
      </w:r>
      <w:r w:rsidR="110A7A9A">
        <w:rPr/>
        <w:t>Clubcard</w:t>
      </w:r>
      <w:r w:rsidR="780EC55A">
        <w:rPr/>
        <w:t xml:space="preserve"> </w:t>
      </w:r>
      <w:r w:rsidR="110A7A9A">
        <w:rPr/>
        <w:t>ecosystem</w:t>
      </w:r>
      <w:r w:rsidR="780EC55A">
        <w:rPr/>
        <w:t xml:space="preserve"> </w:t>
      </w:r>
      <w:r w:rsidR="110A7A9A">
        <w:rPr/>
        <w:t>18m</w:t>
      </w:r>
      <w:r w:rsidR="780EC55A">
        <w:rPr/>
        <w:t xml:space="preserve"> </w:t>
      </w:r>
      <w:r w:rsidR="110A7A9A">
        <w:rPr/>
        <w:t>app</w:t>
      </w:r>
      <w:r w:rsidR="780EC55A">
        <w:rPr/>
        <w:t xml:space="preserve"> </w:t>
      </w:r>
      <w:r w:rsidR="110A7A9A">
        <w:rPr/>
        <w:t>users</w:t>
      </w:r>
      <w:r w:rsidR="780EC55A">
        <w:rPr/>
        <w:t xml:space="preserve"> </w:t>
      </w:r>
      <w:r w:rsidR="110A7A9A">
        <w:rPr/>
        <w:t>with</w:t>
      </w:r>
      <w:r w:rsidR="780EC55A">
        <w:rPr/>
        <w:t xml:space="preserve"> </w:t>
      </w:r>
      <w:r w:rsidR="110A7A9A">
        <w:rPr/>
        <w:t>dunnhumby,</w:t>
      </w:r>
      <w:r w:rsidR="780EC55A">
        <w:rPr/>
        <w:t xml:space="preserve"> </w:t>
      </w:r>
      <w:r w:rsidR="110A7A9A">
        <w:rPr/>
        <w:t>scale</w:t>
      </w:r>
      <w:r w:rsidR="780EC55A">
        <w:rPr/>
        <w:t xml:space="preserve"> </w:t>
      </w:r>
      <w:r w:rsidR="110A7A9A">
        <w:rPr/>
        <w:t>with</w:t>
      </w:r>
      <w:r w:rsidR="780EC55A">
        <w:rPr/>
        <w:t xml:space="preserve"> </w:t>
      </w:r>
      <w:r w:rsidR="110A7A9A">
        <w:rPr/>
        <w:t>Booker,</w:t>
      </w:r>
      <w:r w:rsidR="780EC55A">
        <w:rPr/>
        <w:t xml:space="preserve"> </w:t>
      </w:r>
      <w:r w:rsidR="110A7A9A">
        <w:rPr/>
        <w:t>and</w:t>
      </w:r>
      <w:r w:rsidR="780EC55A">
        <w:rPr/>
        <w:t xml:space="preserve"> </w:t>
      </w:r>
      <w:r w:rsidR="110A7A9A">
        <w:rPr/>
        <w:t>omnichannel</w:t>
      </w:r>
      <w:r w:rsidR="780EC55A">
        <w:rPr/>
        <w:t xml:space="preserve"> </w:t>
      </w:r>
      <w:r w:rsidR="110A7A9A">
        <w:rPr/>
        <w:t>convenience</w:t>
      </w:r>
      <w:r w:rsidR="780EC55A">
        <w:rPr/>
        <w:t xml:space="preserve"> </w:t>
      </w:r>
      <w:r w:rsidR="110A7A9A">
        <w:rPr/>
        <w:t>Whoosh</w:t>
      </w:r>
      <w:r w:rsidR="780EC55A">
        <w:rPr/>
        <w:t xml:space="preserve"> </w:t>
      </w:r>
      <w:r w:rsidR="110A7A9A">
        <w:rPr/>
        <w:t>1,500</w:t>
      </w:r>
      <w:r w:rsidR="780EC55A">
        <w:rPr/>
        <w:t xml:space="preserve"> </w:t>
      </w:r>
      <w:r w:rsidR="110A7A9A">
        <w:rPr/>
        <w:t>stores</w:t>
      </w:r>
      <w:r w:rsidR="780EC55A">
        <w:rPr/>
        <w:t xml:space="preserve"> </w:t>
      </w:r>
      <w:r w:rsidR="110A7A9A">
        <w:rPr/>
        <w:t>(Tesco</w:t>
      </w:r>
      <w:r w:rsidR="780EC55A">
        <w:rPr/>
        <w:t xml:space="preserve"> </w:t>
      </w:r>
      <w:r w:rsidR="110A7A9A">
        <w:rPr/>
        <w:t>PLC,</w:t>
      </w:r>
      <w:r w:rsidR="780EC55A">
        <w:rPr/>
        <w:t xml:space="preserve"> </w:t>
      </w:r>
      <w:r w:rsidR="110A7A9A">
        <w:rPr/>
        <w:t>2025a).</w:t>
      </w:r>
      <w:r w:rsidR="780EC55A">
        <w:rPr/>
        <w:t xml:space="preserve"> </w:t>
      </w:r>
      <w:r w:rsidR="110A7A9A">
        <w:rPr/>
        <w:t>CSR</w:t>
      </w:r>
      <w:r w:rsidR="780EC55A">
        <w:rPr/>
        <w:t xml:space="preserve"> </w:t>
      </w:r>
      <w:r w:rsidR="110A7A9A">
        <w:rPr/>
        <w:t>purpose</w:t>
      </w:r>
      <w:r w:rsidR="780EC55A">
        <w:rPr/>
        <w:t xml:space="preserve"> </w:t>
      </w:r>
      <w:r w:rsidR="110A7A9A">
        <w:rPr/>
        <w:t>is</w:t>
      </w:r>
      <w:r w:rsidR="780EC55A">
        <w:rPr/>
        <w:t xml:space="preserve"> </w:t>
      </w:r>
      <w:r w:rsidR="110A7A9A">
        <w:rPr/>
        <w:t>“Serving</w:t>
      </w:r>
      <w:r w:rsidR="780EC55A">
        <w:rPr/>
        <w:t xml:space="preserve"> </w:t>
      </w:r>
      <w:r w:rsidR="110A7A9A">
        <w:rPr/>
        <w:t>our</w:t>
      </w:r>
      <w:r w:rsidR="780EC55A">
        <w:rPr/>
        <w:t xml:space="preserve"> </w:t>
      </w:r>
      <w:r w:rsidR="110A7A9A">
        <w:rPr/>
        <w:t>customers,</w:t>
      </w:r>
      <w:r w:rsidR="780EC55A">
        <w:rPr/>
        <w:t xml:space="preserve"> </w:t>
      </w:r>
      <w:r w:rsidR="110A7A9A">
        <w:rPr/>
        <w:t>communities</w:t>
      </w:r>
      <w:r w:rsidR="780EC55A">
        <w:rPr/>
        <w:t xml:space="preserve"> </w:t>
      </w:r>
      <w:r w:rsidR="110A7A9A">
        <w:rPr/>
        <w:t>and</w:t>
      </w:r>
      <w:r w:rsidR="780EC55A">
        <w:rPr/>
        <w:t xml:space="preserve"> </w:t>
      </w:r>
      <w:r w:rsidR="110A7A9A">
        <w:rPr/>
        <w:t>planet</w:t>
      </w:r>
      <w:r w:rsidR="780EC55A">
        <w:rPr/>
        <w:t xml:space="preserve"> </w:t>
      </w:r>
      <w:r w:rsidR="110A7A9A">
        <w:rPr/>
        <w:t>a</w:t>
      </w:r>
      <w:r w:rsidR="780EC55A">
        <w:rPr/>
        <w:t xml:space="preserve"> </w:t>
      </w:r>
      <w:r w:rsidR="110A7A9A">
        <w:rPr/>
        <w:t>little</w:t>
      </w:r>
      <w:r w:rsidR="780EC55A">
        <w:rPr/>
        <w:t xml:space="preserve"> </w:t>
      </w:r>
      <w:r w:rsidR="110A7A9A">
        <w:rPr/>
        <w:t>better</w:t>
      </w:r>
      <w:r w:rsidR="780EC55A">
        <w:rPr/>
        <w:t xml:space="preserve"> </w:t>
      </w:r>
      <w:r w:rsidR="110A7A9A">
        <w:rPr/>
        <w:t>every</w:t>
      </w:r>
      <w:r w:rsidR="780EC55A">
        <w:rPr/>
        <w:t xml:space="preserve"> </w:t>
      </w:r>
      <w:r w:rsidR="110A7A9A">
        <w:rPr/>
        <w:t>day”</w:t>
      </w:r>
      <w:r w:rsidR="780EC55A">
        <w:rPr/>
        <w:t xml:space="preserve"> </w:t>
      </w:r>
      <w:r w:rsidR="110A7A9A">
        <w:rPr/>
        <w:t>(Tesco</w:t>
      </w:r>
      <w:r w:rsidR="780EC55A">
        <w:rPr/>
        <w:t xml:space="preserve"> </w:t>
      </w:r>
      <w:r w:rsidR="110A7A9A">
        <w:rPr/>
        <w:t>PLC,</w:t>
      </w:r>
      <w:r w:rsidR="780EC55A">
        <w:rPr/>
        <w:t xml:space="preserve"> </w:t>
      </w:r>
      <w:r w:rsidR="110A7A9A">
        <w:rPr/>
        <w:t>2025a,</w:t>
      </w:r>
      <w:r w:rsidR="780EC55A">
        <w:rPr/>
        <w:t xml:space="preserve"> </w:t>
      </w:r>
      <w:r w:rsidR="110A7A9A">
        <w:rPr/>
        <w:t>p.2)</w:t>
      </w:r>
      <w:r w:rsidR="780EC55A">
        <w:rPr/>
        <w:t xml:space="preserve"> </w:t>
      </w:r>
      <w:r w:rsidR="110A7A9A">
        <w:rPr/>
        <w:t>with</w:t>
      </w:r>
      <w:r w:rsidR="780EC55A">
        <w:rPr/>
        <w:t xml:space="preserve"> </w:t>
      </w:r>
      <w:r w:rsidR="110A7A9A">
        <w:rPr/>
        <w:t>SBTi-validated</w:t>
      </w:r>
      <w:r w:rsidR="780EC55A">
        <w:rPr/>
        <w:t xml:space="preserve"> </w:t>
      </w:r>
      <w:r w:rsidR="110A7A9A">
        <w:rPr/>
        <w:t>net-zero</w:t>
      </w:r>
      <w:r w:rsidR="780EC55A">
        <w:rPr/>
        <w:t xml:space="preserve"> </w:t>
      </w:r>
      <w:r w:rsidR="110A7A9A">
        <w:rPr/>
        <w:t>2035</w:t>
      </w:r>
      <w:r w:rsidR="780EC55A">
        <w:rPr/>
        <w:t xml:space="preserve"> </w:t>
      </w:r>
      <w:r w:rsidR="110A7A9A">
        <w:rPr/>
        <w:t>own</w:t>
      </w:r>
      <w:r w:rsidR="780EC55A">
        <w:rPr/>
        <w:t xml:space="preserve"> </w:t>
      </w:r>
      <w:r w:rsidR="110A7A9A">
        <w:rPr/>
        <w:t>ops,</w:t>
      </w:r>
      <w:r w:rsidR="780EC55A">
        <w:rPr/>
        <w:t xml:space="preserve"> </w:t>
      </w:r>
      <w:r w:rsidR="110A7A9A">
        <w:rPr/>
        <w:t>2050</w:t>
      </w:r>
      <w:r w:rsidR="780EC55A">
        <w:rPr/>
        <w:t xml:space="preserve"> </w:t>
      </w:r>
      <w:r w:rsidR="110A7A9A">
        <w:rPr/>
        <w:t>value</w:t>
      </w:r>
      <w:r w:rsidR="780EC55A">
        <w:rPr/>
        <w:t xml:space="preserve"> </w:t>
      </w:r>
      <w:r w:rsidR="110A7A9A">
        <w:rPr/>
        <w:t>chain</w:t>
      </w:r>
      <w:r w:rsidR="780EC55A">
        <w:rPr/>
        <w:t xml:space="preserve"> </w:t>
      </w:r>
      <w:r w:rsidR="110A7A9A">
        <w:rPr/>
        <w:t>(Climate</w:t>
      </w:r>
      <w:r w:rsidR="780EC55A">
        <w:rPr/>
        <w:t xml:space="preserve"> </w:t>
      </w:r>
      <w:r w:rsidR="110A7A9A">
        <w:rPr/>
        <w:t>Action,</w:t>
      </w:r>
      <w:r w:rsidR="780EC55A">
        <w:rPr/>
        <w:t xml:space="preserve"> </w:t>
      </w:r>
      <w:r w:rsidR="110A7A9A">
        <w:rPr/>
        <w:t>2023).</w:t>
      </w:r>
      <w:r w:rsidR="780EC55A">
        <w:rPr/>
        <w:t xml:space="preserve"> </w:t>
      </w:r>
      <w:r w:rsidR="110A7A9A">
        <w:rPr/>
        <w:t>Already</w:t>
      </w:r>
      <w:r w:rsidR="780EC55A">
        <w:rPr/>
        <w:t xml:space="preserve"> </w:t>
      </w:r>
      <w:r w:rsidR="110A7A9A">
        <w:rPr/>
        <w:t>68%</w:t>
      </w:r>
      <w:r w:rsidR="780EC55A">
        <w:rPr/>
        <w:t xml:space="preserve"> </w:t>
      </w:r>
      <w:r w:rsidR="110A7A9A">
        <w:rPr/>
        <w:t>Scope</w:t>
      </w:r>
      <w:r w:rsidR="780EC55A">
        <w:rPr/>
        <w:t xml:space="preserve"> </w:t>
      </w:r>
      <w:r w:rsidR="110A7A9A">
        <w:rPr/>
        <w:t>1&amp;2</w:t>
      </w:r>
      <w:r w:rsidR="780EC55A">
        <w:rPr/>
        <w:t xml:space="preserve"> </w:t>
      </w:r>
      <w:r w:rsidR="110A7A9A">
        <w:rPr/>
        <w:t>cut</w:t>
      </w:r>
      <w:r w:rsidR="780EC55A">
        <w:rPr/>
        <w:t xml:space="preserve"> </w:t>
      </w:r>
      <w:r w:rsidR="110A7A9A">
        <w:rPr/>
        <w:t>vs</w:t>
      </w:r>
      <w:r w:rsidR="780EC55A">
        <w:rPr/>
        <w:t xml:space="preserve"> </w:t>
      </w:r>
      <w:r w:rsidR="110A7A9A">
        <w:rPr/>
        <w:t>2015/16</w:t>
      </w:r>
      <w:r w:rsidR="780EC55A">
        <w:rPr/>
        <w:t xml:space="preserve"> </w:t>
      </w:r>
      <w:r w:rsidR="110A7A9A">
        <w:rPr/>
        <w:t>exceeds</w:t>
      </w:r>
      <w:r w:rsidR="780EC55A">
        <w:rPr/>
        <w:t xml:space="preserve"> </w:t>
      </w:r>
      <w:r w:rsidR="110A7A9A">
        <w:rPr/>
        <w:t>60%</w:t>
      </w:r>
      <w:r w:rsidR="780EC55A">
        <w:rPr/>
        <w:t xml:space="preserve"> </w:t>
      </w:r>
      <w:r w:rsidR="110A7A9A">
        <w:rPr/>
        <w:t>Dec</w:t>
      </w:r>
      <w:r w:rsidR="780EC55A">
        <w:rPr/>
        <w:t xml:space="preserve"> </w:t>
      </w:r>
      <w:r w:rsidR="110A7A9A">
        <w:rPr/>
        <w:t>2025</w:t>
      </w:r>
      <w:r w:rsidR="780EC55A">
        <w:rPr/>
        <w:t xml:space="preserve"> </w:t>
      </w:r>
      <w:r w:rsidR="110A7A9A">
        <w:rPr/>
        <w:t>target</w:t>
      </w:r>
      <w:r w:rsidR="780EC55A">
        <w:rPr/>
        <w:t xml:space="preserve"> </w:t>
      </w:r>
      <w:r w:rsidR="110A7A9A">
        <w:rPr/>
        <w:t>(</w:t>
      </w:r>
      <w:r w:rsidR="110A7A9A">
        <w:rPr/>
        <w:t>CSRReporters</w:t>
      </w:r>
      <w:r w:rsidR="110A7A9A">
        <w:rPr/>
        <w:t>,</w:t>
      </w:r>
      <w:r w:rsidR="780EC55A">
        <w:rPr/>
        <w:t xml:space="preserve"> </w:t>
      </w:r>
      <w:r w:rsidR="110A7A9A">
        <w:rPr/>
        <w:t>2026).</w:t>
      </w:r>
      <w:r w:rsidR="780EC55A">
        <w:rPr/>
        <w:t xml:space="preserve"> </w:t>
      </w:r>
      <w:r w:rsidR="110A7A9A">
        <w:rPr/>
        <w:t>Balanced</w:t>
      </w:r>
      <w:r w:rsidR="780EC55A">
        <w:rPr/>
        <w:t xml:space="preserve"> </w:t>
      </w:r>
      <w:r w:rsidR="110A7A9A">
        <w:rPr/>
        <w:t>Scorecard</w:t>
      </w:r>
      <w:r w:rsidR="780EC55A">
        <w:rPr/>
        <w:t xml:space="preserve"> </w:t>
      </w:r>
      <w:r w:rsidR="110A7A9A">
        <w:rPr/>
        <w:t>(Kaplan</w:t>
      </w:r>
      <w:r w:rsidR="780EC55A">
        <w:rPr/>
        <w:t xml:space="preserve"> </w:t>
      </w:r>
      <w:r w:rsidR="110A7A9A">
        <w:rPr/>
        <w:t>and</w:t>
      </w:r>
      <w:r w:rsidR="780EC55A">
        <w:rPr/>
        <w:t xml:space="preserve"> </w:t>
      </w:r>
      <w:r w:rsidR="110A7A9A">
        <w:rPr/>
        <w:t>Norton,</w:t>
      </w:r>
      <w:r w:rsidR="780EC55A">
        <w:rPr/>
        <w:t xml:space="preserve"> </w:t>
      </w:r>
      <w:r w:rsidR="110A7A9A">
        <w:rPr/>
        <w:t>1992)</w:t>
      </w:r>
      <w:r w:rsidR="780EC55A">
        <w:rPr/>
        <w:t xml:space="preserve"> </w:t>
      </w:r>
      <w:r w:rsidR="110A7A9A">
        <w:rPr/>
        <w:t>translates</w:t>
      </w:r>
      <w:r w:rsidR="780EC55A">
        <w:rPr/>
        <w:t xml:space="preserve"> </w:t>
      </w:r>
      <w:r w:rsidR="110A7A9A">
        <w:rPr/>
        <w:t>mission</w:t>
      </w:r>
      <w:r w:rsidR="780EC55A">
        <w:rPr/>
        <w:t xml:space="preserve"> </w:t>
      </w:r>
      <w:r w:rsidR="110A7A9A">
        <w:rPr/>
        <w:t>into</w:t>
      </w:r>
      <w:r w:rsidR="780EC55A">
        <w:rPr/>
        <w:t xml:space="preserve"> </w:t>
      </w:r>
      <w:r w:rsidR="110A7A9A">
        <w:rPr/>
        <w:t>financial,</w:t>
      </w:r>
      <w:r w:rsidR="780EC55A">
        <w:rPr/>
        <w:t xml:space="preserve"> </w:t>
      </w:r>
      <w:r w:rsidR="110A7A9A">
        <w:rPr/>
        <w:t>customer,</w:t>
      </w:r>
      <w:r w:rsidR="780EC55A">
        <w:rPr/>
        <w:t xml:space="preserve"> </w:t>
      </w:r>
      <w:r w:rsidR="110A7A9A">
        <w:rPr/>
        <w:t>internal</w:t>
      </w:r>
      <w:r w:rsidR="780EC55A">
        <w:rPr/>
        <w:t xml:space="preserve"> </w:t>
      </w:r>
      <w:r w:rsidR="110A7A9A">
        <w:rPr/>
        <w:t>and</w:t>
      </w:r>
      <w:r w:rsidR="780EC55A">
        <w:rPr/>
        <w:t xml:space="preserve"> </w:t>
      </w:r>
      <w:r w:rsidR="110A7A9A">
        <w:rPr/>
        <w:t>learning</w:t>
      </w:r>
      <w:r w:rsidR="780EC55A">
        <w:rPr/>
        <w:t xml:space="preserve"> </w:t>
      </w:r>
      <w:r w:rsidR="110A7A9A">
        <w:rPr/>
        <w:t>measures.</w:t>
      </w:r>
      <w:r w:rsidR="780EC55A">
        <w:rPr/>
        <w:t xml:space="preserve"> </w:t>
      </w:r>
      <w:r w:rsidR="110A7A9A">
        <w:rPr/>
        <w:t>Recommended</w:t>
      </w:r>
      <w:r w:rsidR="780EC55A">
        <w:rPr/>
        <w:t xml:space="preserve"> </w:t>
      </w:r>
      <w:r w:rsidR="110A7A9A">
        <w:rPr/>
        <w:t>hybrid</w:t>
      </w:r>
      <w:r w:rsidR="780EC55A">
        <w:rPr/>
        <w:t xml:space="preserve"> </w:t>
      </w:r>
      <w:r w:rsidR="110A7A9A">
        <w:rPr/>
        <w:t>strategy</w:t>
      </w:r>
      <w:r w:rsidR="780EC55A">
        <w:rPr/>
        <w:t xml:space="preserve"> </w:t>
      </w:r>
      <w:r w:rsidR="110A7A9A">
        <w:rPr/>
        <w:t>–</w:t>
      </w:r>
      <w:r w:rsidR="780EC55A">
        <w:rPr/>
        <w:t xml:space="preserve"> </w:t>
      </w:r>
      <w:r w:rsidR="110A7A9A">
        <w:rPr/>
        <w:t>value</w:t>
      </w:r>
      <w:r w:rsidR="780EC55A">
        <w:rPr/>
        <w:t xml:space="preserve"> </w:t>
      </w:r>
      <w:r w:rsidR="110A7A9A">
        <w:rPr/>
        <w:t>leadership</w:t>
      </w:r>
      <w:r w:rsidR="780EC55A">
        <w:rPr/>
        <w:t xml:space="preserve"> </w:t>
      </w:r>
      <w:r w:rsidR="110A7A9A">
        <w:rPr/>
        <w:t>plus</w:t>
      </w:r>
      <w:r w:rsidR="780EC55A">
        <w:rPr/>
        <w:t xml:space="preserve"> </w:t>
      </w:r>
      <w:r w:rsidR="110A7A9A">
        <w:rPr/>
        <w:t>differentiation</w:t>
      </w:r>
      <w:r w:rsidR="780EC55A">
        <w:rPr/>
        <w:t xml:space="preserve"> </w:t>
      </w:r>
      <w:r w:rsidR="110A7A9A">
        <w:rPr/>
        <w:t>via</w:t>
      </w:r>
      <w:r w:rsidR="780EC55A">
        <w:rPr/>
        <w:t xml:space="preserve"> </w:t>
      </w:r>
      <w:r w:rsidR="110A7A9A">
        <w:rPr/>
        <w:t>data,</w:t>
      </w:r>
      <w:r w:rsidR="780EC55A">
        <w:rPr/>
        <w:t xml:space="preserve"> </w:t>
      </w:r>
      <w:r w:rsidR="110A7A9A">
        <w:rPr/>
        <w:t>own-</w:t>
      </w:r>
      <w:r w:rsidR="6839F104">
        <w:rPr/>
        <w:t>label,</w:t>
      </w:r>
      <w:r w:rsidR="780EC55A">
        <w:rPr/>
        <w:t xml:space="preserve"> </w:t>
      </w:r>
      <w:r w:rsidR="110A7A9A">
        <w:rPr/>
        <w:t>and</w:t>
      </w:r>
      <w:r w:rsidR="780EC55A">
        <w:rPr/>
        <w:t xml:space="preserve"> </w:t>
      </w:r>
      <w:r w:rsidR="110A7A9A">
        <w:rPr/>
        <w:t>convenience</w:t>
      </w:r>
      <w:r w:rsidR="780EC55A">
        <w:rPr/>
        <w:t xml:space="preserve"> </w:t>
      </w:r>
      <w:r w:rsidR="110A7A9A">
        <w:rPr/>
        <w:t>–</w:t>
      </w:r>
      <w:r w:rsidR="780EC55A">
        <w:rPr/>
        <w:t xml:space="preserve"> </w:t>
      </w:r>
      <w:r w:rsidR="110A7A9A">
        <w:rPr/>
        <w:t>is</w:t>
      </w:r>
      <w:r w:rsidR="780EC55A">
        <w:rPr/>
        <w:t xml:space="preserve"> </w:t>
      </w:r>
      <w:r w:rsidR="110A7A9A">
        <w:rPr/>
        <w:t>supported</w:t>
      </w:r>
      <w:r w:rsidR="780EC55A">
        <w:rPr/>
        <w:t xml:space="preserve"> </w:t>
      </w:r>
      <w:r w:rsidR="110A7A9A">
        <w:rPr/>
        <w:t>by</w:t>
      </w:r>
      <w:r w:rsidR="780EC55A">
        <w:rPr/>
        <w:t xml:space="preserve"> </w:t>
      </w:r>
      <w:r w:rsidR="110A7A9A">
        <w:rPr/>
        <w:t>Ansoff</w:t>
      </w:r>
      <w:r w:rsidR="780EC55A">
        <w:rPr/>
        <w:t xml:space="preserve"> </w:t>
      </w:r>
      <w:r w:rsidR="110A7A9A">
        <w:rPr/>
        <w:t>(1957)</w:t>
      </w:r>
      <w:r w:rsidR="780EC55A">
        <w:rPr/>
        <w:t xml:space="preserve"> </w:t>
      </w:r>
      <w:r w:rsidR="110A7A9A">
        <w:rPr/>
        <w:t>market</w:t>
      </w:r>
      <w:r w:rsidR="780EC55A">
        <w:rPr/>
        <w:t xml:space="preserve"> </w:t>
      </w:r>
      <w:r w:rsidR="110A7A9A">
        <w:rPr/>
        <w:t>penetration</w:t>
      </w:r>
      <w:r w:rsidR="780EC55A">
        <w:rPr/>
        <w:t xml:space="preserve"> </w:t>
      </w:r>
      <w:r w:rsidR="110A7A9A">
        <w:rPr/>
        <w:t>primary</w:t>
      </w:r>
      <w:r w:rsidR="780EC55A">
        <w:rPr/>
        <w:t xml:space="preserve"> </w:t>
      </w:r>
      <w:r w:rsidR="110A7A9A">
        <w:rPr/>
        <w:t>and</w:t>
      </w:r>
      <w:r w:rsidR="780EC55A">
        <w:rPr/>
        <w:t xml:space="preserve"> </w:t>
      </w:r>
      <w:r w:rsidR="4236283E">
        <w:rPr/>
        <w:t xml:space="preserve">Safe </w:t>
      </w:r>
      <w:r w:rsidR="110A7A9A">
        <w:rPr/>
        <w:t>evaluation</w:t>
      </w:r>
      <w:r w:rsidR="780EC55A">
        <w:rPr/>
        <w:t xml:space="preserve"> </w:t>
      </w:r>
      <w:r w:rsidR="110A7A9A">
        <w:rPr/>
        <w:t>(Johnson</w:t>
      </w:r>
      <w:r w:rsidR="780EC55A">
        <w:rPr/>
        <w:t xml:space="preserve"> </w:t>
      </w:r>
      <w:r w:rsidR="110A7A9A">
        <w:rPr/>
        <w:t>et</w:t>
      </w:r>
      <w:r w:rsidR="780EC55A">
        <w:rPr/>
        <w:t xml:space="preserve"> </w:t>
      </w:r>
      <w:r w:rsidR="110A7A9A">
        <w:rPr/>
        <w:t>al.,</w:t>
      </w:r>
      <w:r w:rsidR="780EC55A">
        <w:rPr/>
        <w:t xml:space="preserve"> </w:t>
      </w:r>
      <w:r w:rsidR="110A7A9A">
        <w:rPr/>
        <w:t>2020).</w:t>
      </w:r>
      <w:r w:rsidR="780EC55A">
        <w:rPr/>
        <w:t xml:space="preserve"> </w:t>
      </w:r>
      <w:r w:rsidR="110A7A9A">
        <w:rPr/>
        <w:t>Four</w:t>
      </w:r>
      <w:r w:rsidR="780EC55A">
        <w:rPr/>
        <w:t xml:space="preserve"> </w:t>
      </w:r>
      <w:r w:rsidR="110A7A9A">
        <w:rPr/>
        <w:t>linked</w:t>
      </w:r>
      <w:r w:rsidR="780EC55A">
        <w:rPr/>
        <w:t xml:space="preserve"> </w:t>
      </w:r>
      <w:r w:rsidR="110A7A9A">
        <w:rPr/>
        <w:t>recommendations</w:t>
      </w:r>
      <w:r w:rsidR="780EC55A">
        <w:rPr/>
        <w:t xml:space="preserve"> </w:t>
      </w:r>
      <w:r w:rsidR="110A7A9A">
        <w:rPr/>
        <w:t>are</w:t>
      </w:r>
      <w:r w:rsidR="780EC55A">
        <w:rPr/>
        <w:t xml:space="preserve"> </w:t>
      </w:r>
      <w:r w:rsidR="110A7A9A">
        <w:rPr/>
        <w:t>presented.</w:t>
      </w:r>
    </w:p>
    <w:p w:rsidR="00700886" w:rsidP="7D0D8C44" w:rsidRDefault="7BF93C46" w14:paraId="3027F4D6" w14:textId="4ECC30B2">
      <w:pPr>
        <w:pStyle w:val="Heading2"/>
        <w:jc w:val="both"/>
        <w:rPr>
          <w:rFonts w:ascii="Arial" w:hAnsi="Arial"/>
          <w:color w:val="auto"/>
          <w:sz w:val="24"/>
          <w:szCs w:val="24"/>
        </w:rPr>
      </w:pPr>
      <w:bookmarkStart w:name="_Toc236501119" w:id="3"/>
      <w:bookmarkStart w:name="_Toc919591103" w:id="4"/>
      <w:bookmarkStart w:name="_Toc237366854" w:id="5"/>
      <w:r w:rsidRPr="7D0D8C44" w:rsidR="529427D7">
        <w:rPr>
          <w:rFonts w:ascii="Arial" w:hAnsi="Arial"/>
          <w:color w:val="auto"/>
          <w:sz w:val="24"/>
          <w:szCs w:val="24"/>
        </w:rPr>
        <w:t>1.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780EC55A">
        <w:rPr>
          <w:rFonts w:ascii="Arial" w:hAnsi="Arial"/>
          <w:color w:val="auto"/>
          <w:sz w:val="24"/>
          <w:szCs w:val="24"/>
        </w:rPr>
        <w:t>Organizational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Context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and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Overview</w:t>
      </w:r>
      <w:bookmarkEnd w:id="3"/>
      <w:bookmarkEnd w:id="4"/>
      <w:bookmarkEnd w:id="5"/>
    </w:p>
    <w:p w:rsidR="00700886" w:rsidP="7D0D8C44" w:rsidRDefault="7BF93C46" w14:paraId="253EC0EB" w14:textId="4FB34FB3">
      <w:pPr>
        <w:pStyle w:val="Heading3"/>
        <w:jc w:val="both"/>
        <w:rPr>
          <w:rFonts w:ascii="Arial" w:hAnsi="Arial"/>
          <w:color w:val="auto"/>
        </w:rPr>
      </w:pPr>
      <w:bookmarkStart w:name="_Toc236501120" w:id="6"/>
      <w:bookmarkStart w:name="_Toc917171942" w:id="7"/>
      <w:bookmarkStart w:name="_Toc237366855" w:id="8"/>
      <w:r w:rsidRPr="7D0D8C44" w:rsidR="529427D7">
        <w:rPr>
          <w:rFonts w:ascii="Arial" w:hAnsi="Arial"/>
          <w:color w:val="auto"/>
        </w:rPr>
        <w:t>1.1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History,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Mission,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34446F25">
        <w:rPr>
          <w:rFonts w:ascii="Arial" w:hAnsi="Arial"/>
          <w:color w:val="auto"/>
        </w:rPr>
        <w:t>Vision,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and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Business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Model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(200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words)</w:t>
      </w:r>
      <w:bookmarkEnd w:id="6"/>
      <w:bookmarkEnd w:id="7"/>
      <w:bookmarkEnd w:id="8"/>
    </w:p>
    <w:p w:rsidR="00700886" w:rsidP="00F94D1E" w:rsidRDefault="00344F75" w14:paraId="1FD22A1A" w14:textId="21E378F4">
      <w:pPr>
        <w:jc w:val="both"/>
      </w:pPr>
      <w:r>
        <w:t>Tesco</w:t>
      </w:r>
      <w:r w:rsidR="006A6247">
        <w:t xml:space="preserve"> </w:t>
      </w:r>
      <w:r>
        <w:t>began</w:t>
      </w:r>
      <w:r w:rsidR="006A6247">
        <w:t xml:space="preserve"> </w:t>
      </w:r>
      <w:r>
        <w:t>in</w:t>
      </w:r>
      <w:r w:rsidR="006A6247">
        <w:t xml:space="preserve"> </w:t>
      </w:r>
      <w:r>
        <w:t>1919</w:t>
      </w:r>
      <w:r w:rsidR="006A6247">
        <w:t xml:space="preserve"> </w:t>
      </w:r>
      <w:r>
        <w:t>as</w:t>
      </w:r>
      <w:r w:rsidR="006A6247">
        <w:t xml:space="preserve"> </w:t>
      </w:r>
      <w:r>
        <w:t>Jack</w:t>
      </w:r>
      <w:r w:rsidR="006A6247">
        <w:t xml:space="preserve"> </w:t>
      </w:r>
      <w:r>
        <w:t>Cohen's</w:t>
      </w:r>
      <w:r w:rsidR="006A6247">
        <w:t xml:space="preserve"> </w:t>
      </w:r>
      <w:r>
        <w:t>market</w:t>
      </w:r>
      <w:r w:rsidR="006A6247">
        <w:t xml:space="preserve"> </w:t>
      </w:r>
      <w:r>
        <w:t>stall</w:t>
      </w:r>
      <w:r w:rsidR="006A6247">
        <w:t xml:space="preserve"> </w:t>
      </w:r>
      <w:r>
        <w:t>in</w:t>
      </w:r>
      <w:r w:rsidR="006A6247">
        <w:t xml:space="preserve"> </w:t>
      </w:r>
      <w:r>
        <w:t>East</w:t>
      </w:r>
      <w:r w:rsidR="006A6247">
        <w:t xml:space="preserve"> </w:t>
      </w:r>
      <w:r>
        <w:t>London,</w:t>
      </w:r>
      <w:r w:rsidR="006A6247">
        <w:t xml:space="preserve"> </w:t>
      </w:r>
      <w:r>
        <w:t>brand</w:t>
      </w:r>
      <w:r w:rsidR="006A6247">
        <w:t xml:space="preserve"> </w:t>
      </w:r>
      <w:r>
        <w:t>emerging</w:t>
      </w:r>
      <w:r w:rsidR="006A6247">
        <w:t xml:space="preserve"> </w:t>
      </w:r>
      <w:r>
        <w:t>1924</w:t>
      </w:r>
      <w:r w:rsidR="006A6247">
        <w:t xml:space="preserve"> </w:t>
      </w:r>
      <w:r>
        <w:t>via</w:t>
      </w:r>
      <w:r w:rsidR="006A6247">
        <w:t xml:space="preserve"> </w:t>
      </w:r>
      <w:r>
        <w:t>T.E.</w:t>
      </w:r>
      <w:r w:rsidR="006A6247">
        <w:t xml:space="preserve"> </w:t>
      </w:r>
      <w:r>
        <w:t>Stockwell,</w:t>
      </w:r>
      <w:r w:rsidR="006A6247">
        <w:t xml:space="preserve"> </w:t>
      </w:r>
      <w:r>
        <w:t>first</w:t>
      </w:r>
      <w:r w:rsidR="006A6247">
        <w:t xml:space="preserve"> </w:t>
      </w:r>
      <w:r>
        <w:t>store</w:t>
      </w:r>
      <w:r w:rsidR="006A6247">
        <w:t xml:space="preserve"> </w:t>
      </w:r>
      <w:r>
        <w:t>1931</w:t>
      </w:r>
      <w:r w:rsidR="006A6247">
        <w:t xml:space="preserve"> </w:t>
      </w:r>
      <w:r>
        <w:t>(Tesco</w:t>
      </w:r>
      <w:r w:rsidR="006A6247">
        <w:t xml:space="preserve"> </w:t>
      </w:r>
      <w:r>
        <w:t>PLC,</w:t>
      </w:r>
      <w:r w:rsidR="006A6247">
        <w:t xml:space="preserve"> </w:t>
      </w:r>
      <w:r>
        <w:t>2025b).</w:t>
      </w:r>
      <w:r w:rsidR="006A6247">
        <w:t xml:space="preserve"> </w:t>
      </w:r>
      <w:r>
        <w:t>Key</w:t>
      </w:r>
      <w:r w:rsidR="006A6247">
        <w:t xml:space="preserve"> </w:t>
      </w:r>
      <w:r>
        <w:t>stages</w:t>
      </w:r>
      <w:r w:rsidR="006A6247">
        <w:t xml:space="preserve"> </w:t>
      </w:r>
      <w:r>
        <w:t>include</w:t>
      </w:r>
      <w:r w:rsidR="006A6247">
        <w:t xml:space="preserve"> </w:t>
      </w:r>
      <w:r>
        <w:t>self-service</w:t>
      </w:r>
      <w:r w:rsidR="006A6247">
        <w:t xml:space="preserve"> </w:t>
      </w:r>
      <w:r>
        <w:t>1950s,</w:t>
      </w:r>
      <w:r w:rsidR="006A6247">
        <w:t xml:space="preserve"> </w:t>
      </w:r>
      <w:r>
        <w:t>Clubcard</w:t>
      </w:r>
      <w:r w:rsidR="006A6247">
        <w:t xml:space="preserve"> </w:t>
      </w:r>
      <w:r>
        <w:t>1995</w:t>
      </w:r>
      <w:r w:rsidR="006A6247">
        <w:t xml:space="preserve"> </w:t>
      </w:r>
      <w:r>
        <w:t>creating</w:t>
      </w:r>
      <w:r w:rsidR="006A6247">
        <w:t xml:space="preserve"> </w:t>
      </w:r>
      <w:r>
        <w:t>UK's</w:t>
      </w:r>
      <w:r w:rsidR="006A6247">
        <w:t xml:space="preserve"> </w:t>
      </w:r>
      <w:r>
        <w:t>largest</w:t>
      </w:r>
      <w:r w:rsidR="006A6247">
        <w:t xml:space="preserve"> </w:t>
      </w:r>
      <w:r>
        <w:t>grocery</w:t>
      </w:r>
      <w:r w:rsidR="006A6247">
        <w:t xml:space="preserve"> </w:t>
      </w:r>
      <w:r>
        <w:t>loyalty</w:t>
      </w:r>
      <w:r w:rsidR="006A6247">
        <w:t xml:space="preserve"> </w:t>
      </w:r>
      <w:r>
        <w:t>base,</w:t>
      </w:r>
      <w:r w:rsidR="006A6247">
        <w:t xml:space="preserve"> </w:t>
      </w:r>
      <w:r>
        <w:t>Tesco.com</w:t>
      </w:r>
      <w:r w:rsidR="006A6247">
        <w:t xml:space="preserve"> </w:t>
      </w:r>
      <w:r>
        <w:t>2000</w:t>
      </w:r>
      <w:r w:rsidR="006A6247">
        <w:t xml:space="preserve"> </w:t>
      </w:r>
      <w:r>
        <w:t>pioneering</w:t>
      </w:r>
      <w:r w:rsidR="006A6247">
        <w:t xml:space="preserve"> </w:t>
      </w:r>
      <w:r>
        <w:t>online,</w:t>
      </w:r>
      <w:r w:rsidR="006A6247">
        <w:t xml:space="preserve"> </w:t>
      </w:r>
      <w:r>
        <w:t>and</w:t>
      </w:r>
      <w:r w:rsidR="006A6247">
        <w:t xml:space="preserve"> </w:t>
      </w:r>
      <w:r>
        <w:t>Booker</w:t>
      </w:r>
      <w:r w:rsidR="006A6247">
        <w:t xml:space="preserve"> </w:t>
      </w:r>
      <w:r>
        <w:t>acquisition</w:t>
      </w:r>
      <w:r w:rsidR="006A6247">
        <w:t xml:space="preserve"> </w:t>
      </w:r>
      <w:r>
        <w:t>2018</w:t>
      </w:r>
      <w:r w:rsidR="006A6247">
        <w:t xml:space="preserve"> </w:t>
      </w:r>
      <w:r>
        <w:t>adding</w:t>
      </w:r>
      <w:r w:rsidR="006A6247">
        <w:t xml:space="preserve"> </w:t>
      </w:r>
      <w:r>
        <w:t>400k+</w:t>
      </w:r>
      <w:r w:rsidR="006A6247">
        <w:t xml:space="preserve"> </w:t>
      </w:r>
      <w:r>
        <w:t>customers</w:t>
      </w:r>
      <w:r w:rsidR="006A6247">
        <w:t xml:space="preserve"> </w:t>
      </w:r>
      <w:r>
        <w:t>wholesale</w:t>
      </w:r>
      <w:r w:rsidR="006A6247">
        <w:t xml:space="preserve"> </w:t>
      </w:r>
      <w:r>
        <w:t>scale</w:t>
      </w:r>
      <w:r w:rsidR="006A6247">
        <w:t xml:space="preserve"> </w:t>
      </w:r>
      <w:r>
        <w:t>(Tesco</w:t>
      </w:r>
      <w:r w:rsidR="006A6247">
        <w:t xml:space="preserve"> </w:t>
      </w:r>
      <w:r>
        <w:t>PLC,</w:t>
      </w:r>
      <w:r w:rsidR="006A6247">
        <w:t xml:space="preserve"> </w:t>
      </w:r>
      <w:r>
        <w:t>2025a).</w:t>
      </w:r>
      <w:r w:rsidR="006A6247">
        <w:t xml:space="preserve"> </w:t>
      </w:r>
      <w:r>
        <w:t>This</w:t>
      </w:r>
      <w:r w:rsidR="006A6247">
        <w:t xml:space="preserve"> </w:t>
      </w:r>
      <w:r>
        <w:t>satisfies</w:t>
      </w:r>
      <w:r w:rsidR="006A6247">
        <w:t xml:space="preserve"> </w:t>
      </w:r>
      <w:r>
        <w:t>five-year</w:t>
      </w:r>
      <w:r w:rsidR="006A6247">
        <w:t xml:space="preserve"> </w:t>
      </w:r>
      <w:r>
        <w:t>trading</w:t>
      </w:r>
      <w:r w:rsidR="006A6247">
        <w:t xml:space="preserve"> </w:t>
      </w:r>
      <w:r>
        <w:t>requirement.</w:t>
      </w:r>
      <w:r>
        <w:br/>
      </w:r>
      <w:r>
        <w:br/>
      </w:r>
      <w:r>
        <w:t>Mission</w:t>
      </w:r>
      <w:r w:rsidR="006A6247">
        <w:t xml:space="preserve"> </w:t>
      </w:r>
      <w:r>
        <w:t>is</w:t>
      </w:r>
      <w:r w:rsidR="006A6247">
        <w:t xml:space="preserve"> </w:t>
      </w:r>
      <w:r>
        <w:t>formal</w:t>
      </w:r>
      <w:r w:rsidR="006A6247">
        <w:t xml:space="preserve"> </w:t>
      </w:r>
      <w:r>
        <w:t>purpose:</w:t>
      </w:r>
      <w:r w:rsidR="006A6247">
        <w:t xml:space="preserve"> </w:t>
      </w:r>
      <w:r>
        <w:t>“Serving</w:t>
      </w:r>
      <w:r w:rsidR="006A6247">
        <w:t xml:space="preserve"> </w:t>
      </w:r>
      <w:r>
        <w:t>our</w:t>
      </w:r>
      <w:r w:rsidR="006A6247">
        <w:t xml:space="preserve"> </w:t>
      </w:r>
      <w:r>
        <w:t>customers,</w:t>
      </w:r>
      <w:r w:rsidR="006A6247">
        <w:t xml:space="preserve"> </w:t>
      </w:r>
      <w:r>
        <w:t>communities</w:t>
      </w:r>
      <w:r w:rsidR="006A6247">
        <w:t xml:space="preserve"> </w:t>
      </w:r>
      <w:r>
        <w:t>and</w:t>
      </w:r>
      <w:r w:rsidR="006A6247">
        <w:t xml:space="preserve"> </w:t>
      </w:r>
      <w:r>
        <w:t>planet</w:t>
      </w:r>
      <w:r w:rsidR="006A6247">
        <w:t xml:space="preserve"> </w:t>
      </w:r>
      <w:r>
        <w:t>a</w:t>
      </w:r>
      <w:r w:rsidR="006A6247">
        <w:t xml:space="preserve"> </w:t>
      </w:r>
      <w:r>
        <w:t>little</w:t>
      </w:r>
      <w:r w:rsidR="006A6247">
        <w:t xml:space="preserve"> </w:t>
      </w:r>
      <w:r>
        <w:t>better</w:t>
      </w:r>
      <w:r w:rsidR="006A6247">
        <w:t xml:space="preserve"> </w:t>
      </w:r>
      <w:r>
        <w:t>every</w:t>
      </w:r>
      <w:r w:rsidR="006A6247">
        <w:t xml:space="preserve"> </w:t>
      </w:r>
      <w:r>
        <w:t>day”</w:t>
      </w:r>
      <w:r w:rsidR="006A6247">
        <w:t xml:space="preserve"> </w:t>
      </w:r>
      <w:r>
        <w:t>(Tesco</w:t>
      </w:r>
      <w:r w:rsidR="006A6247">
        <w:t xml:space="preserve"> </w:t>
      </w:r>
      <w:r>
        <w:t>PLC,</w:t>
      </w:r>
      <w:r w:rsidR="006A6247">
        <w:t xml:space="preserve"> </w:t>
      </w:r>
      <w:r>
        <w:t>2025a,</w:t>
      </w:r>
      <w:r w:rsidR="006A6247">
        <w:t xml:space="preserve"> </w:t>
      </w:r>
      <w:r>
        <w:t>p.2),</w:t>
      </w:r>
      <w:r w:rsidR="006A6247">
        <w:t xml:space="preserve"> </w:t>
      </w:r>
      <w:r>
        <w:t>linking</w:t>
      </w:r>
      <w:r w:rsidR="006A6247">
        <w:t xml:space="preserve"> </w:t>
      </w:r>
      <w:r>
        <w:t>stakeholder</w:t>
      </w:r>
      <w:r w:rsidR="006A6247">
        <w:t xml:space="preserve"> </w:t>
      </w:r>
      <w:r>
        <w:t>groups</w:t>
      </w:r>
      <w:r w:rsidR="006A6247">
        <w:t xml:space="preserve"> </w:t>
      </w:r>
      <w:r>
        <w:t>(Freeman,</w:t>
      </w:r>
      <w:r w:rsidR="006A6247">
        <w:t xml:space="preserve"> </w:t>
      </w:r>
      <w:r>
        <w:t>1984).</w:t>
      </w:r>
      <w:r w:rsidR="0021265A">
        <w:t xml:space="preserve"> </w:t>
      </w:r>
      <w:r>
        <w:t>Vision</w:t>
      </w:r>
      <w:r w:rsidR="006A6247">
        <w:t xml:space="preserve"> </w:t>
      </w:r>
      <w:r>
        <w:t>implied</w:t>
      </w:r>
      <w:r w:rsidR="006A6247">
        <w:t xml:space="preserve"> </w:t>
      </w:r>
      <w:r>
        <w:t>is</w:t>
      </w:r>
      <w:r w:rsidR="006A6247">
        <w:t xml:space="preserve"> </w:t>
      </w:r>
      <w:r>
        <w:t>to</w:t>
      </w:r>
      <w:r w:rsidR="006A6247">
        <w:t xml:space="preserve"> </w:t>
      </w:r>
      <w:r>
        <w:t>be</w:t>
      </w:r>
      <w:r w:rsidR="006A6247">
        <w:t xml:space="preserve"> </w:t>
      </w:r>
      <w:r>
        <w:t>most</w:t>
      </w:r>
      <w:r w:rsidR="006A6247">
        <w:t xml:space="preserve"> </w:t>
      </w:r>
      <w:r>
        <w:t>valued</w:t>
      </w:r>
      <w:r w:rsidR="006A6247">
        <w:t xml:space="preserve"> </w:t>
      </w:r>
      <w:r>
        <w:t>convenient</w:t>
      </w:r>
      <w:r w:rsidR="006A6247">
        <w:t xml:space="preserve"> </w:t>
      </w:r>
      <w:r>
        <w:t>retailer</w:t>
      </w:r>
      <w:r w:rsidR="006A6247">
        <w:t xml:space="preserve"> </w:t>
      </w:r>
      <w:r>
        <w:t>via</w:t>
      </w:r>
      <w:r w:rsidR="006A6247">
        <w:t xml:space="preserve"> </w:t>
      </w:r>
      <w:r>
        <w:t>Value,</w:t>
      </w:r>
      <w:r w:rsidR="006A6247">
        <w:t xml:space="preserve"> </w:t>
      </w:r>
      <w:r>
        <w:t>Quality,</w:t>
      </w:r>
      <w:r w:rsidR="006A6247">
        <w:t xml:space="preserve"> </w:t>
      </w:r>
      <w:r>
        <w:t>Service</w:t>
      </w:r>
      <w:r w:rsidR="006A6247">
        <w:t xml:space="preserve"> </w:t>
      </w:r>
      <w:r>
        <w:t>pillars.</w:t>
      </w:r>
      <w:r>
        <w:br/>
      </w:r>
      <w:r>
        <w:br/>
      </w:r>
      <w:r>
        <w:t>UK</w:t>
      </w:r>
      <w:r w:rsidR="006A6247">
        <w:t xml:space="preserve"> </w:t>
      </w:r>
      <w:r>
        <w:t>grocery</w:t>
      </w:r>
      <w:r w:rsidR="006A6247">
        <w:t xml:space="preserve"> </w:t>
      </w:r>
      <w:r>
        <w:t>model</w:t>
      </w:r>
      <w:r w:rsidR="006A6247">
        <w:t xml:space="preserve"> </w:t>
      </w:r>
      <w:r>
        <w:t>is</w:t>
      </w:r>
      <w:r w:rsidR="006A6247">
        <w:t xml:space="preserve"> </w:t>
      </w:r>
      <w:r>
        <w:t>omnichannel:</w:t>
      </w:r>
      <w:r w:rsidR="006A6247">
        <w:t xml:space="preserve"> </w:t>
      </w:r>
      <w:r>
        <w:t>~2,900</w:t>
      </w:r>
      <w:r w:rsidR="006A6247">
        <w:t xml:space="preserve"> </w:t>
      </w:r>
      <w:r>
        <w:t>stores</w:t>
      </w:r>
      <w:r w:rsidR="006A6247">
        <w:t xml:space="preserve"> </w:t>
      </w:r>
      <w:r>
        <w:t>(Extra,</w:t>
      </w:r>
      <w:r w:rsidR="006A6247">
        <w:t xml:space="preserve"> </w:t>
      </w:r>
      <w:r>
        <w:t>Superstore,</w:t>
      </w:r>
      <w:r w:rsidR="006A6247">
        <w:t xml:space="preserve"> </w:t>
      </w:r>
      <w:r>
        <w:t>Express),</w:t>
      </w:r>
      <w:r w:rsidR="006A6247">
        <w:t xml:space="preserve"> </w:t>
      </w:r>
      <w:r>
        <w:t>home</w:t>
      </w:r>
      <w:r w:rsidR="006A6247">
        <w:t xml:space="preserve"> </w:t>
      </w:r>
      <w:r>
        <w:t>delivery,</w:t>
      </w:r>
      <w:r w:rsidR="006A6247">
        <w:t xml:space="preserve"> </w:t>
      </w:r>
      <w:r>
        <w:t>Click</w:t>
      </w:r>
      <w:r w:rsidR="006A6247">
        <w:t xml:space="preserve"> </w:t>
      </w:r>
      <w:r>
        <w:t>&amp;</w:t>
      </w:r>
      <w:r w:rsidR="006A6247">
        <w:t xml:space="preserve"> </w:t>
      </w:r>
      <w:r>
        <w:t>Collect,</w:t>
      </w:r>
      <w:r w:rsidR="006A6247">
        <w:t xml:space="preserve"> </w:t>
      </w:r>
      <w:r>
        <w:t>Whoosh</w:t>
      </w:r>
      <w:r w:rsidR="006A6247">
        <w:t xml:space="preserve"> </w:t>
      </w:r>
      <w:r>
        <w:t>rapid</w:t>
      </w:r>
      <w:r w:rsidR="006A6247">
        <w:t xml:space="preserve"> </w:t>
      </w:r>
      <w:r>
        <w:t>in</w:t>
      </w:r>
      <w:r w:rsidR="006A6247">
        <w:t xml:space="preserve"> </w:t>
      </w:r>
      <w:r>
        <w:t>1,500</w:t>
      </w:r>
      <w:r w:rsidR="006A6247">
        <w:t xml:space="preserve"> </w:t>
      </w:r>
      <w:r>
        <w:t>stores</w:t>
      </w:r>
      <w:r w:rsidR="006A6247">
        <w:t xml:space="preserve"> </w:t>
      </w:r>
      <w:r>
        <w:t>(Tesco</w:t>
      </w:r>
      <w:r w:rsidR="006A6247">
        <w:t xml:space="preserve"> </w:t>
      </w:r>
      <w:r>
        <w:t>PLC,</w:t>
      </w:r>
      <w:r w:rsidR="006A6247">
        <w:t xml:space="preserve"> </w:t>
      </w:r>
      <w:r>
        <w:t>2025a).</w:t>
      </w:r>
      <w:r w:rsidR="006A6247">
        <w:t xml:space="preserve"> </w:t>
      </w:r>
      <w:r>
        <w:t>Value</w:t>
      </w:r>
      <w:r w:rsidR="006A6247">
        <w:t xml:space="preserve"> </w:t>
      </w:r>
      <w:r>
        <w:t>creation:</w:t>
      </w:r>
      <w:r w:rsidR="006A6247">
        <w:t xml:space="preserve"> </w:t>
      </w:r>
      <w:r>
        <w:t>(</w:t>
      </w:r>
      <w:proofErr w:type="spellStart"/>
      <w:r>
        <w:t>i</w:t>
      </w:r>
      <w:proofErr w:type="spellEnd"/>
      <w:r>
        <w:t>)</w:t>
      </w:r>
      <w:r w:rsidR="006A6247">
        <w:t xml:space="preserve"> </w:t>
      </w:r>
      <w:r>
        <w:t>scale</w:t>
      </w:r>
      <w:r w:rsidR="006A6247">
        <w:t xml:space="preserve"> </w:t>
      </w:r>
      <w:r>
        <w:t>£63.636bn</w:t>
      </w:r>
      <w:r w:rsidR="006A6247">
        <w:t xml:space="preserve"> </w:t>
      </w:r>
      <w:r>
        <w:t>enables</w:t>
      </w:r>
      <w:r w:rsidR="006A6247">
        <w:t xml:space="preserve"> </w:t>
      </w:r>
      <w:r>
        <w:t>tiered</w:t>
      </w:r>
      <w:r w:rsidR="006A6247">
        <w:t xml:space="preserve"> </w:t>
      </w:r>
      <w:r>
        <w:t>price</w:t>
      </w:r>
      <w:r w:rsidR="006A6247">
        <w:t xml:space="preserve"> </w:t>
      </w:r>
      <w:r>
        <w:t>–</w:t>
      </w:r>
      <w:r w:rsidR="006A6247">
        <w:t xml:space="preserve"> </w:t>
      </w:r>
      <w:r>
        <w:t>Aldi</w:t>
      </w:r>
      <w:r w:rsidR="006A6247">
        <w:t xml:space="preserve"> </w:t>
      </w:r>
      <w:r>
        <w:t>Price</w:t>
      </w:r>
      <w:r w:rsidR="006A6247">
        <w:t xml:space="preserve"> </w:t>
      </w:r>
      <w:r>
        <w:t>Match</w:t>
      </w:r>
      <w:r w:rsidR="006A6247">
        <w:t xml:space="preserve"> </w:t>
      </w:r>
      <w:r>
        <w:t>~600</w:t>
      </w:r>
      <w:r w:rsidR="006A6247">
        <w:t xml:space="preserve"> </w:t>
      </w:r>
      <w:r>
        <w:t>key</w:t>
      </w:r>
      <w:r w:rsidR="006A6247">
        <w:t xml:space="preserve"> </w:t>
      </w:r>
      <w:r>
        <w:t>value</w:t>
      </w:r>
      <w:r w:rsidR="006A6247">
        <w:t xml:space="preserve"> </w:t>
      </w:r>
      <w:r>
        <w:t>items,</w:t>
      </w:r>
      <w:r w:rsidR="006A6247">
        <w:t xml:space="preserve"> </w:t>
      </w:r>
      <w:r>
        <w:t>Low</w:t>
      </w:r>
      <w:r w:rsidR="006A6247">
        <w:t xml:space="preserve"> </w:t>
      </w:r>
      <w:r>
        <w:t>Everyday</w:t>
      </w:r>
      <w:r w:rsidR="006A6247">
        <w:t xml:space="preserve"> </w:t>
      </w:r>
      <w:r>
        <w:t>Prices,</w:t>
      </w:r>
      <w:r w:rsidR="006A6247">
        <w:t xml:space="preserve"> </w:t>
      </w:r>
      <w:r>
        <w:t>Clubcard</w:t>
      </w:r>
      <w:r w:rsidR="006A6247">
        <w:t xml:space="preserve"> </w:t>
      </w:r>
      <w:r>
        <w:t>Prices;</w:t>
      </w:r>
      <w:r w:rsidR="006A6247">
        <w:t xml:space="preserve"> </w:t>
      </w:r>
      <w:r>
        <w:t>(ii)</w:t>
      </w:r>
      <w:r w:rsidR="006A6247">
        <w:t xml:space="preserve"> </w:t>
      </w:r>
      <w:r>
        <w:t>data</w:t>
      </w:r>
      <w:r w:rsidR="006A6247">
        <w:t xml:space="preserve"> </w:t>
      </w:r>
      <w:proofErr w:type="spellStart"/>
      <w:r>
        <w:t>monetisation</w:t>
      </w:r>
      <w:proofErr w:type="spellEnd"/>
      <w:r w:rsidR="006A6247">
        <w:t xml:space="preserve"> </w:t>
      </w:r>
      <w:r>
        <w:t>via</w:t>
      </w:r>
      <w:r w:rsidR="006A6247">
        <w:t xml:space="preserve"> </w:t>
      </w:r>
      <w:r>
        <w:t>18m</w:t>
      </w:r>
      <w:r w:rsidR="006A6247">
        <w:t xml:space="preserve"> </w:t>
      </w:r>
      <w:r>
        <w:t>app</w:t>
      </w:r>
      <w:r w:rsidR="006A6247">
        <w:t xml:space="preserve"> </w:t>
      </w:r>
      <w:r>
        <w:t>users,</w:t>
      </w:r>
      <w:r w:rsidR="006A6247">
        <w:t xml:space="preserve"> </w:t>
      </w:r>
      <w:r>
        <w:t>dunnhumby</w:t>
      </w:r>
      <w:r w:rsidR="006A6247">
        <w:t xml:space="preserve"> </w:t>
      </w:r>
      <w:r>
        <w:t>and</w:t>
      </w:r>
      <w:r w:rsidR="006A6247">
        <w:t xml:space="preserve"> </w:t>
      </w:r>
      <w:r>
        <w:t>Tesco</w:t>
      </w:r>
      <w:r w:rsidR="006A6247">
        <w:t xml:space="preserve"> </w:t>
      </w:r>
      <w:r>
        <w:t>Media;</w:t>
      </w:r>
      <w:r w:rsidR="006A6247">
        <w:t xml:space="preserve"> </w:t>
      </w:r>
      <w:r>
        <w:t>(iii)</w:t>
      </w:r>
      <w:r w:rsidR="006A6247">
        <w:t xml:space="preserve"> </w:t>
      </w:r>
      <w:r>
        <w:t>own-label</w:t>
      </w:r>
      <w:r w:rsidR="006A6247">
        <w:t xml:space="preserve"> </w:t>
      </w:r>
      <w:r>
        <w:t>~50%</w:t>
      </w:r>
      <w:r w:rsidR="006A6247">
        <w:t xml:space="preserve"> </w:t>
      </w:r>
      <w:r>
        <w:t>food</w:t>
      </w:r>
      <w:r w:rsidR="006A6247">
        <w:t xml:space="preserve"> </w:t>
      </w:r>
      <w:r>
        <w:t>sales,</w:t>
      </w:r>
      <w:r w:rsidR="006A6247">
        <w:t xml:space="preserve"> </w:t>
      </w:r>
      <w:r>
        <w:t>505</w:t>
      </w:r>
      <w:r w:rsidR="006A6247">
        <w:t xml:space="preserve"> </w:t>
      </w:r>
      <w:r>
        <w:t>new/improved</w:t>
      </w:r>
      <w:r w:rsidR="006A6247">
        <w:t xml:space="preserve"> </w:t>
      </w:r>
      <w:r>
        <w:t>lines</w:t>
      </w:r>
      <w:r w:rsidR="006A6247">
        <w:t xml:space="preserve"> </w:t>
      </w:r>
      <w:r>
        <w:t>FY24/25</w:t>
      </w:r>
      <w:r w:rsidR="006A6247">
        <w:t xml:space="preserve"> </w:t>
      </w:r>
      <w:r>
        <w:t>supporting</w:t>
      </w:r>
      <w:r w:rsidR="006A6247">
        <w:t xml:space="preserve"> </w:t>
      </w:r>
      <w:r>
        <w:t>margin;</w:t>
      </w:r>
      <w:r w:rsidR="006A6247">
        <w:t xml:space="preserve"> </w:t>
      </w:r>
      <w:r>
        <w:t>(iv)</w:t>
      </w:r>
      <w:r w:rsidR="006A6247">
        <w:t xml:space="preserve"> </w:t>
      </w:r>
      <w:r>
        <w:t>Save</w:t>
      </w:r>
      <w:r w:rsidR="006A6247">
        <w:t xml:space="preserve"> </w:t>
      </w:r>
      <w:r>
        <w:t>to</w:t>
      </w:r>
      <w:r w:rsidR="006A6247">
        <w:t xml:space="preserve"> </w:t>
      </w:r>
      <w:r>
        <w:t>Invest</w:t>
      </w:r>
      <w:r w:rsidR="006A6247">
        <w:t xml:space="preserve"> </w:t>
      </w:r>
      <w:r>
        <w:t>£500-700m</w:t>
      </w:r>
      <w:r w:rsidR="006A6247">
        <w:t xml:space="preserve"> </w:t>
      </w:r>
      <w:r>
        <w:t>savings</w:t>
      </w:r>
      <w:r w:rsidR="006A6247">
        <w:t xml:space="preserve"> </w:t>
      </w:r>
      <w:r>
        <w:t>including</w:t>
      </w:r>
      <w:r w:rsidR="006A6247">
        <w:t xml:space="preserve"> </w:t>
      </w:r>
      <w:r>
        <w:t>renewables.</w:t>
      </w:r>
      <w:r w:rsidR="006A6247">
        <w:t xml:space="preserve"> </w:t>
      </w:r>
      <w:r>
        <w:t>Group</w:t>
      </w:r>
      <w:r w:rsidR="006A6247">
        <w:t xml:space="preserve"> </w:t>
      </w:r>
      <w:r>
        <w:t>revenue</w:t>
      </w:r>
      <w:r w:rsidR="006A6247">
        <w:t xml:space="preserve"> </w:t>
      </w:r>
      <w:proofErr w:type="spellStart"/>
      <w:r>
        <w:t>inc</w:t>
      </w:r>
      <w:proofErr w:type="spellEnd"/>
      <w:r w:rsidR="006A6247">
        <w:t xml:space="preserve"> </w:t>
      </w:r>
      <w:r>
        <w:t>fuel</w:t>
      </w:r>
      <w:r w:rsidR="006A6247">
        <w:t xml:space="preserve"> </w:t>
      </w:r>
      <w:r>
        <w:t>£69.916bn</w:t>
      </w:r>
      <w:r w:rsidR="006A6247">
        <w:t xml:space="preserve"> </w:t>
      </w:r>
      <w:r>
        <w:t>FY24/25</w:t>
      </w:r>
      <w:r w:rsidR="006A6247">
        <w:t xml:space="preserve"> </w:t>
      </w:r>
      <w:r>
        <w:t>rising</w:t>
      </w:r>
      <w:r w:rsidR="006A6247">
        <w:t xml:space="preserve"> </w:t>
      </w:r>
      <w:r>
        <w:t>to</w:t>
      </w:r>
      <w:r w:rsidR="006A6247">
        <w:t xml:space="preserve"> </w:t>
      </w:r>
      <w:r>
        <w:t>£73.712bn</w:t>
      </w:r>
      <w:r w:rsidR="006A6247">
        <w:t xml:space="preserve"> </w:t>
      </w:r>
      <w:r>
        <w:t>FY25/26,</w:t>
      </w:r>
      <w:r w:rsidR="006A6247">
        <w:t xml:space="preserve"> </w:t>
      </w:r>
      <w:r>
        <w:t>profit</w:t>
      </w:r>
      <w:r w:rsidR="006A6247">
        <w:t xml:space="preserve"> </w:t>
      </w:r>
      <w:r>
        <w:t>£3.128bn</w:t>
      </w:r>
      <w:r w:rsidR="006A6247">
        <w:t xml:space="preserve"> </w:t>
      </w:r>
      <w:r>
        <w:t>to</w:t>
      </w:r>
      <w:r w:rsidR="006A6247">
        <w:t xml:space="preserve"> </w:t>
      </w:r>
      <w:r>
        <w:t>£3.152bn,</w:t>
      </w:r>
      <w:r w:rsidR="006A6247">
        <w:t xml:space="preserve"> </w:t>
      </w:r>
      <w:r>
        <w:t>free</w:t>
      </w:r>
      <w:r w:rsidR="006A6247">
        <w:t xml:space="preserve"> </w:t>
      </w:r>
      <w:r>
        <w:t>cash</w:t>
      </w:r>
      <w:r w:rsidR="006A6247">
        <w:t xml:space="preserve"> </w:t>
      </w:r>
      <w:r>
        <w:t>flow</w:t>
      </w:r>
      <w:r w:rsidR="006A6247">
        <w:t xml:space="preserve"> </w:t>
      </w:r>
      <w:r>
        <w:t>£1.75bn</w:t>
      </w:r>
      <w:r w:rsidR="006A6247">
        <w:t xml:space="preserve"> </w:t>
      </w:r>
      <w:r>
        <w:t>to</w:t>
      </w:r>
      <w:r w:rsidR="006A6247">
        <w:t xml:space="preserve"> </w:t>
      </w:r>
      <w:r>
        <w:t>£1.957bn</w:t>
      </w:r>
      <w:r w:rsidR="006A6247">
        <w:t xml:space="preserve"> </w:t>
      </w:r>
      <w:r>
        <w:t>+11.8%</w:t>
      </w:r>
      <w:r w:rsidR="006A6247">
        <w:t xml:space="preserve"> </w:t>
      </w:r>
      <w:r>
        <w:t>(Tesco</w:t>
      </w:r>
      <w:r w:rsidR="006A6247">
        <w:t xml:space="preserve"> </w:t>
      </w:r>
      <w:r>
        <w:t>PLC,</w:t>
      </w:r>
      <w:r w:rsidR="006A6247">
        <w:t xml:space="preserve"> </w:t>
      </w:r>
      <w:r>
        <w:t>2025a;</w:t>
      </w:r>
      <w:r w:rsidR="006A6247">
        <w:t xml:space="preserve"> </w:t>
      </w:r>
      <w:r>
        <w:t>2026),</w:t>
      </w:r>
      <w:r w:rsidR="006A6247">
        <w:t xml:space="preserve"> </w:t>
      </w:r>
      <w:r>
        <w:t>margin</w:t>
      </w:r>
      <w:r w:rsidR="006A6247">
        <w:t xml:space="preserve"> </w:t>
      </w:r>
      <w:r>
        <w:t>~4.6%</w:t>
      </w:r>
      <w:r w:rsidR="006A6247">
        <w:t xml:space="preserve"> </w:t>
      </w:r>
      <w:r>
        <w:t>reflecting</w:t>
      </w:r>
      <w:r w:rsidR="006A6247">
        <w:t xml:space="preserve"> </w:t>
      </w:r>
      <w:r>
        <w:t>thin</w:t>
      </w:r>
      <w:r w:rsidR="006A6247">
        <w:t xml:space="preserve"> </w:t>
      </w:r>
      <w:r>
        <w:t>grocery</w:t>
      </w:r>
      <w:r w:rsidR="006A6247">
        <w:t xml:space="preserve"> </w:t>
      </w:r>
      <w:r>
        <w:t>economics</w:t>
      </w:r>
      <w:r w:rsidR="006A6247">
        <w:t xml:space="preserve"> </w:t>
      </w:r>
      <w:r>
        <w:t>(Porter,</w:t>
      </w:r>
      <w:r w:rsidR="006A6247">
        <w:t xml:space="preserve"> </w:t>
      </w:r>
      <w:r>
        <w:t>2008).</w:t>
      </w:r>
    </w:p>
    <w:p w:rsidR="00700886" w:rsidP="7D0D8C44" w:rsidRDefault="7BF93C46" w14:paraId="7797B39A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21" w:id="9"/>
      <w:bookmarkStart w:name="_Toc1732798598" w:id="10"/>
      <w:bookmarkStart w:name="_Toc237366856" w:id="11"/>
      <w:r w:rsidRPr="7D0D8C44" w:rsidR="529427D7">
        <w:rPr>
          <w:rFonts w:ascii="Arial" w:hAnsi="Arial"/>
          <w:color w:val="auto"/>
        </w:rPr>
        <w:t>1.2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Industry,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Competitors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and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Market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Position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(150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words)</w:t>
      </w:r>
      <w:bookmarkEnd w:id="9"/>
      <w:bookmarkEnd w:id="10"/>
      <w:bookmarkEnd w:id="11"/>
    </w:p>
    <w:p w:rsidRPr="00665FB0" w:rsidR="00665FB0" w:rsidP="00665FB0" w:rsidRDefault="00665FB0" w14:paraId="3F8B726A" w14:textId="1F0D7E0D">
      <w:pPr>
        <w:jc w:val="both"/>
      </w:pPr>
      <w:r>
        <w:t>The</w:t>
      </w:r>
      <w:r w:rsidR="006A6247">
        <w:t xml:space="preserve"> </w:t>
      </w:r>
      <w:r>
        <w:t>UK</w:t>
      </w:r>
      <w:r w:rsidR="006A6247">
        <w:t xml:space="preserve"> </w:t>
      </w:r>
      <w:r>
        <w:t>grocery</w:t>
      </w:r>
      <w:r w:rsidR="006A6247">
        <w:t xml:space="preserve"> </w:t>
      </w:r>
      <w:r>
        <w:t>sector</w:t>
      </w:r>
      <w:r w:rsidR="006A6247">
        <w:t xml:space="preserve"> </w:t>
      </w:r>
      <w:r>
        <w:t>is</w:t>
      </w:r>
      <w:r w:rsidR="006A6247">
        <w:t xml:space="preserve"> </w:t>
      </w:r>
      <w:r>
        <w:t>a</w:t>
      </w:r>
      <w:r w:rsidR="006A6247">
        <w:t xml:space="preserve"> </w:t>
      </w:r>
      <w:r>
        <w:t>mature,</w:t>
      </w:r>
      <w:r w:rsidR="006A6247">
        <w:t xml:space="preserve"> </w:t>
      </w:r>
      <w:r>
        <w:t>vital,</w:t>
      </w:r>
      <w:r w:rsidR="006A6247">
        <w:t xml:space="preserve"> </w:t>
      </w:r>
      <w:r>
        <w:t>oligopolistic</w:t>
      </w:r>
      <w:r w:rsidR="006A6247">
        <w:t xml:space="preserve"> </w:t>
      </w:r>
      <w:r>
        <w:t>consumer</w:t>
      </w:r>
      <w:r w:rsidR="006A6247">
        <w:t xml:space="preserve"> </w:t>
      </w:r>
      <w:r>
        <w:t>market</w:t>
      </w:r>
      <w:r w:rsidR="006A6247">
        <w:t xml:space="preserve"> </w:t>
      </w:r>
      <w:r>
        <w:t>with</w:t>
      </w:r>
      <w:r w:rsidR="006A6247">
        <w:t xml:space="preserve"> </w:t>
      </w:r>
      <w:r>
        <w:t>an</w:t>
      </w:r>
      <w:r w:rsidR="006A6247">
        <w:t xml:space="preserve"> </w:t>
      </w:r>
      <w:r>
        <w:t>estimated</w:t>
      </w:r>
      <w:r w:rsidR="006A6247">
        <w:t xml:space="preserve"> </w:t>
      </w:r>
      <w:r>
        <w:t>value</w:t>
      </w:r>
      <w:r w:rsidR="006A6247">
        <w:t xml:space="preserve"> </w:t>
      </w:r>
      <w:r>
        <w:t>of</w:t>
      </w:r>
      <w:r w:rsidR="006A6247">
        <w:t xml:space="preserve"> </w:t>
      </w:r>
      <w:r>
        <w:t>£230–240</w:t>
      </w:r>
      <w:r w:rsidR="006A6247">
        <w:t xml:space="preserve"> </w:t>
      </w:r>
      <w:r>
        <w:t>billion</w:t>
      </w:r>
      <w:r w:rsidR="006A6247">
        <w:t xml:space="preserve"> </w:t>
      </w:r>
      <w:r>
        <w:t>(</w:t>
      </w:r>
      <w:proofErr w:type="spellStart"/>
      <w:r>
        <w:t>Businesstats</w:t>
      </w:r>
      <w:proofErr w:type="spellEnd"/>
      <w:r>
        <w:t>,</w:t>
      </w:r>
      <w:r w:rsidR="006A6247">
        <w:t xml:space="preserve"> </w:t>
      </w:r>
      <w:r>
        <w:t>2026;</w:t>
      </w:r>
      <w:r w:rsidR="006A6247">
        <w:t xml:space="preserve"> </w:t>
      </w:r>
      <w:r>
        <w:t>Kantar,</w:t>
      </w:r>
      <w:r w:rsidR="006A6247">
        <w:t xml:space="preserve"> </w:t>
      </w:r>
      <w:r>
        <w:t>2025).</w:t>
      </w:r>
      <w:r w:rsidR="006A6247">
        <w:t xml:space="preserve"> </w:t>
      </w:r>
      <w:r>
        <w:t>Its</w:t>
      </w:r>
      <w:r w:rsidR="006A6247">
        <w:t xml:space="preserve"> </w:t>
      </w:r>
      <w:r>
        <w:t>oligopolistic</w:t>
      </w:r>
      <w:r w:rsidR="006A6247">
        <w:t xml:space="preserve"> </w:t>
      </w:r>
      <w:r>
        <w:t>structure</w:t>
      </w:r>
      <w:r w:rsidR="006A6247">
        <w:t xml:space="preserve"> </w:t>
      </w:r>
      <w:r>
        <w:t>is</w:t>
      </w:r>
      <w:r w:rsidR="006A6247">
        <w:t xml:space="preserve"> </w:t>
      </w:r>
      <w:r>
        <w:t>reflected</w:t>
      </w:r>
      <w:r w:rsidR="006A6247">
        <w:t xml:space="preserve"> </w:t>
      </w:r>
      <w:r>
        <w:t>in</w:t>
      </w:r>
      <w:r w:rsidR="006A6247">
        <w:t xml:space="preserve"> </w:t>
      </w:r>
      <w:r>
        <w:t>the</w:t>
      </w:r>
      <w:r w:rsidR="006A6247">
        <w:t xml:space="preserve"> </w:t>
      </w:r>
      <w:r>
        <w:t>dominance</w:t>
      </w:r>
      <w:r w:rsidR="006A6247">
        <w:t xml:space="preserve"> </w:t>
      </w:r>
      <w:r>
        <w:t>of</w:t>
      </w:r>
      <w:r w:rsidR="006A6247">
        <w:t xml:space="preserve"> </w:t>
      </w:r>
      <w:r>
        <w:t>a</w:t>
      </w:r>
      <w:r w:rsidR="006A6247">
        <w:t xml:space="preserve"> </w:t>
      </w:r>
      <w:r>
        <w:t>few</w:t>
      </w:r>
      <w:r w:rsidR="006A6247">
        <w:t xml:space="preserve"> </w:t>
      </w:r>
      <w:r>
        <w:t>major</w:t>
      </w:r>
      <w:r w:rsidR="006A6247">
        <w:t xml:space="preserve"> </w:t>
      </w:r>
      <w:r>
        <w:t>shops,</w:t>
      </w:r>
      <w:r w:rsidR="006A6247">
        <w:t xml:space="preserve"> </w:t>
      </w:r>
      <w:r>
        <w:t>but</w:t>
      </w:r>
      <w:r w:rsidR="006A6247">
        <w:t xml:space="preserve"> </w:t>
      </w:r>
      <w:r>
        <w:t>bargain</w:t>
      </w:r>
      <w:r w:rsidR="006A6247">
        <w:t xml:space="preserve"> </w:t>
      </w:r>
      <w:r>
        <w:t>supermarkets</w:t>
      </w:r>
      <w:r w:rsidR="006A6247">
        <w:t xml:space="preserve"> </w:t>
      </w:r>
      <w:r>
        <w:t>have</w:t>
      </w:r>
      <w:r w:rsidR="006A6247">
        <w:t xml:space="preserve"> </w:t>
      </w:r>
      <w:r>
        <w:t>increasingly</w:t>
      </w:r>
      <w:r w:rsidR="006A6247">
        <w:t xml:space="preserve"> </w:t>
      </w:r>
      <w:r>
        <w:t>undermined</w:t>
      </w:r>
      <w:r w:rsidR="006A6247">
        <w:t xml:space="preserve"> </w:t>
      </w:r>
      <w:r>
        <w:t>the</w:t>
      </w:r>
      <w:r w:rsidR="006A6247">
        <w:t xml:space="preserve"> </w:t>
      </w:r>
      <w:r>
        <w:t>old</w:t>
      </w:r>
      <w:r w:rsidR="006A6247">
        <w:t xml:space="preserve"> </w:t>
      </w:r>
      <w:r>
        <w:t>market</w:t>
      </w:r>
      <w:r w:rsidR="006A6247">
        <w:t xml:space="preserve"> </w:t>
      </w:r>
      <w:r>
        <w:t>hierarchy.</w:t>
      </w:r>
      <w:r w:rsidR="006A6247">
        <w:t xml:space="preserve"> </w:t>
      </w:r>
      <w:r>
        <w:t>The</w:t>
      </w:r>
      <w:r w:rsidR="006A6247">
        <w:t xml:space="preserve"> </w:t>
      </w:r>
      <w:r>
        <w:t>industry</w:t>
      </w:r>
      <w:r w:rsidR="006A6247">
        <w:t xml:space="preserve"> </w:t>
      </w:r>
      <w:r>
        <w:t>requires</w:t>
      </w:r>
      <w:r w:rsidR="006A6247">
        <w:t xml:space="preserve"> </w:t>
      </w:r>
      <w:r>
        <w:t>large</w:t>
      </w:r>
      <w:r w:rsidR="006A6247">
        <w:t xml:space="preserve"> </w:t>
      </w:r>
      <w:r>
        <w:t>investments</w:t>
      </w:r>
      <w:r w:rsidR="006A6247">
        <w:t xml:space="preserve"> </w:t>
      </w:r>
      <w:r>
        <w:t>in</w:t>
      </w:r>
      <w:r w:rsidR="006A6247">
        <w:t xml:space="preserve"> </w:t>
      </w:r>
      <w:r>
        <w:t>retail</w:t>
      </w:r>
      <w:r w:rsidR="006A6247">
        <w:t xml:space="preserve"> </w:t>
      </w:r>
      <w:r>
        <w:t>locations,</w:t>
      </w:r>
      <w:r w:rsidR="006A6247">
        <w:t xml:space="preserve"> </w:t>
      </w:r>
      <w:r>
        <w:t>technology,</w:t>
      </w:r>
      <w:r w:rsidR="006A6247">
        <w:t xml:space="preserve"> </w:t>
      </w:r>
      <w:r>
        <w:t>and</w:t>
      </w:r>
      <w:r w:rsidR="006A6247">
        <w:t xml:space="preserve"> </w:t>
      </w:r>
      <w:r>
        <w:t>cold-chain</w:t>
      </w:r>
      <w:r w:rsidR="006A6247">
        <w:t xml:space="preserve"> </w:t>
      </w:r>
      <w:r>
        <w:t>infrastructure;</w:t>
      </w:r>
      <w:r w:rsidR="006A6247">
        <w:t xml:space="preserve"> </w:t>
      </w:r>
      <w:r>
        <w:t>wide</w:t>
      </w:r>
      <w:r w:rsidR="006A6247">
        <w:t xml:space="preserve"> </w:t>
      </w:r>
      <w:r>
        <w:t>distribution</w:t>
      </w:r>
      <w:r w:rsidR="006A6247">
        <w:t xml:space="preserve"> </w:t>
      </w:r>
      <w:r>
        <w:t>networks;</w:t>
      </w:r>
      <w:r w:rsidR="006A6247">
        <w:t xml:space="preserve"> </w:t>
      </w:r>
      <w:r>
        <w:t>huge</w:t>
      </w:r>
      <w:r w:rsidR="006A6247">
        <w:t xml:space="preserve"> </w:t>
      </w:r>
      <w:r>
        <w:t>economies</w:t>
      </w:r>
      <w:r w:rsidR="006A6247">
        <w:t xml:space="preserve"> </w:t>
      </w:r>
      <w:r>
        <w:t>of</w:t>
      </w:r>
      <w:r w:rsidR="006A6247">
        <w:t xml:space="preserve"> </w:t>
      </w:r>
      <w:r>
        <w:t>scale</w:t>
      </w:r>
      <w:r w:rsidR="006A6247">
        <w:t xml:space="preserve"> </w:t>
      </w:r>
      <w:r>
        <w:t>and</w:t>
      </w:r>
      <w:r w:rsidR="006A6247">
        <w:t xml:space="preserve"> </w:t>
      </w:r>
      <w:r>
        <w:t>density;</w:t>
      </w:r>
      <w:r w:rsidR="006A6247">
        <w:t xml:space="preserve"> </w:t>
      </w:r>
      <w:r>
        <w:t>and</w:t>
      </w:r>
      <w:r w:rsidR="006A6247">
        <w:t xml:space="preserve"> </w:t>
      </w:r>
      <w:r>
        <w:t>high</w:t>
      </w:r>
      <w:r w:rsidR="006A6247">
        <w:t xml:space="preserve"> </w:t>
      </w:r>
      <w:r>
        <w:t>fixed</w:t>
      </w:r>
      <w:r w:rsidR="006A6247">
        <w:t xml:space="preserve"> </w:t>
      </w:r>
      <w:r>
        <w:t>and</w:t>
      </w:r>
      <w:r w:rsidR="006A6247">
        <w:t xml:space="preserve"> </w:t>
      </w:r>
      <w:r>
        <w:t>operating</w:t>
      </w:r>
      <w:r w:rsidR="006A6247">
        <w:t xml:space="preserve"> </w:t>
      </w:r>
      <w:r>
        <w:t>expenses.</w:t>
      </w:r>
      <w:r w:rsidR="006A6247">
        <w:t xml:space="preserve"> </w:t>
      </w:r>
      <w:r>
        <w:t>Margins</w:t>
      </w:r>
      <w:r w:rsidR="006A6247">
        <w:t xml:space="preserve"> </w:t>
      </w:r>
      <w:r>
        <w:t>are</w:t>
      </w:r>
      <w:r w:rsidR="006A6247">
        <w:t xml:space="preserve"> </w:t>
      </w:r>
      <w:r>
        <w:t>generally</w:t>
      </w:r>
      <w:r w:rsidR="006A6247">
        <w:t xml:space="preserve"> </w:t>
      </w:r>
      <w:r>
        <w:t>low,</w:t>
      </w:r>
      <w:r w:rsidR="006A6247">
        <w:t xml:space="preserve"> </w:t>
      </w:r>
      <w:r>
        <w:t>e.g.,</w:t>
      </w:r>
      <w:r w:rsidR="006A6247">
        <w:t xml:space="preserve"> </w:t>
      </w:r>
      <w:r>
        <w:t>net</w:t>
      </w:r>
      <w:r w:rsidR="006A6247">
        <w:t xml:space="preserve"> </w:t>
      </w:r>
      <w:r>
        <w:t>margins</w:t>
      </w:r>
      <w:r w:rsidR="006A6247">
        <w:t xml:space="preserve"> </w:t>
      </w:r>
      <w:r>
        <w:t>of</w:t>
      </w:r>
      <w:r w:rsidR="006A6247">
        <w:t xml:space="preserve"> </w:t>
      </w:r>
      <w:r>
        <w:t>3–4%,</w:t>
      </w:r>
      <w:r w:rsidR="006A6247">
        <w:t xml:space="preserve"> </w:t>
      </w:r>
      <w:r>
        <w:t>and</w:t>
      </w:r>
      <w:r w:rsidR="006A6247">
        <w:t xml:space="preserve"> </w:t>
      </w:r>
      <w:r>
        <w:t>operational</w:t>
      </w:r>
      <w:r w:rsidR="006A6247">
        <w:t xml:space="preserve"> </w:t>
      </w:r>
      <w:r>
        <w:t>effectiveness,</w:t>
      </w:r>
      <w:r w:rsidR="006A6247">
        <w:t xml:space="preserve"> </w:t>
      </w:r>
      <w:r>
        <w:t>purchasing</w:t>
      </w:r>
      <w:r w:rsidR="006A6247">
        <w:t xml:space="preserve"> </w:t>
      </w:r>
      <w:r>
        <w:t>power,</w:t>
      </w:r>
      <w:r w:rsidR="006A6247">
        <w:t xml:space="preserve"> </w:t>
      </w:r>
      <w:r>
        <w:t>and</w:t>
      </w:r>
      <w:r w:rsidR="006A6247">
        <w:t xml:space="preserve"> </w:t>
      </w:r>
      <w:r w:rsidR="0CB03620">
        <w:t xml:space="preserve">   </w:t>
      </w:r>
      <w:r w:rsidR="006A6247">
        <w:t xml:space="preserve"> </w:t>
      </w:r>
      <w:r>
        <w:t>Additionally,</w:t>
      </w:r>
      <w:r w:rsidR="006A6247">
        <w:t xml:space="preserve"> </w:t>
      </w:r>
      <w:r>
        <w:t>because</w:t>
      </w:r>
      <w:r w:rsidR="006A6247">
        <w:t xml:space="preserve"> </w:t>
      </w:r>
      <w:r>
        <w:t>food</w:t>
      </w:r>
      <w:r w:rsidR="006A6247">
        <w:t xml:space="preserve"> </w:t>
      </w:r>
      <w:r>
        <w:t>products</w:t>
      </w:r>
      <w:r w:rsidR="006A6247">
        <w:t xml:space="preserve"> </w:t>
      </w:r>
      <w:r>
        <w:t>are</w:t>
      </w:r>
      <w:r w:rsidR="006A6247">
        <w:t xml:space="preserve"> </w:t>
      </w:r>
      <w:r>
        <w:t>often</w:t>
      </w:r>
      <w:r w:rsidR="006A6247">
        <w:t xml:space="preserve"> </w:t>
      </w:r>
      <w:r>
        <w:t>standardized</w:t>
      </w:r>
      <w:r w:rsidR="006A6247">
        <w:t xml:space="preserve"> </w:t>
      </w:r>
      <w:r>
        <w:t>and</w:t>
      </w:r>
      <w:r w:rsidR="006A6247">
        <w:t xml:space="preserve"> </w:t>
      </w:r>
      <w:r>
        <w:t>easily</w:t>
      </w:r>
      <w:r w:rsidR="006A6247">
        <w:t xml:space="preserve"> </w:t>
      </w:r>
      <w:r>
        <w:t>comparative</w:t>
      </w:r>
      <w:r w:rsidR="006A6247">
        <w:t xml:space="preserve"> </w:t>
      </w:r>
      <w:r>
        <w:t>between</w:t>
      </w:r>
      <w:r w:rsidR="006A6247">
        <w:t xml:space="preserve"> </w:t>
      </w:r>
      <w:r>
        <w:t>merchants,</w:t>
      </w:r>
      <w:r w:rsidR="006A6247">
        <w:t xml:space="preserve"> </w:t>
      </w:r>
      <w:r>
        <w:t>consumers</w:t>
      </w:r>
      <w:r w:rsidR="006A6247">
        <w:t xml:space="preserve"> </w:t>
      </w:r>
      <w:r>
        <w:t>have</w:t>
      </w:r>
      <w:r w:rsidR="006A6247">
        <w:t xml:space="preserve"> </w:t>
      </w:r>
      <w:r>
        <w:t>significant</w:t>
      </w:r>
      <w:r w:rsidR="006A6247">
        <w:t xml:space="preserve"> </w:t>
      </w:r>
      <w:r>
        <w:t>purchasing</w:t>
      </w:r>
      <w:r w:rsidR="006A6247">
        <w:t xml:space="preserve"> </w:t>
      </w:r>
      <w:r>
        <w:t>power.</w:t>
      </w:r>
      <w:r w:rsidR="006A6247">
        <w:t xml:space="preserve"> </w:t>
      </w:r>
      <w:r>
        <w:t>Customer</w:t>
      </w:r>
      <w:r w:rsidR="006A6247">
        <w:t xml:space="preserve"> </w:t>
      </w:r>
      <w:r>
        <w:t>loyalty</w:t>
      </w:r>
      <w:r w:rsidR="006A6247">
        <w:t xml:space="preserve"> </w:t>
      </w:r>
      <w:r>
        <w:t>and</w:t>
      </w:r>
      <w:r w:rsidR="006A6247">
        <w:t xml:space="preserve"> </w:t>
      </w:r>
      <w:r>
        <w:t>convenience,</w:t>
      </w:r>
      <w:r w:rsidR="006A6247">
        <w:t xml:space="preserve"> </w:t>
      </w:r>
      <w:r>
        <w:t>especially</w:t>
      </w:r>
      <w:r w:rsidR="006A6247">
        <w:t xml:space="preserve"> </w:t>
      </w:r>
      <w:r>
        <w:t>through</w:t>
      </w:r>
      <w:r w:rsidR="006A6247">
        <w:t xml:space="preserve"> </w:t>
      </w:r>
      <w:r>
        <w:t>loyalty</w:t>
      </w:r>
      <w:r w:rsidR="006A6247">
        <w:t xml:space="preserve"> </w:t>
      </w:r>
      <w:r>
        <w:t>programs</w:t>
      </w:r>
      <w:r w:rsidR="006A6247">
        <w:t xml:space="preserve"> </w:t>
      </w:r>
      <w:r>
        <w:t>and</w:t>
      </w:r>
      <w:r w:rsidR="006A6247">
        <w:t xml:space="preserve"> </w:t>
      </w:r>
      <w:r>
        <w:t>local</w:t>
      </w:r>
      <w:r w:rsidR="006A6247">
        <w:t xml:space="preserve"> </w:t>
      </w:r>
      <w:r>
        <w:t>store</w:t>
      </w:r>
      <w:r w:rsidR="006A6247">
        <w:t xml:space="preserve"> </w:t>
      </w:r>
      <w:r>
        <w:t>density,</w:t>
      </w:r>
      <w:r w:rsidR="006A6247">
        <w:t xml:space="preserve"> </w:t>
      </w:r>
      <w:r>
        <w:t>might</w:t>
      </w:r>
      <w:r w:rsidR="006A6247">
        <w:t xml:space="preserve"> </w:t>
      </w:r>
      <w:r>
        <w:t>partially</w:t>
      </w:r>
      <w:r w:rsidR="006A6247">
        <w:t xml:space="preserve"> </w:t>
      </w:r>
      <w:r>
        <w:t>diminish</w:t>
      </w:r>
      <w:r w:rsidR="006A6247">
        <w:t xml:space="preserve"> </w:t>
      </w:r>
      <w:r>
        <w:t>switching</w:t>
      </w:r>
      <w:r w:rsidR="006A6247">
        <w:t xml:space="preserve"> </w:t>
      </w:r>
      <w:r>
        <w:t>behavior</w:t>
      </w:r>
      <w:r w:rsidR="006A6247">
        <w:t xml:space="preserve"> </w:t>
      </w:r>
      <w:r>
        <w:t>even</w:t>
      </w:r>
      <w:r w:rsidR="006A6247">
        <w:t xml:space="preserve"> </w:t>
      </w:r>
      <w:r>
        <w:t>though</w:t>
      </w:r>
      <w:r w:rsidR="006A6247">
        <w:t xml:space="preserve"> </w:t>
      </w:r>
      <w:r>
        <w:t>switching</w:t>
      </w:r>
      <w:r w:rsidR="006A6247">
        <w:t xml:space="preserve"> </w:t>
      </w:r>
      <w:r>
        <w:t>costs</w:t>
      </w:r>
      <w:r w:rsidR="006A6247">
        <w:t xml:space="preserve"> </w:t>
      </w:r>
      <w:r>
        <w:t>are</w:t>
      </w:r>
      <w:r w:rsidR="006A6247">
        <w:t xml:space="preserve"> </w:t>
      </w:r>
      <w:r>
        <w:t>minimal.</w:t>
      </w:r>
    </w:p>
    <w:p w:rsidRPr="00665FB0" w:rsidR="00665FB0" w:rsidP="00665FB0" w:rsidRDefault="00665FB0" w14:paraId="63B134E2" w14:textId="77777777">
      <w:pPr>
        <w:jc w:val="both"/>
        <w:rPr>
          <w:szCs w:val="24"/>
        </w:rPr>
      </w:pPr>
    </w:p>
    <w:p w:rsidRPr="00665FB0" w:rsidR="00665FB0" w:rsidP="00665FB0" w:rsidRDefault="00665FB0" w14:paraId="20469CEB" w14:textId="77777777">
      <w:pPr>
        <w:jc w:val="both"/>
        <w:rPr>
          <w:szCs w:val="24"/>
        </w:rPr>
      </w:pPr>
      <w:r w:rsidRPr="00665FB0">
        <w:rPr>
          <w:szCs w:val="24"/>
        </w:rPr>
        <w:t>Because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retailers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regularly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compete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through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price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matching,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promotions,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loyalty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programs,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private-label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goods,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and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advancements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in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convenience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and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online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shopping,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competition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is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especially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fierce.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Niche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formats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and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online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grocery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models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have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opened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up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prospects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for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new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entrants,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even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if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national-scale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entrance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is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still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challenging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due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to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planning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regulations,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property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needs,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supplier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relationships,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and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logistics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infrastructure.</w:t>
      </w:r>
    </w:p>
    <w:p w:rsidRPr="00665FB0" w:rsidR="00665FB0" w:rsidP="00665FB0" w:rsidRDefault="00665FB0" w14:paraId="4FFE9C8A" w14:textId="77777777">
      <w:pPr>
        <w:jc w:val="both"/>
        <w:rPr>
          <w:szCs w:val="24"/>
        </w:rPr>
      </w:pPr>
    </w:p>
    <w:p w:rsidRPr="00665FB0" w:rsidR="00665FB0" w:rsidP="00665FB0" w:rsidRDefault="00665FB0" w14:paraId="75C84AAC" w14:textId="77777777">
      <w:pPr>
        <w:jc w:val="both"/>
        <w:rPr>
          <w:szCs w:val="24"/>
        </w:rPr>
      </w:pPr>
      <w:r w:rsidRPr="00665FB0">
        <w:rPr>
          <w:szCs w:val="24"/>
        </w:rPr>
        <w:t>Market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share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figures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highlight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the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evolving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competitive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landscape.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Tesco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was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still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the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market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leader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with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28.0%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share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(+0.4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percentage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points)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for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the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12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weeks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to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18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May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2025,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with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Sainsbury’s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15.1%,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Asda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12.1%,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Aldi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11.1%,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and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Lidl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8.1%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(Kantar,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2025).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Aldi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and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Lidl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both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hit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record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market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shares,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with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Lidl’s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sales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growing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by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10.9%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and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gaining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almost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419,000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shoppers—the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biggest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rise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in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shoppers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for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any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supermarket.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Ocado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also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saw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healthy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increase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of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14.9%,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further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illustrating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the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growth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in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online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food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retail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(Kantar,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2025;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Retail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Times,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2025).</w:t>
      </w:r>
    </w:p>
    <w:p w:rsidRPr="00665FB0" w:rsidR="00665FB0" w:rsidP="00665FB0" w:rsidRDefault="00665FB0" w14:paraId="1FE5A1F2" w14:textId="77777777">
      <w:pPr>
        <w:jc w:val="both"/>
        <w:rPr>
          <w:szCs w:val="24"/>
        </w:rPr>
      </w:pPr>
    </w:p>
    <w:p w:rsidR="00700886" w:rsidP="00665FB0" w:rsidRDefault="00665FB0" w14:paraId="5DAB6C7B" w14:textId="6FF53EAD">
      <w:pPr>
        <w:jc w:val="both"/>
      </w:pPr>
      <w:r w:rsidRPr="00665FB0">
        <w:rPr>
          <w:szCs w:val="24"/>
        </w:rPr>
        <w:t>Most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importantly,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the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format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of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the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tournament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has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altered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drastically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throughout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time.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The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traditional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Big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Four’s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combined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share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is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said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to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have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fallen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from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about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73%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in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2017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to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around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65%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by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2026,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while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Aldi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and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Lidl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have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boosted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their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combined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position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from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about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10%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to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18-19%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(</w:t>
      </w:r>
      <w:proofErr w:type="spellStart"/>
      <w:r w:rsidRPr="00665FB0">
        <w:rPr>
          <w:szCs w:val="24"/>
        </w:rPr>
        <w:t>Businesstats</w:t>
      </w:r>
      <w:proofErr w:type="spellEnd"/>
      <w:r w:rsidRPr="00665FB0">
        <w:rPr>
          <w:szCs w:val="24"/>
        </w:rPr>
        <w:t>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2026).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Structural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change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to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bargain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retailing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and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increased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price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competitiveness.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Therefore,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the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UK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provides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suitable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single-market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focus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for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strategic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analysis,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with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reliable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secondary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data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from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sources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such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Kantar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and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the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ONS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and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also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clear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strategic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challenge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from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discounters,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digitalization,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and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changing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consumer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behavior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(Saunders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et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al.,</w:t>
      </w:r>
      <w:r w:rsidR="006A6247">
        <w:rPr>
          <w:szCs w:val="24"/>
        </w:rPr>
        <w:t xml:space="preserve"> </w:t>
      </w:r>
      <w:r w:rsidRPr="00665FB0">
        <w:rPr>
          <w:szCs w:val="24"/>
        </w:rPr>
        <w:t>2019).</w:t>
      </w:r>
      <w:r w:rsidR="00344F75">
        <w:br/>
      </w:r>
    </w:p>
    <w:p w:rsidR="00700886" w:rsidP="00F94D1E" w:rsidRDefault="00344F75" w14:paraId="02EB378F" w14:textId="77777777">
      <w:pPr>
        <w:jc w:val="both"/>
      </w:pPr>
      <w:r>
        <w:rPr>
          <w:noProof/>
        </w:rPr>
        <w:drawing>
          <wp:inline distT="0" distB="0" distL="0" distR="0" wp14:anchorId="23F29E4D" wp14:editId="07777777">
            <wp:extent cx="5029200" cy="2794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et_shar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886" w:rsidP="00F94D1E" w:rsidRDefault="00344F75" w14:paraId="4C1BF83F" w14:textId="77777777">
      <w:pPr>
        <w:jc w:val="both"/>
      </w:pPr>
      <w:r>
        <w:t>Figure</w:t>
      </w:r>
      <w:r w:rsidR="006A6247">
        <w:t xml:space="preserve"> </w:t>
      </w:r>
      <w:r>
        <w:t>1:</w:t>
      </w:r>
      <w:r w:rsidR="006A6247">
        <w:t xml:space="preserve"> </w:t>
      </w:r>
      <w:r>
        <w:t>Kantar</w:t>
      </w:r>
      <w:r w:rsidR="006A6247">
        <w:t xml:space="preserve"> </w:t>
      </w:r>
      <w:r>
        <w:t>12W</w:t>
      </w:r>
      <w:r w:rsidR="006A6247">
        <w:t xml:space="preserve"> </w:t>
      </w:r>
      <w:r>
        <w:t>to</w:t>
      </w:r>
      <w:r w:rsidR="006A6247">
        <w:t xml:space="preserve"> </w:t>
      </w:r>
      <w:r>
        <w:t>18</w:t>
      </w:r>
      <w:r w:rsidR="006A6247">
        <w:t xml:space="preserve"> </w:t>
      </w:r>
      <w:r>
        <w:t>May</w:t>
      </w:r>
      <w:r w:rsidR="006A6247">
        <w:t xml:space="preserve"> </w:t>
      </w:r>
      <w:r>
        <w:t>2025</w:t>
      </w:r>
      <w:r w:rsidR="006A6247">
        <w:t xml:space="preserve"> </w:t>
      </w:r>
      <w:r>
        <w:t>–</w:t>
      </w:r>
      <w:r w:rsidR="006A6247">
        <w:t xml:space="preserve"> </w:t>
      </w:r>
      <w:r>
        <w:t>Tesco</w:t>
      </w:r>
      <w:r w:rsidR="006A6247">
        <w:t xml:space="preserve"> </w:t>
      </w:r>
      <w:r>
        <w:t>28.0%,</w:t>
      </w:r>
      <w:r w:rsidR="006A6247">
        <w:t xml:space="preserve"> </w:t>
      </w:r>
      <w:r>
        <w:t>Sainsbury's</w:t>
      </w:r>
      <w:r w:rsidR="006A6247">
        <w:t xml:space="preserve"> </w:t>
      </w:r>
      <w:r>
        <w:t>15.1%,</w:t>
      </w:r>
      <w:r w:rsidR="006A6247">
        <w:t xml:space="preserve"> </w:t>
      </w:r>
      <w:r>
        <w:t>Asda</w:t>
      </w:r>
      <w:r w:rsidR="006A6247">
        <w:t xml:space="preserve"> </w:t>
      </w:r>
      <w:r>
        <w:t>12.1%,</w:t>
      </w:r>
      <w:r w:rsidR="006A6247">
        <w:t xml:space="preserve"> </w:t>
      </w:r>
      <w:r>
        <w:t>Aldi</w:t>
      </w:r>
      <w:r w:rsidR="006A6247">
        <w:t xml:space="preserve"> </w:t>
      </w:r>
      <w:r>
        <w:t>11.1%,</w:t>
      </w:r>
      <w:r w:rsidR="006A6247">
        <w:t xml:space="preserve"> </w:t>
      </w:r>
      <w:r>
        <w:t>Lidl</w:t>
      </w:r>
      <w:r w:rsidR="006A6247">
        <w:t xml:space="preserve"> </w:t>
      </w:r>
      <w:r>
        <w:t>8.1%</w:t>
      </w:r>
      <w:r w:rsidR="006A6247">
        <w:t xml:space="preserve"> </w:t>
      </w:r>
      <w:r>
        <w:t>(Kantar,</w:t>
      </w:r>
      <w:r w:rsidR="006A6247">
        <w:t xml:space="preserve"> </w:t>
      </w:r>
      <w:r>
        <w:t>2025)</w:t>
      </w:r>
    </w:p>
    <w:p w:rsidR="00700886" w:rsidP="7D0D8C44" w:rsidRDefault="7BF93C46" w14:paraId="4E0D1CA9" w14:textId="77777777">
      <w:pPr>
        <w:pStyle w:val="Heading2"/>
        <w:jc w:val="both"/>
        <w:rPr>
          <w:rFonts w:ascii="Arial" w:hAnsi="Arial"/>
          <w:color w:val="auto"/>
          <w:sz w:val="24"/>
          <w:szCs w:val="24"/>
        </w:rPr>
      </w:pPr>
      <w:bookmarkStart w:name="_Toc236501122" w:id="12"/>
      <w:bookmarkStart w:name="_Toc138412457" w:id="13"/>
      <w:bookmarkStart w:name="_Toc237366857" w:id="14"/>
      <w:r w:rsidRPr="7D0D8C44" w:rsidR="529427D7">
        <w:rPr>
          <w:rFonts w:ascii="Arial" w:hAnsi="Arial"/>
          <w:color w:val="auto"/>
          <w:sz w:val="24"/>
          <w:szCs w:val="24"/>
        </w:rPr>
        <w:t>2.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External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and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Internal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Analysis</w:t>
      </w:r>
      <w:bookmarkEnd w:id="12"/>
      <w:bookmarkEnd w:id="13"/>
      <w:bookmarkEnd w:id="14"/>
    </w:p>
    <w:p w:rsidR="00700886" w:rsidP="7D0D8C44" w:rsidRDefault="7BF93C46" w14:paraId="20A7E54D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23" w:id="15"/>
      <w:bookmarkStart w:name="_Toc240963409" w:id="16"/>
      <w:bookmarkStart w:name="_Toc237366858" w:id="17"/>
      <w:r w:rsidRPr="7D0D8C44" w:rsidR="529427D7">
        <w:rPr>
          <w:rFonts w:ascii="Arial" w:hAnsi="Arial"/>
          <w:color w:val="auto"/>
        </w:rPr>
        <w:t>2.1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PESTEL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Analysis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(500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words)</w:t>
      </w:r>
      <w:bookmarkEnd w:id="15"/>
      <w:bookmarkEnd w:id="16"/>
      <w:bookmarkEnd w:id="17"/>
    </w:p>
    <w:p w:rsidR="00700886" w:rsidP="00F94D1E" w:rsidRDefault="00344F75" w14:paraId="3D211AEA" w14:textId="77777777">
      <w:pPr>
        <w:jc w:val="both"/>
      </w:pPr>
      <w:r>
        <w:t>PESTEL</w:t>
      </w:r>
      <w:r w:rsidR="006A6247">
        <w:t xml:space="preserve"> </w:t>
      </w:r>
      <w:r>
        <w:t>(Aguilar,</w:t>
      </w:r>
      <w:r w:rsidR="006A6247">
        <w:t xml:space="preserve"> </w:t>
      </w:r>
      <w:r>
        <w:t>1967)</w:t>
      </w:r>
      <w:r w:rsidR="006A6247">
        <w:t xml:space="preserve"> </w:t>
      </w:r>
      <w:r>
        <w:t>scans</w:t>
      </w:r>
      <w:r w:rsidR="006A6247">
        <w:t xml:space="preserve"> </w:t>
      </w:r>
      <w:r>
        <w:t>macro</w:t>
      </w:r>
      <w:r w:rsidR="006A6247">
        <w:t xml:space="preserve"> </w:t>
      </w:r>
      <w:r>
        <w:t>drivers</w:t>
      </w:r>
      <w:r w:rsidR="006A6247">
        <w:t xml:space="preserve"> </w:t>
      </w:r>
      <w:r>
        <w:t>–</w:t>
      </w:r>
      <w:r w:rsidR="006A6247">
        <w:t xml:space="preserve"> </w:t>
      </w:r>
      <w:r>
        <w:t>each</w:t>
      </w:r>
      <w:r w:rsidR="006A6247">
        <w:t xml:space="preserve"> </w:t>
      </w:r>
      <w:r>
        <w:t>creates</w:t>
      </w:r>
      <w:r w:rsidR="006A6247">
        <w:t xml:space="preserve"> </w:t>
      </w:r>
      <w:r>
        <w:t>opportunity</w:t>
      </w:r>
      <w:r w:rsidR="006A6247">
        <w:t xml:space="preserve"> </w:t>
      </w:r>
      <w:r>
        <w:t>O</w:t>
      </w:r>
      <w:r w:rsidR="006A6247">
        <w:t xml:space="preserve"> </w:t>
      </w:r>
      <w:r>
        <w:t>and</w:t>
      </w:r>
      <w:r w:rsidR="006A6247">
        <w:t xml:space="preserve"> </w:t>
      </w:r>
      <w:r>
        <w:t>threat</w:t>
      </w:r>
      <w:r w:rsidR="006A6247">
        <w:t xml:space="preserve"> </w:t>
      </w:r>
      <w:r>
        <w:t>T</w:t>
      </w:r>
      <w:r w:rsidR="006A6247">
        <w:t xml:space="preserve"> </w:t>
      </w:r>
      <w:r>
        <w:t>(Appendix</w:t>
      </w:r>
      <w:r w:rsidR="006A6247">
        <w:t xml:space="preserve"> </w:t>
      </w:r>
      <w:r>
        <w:t>A).</w:t>
      </w:r>
      <w:r w:rsidR="006A6247">
        <w:t xml:space="preserve"> </w:t>
      </w:r>
      <w:r>
        <w:t>Political:</w:t>
      </w:r>
      <w:r w:rsidR="006A6247">
        <w:t xml:space="preserve"> </w:t>
      </w:r>
      <w:r>
        <w:t>DEFRA</w:t>
      </w:r>
      <w:r w:rsidR="006A6247">
        <w:t xml:space="preserve"> </w:t>
      </w:r>
      <w:r>
        <w:t>food</w:t>
      </w:r>
      <w:r w:rsidR="006A6247">
        <w:t xml:space="preserve"> </w:t>
      </w:r>
      <w:r>
        <w:t>security</w:t>
      </w:r>
      <w:r w:rsidR="006A6247">
        <w:t xml:space="preserve"> </w:t>
      </w:r>
      <w:r>
        <w:t>post-Brexit</w:t>
      </w:r>
      <w:r w:rsidR="006A6247">
        <w:t xml:space="preserve"> </w:t>
      </w:r>
      <w:r>
        <w:t>border</w:t>
      </w:r>
      <w:r w:rsidR="006A6247">
        <w:t xml:space="preserve"> </w:t>
      </w:r>
      <w:r>
        <w:t>checks,</w:t>
      </w:r>
      <w:r w:rsidR="006A6247">
        <w:t xml:space="preserve"> </w:t>
      </w:r>
      <w:r>
        <w:t>business</w:t>
      </w:r>
      <w:r w:rsidR="006A6247">
        <w:t xml:space="preserve"> </w:t>
      </w:r>
      <w:r>
        <w:t>rates,</w:t>
      </w:r>
      <w:r w:rsidR="006A6247">
        <w:t xml:space="preserve"> </w:t>
      </w:r>
      <w:r>
        <w:t>National</w:t>
      </w:r>
      <w:r w:rsidR="006A6247">
        <w:t xml:space="preserve"> </w:t>
      </w:r>
      <w:r>
        <w:t>Minimum</w:t>
      </w:r>
      <w:r w:rsidR="006A6247">
        <w:t xml:space="preserve"> </w:t>
      </w:r>
      <w:r>
        <w:t>Wage</w:t>
      </w:r>
      <w:r w:rsidR="006A6247">
        <w:t xml:space="preserve"> </w:t>
      </w:r>
      <w:r>
        <w:t>rise,</w:t>
      </w:r>
      <w:r w:rsidR="006A6247">
        <w:t xml:space="preserve"> </w:t>
      </w:r>
      <w:r>
        <w:t>Extended</w:t>
      </w:r>
      <w:r w:rsidR="006A6247">
        <w:t xml:space="preserve"> </w:t>
      </w:r>
      <w:r>
        <w:t>Producer</w:t>
      </w:r>
      <w:r w:rsidR="006A6247">
        <w:t xml:space="preserve"> </w:t>
      </w:r>
      <w:r>
        <w:t>Responsibility</w:t>
      </w:r>
      <w:r w:rsidR="006A6247">
        <w:t xml:space="preserve"> </w:t>
      </w:r>
      <w:r>
        <w:t>packaging</w:t>
      </w:r>
      <w:r w:rsidR="006A6247">
        <w:t xml:space="preserve"> </w:t>
      </w:r>
      <w:r>
        <w:t>–</w:t>
      </w:r>
      <w:r w:rsidR="006A6247">
        <w:t xml:space="preserve"> </w:t>
      </w:r>
      <w:r>
        <w:t>O</w:t>
      </w:r>
      <w:r w:rsidR="006A6247">
        <w:t xml:space="preserve"> </w:t>
      </w:r>
      <w:r>
        <w:t>partnership</w:t>
      </w:r>
      <w:r w:rsidR="006A6247">
        <w:t xml:space="preserve"> </w:t>
      </w:r>
      <w:r>
        <w:t>legitimacy,</w:t>
      </w:r>
      <w:r w:rsidR="006A6247">
        <w:t xml:space="preserve"> </w:t>
      </w:r>
      <w:r>
        <w:t>T</w:t>
      </w:r>
      <w:r w:rsidR="006A6247">
        <w:t xml:space="preserve"> </w:t>
      </w:r>
      <w:r>
        <w:t>higher</w:t>
      </w:r>
      <w:r w:rsidR="006A6247">
        <w:t xml:space="preserve"> </w:t>
      </w:r>
      <w:r>
        <w:t>costs</w:t>
      </w:r>
      <w:r w:rsidR="006A6247">
        <w:t xml:space="preserve"> </w:t>
      </w:r>
      <w:r>
        <w:t>(DEFRA,</w:t>
      </w:r>
      <w:r w:rsidR="006A6247">
        <w:t xml:space="preserve"> </w:t>
      </w:r>
      <w:r>
        <w:t>2024;</w:t>
      </w:r>
      <w:r w:rsidR="006A6247">
        <w:t xml:space="preserve"> </w:t>
      </w:r>
      <w:r>
        <w:t>Tesco</w:t>
      </w:r>
      <w:r w:rsidR="006A6247">
        <w:t xml:space="preserve"> </w:t>
      </w:r>
      <w:r>
        <w:t>PLC,</w:t>
      </w:r>
      <w:r w:rsidR="006A6247">
        <w:t xml:space="preserve"> </w:t>
      </w:r>
      <w:r>
        <w:t>2025c).</w:t>
      </w:r>
      <w:r w:rsidR="006A6247">
        <w:t xml:space="preserve"> </w:t>
      </w:r>
      <w:r>
        <w:t>Economic:</w:t>
      </w:r>
      <w:r w:rsidR="006A6247">
        <w:t xml:space="preserve"> </w:t>
      </w:r>
      <w:r>
        <w:t>CPI</w:t>
      </w:r>
      <w:r w:rsidR="006A6247">
        <w:t xml:space="preserve"> </w:t>
      </w:r>
      <w:r>
        <w:t>3.4%</w:t>
      </w:r>
      <w:r w:rsidR="006A6247">
        <w:t xml:space="preserve"> </w:t>
      </w:r>
      <w:r>
        <w:t>May</w:t>
      </w:r>
      <w:r w:rsidR="006A6247">
        <w:t xml:space="preserve"> </w:t>
      </w:r>
      <w:r>
        <w:t>2025</w:t>
      </w:r>
      <w:r w:rsidR="006A6247">
        <w:t xml:space="preserve"> </w:t>
      </w:r>
      <w:r>
        <w:t>headline,</w:t>
      </w:r>
      <w:r w:rsidR="006A6247">
        <w:t xml:space="preserve"> </w:t>
      </w:r>
      <w:r>
        <w:t>grocery</w:t>
      </w:r>
      <w:r w:rsidR="006A6247">
        <w:t xml:space="preserve"> </w:t>
      </w:r>
      <w:r>
        <w:t>inflation</w:t>
      </w:r>
      <w:r w:rsidR="006A6247">
        <w:t xml:space="preserve"> </w:t>
      </w:r>
      <w:r>
        <w:t>4.1%</w:t>
      </w:r>
      <w:r w:rsidR="006A6247">
        <w:t xml:space="preserve"> </w:t>
      </w:r>
      <w:r>
        <w:t>four</w:t>
      </w:r>
      <w:r w:rsidR="006A6247">
        <w:t xml:space="preserve"> </w:t>
      </w:r>
      <w:r>
        <w:t>weeks</w:t>
      </w:r>
      <w:r w:rsidR="006A6247">
        <w:t xml:space="preserve"> </w:t>
      </w:r>
      <w:r>
        <w:t>to</w:t>
      </w:r>
      <w:r w:rsidR="006A6247">
        <w:t xml:space="preserve"> </w:t>
      </w:r>
      <w:r>
        <w:t>18</w:t>
      </w:r>
      <w:r w:rsidR="006A6247">
        <w:t xml:space="preserve"> </w:t>
      </w:r>
      <w:r>
        <w:t>May,</w:t>
      </w:r>
      <w:r w:rsidR="006A6247">
        <w:t xml:space="preserve"> </w:t>
      </w:r>
      <w:r>
        <w:t>food</w:t>
      </w:r>
      <w:r w:rsidR="006A6247">
        <w:t xml:space="preserve"> </w:t>
      </w:r>
      <w:r>
        <w:t>&amp;</w:t>
      </w:r>
      <w:r w:rsidR="006A6247">
        <w:t xml:space="preserve"> </w:t>
      </w:r>
      <w:r>
        <w:t>non-alcoholic</w:t>
      </w:r>
      <w:r w:rsidR="006A6247">
        <w:t xml:space="preserve"> </w:t>
      </w:r>
      <w:r>
        <w:t>3.4-4.4%</w:t>
      </w:r>
      <w:r w:rsidR="006A6247">
        <w:t xml:space="preserve"> </w:t>
      </w:r>
      <w:r>
        <w:t>highest</w:t>
      </w:r>
      <w:r w:rsidR="006A6247">
        <w:t xml:space="preserve"> </w:t>
      </w:r>
      <w:r>
        <w:t>since</w:t>
      </w:r>
      <w:r w:rsidR="006A6247">
        <w:t xml:space="preserve"> </w:t>
      </w:r>
      <w:r>
        <w:t>Feb</w:t>
      </w:r>
      <w:r w:rsidR="006A6247">
        <w:t xml:space="preserve"> </w:t>
      </w:r>
      <w:r>
        <w:t>2024</w:t>
      </w:r>
      <w:r w:rsidR="006A6247">
        <w:t xml:space="preserve"> </w:t>
      </w:r>
      <w:r>
        <w:t>(ONS,</w:t>
      </w:r>
      <w:r w:rsidR="006A6247">
        <w:t xml:space="preserve"> </w:t>
      </w:r>
      <w:r>
        <w:t>2025;</w:t>
      </w:r>
      <w:r w:rsidR="006A6247">
        <w:t xml:space="preserve"> </w:t>
      </w:r>
      <w:proofErr w:type="spellStart"/>
      <w:r>
        <w:t>RetailTimes</w:t>
      </w:r>
      <w:proofErr w:type="spellEnd"/>
      <w:r>
        <w:t>,</w:t>
      </w:r>
      <w:r w:rsidR="006A6247">
        <w:t xml:space="preserve"> </w:t>
      </w:r>
      <w:r>
        <w:t>2025);</w:t>
      </w:r>
      <w:r w:rsidR="006A6247">
        <w:t xml:space="preserve"> </w:t>
      </w:r>
      <w:r>
        <w:t>wage</w:t>
      </w:r>
      <w:r w:rsidR="006A6247">
        <w:t xml:space="preserve"> </w:t>
      </w:r>
      <w:r>
        <w:t>pressure</w:t>
      </w:r>
      <w:r w:rsidR="006A6247">
        <w:t xml:space="preserve"> </w:t>
      </w:r>
      <w:r>
        <w:t>–</w:t>
      </w:r>
      <w:r w:rsidR="006A6247">
        <w:t xml:space="preserve"> </w:t>
      </w:r>
      <w:r>
        <w:t>O</w:t>
      </w:r>
      <w:r w:rsidR="006A6247">
        <w:t xml:space="preserve"> </w:t>
      </w:r>
      <w:r>
        <w:t>value</w:t>
      </w:r>
      <w:r w:rsidR="006A6247">
        <w:t xml:space="preserve"> </w:t>
      </w:r>
      <w:r>
        <w:t>attracts</w:t>
      </w:r>
      <w:r w:rsidR="006A6247">
        <w:t xml:space="preserve"> </w:t>
      </w:r>
      <w:r>
        <w:t>budget</w:t>
      </w:r>
      <w:r w:rsidR="006A6247">
        <w:t xml:space="preserve"> </w:t>
      </w:r>
      <w:r>
        <w:t>switchers</w:t>
      </w:r>
      <w:r w:rsidR="006A6247">
        <w:t xml:space="preserve"> </w:t>
      </w:r>
      <w:r>
        <w:t>Tesco</w:t>
      </w:r>
      <w:r w:rsidR="006A6247">
        <w:t xml:space="preserve"> </w:t>
      </w:r>
      <w:r>
        <w:t>+5.9%</w:t>
      </w:r>
      <w:r w:rsidR="006A6247">
        <w:t xml:space="preserve"> </w:t>
      </w:r>
      <w:r>
        <w:t>&gt;</w:t>
      </w:r>
      <w:r w:rsidR="006A6247">
        <w:t xml:space="preserve"> </w:t>
      </w:r>
      <w:r>
        <w:t>inflation,</w:t>
      </w:r>
      <w:r w:rsidR="006A6247">
        <w:t xml:space="preserve"> </w:t>
      </w:r>
      <w:r>
        <w:t>T</w:t>
      </w:r>
      <w:r w:rsidR="006A6247">
        <w:t xml:space="preserve"> </w:t>
      </w:r>
      <w:r>
        <w:t>margin</w:t>
      </w:r>
      <w:r w:rsidR="006A6247">
        <w:t xml:space="preserve"> </w:t>
      </w:r>
      <w:r>
        <w:t>squeeze</w:t>
      </w:r>
      <w:r w:rsidR="006A6247">
        <w:t xml:space="preserve"> </w:t>
      </w:r>
      <w:r>
        <w:t>trade-down</w:t>
      </w:r>
      <w:r w:rsidR="006A6247">
        <w:t xml:space="preserve"> </w:t>
      </w:r>
      <w:r>
        <w:t>to</w:t>
      </w:r>
      <w:r w:rsidR="006A6247">
        <w:t xml:space="preserve"> </w:t>
      </w:r>
      <w:r>
        <w:t>Aldi/Lidl</w:t>
      </w:r>
      <w:r w:rsidR="006A6247">
        <w:t xml:space="preserve"> </w:t>
      </w:r>
      <w:r>
        <w:t>combined</w:t>
      </w:r>
      <w:r w:rsidR="006A6247">
        <w:t xml:space="preserve"> </w:t>
      </w:r>
      <w:r>
        <w:t>8.4%</w:t>
      </w:r>
      <w:r w:rsidR="006A6247">
        <w:t xml:space="preserve"> </w:t>
      </w:r>
      <w:r>
        <w:t>growth.</w:t>
      </w:r>
      <w:r w:rsidR="006A6247">
        <w:t xml:space="preserve"> </w:t>
      </w:r>
      <w:r>
        <w:t>Social:</w:t>
      </w:r>
      <w:r w:rsidR="006A6247">
        <w:t xml:space="preserve"> </w:t>
      </w:r>
      <w:r>
        <w:t>premium</w:t>
      </w:r>
      <w:r w:rsidR="006A6247">
        <w:t xml:space="preserve"> </w:t>
      </w:r>
      <w:r>
        <w:t>own-label</w:t>
      </w:r>
      <w:r w:rsidR="006A6247">
        <w:t xml:space="preserve"> </w:t>
      </w:r>
      <w:r>
        <w:t>fastest</w:t>
      </w:r>
      <w:r w:rsidR="006A6247">
        <w:t xml:space="preserve"> </w:t>
      </w:r>
      <w:r>
        <w:t>since</w:t>
      </w:r>
      <w:r w:rsidR="006A6247">
        <w:t xml:space="preserve"> </w:t>
      </w:r>
      <w:r>
        <w:t>Sep</w:t>
      </w:r>
      <w:r w:rsidR="006A6247">
        <w:t xml:space="preserve"> </w:t>
      </w:r>
      <w:r>
        <w:t>2023,</w:t>
      </w:r>
      <w:r w:rsidR="006A6247">
        <w:t xml:space="preserve"> </w:t>
      </w:r>
      <w:r>
        <w:t>sports</w:t>
      </w:r>
      <w:r w:rsidR="006A6247">
        <w:t xml:space="preserve"> </w:t>
      </w:r>
      <w:r>
        <w:t>nutrition</w:t>
      </w:r>
      <w:r w:rsidR="006A6247">
        <w:t xml:space="preserve"> </w:t>
      </w:r>
      <w:r>
        <w:t>+45%</w:t>
      </w:r>
      <w:r w:rsidR="006A6247">
        <w:t xml:space="preserve"> </w:t>
      </w:r>
      <w:r>
        <w:t>five</w:t>
      </w:r>
      <w:r w:rsidR="006A6247">
        <w:t xml:space="preserve"> </w:t>
      </w:r>
      <w:r>
        <w:t>months,</w:t>
      </w:r>
      <w:r w:rsidR="006A6247">
        <w:t xml:space="preserve"> </w:t>
      </w:r>
      <w:r>
        <w:t>cottage</w:t>
      </w:r>
      <w:r w:rsidR="006A6247">
        <w:t xml:space="preserve"> </w:t>
      </w:r>
      <w:r>
        <w:t>cheese</w:t>
      </w:r>
      <w:r w:rsidR="006A6247">
        <w:t xml:space="preserve"> </w:t>
      </w:r>
      <w:r>
        <w:t>+30%,</w:t>
      </w:r>
      <w:r w:rsidR="006A6247">
        <w:t xml:space="preserve"> </w:t>
      </w:r>
      <w:r>
        <w:t>flatbreads</w:t>
      </w:r>
      <w:r w:rsidR="006A6247">
        <w:t xml:space="preserve"> </w:t>
      </w:r>
      <w:r>
        <w:t>+29%,</w:t>
      </w:r>
      <w:r w:rsidR="006A6247">
        <w:t xml:space="preserve"> </w:t>
      </w:r>
      <w:r>
        <w:t>convenience</w:t>
      </w:r>
      <w:r w:rsidR="006A6247">
        <w:t xml:space="preserve"> </w:t>
      </w:r>
      <w:r>
        <w:t>demand,</w:t>
      </w:r>
      <w:r w:rsidR="006A6247">
        <w:t xml:space="preserve"> </w:t>
      </w:r>
      <w:r>
        <w:t>80%</w:t>
      </w:r>
      <w:r w:rsidR="006A6247">
        <w:t xml:space="preserve"> </w:t>
      </w:r>
      <w:r>
        <w:t>promo</w:t>
      </w:r>
      <w:r w:rsidR="006A6247">
        <w:t xml:space="preserve"> </w:t>
      </w:r>
      <w:r>
        <w:t>straight</w:t>
      </w:r>
      <w:r w:rsidR="006A6247">
        <w:t xml:space="preserve"> </w:t>
      </w:r>
      <w:r>
        <w:t>price</w:t>
      </w:r>
      <w:r w:rsidR="006A6247">
        <w:t xml:space="preserve"> </w:t>
      </w:r>
      <w:r>
        <w:t>cuts</w:t>
      </w:r>
      <w:r w:rsidR="006A6247">
        <w:t xml:space="preserve"> </w:t>
      </w:r>
      <w:r>
        <w:t>(Kantar,</w:t>
      </w:r>
      <w:r w:rsidR="006A6247">
        <w:t xml:space="preserve"> </w:t>
      </w:r>
      <w:r>
        <w:t>2025)</w:t>
      </w:r>
      <w:r w:rsidR="006A6247">
        <w:t xml:space="preserve"> </w:t>
      </w:r>
      <w:r>
        <w:t>–</w:t>
      </w:r>
      <w:r w:rsidR="006A6247">
        <w:t xml:space="preserve"> </w:t>
      </w:r>
      <w:r>
        <w:t>O</w:t>
      </w:r>
      <w:r w:rsidR="006A6247">
        <w:t xml:space="preserve"> </w:t>
      </w:r>
      <w:r>
        <w:t>healthy</w:t>
      </w:r>
      <w:r w:rsidR="006A6247">
        <w:t xml:space="preserve"> </w:t>
      </w:r>
      <w:r>
        <w:t>Finest</w:t>
      </w:r>
      <w:r w:rsidR="006A6247">
        <w:t xml:space="preserve"> </w:t>
      </w:r>
      <w:r>
        <w:t>Whoosh,</w:t>
      </w:r>
      <w:r w:rsidR="006A6247">
        <w:t xml:space="preserve"> </w:t>
      </w:r>
      <w:r>
        <w:t>T</w:t>
      </w:r>
      <w:r w:rsidR="006A6247">
        <w:t xml:space="preserve"> </w:t>
      </w:r>
      <w:r>
        <w:t>reputational</w:t>
      </w:r>
      <w:r w:rsidR="006A6247">
        <w:t xml:space="preserve"> </w:t>
      </w:r>
      <w:r>
        <w:t>if</w:t>
      </w:r>
      <w:r w:rsidR="006A6247">
        <w:t xml:space="preserve"> </w:t>
      </w:r>
      <w:r>
        <w:t>seen</w:t>
      </w:r>
      <w:r w:rsidR="006A6247">
        <w:t xml:space="preserve"> </w:t>
      </w:r>
      <w:r>
        <w:t>expensive</w:t>
      </w:r>
      <w:r w:rsidR="006A6247">
        <w:t xml:space="preserve"> </w:t>
      </w:r>
      <w:r>
        <w:t>unsustainable.</w:t>
      </w:r>
      <w:r w:rsidR="006A6247">
        <w:t xml:space="preserve"> </w:t>
      </w:r>
      <w:r>
        <w:t>Technological:</w:t>
      </w:r>
      <w:r w:rsidR="006A6247">
        <w:t xml:space="preserve"> </w:t>
      </w:r>
      <w:r>
        <w:t>18m</w:t>
      </w:r>
      <w:r w:rsidR="006A6247">
        <w:t xml:space="preserve"> </w:t>
      </w:r>
      <w:r>
        <w:t>app</w:t>
      </w:r>
      <w:r w:rsidR="006A6247">
        <w:t xml:space="preserve"> </w:t>
      </w:r>
      <w:r>
        <w:t>users,</w:t>
      </w:r>
      <w:r w:rsidR="006A6247">
        <w:t xml:space="preserve"> </w:t>
      </w:r>
      <w:r>
        <w:t>dunnhumby,</w:t>
      </w:r>
      <w:r w:rsidR="006A6247">
        <w:t xml:space="preserve"> </w:t>
      </w:r>
      <w:r>
        <w:t>retail</w:t>
      </w:r>
      <w:r w:rsidR="006A6247">
        <w:t xml:space="preserve"> </w:t>
      </w:r>
      <w:r>
        <w:t>media,</w:t>
      </w:r>
      <w:r w:rsidR="006A6247">
        <w:t xml:space="preserve"> </w:t>
      </w:r>
      <w:r>
        <w:t>online</w:t>
      </w:r>
      <w:r w:rsidR="006A6247">
        <w:t xml:space="preserve"> </w:t>
      </w:r>
      <w:r>
        <w:t>~13%,</w:t>
      </w:r>
      <w:r w:rsidR="006A6247">
        <w:t xml:space="preserve"> </w:t>
      </w:r>
      <w:r>
        <w:t>Whoosh</w:t>
      </w:r>
      <w:r w:rsidR="006A6247">
        <w:t xml:space="preserve"> </w:t>
      </w:r>
      <w:r>
        <w:t>1,500,</w:t>
      </w:r>
      <w:r w:rsidR="006A6247">
        <w:t xml:space="preserve"> </w:t>
      </w:r>
      <w:r>
        <w:t>AI</w:t>
      </w:r>
      <w:r w:rsidR="006A6247">
        <w:t xml:space="preserve"> </w:t>
      </w:r>
      <w:r>
        <w:t>forecasting,</w:t>
      </w:r>
      <w:r w:rsidR="006A6247">
        <w:t xml:space="preserve"> </w:t>
      </w:r>
      <w:r>
        <w:t>cyber</w:t>
      </w:r>
      <w:r w:rsidR="006A6247">
        <w:t xml:space="preserve"> </w:t>
      </w:r>
      <w:r>
        <w:t>incidents</w:t>
      </w:r>
      <w:r w:rsidR="006A6247">
        <w:t xml:space="preserve"> </w:t>
      </w:r>
      <w:r>
        <w:t>M&amp;S/Co-op</w:t>
      </w:r>
      <w:r w:rsidR="006A6247">
        <w:t xml:space="preserve"> </w:t>
      </w:r>
      <w:r>
        <w:t>2025</w:t>
      </w:r>
      <w:r w:rsidR="006A6247">
        <w:t xml:space="preserve"> </w:t>
      </w:r>
      <w:r>
        <w:t>–</w:t>
      </w:r>
      <w:r w:rsidR="006A6247">
        <w:t xml:space="preserve"> </w:t>
      </w:r>
      <w:r>
        <w:t>O</w:t>
      </w:r>
      <w:r w:rsidR="006A6247">
        <w:t xml:space="preserve"> </w:t>
      </w:r>
      <w:r>
        <w:t>targeted</w:t>
      </w:r>
      <w:r w:rsidR="006A6247">
        <w:t xml:space="preserve"> </w:t>
      </w:r>
      <w:r>
        <w:t>value</w:t>
      </w:r>
      <w:r w:rsidR="006A6247">
        <w:t xml:space="preserve"> </w:t>
      </w:r>
      <w:r>
        <w:t>cheaper</w:t>
      </w:r>
      <w:r w:rsidR="006A6247">
        <w:t xml:space="preserve"> </w:t>
      </w:r>
      <w:r>
        <w:t>than</w:t>
      </w:r>
      <w:r w:rsidR="006A6247">
        <w:t xml:space="preserve"> </w:t>
      </w:r>
      <w:r>
        <w:t>blanket</w:t>
      </w:r>
      <w:r w:rsidR="006A6247">
        <w:t xml:space="preserve"> </w:t>
      </w:r>
      <w:r>
        <w:t>cuts</w:t>
      </w:r>
      <w:r w:rsidR="006A6247">
        <w:t xml:space="preserve"> </w:t>
      </w:r>
      <w:r>
        <w:t>high-margin</w:t>
      </w:r>
      <w:r w:rsidR="006A6247">
        <w:t xml:space="preserve"> </w:t>
      </w:r>
      <w:r>
        <w:t>media</w:t>
      </w:r>
      <w:r w:rsidR="006A6247">
        <w:t xml:space="preserve"> </w:t>
      </w:r>
      <w:r>
        <w:t>automation,</w:t>
      </w:r>
      <w:r w:rsidR="006A6247">
        <w:t xml:space="preserve"> </w:t>
      </w:r>
      <w:r>
        <w:t>T</w:t>
      </w:r>
      <w:r w:rsidR="006A6247">
        <w:t xml:space="preserve"> </w:t>
      </w:r>
      <w:r>
        <w:t>cyber</w:t>
      </w:r>
      <w:r w:rsidR="006A6247">
        <w:t xml:space="preserve"> </w:t>
      </w:r>
      <w:r>
        <w:t>GDPR</w:t>
      </w:r>
      <w:r w:rsidR="006A6247">
        <w:t xml:space="preserve"> </w:t>
      </w:r>
      <w:r>
        <w:t>cost</w:t>
      </w:r>
      <w:r w:rsidR="006A6247">
        <w:t xml:space="preserve"> </w:t>
      </w:r>
      <w:r>
        <w:t>(Tesco</w:t>
      </w:r>
      <w:r w:rsidR="006A6247">
        <w:t xml:space="preserve"> </w:t>
      </w:r>
      <w:r>
        <w:t>PLC,</w:t>
      </w:r>
      <w:r w:rsidR="006A6247">
        <w:t xml:space="preserve"> </w:t>
      </w:r>
      <w:r>
        <w:t>2025a).</w:t>
      </w:r>
      <w:r w:rsidR="006A6247">
        <w:t xml:space="preserve"> </w:t>
      </w:r>
      <w:r>
        <w:t>Environmental:</w:t>
      </w:r>
      <w:r w:rsidR="006A6247">
        <w:t xml:space="preserve"> </w:t>
      </w:r>
      <w:r>
        <w:t>net-zero</w:t>
      </w:r>
      <w:r w:rsidR="006A6247">
        <w:t xml:space="preserve"> </w:t>
      </w:r>
      <w:r>
        <w:t>own</w:t>
      </w:r>
      <w:r w:rsidR="006A6247">
        <w:t xml:space="preserve"> </w:t>
      </w:r>
      <w:r>
        <w:t>ops</w:t>
      </w:r>
      <w:r w:rsidR="006A6247">
        <w:t xml:space="preserve"> </w:t>
      </w:r>
      <w:r>
        <w:t>2035</w:t>
      </w:r>
      <w:r w:rsidR="006A6247">
        <w:t xml:space="preserve"> </w:t>
      </w:r>
      <w:r>
        <w:t>value</w:t>
      </w:r>
      <w:r w:rsidR="006A6247">
        <w:t xml:space="preserve"> </w:t>
      </w:r>
      <w:r>
        <w:t>chain</w:t>
      </w:r>
      <w:r w:rsidR="006A6247">
        <w:t xml:space="preserve"> </w:t>
      </w:r>
      <w:r>
        <w:t>2050</w:t>
      </w:r>
      <w:r w:rsidR="006A6247">
        <w:t xml:space="preserve"> </w:t>
      </w:r>
      <w:r>
        <w:t>SBTi</w:t>
      </w:r>
      <w:r w:rsidR="006A6247">
        <w:t xml:space="preserve"> </w:t>
      </w:r>
      <w:r>
        <w:t>validated</w:t>
      </w:r>
      <w:r w:rsidR="006A6247">
        <w:t xml:space="preserve"> </w:t>
      </w:r>
      <w:r>
        <w:t>Scope1&amp;2</w:t>
      </w:r>
      <w:r w:rsidR="006A6247">
        <w:t xml:space="preserve"> </w:t>
      </w:r>
      <w:r>
        <w:t>-85%</w:t>
      </w:r>
      <w:r w:rsidR="006A6247">
        <w:t xml:space="preserve"> </w:t>
      </w:r>
      <w:r>
        <w:t>2030</w:t>
      </w:r>
      <w:r w:rsidR="006A6247">
        <w:t xml:space="preserve"> </w:t>
      </w:r>
      <w:r>
        <w:t>Scope3</w:t>
      </w:r>
      <w:r w:rsidR="006A6247">
        <w:t xml:space="preserve"> </w:t>
      </w:r>
      <w:r>
        <w:t>energy/industrial</w:t>
      </w:r>
      <w:r w:rsidR="006A6247">
        <w:t xml:space="preserve"> </w:t>
      </w:r>
      <w:r>
        <w:t>-55%</w:t>
      </w:r>
      <w:r w:rsidR="006A6247">
        <w:t xml:space="preserve"> </w:t>
      </w:r>
      <w:r>
        <w:t>2032</w:t>
      </w:r>
      <w:r w:rsidR="006A6247">
        <w:t xml:space="preserve"> </w:t>
      </w:r>
      <w:r>
        <w:t>FLAG</w:t>
      </w:r>
      <w:r w:rsidR="006A6247">
        <w:t xml:space="preserve"> </w:t>
      </w:r>
      <w:r>
        <w:t>agriculture</w:t>
      </w:r>
      <w:r w:rsidR="006A6247">
        <w:t xml:space="preserve"> </w:t>
      </w:r>
      <w:r>
        <w:t>-39%</w:t>
      </w:r>
      <w:r w:rsidR="006A6247">
        <w:t xml:space="preserve"> </w:t>
      </w:r>
      <w:r>
        <w:t>2032,</w:t>
      </w:r>
      <w:r w:rsidR="006A6247">
        <w:t xml:space="preserve"> </w:t>
      </w:r>
      <w:r>
        <w:t>68%</w:t>
      </w:r>
      <w:r w:rsidR="006A6247">
        <w:t xml:space="preserve"> </w:t>
      </w:r>
      <w:r>
        <w:t>cut</w:t>
      </w:r>
      <w:r w:rsidR="006A6247">
        <w:t xml:space="preserve"> </w:t>
      </w:r>
      <w:r>
        <w:t>already</w:t>
      </w:r>
      <w:r w:rsidR="006A6247">
        <w:t xml:space="preserve"> </w:t>
      </w:r>
      <w:r>
        <w:t>vs</w:t>
      </w:r>
      <w:r w:rsidR="006A6247">
        <w:t xml:space="preserve"> </w:t>
      </w:r>
      <w:r>
        <w:t>15/16,</w:t>
      </w:r>
      <w:r w:rsidR="006A6247">
        <w:t xml:space="preserve"> </w:t>
      </w:r>
      <w:r>
        <w:t>Cleve</w:t>
      </w:r>
      <w:r w:rsidR="006A6247">
        <w:t xml:space="preserve"> </w:t>
      </w:r>
      <w:r>
        <w:t>Hill</w:t>
      </w:r>
      <w:r w:rsidR="006A6247">
        <w:t xml:space="preserve"> </w:t>
      </w:r>
      <w:r>
        <w:t>373MW</w:t>
      </w:r>
      <w:r w:rsidR="006A6247">
        <w:t xml:space="preserve"> </w:t>
      </w:r>
      <w:r>
        <w:t>solar</w:t>
      </w:r>
      <w:r w:rsidR="006A6247">
        <w:t xml:space="preserve"> </w:t>
      </w:r>
      <w:r>
        <w:t>PPA</w:t>
      </w:r>
      <w:r w:rsidR="006A6247">
        <w:t xml:space="preserve"> </w:t>
      </w:r>
      <w:r>
        <w:t>65%</w:t>
      </w:r>
      <w:r w:rsidR="006A6247">
        <w:t xml:space="preserve"> </w:t>
      </w:r>
      <w:r>
        <w:t>output</w:t>
      </w:r>
      <w:r w:rsidR="006A6247">
        <w:t xml:space="preserve"> </w:t>
      </w:r>
      <w:r>
        <w:t>144</w:t>
      </w:r>
      <w:r w:rsidR="006A6247">
        <w:t xml:space="preserve"> </w:t>
      </w:r>
      <w:r>
        <w:t>stores</w:t>
      </w:r>
      <w:r w:rsidR="006A6247">
        <w:t xml:space="preserve"> </w:t>
      </w:r>
      <w:r>
        <w:t>(Climate</w:t>
      </w:r>
      <w:r w:rsidR="006A6247">
        <w:t xml:space="preserve"> </w:t>
      </w:r>
      <w:r>
        <w:t>Action,</w:t>
      </w:r>
      <w:r w:rsidR="006A6247">
        <w:t xml:space="preserve"> </w:t>
      </w:r>
      <w:r>
        <w:t>2023;</w:t>
      </w:r>
      <w:r w:rsidR="006A6247">
        <w:t xml:space="preserve"> </w:t>
      </w:r>
      <w:proofErr w:type="spellStart"/>
      <w:r>
        <w:t>CSRReporters</w:t>
      </w:r>
      <w:proofErr w:type="spellEnd"/>
      <w:r>
        <w:t>,</w:t>
      </w:r>
      <w:r w:rsidR="006A6247">
        <w:t xml:space="preserve"> </w:t>
      </w:r>
      <w:r>
        <w:t>2026;</w:t>
      </w:r>
      <w:r w:rsidR="006A6247">
        <w:t xml:space="preserve"> </w:t>
      </w:r>
      <w:r>
        <w:t>Sustainability</w:t>
      </w:r>
      <w:r w:rsidR="006A6247">
        <w:t xml:space="preserve"> </w:t>
      </w:r>
      <w:r>
        <w:t>Magazine,</w:t>
      </w:r>
      <w:r w:rsidR="006A6247">
        <w:t xml:space="preserve"> </w:t>
      </w:r>
      <w:r>
        <w:t>2025)</w:t>
      </w:r>
      <w:r w:rsidR="006A6247">
        <w:t xml:space="preserve"> </w:t>
      </w:r>
      <w:r>
        <w:t>–</w:t>
      </w:r>
      <w:r w:rsidR="006A6247">
        <w:t xml:space="preserve"> </w:t>
      </w:r>
      <w:r>
        <w:t>O</w:t>
      </w:r>
      <w:r w:rsidR="006A6247">
        <w:t xml:space="preserve"> </w:t>
      </w:r>
      <w:r>
        <w:t>waste</w:t>
      </w:r>
      <w:r w:rsidR="006A6247">
        <w:t xml:space="preserve"> </w:t>
      </w:r>
      <w:r>
        <w:t>renewable</w:t>
      </w:r>
      <w:r w:rsidR="006A6247">
        <w:t xml:space="preserve"> </w:t>
      </w:r>
      <w:r>
        <w:t>savings</w:t>
      </w:r>
      <w:r w:rsidR="006A6247">
        <w:t xml:space="preserve"> </w:t>
      </w:r>
      <w:r>
        <w:t>trust,</w:t>
      </w:r>
      <w:r w:rsidR="006A6247">
        <w:t xml:space="preserve"> </w:t>
      </w:r>
      <w:r>
        <w:t>T</w:t>
      </w:r>
      <w:r w:rsidR="006A6247">
        <w:t xml:space="preserve"> </w:t>
      </w:r>
      <w:r>
        <w:t>Scope3</w:t>
      </w:r>
      <w:r w:rsidR="006A6247">
        <w:t xml:space="preserve"> </w:t>
      </w:r>
      <w:r>
        <w:t>&gt;90%</w:t>
      </w:r>
      <w:r w:rsidR="006A6247">
        <w:t xml:space="preserve"> </w:t>
      </w:r>
      <w:r>
        <w:t>hard</w:t>
      </w:r>
      <w:r w:rsidR="006A6247">
        <w:t xml:space="preserve"> </w:t>
      </w:r>
      <w:r>
        <w:t>control</w:t>
      </w:r>
      <w:r w:rsidR="006A6247">
        <w:t xml:space="preserve"> </w:t>
      </w:r>
      <w:r>
        <w:t>climate</w:t>
      </w:r>
      <w:r w:rsidR="006A6247">
        <w:t xml:space="preserve"> </w:t>
      </w:r>
      <w:r>
        <w:t>disruption.</w:t>
      </w:r>
      <w:r w:rsidR="006A6247">
        <w:t xml:space="preserve"> </w:t>
      </w:r>
      <w:r>
        <w:t>Legal:</w:t>
      </w:r>
      <w:r w:rsidR="006A6247">
        <w:t xml:space="preserve"> </w:t>
      </w:r>
      <w:r>
        <w:t>GSCOP,</w:t>
      </w:r>
      <w:r w:rsidR="006A6247">
        <w:t xml:space="preserve"> </w:t>
      </w:r>
      <w:r>
        <w:t>employment,</w:t>
      </w:r>
      <w:r w:rsidR="006A6247">
        <w:t xml:space="preserve"> </w:t>
      </w:r>
      <w:r>
        <w:t>HFSS</w:t>
      </w:r>
      <w:r w:rsidR="006A6247">
        <w:t xml:space="preserve"> </w:t>
      </w:r>
      <w:r>
        <w:t>ad</w:t>
      </w:r>
      <w:r w:rsidR="006A6247">
        <w:t xml:space="preserve"> </w:t>
      </w:r>
      <w:r>
        <w:t>restrictions,</w:t>
      </w:r>
      <w:r w:rsidR="006A6247">
        <w:t xml:space="preserve"> </w:t>
      </w:r>
      <w:r>
        <w:t>GDPR,</w:t>
      </w:r>
      <w:r w:rsidR="006A6247">
        <w:t xml:space="preserve"> </w:t>
      </w:r>
      <w:r>
        <w:t>CMA</w:t>
      </w:r>
      <w:r w:rsidR="006A6247">
        <w:t xml:space="preserve"> </w:t>
      </w:r>
      <w:r>
        <w:t>land</w:t>
      </w:r>
      <w:r w:rsidR="006A6247">
        <w:t xml:space="preserve"> </w:t>
      </w:r>
      <w:r>
        <w:t>pricing</w:t>
      </w:r>
      <w:r w:rsidR="006A6247">
        <w:t xml:space="preserve"> </w:t>
      </w:r>
      <w:r>
        <w:t>–</w:t>
      </w:r>
      <w:r w:rsidR="006A6247">
        <w:t xml:space="preserve"> </w:t>
      </w:r>
      <w:r>
        <w:t>O</w:t>
      </w:r>
      <w:r w:rsidR="006A6247">
        <w:t xml:space="preserve"> </w:t>
      </w:r>
      <w:r>
        <w:t>compliance</w:t>
      </w:r>
      <w:r w:rsidR="006A6247">
        <w:t xml:space="preserve"> </w:t>
      </w:r>
      <w:r>
        <w:t>builds</w:t>
      </w:r>
      <w:r w:rsidR="006A6247">
        <w:t xml:space="preserve"> </w:t>
      </w:r>
      <w:r>
        <w:t>supplier</w:t>
      </w:r>
      <w:r w:rsidR="006A6247">
        <w:t xml:space="preserve"> </w:t>
      </w:r>
      <w:r>
        <w:t>trust,</w:t>
      </w:r>
      <w:r w:rsidR="006A6247">
        <w:t xml:space="preserve"> </w:t>
      </w:r>
      <w:r>
        <w:t>T</w:t>
      </w:r>
      <w:r w:rsidR="006A6247">
        <w:t xml:space="preserve"> </w:t>
      </w:r>
      <w:r>
        <w:t>scrutiny</w:t>
      </w:r>
      <w:r w:rsidR="006A6247">
        <w:t xml:space="preserve"> </w:t>
      </w:r>
      <w:r>
        <w:t>greenwashing</w:t>
      </w:r>
      <w:r w:rsidR="006A6247">
        <w:t xml:space="preserve"> </w:t>
      </w:r>
      <w:r>
        <w:t>data</w:t>
      </w:r>
      <w:r w:rsidR="006A6247">
        <w:t xml:space="preserve"> </w:t>
      </w:r>
      <w:r>
        <w:t>fines.</w:t>
      </w:r>
      <w:r w:rsidR="006A6247">
        <w:t xml:space="preserve"> </w:t>
      </w:r>
      <w:r>
        <w:t>Most</w:t>
      </w:r>
      <w:r w:rsidR="006A6247">
        <w:t xml:space="preserve"> </w:t>
      </w:r>
      <w:r>
        <w:t>impactful</w:t>
      </w:r>
      <w:r w:rsidR="006A6247">
        <w:t xml:space="preserve"> </w:t>
      </w:r>
      <w:r>
        <w:t>are</w:t>
      </w:r>
      <w:r w:rsidR="006A6247">
        <w:t xml:space="preserve"> </w:t>
      </w:r>
      <w:r>
        <w:t>discounter</w:t>
      </w:r>
      <w:r w:rsidR="006A6247">
        <w:t xml:space="preserve"> </w:t>
      </w:r>
      <w:r>
        <w:t>structural</w:t>
      </w:r>
      <w:r w:rsidR="006A6247">
        <w:t xml:space="preserve"> </w:t>
      </w:r>
      <w:r>
        <w:t>growth</w:t>
      </w:r>
      <w:r w:rsidR="006A6247">
        <w:t xml:space="preserve"> </w:t>
      </w:r>
      <w:r>
        <w:t>(Aldi</w:t>
      </w:r>
      <w:r w:rsidR="006A6247">
        <w:t xml:space="preserve"> </w:t>
      </w:r>
      <w:r>
        <w:t>11.1%</w:t>
      </w:r>
      <w:r w:rsidR="006A6247">
        <w:t xml:space="preserve"> </w:t>
      </w:r>
      <w:r>
        <w:t>Lidl</w:t>
      </w:r>
      <w:r w:rsidR="006A6247">
        <w:t xml:space="preserve"> </w:t>
      </w:r>
      <w:r>
        <w:t>8.1%</w:t>
      </w:r>
      <w:r w:rsidR="006A6247">
        <w:t xml:space="preserve"> </w:t>
      </w:r>
      <w:r>
        <w:t>records),</w:t>
      </w:r>
      <w:r w:rsidR="006A6247">
        <w:t xml:space="preserve"> </w:t>
      </w:r>
      <w:r>
        <w:t>deal-seeking</w:t>
      </w:r>
      <w:r w:rsidR="006A6247">
        <w:t xml:space="preserve"> </w:t>
      </w:r>
      <w:r>
        <w:t>80%</w:t>
      </w:r>
      <w:r w:rsidR="006A6247">
        <w:t xml:space="preserve"> </w:t>
      </w:r>
      <w:r>
        <w:t>promo</w:t>
      </w:r>
      <w:r w:rsidR="006A6247">
        <w:t xml:space="preserve"> </w:t>
      </w:r>
      <w:r>
        <w:t>price</w:t>
      </w:r>
      <w:r w:rsidR="006A6247">
        <w:t xml:space="preserve"> </w:t>
      </w:r>
      <w:r>
        <w:t>cuts,</w:t>
      </w:r>
      <w:r w:rsidR="006A6247">
        <w:t xml:space="preserve"> </w:t>
      </w:r>
      <w:r>
        <w:t>and</w:t>
      </w:r>
      <w:r w:rsidR="006A6247">
        <w:t xml:space="preserve"> </w:t>
      </w:r>
      <w:r>
        <w:t>EPR/net-zero</w:t>
      </w:r>
      <w:r w:rsidR="006A6247">
        <w:t xml:space="preserve"> </w:t>
      </w:r>
      <w:r>
        <w:t>costs.</w:t>
      </w:r>
      <w:r w:rsidR="006A6247">
        <w:t xml:space="preserve"> </w:t>
      </w:r>
      <w:r>
        <w:t>Industry</w:t>
      </w:r>
      <w:r w:rsidR="006A6247">
        <w:t xml:space="preserve"> </w:t>
      </w:r>
      <w:r>
        <w:t>attractiveness</w:t>
      </w:r>
      <w:r w:rsidR="006A6247">
        <w:t xml:space="preserve"> </w:t>
      </w:r>
      <w:r>
        <w:t>moderate</w:t>
      </w:r>
      <w:r w:rsidR="006A6247">
        <w:t xml:space="preserve"> </w:t>
      </w:r>
      <w:r>
        <w:t>–</w:t>
      </w:r>
      <w:r w:rsidR="006A6247">
        <w:t xml:space="preserve"> </w:t>
      </w:r>
      <w:r>
        <w:t>large</w:t>
      </w:r>
      <w:r w:rsidR="006A6247">
        <w:t xml:space="preserve"> </w:t>
      </w:r>
      <w:r>
        <w:t>resilient</w:t>
      </w:r>
      <w:r w:rsidR="006A6247">
        <w:t xml:space="preserve"> </w:t>
      </w:r>
      <w:r>
        <w:t>positive</w:t>
      </w:r>
      <w:r w:rsidR="006A6247">
        <w:t xml:space="preserve"> </w:t>
      </w:r>
      <w:r>
        <w:t>but</w:t>
      </w:r>
      <w:r w:rsidR="006A6247">
        <w:t xml:space="preserve"> </w:t>
      </w:r>
      <w:r>
        <w:t>high</w:t>
      </w:r>
      <w:r w:rsidR="006A6247">
        <w:t xml:space="preserve"> </w:t>
      </w:r>
      <w:r>
        <w:t>rivalry</w:t>
      </w:r>
      <w:r w:rsidR="006A6247">
        <w:t xml:space="preserve"> </w:t>
      </w:r>
      <w:r>
        <w:t>low</w:t>
      </w:r>
      <w:r w:rsidR="006A6247">
        <w:t xml:space="preserve"> </w:t>
      </w:r>
      <w:r>
        <w:t>margin</w:t>
      </w:r>
      <w:r w:rsidR="006A6247">
        <w:t xml:space="preserve"> </w:t>
      </w:r>
      <w:r>
        <w:t>negative</w:t>
      </w:r>
      <w:r w:rsidR="006A6247">
        <w:t xml:space="preserve"> </w:t>
      </w:r>
      <w:r>
        <w:t>(Porter,</w:t>
      </w:r>
      <w:r w:rsidR="006A6247">
        <w:t xml:space="preserve"> </w:t>
      </w:r>
      <w:r>
        <w:t>2008).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2874"/>
        <w:gridCol w:w="2873"/>
        <w:gridCol w:w="2873"/>
      </w:tblGrid>
      <w:tr w:rsidR="00700886" w:rsidTr="00700886" w14:paraId="416EDB99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00886" w:rsidP="00F94D1E" w:rsidRDefault="00344F75" w14:paraId="00E01689" w14:textId="77777777">
            <w:pPr>
              <w:spacing w:line="240" w:lineRule="auto"/>
              <w:jc w:val="both"/>
            </w:pPr>
            <w:r>
              <w:rPr>
                <w:sz w:val="18"/>
              </w:rPr>
              <w:t>PESTEL</w:t>
            </w:r>
          </w:p>
        </w:tc>
        <w:tc>
          <w:tcPr>
            <w:tcW w:w="2880" w:type="dxa"/>
          </w:tcPr>
          <w:p w:rsidR="00700886" w:rsidP="00F94D1E" w:rsidRDefault="00344F75" w14:paraId="4D965BE7" w14:textId="77777777">
            <w:pPr>
              <w:spacing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8"/>
              </w:rPr>
              <w:t>Key</w:t>
            </w:r>
            <w:r w:rsidR="006A6247">
              <w:rPr>
                <w:sz w:val="18"/>
              </w:rPr>
              <w:t xml:space="preserve"> </w:t>
            </w:r>
            <w:r>
              <w:rPr>
                <w:sz w:val="18"/>
              </w:rPr>
              <w:t>Evidence</w:t>
            </w:r>
          </w:p>
        </w:tc>
        <w:tc>
          <w:tcPr>
            <w:tcW w:w="2880" w:type="dxa"/>
          </w:tcPr>
          <w:p w:rsidR="00700886" w:rsidP="00F94D1E" w:rsidRDefault="00344F75" w14:paraId="33529FB0" w14:textId="77777777">
            <w:pPr>
              <w:spacing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8"/>
              </w:rPr>
              <w:t>O</w:t>
            </w:r>
            <w:r w:rsidR="006A6247">
              <w:rPr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 w:rsidR="006A6247">
              <w:rPr>
                <w:sz w:val="18"/>
              </w:rPr>
              <w:t xml:space="preserve"> </w:t>
            </w:r>
            <w:r>
              <w:rPr>
                <w:sz w:val="18"/>
              </w:rPr>
              <w:t>T</w:t>
            </w:r>
          </w:p>
        </w:tc>
      </w:tr>
      <w:tr w:rsidR="00700886" w:rsidTr="00700886" w14:paraId="73D26E1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00886" w:rsidP="00F94D1E" w:rsidRDefault="00344F75" w14:paraId="588D2465" w14:textId="77777777">
            <w:pPr>
              <w:spacing w:line="240" w:lineRule="auto"/>
              <w:jc w:val="both"/>
            </w:pPr>
            <w:r>
              <w:rPr>
                <w:sz w:val="16"/>
              </w:rPr>
              <w:t>Economic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Discounter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Threat</w:t>
            </w:r>
          </w:p>
        </w:tc>
        <w:tc>
          <w:tcPr>
            <w:tcW w:w="2880" w:type="dxa"/>
          </w:tcPr>
          <w:p w:rsidR="00700886" w:rsidP="00F94D1E" w:rsidRDefault="00344F75" w14:paraId="717D08C5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6"/>
              </w:rPr>
              <w:t>Aldi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11.1%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+6.7%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Lidl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8.1%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+10.9%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combined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8.4%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strongest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since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Jan24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grocery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inflation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4.1%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(Kantar,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2025)</w:t>
            </w:r>
          </w:p>
        </w:tc>
        <w:tc>
          <w:tcPr>
            <w:tcW w:w="2880" w:type="dxa"/>
          </w:tcPr>
          <w:p w:rsidR="00700886" w:rsidP="00F94D1E" w:rsidRDefault="00344F75" w14:paraId="63679DBB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6"/>
              </w:rPr>
              <w:t>O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value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wins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switchers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margin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squeeze</w:t>
            </w:r>
          </w:p>
        </w:tc>
      </w:tr>
      <w:tr w:rsidR="00700886" w:rsidTr="00700886" w14:paraId="209675EF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00886" w:rsidP="00F94D1E" w:rsidRDefault="00344F75" w14:paraId="0E1AB221" w14:textId="77777777">
            <w:pPr>
              <w:spacing w:line="240" w:lineRule="auto"/>
              <w:jc w:val="both"/>
            </w:pPr>
            <w:r>
              <w:rPr>
                <w:sz w:val="16"/>
              </w:rPr>
              <w:t>Health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Convenience</w:t>
            </w:r>
          </w:p>
        </w:tc>
        <w:tc>
          <w:tcPr>
            <w:tcW w:w="2880" w:type="dxa"/>
          </w:tcPr>
          <w:p w:rsidR="00700886" w:rsidP="00F94D1E" w:rsidRDefault="00344F75" w14:paraId="2C10D9BA" w14:textId="55632B62">
            <w:pPr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sz w:val="16"/>
              </w:rPr>
              <w:t>Premium</w:t>
            </w:r>
            <w:r w:rsidR="006A6247">
              <w:rPr>
                <w:sz w:val="16"/>
              </w:rPr>
              <w:t xml:space="preserve"> </w:t>
            </w:r>
            <w:r w:rsidR="000A0A8B">
              <w:rPr>
                <w:sz w:val="16"/>
              </w:rPr>
              <w:t>own</w:t>
            </w:r>
            <w:r w:rsidR="006A6247">
              <w:rPr>
                <w:sz w:val="16"/>
              </w:rPr>
              <w:t xml:space="preserve"> </w:t>
            </w:r>
            <w:r w:rsidR="000A0A8B">
              <w:rPr>
                <w:sz w:val="16"/>
              </w:rPr>
              <w:t>label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fastest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since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Sep23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+45%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sports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nutrition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80%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promo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price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cuts</w:t>
            </w:r>
          </w:p>
        </w:tc>
        <w:tc>
          <w:tcPr>
            <w:tcW w:w="2880" w:type="dxa"/>
          </w:tcPr>
          <w:p w:rsidR="00700886" w:rsidP="00F94D1E" w:rsidRDefault="00344F75" w14:paraId="065E25CF" w14:textId="77777777">
            <w:pPr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sz w:val="16"/>
              </w:rPr>
              <w:t>O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Finest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Whoosh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reputational</w:t>
            </w:r>
          </w:p>
        </w:tc>
      </w:tr>
      <w:tr w:rsidR="00700886" w:rsidTr="00700886" w14:paraId="490D5B3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00886" w:rsidP="00F94D1E" w:rsidRDefault="00344F75" w14:paraId="320D0B60" w14:textId="77777777">
            <w:pPr>
              <w:spacing w:line="240" w:lineRule="auto"/>
              <w:jc w:val="both"/>
            </w:pPr>
            <w:r>
              <w:rPr>
                <w:sz w:val="16"/>
              </w:rPr>
              <w:t>Sustainability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Regulation</w:t>
            </w:r>
          </w:p>
        </w:tc>
        <w:tc>
          <w:tcPr>
            <w:tcW w:w="2880" w:type="dxa"/>
          </w:tcPr>
          <w:p w:rsidR="00700886" w:rsidP="00F94D1E" w:rsidRDefault="00344F75" w14:paraId="7DCE5FE4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6"/>
              </w:rPr>
              <w:t>Net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zero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2035/2050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SBTi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-85%/-55%,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68%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cut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achieved,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Cleve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Hill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373MW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PPA</w:t>
            </w:r>
          </w:p>
        </w:tc>
        <w:tc>
          <w:tcPr>
            <w:tcW w:w="2880" w:type="dxa"/>
          </w:tcPr>
          <w:p w:rsidR="00700886" w:rsidP="00F94D1E" w:rsidRDefault="00344F75" w14:paraId="0AA9D3A4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6"/>
              </w:rPr>
              <w:t>O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cost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saving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Scope3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90%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hard</w:t>
            </w:r>
          </w:p>
        </w:tc>
      </w:tr>
    </w:tbl>
    <w:p w:rsidR="00700886" w:rsidP="00F94D1E" w:rsidRDefault="00700886" w14:paraId="6A05A809" w14:textId="77777777">
      <w:pPr>
        <w:jc w:val="both"/>
      </w:pPr>
    </w:p>
    <w:p w:rsidRPr="005B0F2A" w:rsidR="005B0F2A" w:rsidP="7D0D8C44" w:rsidRDefault="7BF93C46" w14:paraId="031A50E6" w14:textId="1F03B962">
      <w:pPr>
        <w:pStyle w:val="Heading3"/>
        <w:jc w:val="both"/>
        <w:rPr>
          <w:rFonts w:ascii="Arial" w:hAnsi="Arial"/>
          <w:color w:val="auto"/>
        </w:rPr>
      </w:pPr>
      <w:bookmarkStart w:name="_Toc236501124" w:id="18"/>
      <w:bookmarkStart w:name="_Toc1060140990" w:id="19"/>
      <w:bookmarkStart w:name="_Toc237366859" w:id="20"/>
      <w:r w:rsidRPr="7D0D8C44" w:rsidR="529427D7">
        <w:rPr>
          <w:rFonts w:ascii="Arial" w:hAnsi="Arial"/>
          <w:color w:val="auto"/>
        </w:rPr>
        <w:t>2.2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VRIO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Analysis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(400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words)</w:t>
      </w:r>
      <w:bookmarkEnd w:id="18"/>
      <w:bookmarkEnd w:id="19"/>
      <w:bookmarkEnd w:id="20"/>
    </w:p>
    <w:p w:rsidR="005B0F2A" w:rsidP="005B0F2A" w:rsidRDefault="005B0F2A" w14:paraId="065D09D4" w14:textId="6CEBB812">
      <w:pPr>
        <w:jc w:val="both"/>
      </w:pPr>
      <w:r>
        <w:t>Tesco's</w:t>
      </w:r>
      <w:r w:rsidR="006A6247">
        <w:t xml:space="preserve"> </w:t>
      </w:r>
      <w:r>
        <w:t>resources</w:t>
      </w:r>
      <w:r w:rsidR="006A6247">
        <w:t xml:space="preserve"> </w:t>
      </w:r>
      <w:r>
        <w:t>and</w:t>
      </w:r>
      <w:r w:rsidR="006A6247">
        <w:t xml:space="preserve"> </w:t>
      </w:r>
      <w:r>
        <w:t>capabilities</w:t>
      </w:r>
      <w:r w:rsidR="006A6247">
        <w:t xml:space="preserve"> </w:t>
      </w:r>
      <w:r>
        <w:t>are</w:t>
      </w:r>
      <w:r w:rsidR="006A6247">
        <w:t xml:space="preserve"> </w:t>
      </w:r>
      <w:r>
        <w:t>assessed</w:t>
      </w:r>
      <w:r w:rsidR="006A6247">
        <w:t xml:space="preserve"> </w:t>
      </w:r>
      <w:r>
        <w:t>using</w:t>
      </w:r>
      <w:r w:rsidR="006A6247">
        <w:t xml:space="preserve"> </w:t>
      </w:r>
      <w:r>
        <w:t>the</w:t>
      </w:r>
      <w:r w:rsidR="006A6247">
        <w:t xml:space="preserve"> </w:t>
      </w:r>
      <w:r>
        <w:t>VRIO</w:t>
      </w:r>
      <w:r w:rsidR="006A6247">
        <w:t xml:space="preserve"> </w:t>
      </w:r>
      <w:r>
        <w:t>framework</w:t>
      </w:r>
      <w:r w:rsidR="006A6247">
        <w:t xml:space="preserve"> </w:t>
      </w:r>
      <w:r>
        <w:t>(Barney,</w:t>
      </w:r>
      <w:r w:rsidR="006A6247">
        <w:t xml:space="preserve"> </w:t>
      </w:r>
      <w:r>
        <w:t>1991)</w:t>
      </w:r>
      <w:r w:rsidR="006A6247">
        <w:t xml:space="preserve"> </w:t>
      </w:r>
      <w:r>
        <w:t>to</w:t>
      </w:r>
      <w:r w:rsidR="006A6247">
        <w:t xml:space="preserve"> </w:t>
      </w:r>
      <w:r>
        <w:t>see</w:t>
      </w:r>
      <w:r w:rsidR="006A6247">
        <w:t xml:space="preserve"> </w:t>
      </w:r>
      <w:r>
        <w:t>whether</w:t>
      </w:r>
      <w:r w:rsidR="006A6247">
        <w:t xml:space="preserve"> </w:t>
      </w:r>
      <w:r>
        <w:t>they</w:t>
      </w:r>
      <w:r w:rsidR="006A6247">
        <w:t xml:space="preserve"> </w:t>
      </w:r>
      <w:r>
        <w:t>are</w:t>
      </w:r>
      <w:r w:rsidR="006A6247">
        <w:t xml:space="preserve"> </w:t>
      </w:r>
      <w:r>
        <w:t>valuable,</w:t>
      </w:r>
      <w:r w:rsidR="006A6247">
        <w:t xml:space="preserve"> </w:t>
      </w:r>
      <w:r>
        <w:t>rare,</w:t>
      </w:r>
      <w:r w:rsidR="006A6247">
        <w:t xml:space="preserve"> </w:t>
      </w:r>
      <w:r>
        <w:t>difficult</w:t>
      </w:r>
      <w:r w:rsidR="006A6247">
        <w:t xml:space="preserve"> </w:t>
      </w:r>
      <w:r>
        <w:t>to</w:t>
      </w:r>
      <w:r w:rsidR="006A6247">
        <w:t xml:space="preserve"> </w:t>
      </w:r>
      <w:r>
        <w:t>imitate,</w:t>
      </w:r>
      <w:r w:rsidR="006A6247">
        <w:t xml:space="preserve"> </w:t>
      </w:r>
      <w:r>
        <w:t>and</w:t>
      </w:r>
      <w:r w:rsidR="006A6247">
        <w:t xml:space="preserve"> </w:t>
      </w:r>
      <w:r>
        <w:t>organized</w:t>
      </w:r>
      <w:r w:rsidR="006A6247">
        <w:t xml:space="preserve"> </w:t>
      </w:r>
      <w:r>
        <w:t>to</w:t>
      </w:r>
      <w:r w:rsidR="006A6247">
        <w:t xml:space="preserve"> </w:t>
      </w:r>
      <w:r>
        <w:t>capture</w:t>
      </w:r>
      <w:r w:rsidR="006A6247">
        <w:t xml:space="preserve"> </w:t>
      </w:r>
      <w:r>
        <w:t>value.</w:t>
      </w:r>
      <w:r w:rsidR="006A6247">
        <w:t xml:space="preserve"> </w:t>
      </w:r>
      <w:r>
        <w:t>According</w:t>
      </w:r>
      <w:r w:rsidR="006A6247">
        <w:t xml:space="preserve"> </w:t>
      </w:r>
      <w:r>
        <w:t>to</w:t>
      </w:r>
      <w:r w:rsidR="006A6247">
        <w:t xml:space="preserve"> </w:t>
      </w:r>
      <w:r>
        <w:t>the</w:t>
      </w:r>
      <w:r w:rsidR="006A6247">
        <w:t xml:space="preserve"> </w:t>
      </w:r>
      <w:r>
        <w:t>report,</w:t>
      </w:r>
      <w:r w:rsidR="006A6247">
        <w:t xml:space="preserve"> </w:t>
      </w:r>
      <w:r>
        <w:t>Tesco</w:t>
      </w:r>
      <w:r w:rsidR="006A6247">
        <w:t xml:space="preserve"> </w:t>
      </w:r>
      <w:r>
        <w:t>has</w:t>
      </w:r>
      <w:r w:rsidR="006A6247">
        <w:t xml:space="preserve"> </w:t>
      </w:r>
      <w:r>
        <w:t>a</w:t>
      </w:r>
      <w:r w:rsidR="006A6247">
        <w:t xml:space="preserve"> </w:t>
      </w:r>
      <w:r>
        <w:t>number</w:t>
      </w:r>
      <w:r w:rsidR="006A6247">
        <w:t xml:space="preserve"> </w:t>
      </w:r>
      <w:r>
        <w:t>of</w:t>
      </w:r>
      <w:r w:rsidR="006A6247">
        <w:t xml:space="preserve"> </w:t>
      </w:r>
      <w:r>
        <w:t>resources</w:t>
      </w:r>
      <w:r w:rsidR="006A6247">
        <w:t xml:space="preserve"> </w:t>
      </w:r>
      <w:r>
        <w:t>that</w:t>
      </w:r>
      <w:r w:rsidR="006A6247">
        <w:t xml:space="preserve"> </w:t>
      </w:r>
      <w:r>
        <w:t>offer</w:t>
      </w:r>
      <w:r w:rsidR="006A6247">
        <w:t xml:space="preserve"> </w:t>
      </w:r>
      <w:r>
        <w:t>either</w:t>
      </w:r>
      <w:r w:rsidR="006A6247">
        <w:t xml:space="preserve"> </w:t>
      </w:r>
      <w:r>
        <w:t>short-term</w:t>
      </w:r>
      <w:r w:rsidR="006A6247">
        <w:t xml:space="preserve"> </w:t>
      </w:r>
      <w:r>
        <w:t>or</w:t>
      </w:r>
      <w:r w:rsidR="006A6247">
        <w:t xml:space="preserve"> </w:t>
      </w:r>
      <w:r>
        <w:t>long-term</w:t>
      </w:r>
      <w:r w:rsidR="006A6247">
        <w:t xml:space="preserve"> </w:t>
      </w:r>
      <w:r>
        <w:t>competitive</w:t>
      </w:r>
      <w:r w:rsidR="006A6247">
        <w:t xml:space="preserve"> </w:t>
      </w:r>
      <w:r>
        <w:t>advantages,</w:t>
      </w:r>
      <w:r w:rsidR="006A6247">
        <w:t xml:space="preserve"> </w:t>
      </w:r>
      <w:r>
        <w:t>but</w:t>
      </w:r>
      <w:r w:rsidR="006A6247">
        <w:t xml:space="preserve"> </w:t>
      </w:r>
      <w:r>
        <w:t>these</w:t>
      </w:r>
      <w:r w:rsidR="006A6247">
        <w:t xml:space="preserve"> </w:t>
      </w:r>
      <w:r>
        <w:t>are</w:t>
      </w:r>
      <w:r w:rsidR="006A6247">
        <w:t xml:space="preserve"> </w:t>
      </w:r>
      <w:r>
        <w:t>limited</w:t>
      </w:r>
      <w:r w:rsidR="006A6247">
        <w:t xml:space="preserve"> </w:t>
      </w:r>
      <w:r>
        <w:t>by</w:t>
      </w:r>
      <w:r w:rsidR="006A6247">
        <w:t xml:space="preserve"> </w:t>
      </w:r>
      <w:r>
        <w:t>structural</w:t>
      </w:r>
      <w:r w:rsidR="006A6247">
        <w:t xml:space="preserve"> </w:t>
      </w:r>
      <w:r>
        <w:t>flaws</w:t>
      </w:r>
      <w:r w:rsidR="006A6247">
        <w:t xml:space="preserve"> </w:t>
      </w:r>
      <w:r>
        <w:t>and</w:t>
      </w:r>
      <w:r w:rsidR="006A6247">
        <w:t xml:space="preserve"> </w:t>
      </w:r>
      <w:r>
        <w:t>growing</w:t>
      </w:r>
      <w:r w:rsidR="006A6247">
        <w:t xml:space="preserve"> </w:t>
      </w:r>
      <w:r>
        <w:t>operating</w:t>
      </w:r>
      <w:r w:rsidR="006A6247">
        <w:t xml:space="preserve"> </w:t>
      </w:r>
      <w:r>
        <w:t>expenses.</w:t>
      </w:r>
    </w:p>
    <w:p w:rsidR="005B0F2A" w:rsidP="005B0F2A" w:rsidRDefault="005B0F2A" w14:paraId="147457F8" w14:textId="77777777">
      <w:pPr>
        <w:jc w:val="both"/>
      </w:pPr>
    </w:p>
    <w:p w:rsidR="005B0F2A" w:rsidP="005B0F2A" w:rsidRDefault="005B0F2A" w14:paraId="3A4EBFF7" w14:textId="4AD7DF55">
      <w:pPr>
        <w:jc w:val="both"/>
      </w:pPr>
      <w:r w:rsidRPr="7D0D8C44" w:rsidR="42F4B84D">
        <w:rPr>
          <w:b w:val="1"/>
          <w:bCs w:val="1"/>
        </w:rPr>
        <w:t>Brand</w:t>
      </w:r>
      <w:r w:rsidRPr="7D0D8C44" w:rsidR="780EC55A">
        <w:rPr>
          <w:b w:val="1"/>
          <w:bCs w:val="1"/>
        </w:rPr>
        <w:t xml:space="preserve"> </w:t>
      </w:r>
      <w:r w:rsidRPr="7D0D8C44" w:rsidR="42F4B84D">
        <w:rPr>
          <w:b w:val="1"/>
          <w:bCs w:val="1"/>
        </w:rPr>
        <w:t>and</w:t>
      </w:r>
      <w:r w:rsidRPr="7D0D8C44" w:rsidR="780EC55A">
        <w:rPr>
          <w:b w:val="1"/>
          <w:bCs w:val="1"/>
        </w:rPr>
        <w:t xml:space="preserve"> </w:t>
      </w:r>
      <w:r w:rsidRPr="7D0D8C44" w:rsidR="42F4B84D">
        <w:rPr>
          <w:b w:val="1"/>
          <w:bCs w:val="1"/>
        </w:rPr>
        <w:t>leadership.</w:t>
      </w:r>
      <w:r w:rsidR="780EC55A">
        <w:rPr/>
        <w:t xml:space="preserve"> </w:t>
      </w:r>
      <w:r w:rsidR="53564827">
        <w:rPr/>
        <w:t>Tesco's</w:t>
      </w:r>
      <w:r w:rsidR="780EC55A">
        <w:rPr/>
        <w:t xml:space="preserve"> </w:t>
      </w:r>
      <w:r w:rsidR="42F4B84D">
        <w:rPr/>
        <w:t>28.0–28.3%</w:t>
      </w:r>
      <w:r w:rsidR="780EC55A">
        <w:rPr/>
        <w:t xml:space="preserve"> </w:t>
      </w:r>
      <w:r w:rsidR="42F4B84D">
        <w:rPr/>
        <w:t>UK</w:t>
      </w:r>
      <w:r w:rsidR="780EC55A">
        <w:rPr/>
        <w:t xml:space="preserve"> </w:t>
      </w:r>
      <w:r w:rsidR="42F4B84D">
        <w:rPr/>
        <w:t>grocery</w:t>
      </w:r>
      <w:r w:rsidR="780EC55A">
        <w:rPr/>
        <w:t xml:space="preserve"> </w:t>
      </w:r>
      <w:r w:rsidR="42F4B84D">
        <w:rPr/>
        <w:t>market</w:t>
      </w:r>
      <w:r w:rsidR="780EC55A">
        <w:rPr/>
        <w:t xml:space="preserve"> </w:t>
      </w:r>
      <w:r w:rsidR="42F4B84D">
        <w:rPr/>
        <w:t>share</w:t>
      </w:r>
      <w:r w:rsidR="780EC55A">
        <w:rPr/>
        <w:t xml:space="preserve"> </w:t>
      </w:r>
      <w:r w:rsidR="42F4B84D">
        <w:rPr/>
        <w:t>shows</w:t>
      </w:r>
      <w:r w:rsidR="780EC55A">
        <w:rPr/>
        <w:t xml:space="preserve"> </w:t>
      </w:r>
      <w:r w:rsidR="42F4B84D">
        <w:rPr/>
        <w:t>how</w:t>
      </w:r>
      <w:r w:rsidR="780EC55A">
        <w:rPr/>
        <w:t xml:space="preserve"> </w:t>
      </w:r>
      <w:r w:rsidR="42F4B84D">
        <w:rPr/>
        <w:t>valuable</w:t>
      </w:r>
      <w:r w:rsidR="780EC55A">
        <w:rPr/>
        <w:t xml:space="preserve"> </w:t>
      </w:r>
      <w:r w:rsidR="42F4B84D">
        <w:rPr/>
        <w:t>its</w:t>
      </w:r>
      <w:r w:rsidR="780EC55A">
        <w:rPr/>
        <w:t xml:space="preserve"> </w:t>
      </w:r>
      <w:r w:rsidR="42F4B84D">
        <w:rPr/>
        <w:t>well-known</w:t>
      </w:r>
      <w:r w:rsidR="780EC55A">
        <w:rPr/>
        <w:t xml:space="preserve"> </w:t>
      </w:r>
      <w:r w:rsidR="42F4B84D">
        <w:rPr/>
        <w:t>brand,</w:t>
      </w:r>
      <w:r w:rsidR="780EC55A">
        <w:rPr/>
        <w:t xml:space="preserve"> </w:t>
      </w:r>
      <w:r w:rsidR="42F4B84D">
        <w:rPr/>
        <w:t>devoted</w:t>
      </w:r>
      <w:r w:rsidR="780EC55A">
        <w:rPr/>
        <w:t xml:space="preserve"> </w:t>
      </w:r>
      <w:r w:rsidR="42F4B84D">
        <w:rPr/>
        <w:t>customer</w:t>
      </w:r>
      <w:r w:rsidR="780EC55A">
        <w:rPr/>
        <w:t xml:space="preserve"> </w:t>
      </w:r>
      <w:r w:rsidR="42F4B84D">
        <w:rPr/>
        <w:t>base,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broad</w:t>
      </w:r>
      <w:r w:rsidR="780EC55A">
        <w:rPr/>
        <w:t xml:space="preserve"> </w:t>
      </w:r>
      <w:r w:rsidR="42F4B84D">
        <w:rPr/>
        <w:t>market</w:t>
      </w:r>
      <w:r w:rsidR="780EC55A">
        <w:rPr/>
        <w:t xml:space="preserve"> </w:t>
      </w:r>
      <w:r w:rsidR="42F4B84D">
        <w:rPr/>
        <w:t>reach</w:t>
      </w:r>
      <w:r w:rsidR="780EC55A">
        <w:rPr/>
        <w:t xml:space="preserve"> </w:t>
      </w:r>
      <w:r w:rsidR="42F4B84D">
        <w:rPr/>
        <w:t>are.</w:t>
      </w:r>
      <w:r w:rsidR="780EC55A">
        <w:rPr/>
        <w:t xml:space="preserve"> </w:t>
      </w:r>
      <w:r w:rsidR="42F4B84D">
        <w:rPr/>
        <w:t>Reputation</w:t>
      </w:r>
      <w:r w:rsidR="780EC55A">
        <w:rPr/>
        <w:t xml:space="preserve"> </w:t>
      </w:r>
      <w:r w:rsidR="42F4B84D">
        <w:rPr/>
        <w:t>for</w:t>
      </w:r>
      <w:r w:rsidR="780EC55A">
        <w:rPr/>
        <w:t xml:space="preserve"> </w:t>
      </w:r>
      <w:r w:rsidR="42F4B84D">
        <w:rPr/>
        <w:t>a</w:t>
      </w:r>
      <w:r w:rsidR="780EC55A">
        <w:rPr/>
        <w:t xml:space="preserve"> </w:t>
      </w:r>
      <w:r w:rsidR="42F4B84D">
        <w:rPr/>
        <w:t>brand</w:t>
      </w:r>
      <w:r w:rsidR="780EC55A">
        <w:rPr/>
        <w:t xml:space="preserve"> </w:t>
      </w:r>
      <w:r w:rsidR="42F4B84D">
        <w:rPr/>
        <w:t>helps</w:t>
      </w:r>
      <w:r w:rsidR="780EC55A">
        <w:rPr/>
        <w:t xml:space="preserve"> </w:t>
      </w:r>
      <w:r w:rsidR="42F4B84D">
        <w:rPr/>
        <w:t>retain</w:t>
      </w:r>
      <w:r w:rsidR="780EC55A">
        <w:rPr/>
        <w:t xml:space="preserve"> </w:t>
      </w:r>
      <w:r w:rsidR="42F4B84D">
        <w:rPr/>
        <w:t>customers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lowers</w:t>
      </w:r>
      <w:r w:rsidR="780EC55A">
        <w:rPr/>
        <w:t xml:space="preserve"> </w:t>
      </w:r>
      <w:r w:rsidR="42F4B84D">
        <w:rPr/>
        <w:t>the</w:t>
      </w:r>
      <w:r w:rsidR="780EC55A">
        <w:rPr/>
        <w:t xml:space="preserve"> </w:t>
      </w:r>
      <w:r w:rsidR="42F4B84D">
        <w:rPr/>
        <w:t>expense</w:t>
      </w:r>
      <w:r w:rsidR="780EC55A">
        <w:rPr/>
        <w:t xml:space="preserve"> </w:t>
      </w:r>
      <w:r w:rsidR="42F4B84D">
        <w:rPr/>
        <w:t>of</w:t>
      </w:r>
      <w:r w:rsidR="780EC55A">
        <w:rPr/>
        <w:t xml:space="preserve"> </w:t>
      </w:r>
      <w:r w:rsidR="42F4B84D">
        <w:rPr/>
        <w:t>acquiring</w:t>
      </w:r>
      <w:r w:rsidR="780EC55A">
        <w:rPr/>
        <w:t xml:space="preserve"> </w:t>
      </w:r>
      <w:r w:rsidR="42F4B84D">
        <w:rPr/>
        <w:t>new</w:t>
      </w:r>
      <w:r w:rsidR="780EC55A">
        <w:rPr/>
        <w:t xml:space="preserve"> </w:t>
      </w:r>
      <w:r w:rsidR="42F4B84D">
        <w:rPr/>
        <w:t>ones.</w:t>
      </w:r>
      <w:r w:rsidR="780EC55A">
        <w:rPr/>
        <w:t xml:space="preserve"> </w:t>
      </w:r>
      <w:r w:rsidR="42F4B84D">
        <w:rPr/>
        <w:t>Although</w:t>
      </w:r>
      <w:r w:rsidR="780EC55A">
        <w:rPr/>
        <w:t xml:space="preserve"> </w:t>
      </w:r>
      <w:r w:rsidR="42F4B84D">
        <w:rPr/>
        <w:t>rivals</w:t>
      </w:r>
      <w:r w:rsidR="780EC55A">
        <w:rPr/>
        <w:t xml:space="preserve"> </w:t>
      </w:r>
      <w:r w:rsidR="42F4B84D">
        <w:rPr/>
        <w:t>like</w:t>
      </w:r>
      <w:r w:rsidR="780EC55A">
        <w:rPr/>
        <w:t xml:space="preserve"> </w:t>
      </w:r>
      <w:r w:rsidR="42F4B84D">
        <w:rPr/>
        <w:t>Sainsbury's,</w:t>
      </w:r>
      <w:r w:rsidR="780EC55A">
        <w:rPr/>
        <w:t xml:space="preserve"> </w:t>
      </w:r>
      <w:r w:rsidR="42F4B84D">
        <w:rPr/>
        <w:t>Asda,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Aldi</w:t>
      </w:r>
      <w:r w:rsidR="780EC55A">
        <w:rPr/>
        <w:t xml:space="preserve"> </w:t>
      </w:r>
      <w:r w:rsidR="42F4B84D">
        <w:rPr/>
        <w:t>are</w:t>
      </w:r>
      <w:r w:rsidR="780EC55A">
        <w:rPr/>
        <w:t xml:space="preserve"> </w:t>
      </w:r>
      <w:r w:rsidR="42F4B84D">
        <w:rPr/>
        <w:t>similarly</w:t>
      </w:r>
      <w:r w:rsidR="780EC55A">
        <w:rPr/>
        <w:t xml:space="preserve"> </w:t>
      </w:r>
      <w:r w:rsidR="42F4B84D">
        <w:rPr/>
        <w:t>well-known</w:t>
      </w:r>
      <w:r w:rsidR="780EC55A">
        <w:rPr/>
        <w:t xml:space="preserve"> </w:t>
      </w:r>
      <w:r w:rsidR="42F4B84D">
        <w:rPr/>
        <w:t>to</w:t>
      </w:r>
      <w:r w:rsidR="780EC55A">
        <w:rPr/>
        <w:t xml:space="preserve"> </w:t>
      </w:r>
      <w:r w:rsidR="42F4B84D">
        <w:rPr/>
        <w:t>consumers,</w:t>
      </w:r>
      <w:r w:rsidR="780EC55A">
        <w:rPr/>
        <w:t xml:space="preserve"> </w:t>
      </w:r>
      <w:r w:rsidR="42F4B84D">
        <w:rPr/>
        <w:t>its</w:t>
      </w:r>
      <w:r w:rsidR="780EC55A">
        <w:rPr/>
        <w:t xml:space="preserve"> </w:t>
      </w:r>
      <w:r w:rsidR="42F4B84D">
        <w:rPr/>
        <w:t>size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historical</w:t>
      </w:r>
      <w:r w:rsidR="780EC55A">
        <w:rPr/>
        <w:t xml:space="preserve"> </w:t>
      </w:r>
      <w:r w:rsidR="42F4B84D">
        <w:rPr/>
        <w:t>presence</w:t>
      </w:r>
      <w:r w:rsidR="780EC55A">
        <w:rPr/>
        <w:t xml:space="preserve"> </w:t>
      </w:r>
      <w:r w:rsidR="42F4B84D">
        <w:rPr/>
        <w:t>offer</w:t>
      </w:r>
      <w:r w:rsidR="780EC55A">
        <w:rPr/>
        <w:t xml:space="preserve"> </w:t>
      </w:r>
      <w:r w:rsidR="42F4B84D">
        <w:rPr/>
        <w:t>some</w:t>
      </w:r>
      <w:r w:rsidR="780EC55A">
        <w:rPr/>
        <w:t xml:space="preserve"> </w:t>
      </w:r>
      <w:r w:rsidR="42F4B84D">
        <w:rPr/>
        <w:t>uniqueness.</w:t>
      </w:r>
      <w:r w:rsidR="780EC55A">
        <w:rPr/>
        <w:t xml:space="preserve"> </w:t>
      </w:r>
      <w:r w:rsidR="42F4B84D">
        <w:rPr/>
        <w:t>Because</w:t>
      </w:r>
      <w:r w:rsidR="780EC55A">
        <w:rPr/>
        <w:t xml:space="preserve"> </w:t>
      </w:r>
      <w:r w:rsidR="42F4B84D">
        <w:rPr/>
        <w:t>the</w:t>
      </w:r>
      <w:r w:rsidR="780EC55A">
        <w:rPr/>
        <w:t xml:space="preserve"> </w:t>
      </w:r>
      <w:r w:rsidR="42F4B84D">
        <w:rPr/>
        <w:t>brand</w:t>
      </w:r>
      <w:r w:rsidR="780EC55A">
        <w:rPr/>
        <w:t xml:space="preserve"> </w:t>
      </w:r>
      <w:r w:rsidR="42F4B84D">
        <w:rPr/>
        <w:t>is</w:t>
      </w:r>
      <w:r w:rsidR="780EC55A">
        <w:rPr/>
        <w:t xml:space="preserve"> </w:t>
      </w:r>
      <w:r w:rsidR="42F4B84D">
        <w:rPr/>
        <w:t>based</w:t>
      </w:r>
      <w:r w:rsidR="780EC55A">
        <w:rPr/>
        <w:t xml:space="preserve"> </w:t>
      </w:r>
      <w:r w:rsidR="42F4B84D">
        <w:rPr/>
        <w:t>on</w:t>
      </w:r>
      <w:r w:rsidR="780EC55A">
        <w:rPr/>
        <w:t xml:space="preserve"> </w:t>
      </w:r>
      <w:r w:rsidR="42F4B84D">
        <w:rPr/>
        <w:t>path-dependent</w:t>
      </w:r>
      <w:r w:rsidR="780EC55A">
        <w:rPr/>
        <w:t xml:space="preserve"> </w:t>
      </w:r>
      <w:r w:rsidR="42F4B84D">
        <w:rPr/>
        <w:t>investments,</w:t>
      </w:r>
      <w:r w:rsidR="780EC55A">
        <w:rPr/>
        <w:t xml:space="preserve"> </w:t>
      </w:r>
      <w:r w:rsidR="42F4B84D">
        <w:rPr/>
        <w:t>customer</w:t>
      </w:r>
      <w:r w:rsidR="780EC55A">
        <w:rPr/>
        <w:t xml:space="preserve"> </w:t>
      </w:r>
      <w:r w:rsidR="42F4B84D">
        <w:rPr/>
        <w:t>connections,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accumulated</w:t>
      </w:r>
      <w:r w:rsidR="780EC55A">
        <w:rPr/>
        <w:t xml:space="preserve"> </w:t>
      </w:r>
      <w:r w:rsidR="42F4B84D">
        <w:rPr/>
        <w:t>reputation,</w:t>
      </w:r>
      <w:r w:rsidR="780EC55A">
        <w:rPr/>
        <w:t xml:space="preserve"> </w:t>
      </w:r>
      <w:r w:rsidR="42F4B84D">
        <w:rPr/>
        <w:t>it</w:t>
      </w:r>
      <w:r w:rsidR="780EC55A">
        <w:rPr/>
        <w:t xml:space="preserve"> </w:t>
      </w:r>
      <w:r w:rsidR="42F4B84D">
        <w:rPr/>
        <w:t>is</w:t>
      </w:r>
      <w:r w:rsidR="780EC55A">
        <w:rPr/>
        <w:t xml:space="preserve"> </w:t>
      </w:r>
      <w:r w:rsidR="42F4B84D">
        <w:rPr/>
        <w:t>challenging</w:t>
      </w:r>
      <w:r w:rsidR="780EC55A">
        <w:rPr/>
        <w:t xml:space="preserve"> </w:t>
      </w:r>
      <w:r w:rsidR="42F4B84D">
        <w:rPr/>
        <w:t>to</w:t>
      </w:r>
      <w:r w:rsidR="780EC55A">
        <w:rPr/>
        <w:t xml:space="preserve"> </w:t>
      </w:r>
      <w:r w:rsidR="42F4B84D">
        <w:rPr/>
        <w:t>fully</w:t>
      </w:r>
      <w:r w:rsidR="780EC55A">
        <w:rPr/>
        <w:t xml:space="preserve"> </w:t>
      </w:r>
      <w:r w:rsidR="42F4B84D">
        <w:rPr/>
        <w:t>replicate.</w:t>
      </w:r>
      <w:r w:rsidR="780EC55A">
        <w:rPr/>
        <w:t xml:space="preserve"> </w:t>
      </w:r>
      <w:r w:rsidR="42F4B84D">
        <w:rPr/>
        <w:t>Tesco</w:t>
      </w:r>
      <w:r w:rsidR="780EC55A">
        <w:rPr/>
        <w:t xml:space="preserve"> </w:t>
      </w:r>
      <w:r w:rsidR="42F4B84D">
        <w:rPr/>
        <w:t>is</w:t>
      </w:r>
      <w:r w:rsidR="780EC55A">
        <w:rPr/>
        <w:t xml:space="preserve"> </w:t>
      </w:r>
      <w:r w:rsidR="42F4B84D">
        <w:rPr/>
        <w:t>set</w:t>
      </w:r>
      <w:r w:rsidR="780EC55A">
        <w:rPr/>
        <w:t xml:space="preserve"> </w:t>
      </w:r>
      <w:r w:rsidR="42F4B84D">
        <w:rPr/>
        <w:t>up</w:t>
      </w:r>
      <w:r w:rsidR="780EC55A">
        <w:rPr/>
        <w:t xml:space="preserve"> </w:t>
      </w:r>
      <w:r w:rsidR="42F4B84D">
        <w:rPr/>
        <w:t>to</w:t>
      </w:r>
      <w:r w:rsidR="780EC55A">
        <w:rPr/>
        <w:t xml:space="preserve"> </w:t>
      </w:r>
      <w:r w:rsidR="42F4B84D">
        <w:rPr/>
        <w:t>take</w:t>
      </w:r>
      <w:r w:rsidR="780EC55A">
        <w:rPr/>
        <w:t xml:space="preserve"> </w:t>
      </w:r>
      <w:r w:rsidR="42F4B84D">
        <w:rPr/>
        <w:t>advantage</w:t>
      </w:r>
      <w:r w:rsidR="780EC55A">
        <w:rPr/>
        <w:t xml:space="preserve"> </w:t>
      </w:r>
      <w:r w:rsidR="42F4B84D">
        <w:rPr/>
        <w:t>of</w:t>
      </w:r>
      <w:r w:rsidR="780EC55A">
        <w:rPr/>
        <w:t xml:space="preserve"> </w:t>
      </w:r>
      <w:r w:rsidR="42F4B84D">
        <w:rPr/>
        <w:t>this</w:t>
      </w:r>
      <w:r w:rsidR="780EC55A">
        <w:rPr/>
        <w:t xml:space="preserve"> </w:t>
      </w:r>
      <w:r w:rsidR="42F4B84D">
        <w:rPr/>
        <w:t>resource</w:t>
      </w:r>
      <w:r w:rsidR="780EC55A">
        <w:rPr/>
        <w:t xml:space="preserve"> </w:t>
      </w:r>
      <w:r w:rsidR="42F4B84D">
        <w:rPr/>
        <w:t>thru</w:t>
      </w:r>
      <w:r w:rsidR="780EC55A">
        <w:rPr/>
        <w:t xml:space="preserve"> </w:t>
      </w:r>
      <w:r w:rsidR="42F4B84D">
        <w:rPr/>
        <w:t>integrated</w:t>
      </w:r>
      <w:r w:rsidR="780EC55A">
        <w:rPr/>
        <w:t xml:space="preserve"> </w:t>
      </w:r>
      <w:r w:rsidR="42F4B84D">
        <w:rPr/>
        <w:t>marketing,</w:t>
      </w:r>
      <w:r w:rsidR="780EC55A">
        <w:rPr/>
        <w:t xml:space="preserve"> </w:t>
      </w:r>
      <w:r w:rsidR="42F4B84D">
        <w:rPr/>
        <w:t>NPS</w:t>
      </w:r>
      <w:r w:rsidR="780EC55A">
        <w:rPr/>
        <w:t xml:space="preserve"> </w:t>
      </w:r>
      <w:r w:rsidR="42F4B84D">
        <w:rPr/>
        <w:t>tracking,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customer</w:t>
      </w:r>
      <w:r w:rsidR="780EC55A">
        <w:rPr/>
        <w:t xml:space="preserve"> </w:t>
      </w:r>
      <w:r w:rsidR="42F4B84D">
        <w:rPr/>
        <w:t>insight.</w:t>
      </w:r>
      <w:r w:rsidR="780EC55A">
        <w:rPr/>
        <w:t xml:space="preserve"> </w:t>
      </w:r>
      <w:r w:rsidR="42F4B84D">
        <w:rPr/>
        <w:t>As</w:t>
      </w:r>
      <w:r w:rsidR="780EC55A">
        <w:rPr/>
        <w:t xml:space="preserve"> </w:t>
      </w:r>
      <w:r w:rsidR="42F4B84D">
        <w:rPr/>
        <w:t>a</w:t>
      </w:r>
      <w:r w:rsidR="780EC55A">
        <w:rPr/>
        <w:t xml:space="preserve"> </w:t>
      </w:r>
      <w:r w:rsidR="42F4B84D">
        <w:rPr/>
        <w:t>result,</w:t>
      </w:r>
      <w:r w:rsidR="780EC55A">
        <w:rPr/>
        <w:t xml:space="preserve"> </w:t>
      </w:r>
      <w:r w:rsidR="42F4B84D">
        <w:rPr/>
        <w:t>its</w:t>
      </w:r>
      <w:r w:rsidR="780EC55A">
        <w:rPr/>
        <w:t xml:space="preserve"> </w:t>
      </w:r>
      <w:r w:rsidR="42F4B84D">
        <w:rPr/>
        <w:t>brand</w:t>
      </w:r>
      <w:r w:rsidR="780EC55A">
        <w:rPr/>
        <w:t xml:space="preserve"> </w:t>
      </w:r>
      <w:r w:rsidR="42F4B84D">
        <w:rPr/>
        <w:t>is</w:t>
      </w:r>
      <w:r w:rsidR="780EC55A">
        <w:rPr/>
        <w:t xml:space="preserve"> </w:t>
      </w:r>
      <w:r w:rsidR="42F4B84D">
        <w:rPr/>
        <w:t>a</w:t>
      </w:r>
      <w:r w:rsidR="780EC55A">
        <w:rPr/>
        <w:t xml:space="preserve"> </w:t>
      </w:r>
      <w:r w:rsidR="42F4B84D">
        <w:rPr/>
        <w:t>short-term</w:t>
      </w:r>
      <w:r w:rsidR="780EC55A">
        <w:rPr/>
        <w:t xml:space="preserve"> </w:t>
      </w:r>
      <w:r w:rsidR="42F4B84D">
        <w:rPr/>
        <w:t>competitive</w:t>
      </w:r>
      <w:r w:rsidR="780EC55A">
        <w:rPr/>
        <w:t xml:space="preserve"> </w:t>
      </w:r>
      <w:r w:rsidR="42F4B84D">
        <w:rPr/>
        <w:t>advantage</w:t>
      </w:r>
      <w:r w:rsidR="780EC55A">
        <w:rPr/>
        <w:t xml:space="preserve"> </w:t>
      </w:r>
      <w:r w:rsidR="42F4B84D">
        <w:rPr/>
        <w:t>that</w:t>
      </w:r>
      <w:r w:rsidR="780EC55A">
        <w:rPr/>
        <w:t xml:space="preserve"> </w:t>
      </w:r>
      <w:r w:rsidR="42F4B84D">
        <w:rPr/>
        <w:t>requires</w:t>
      </w:r>
      <w:r w:rsidR="780EC55A">
        <w:rPr/>
        <w:t xml:space="preserve"> </w:t>
      </w:r>
      <w:r w:rsidR="42F4B84D">
        <w:rPr/>
        <w:t>ongoing</w:t>
      </w:r>
      <w:r w:rsidR="780EC55A">
        <w:rPr/>
        <w:t xml:space="preserve"> </w:t>
      </w:r>
      <w:r w:rsidR="42F4B84D">
        <w:rPr/>
        <w:t>investment</w:t>
      </w:r>
      <w:r w:rsidR="780EC55A">
        <w:rPr/>
        <w:t xml:space="preserve"> </w:t>
      </w:r>
      <w:r w:rsidR="42F4B84D">
        <w:rPr/>
        <w:t>to</w:t>
      </w:r>
      <w:r w:rsidR="780EC55A">
        <w:rPr/>
        <w:t xml:space="preserve"> </w:t>
      </w:r>
      <w:r w:rsidR="42F4B84D">
        <w:rPr/>
        <w:t>avoid</w:t>
      </w:r>
      <w:r w:rsidR="780EC55A">
        <w:rPr/>
        <w:t xml:space="preserve"> </w:t>
      </w:r>
      <w:r w:rsidR="42F4B84D">
        <w:rPr/>
        <w:t>erosion</w:t>
      </w:r>
      <w:r w:rsidR="780EC55A">
        <w:rPr/>
        <w:t xml:space="preserve"> </w:t>
      </w:r>
      <w:r w:rsidR="42F4B84D">
        <w:rPr/>
        <w:t>(Kantar,</w:t>
      </w:r>
      <w:r w:rsidR="780EC55A">
        <w:rPr/>
        <w:t xml:space="preserve"> </w:t>
      </w:r>
      <w:r w:rsidR="42F4B84D">
        <w:rPr/>
        <w:t>2025;</w:t>
      </w:r>
      <w:r w:rsidR="780EC55A">
        <w:rPr/>
        <w:t xml:space="preserve"> </w:t>
      </w:r>
      <w:r w:rsidR="42F4B84D">
        <w:rPr/>
        <w:t>Tesco</w:t>
      </w:r>
      <w:r w:rsidR="780EC55A">
        <w:rPr/>
        <w:t xml:space="preserve"> </w:t>
      </w:r>
      <w:r w:rsidR="42F4B84D">
        <w:rPr/>
        <w:t>PLC,</w:t>
      </w:r>
      <w:r w:rsidR="780EC55A">
        <w:rPr/>
        <w:t xml:space="preserve"> </w:t>
      </w:r>
      <w:r w:rsidR="42F4B84D">
        <w:rPr/>
        <w:t>2025a).</w:t>
      </w:r>
    </w:p>
    <w:p w:rsidR="005B0F2A" w:rsidP="005B0F2A" w:rsidRDefault="005B0F2A" w14:paraId="7A27382D" w14:textId="77777777">
      <w:pPr>
        <w:jc w:val="both"/>
      </w:pPr>
    </w:p>
    <w:p w:rsidR="005B0F2A" w:rsidP="005B0F2A" w:rsidRDefault="005B0F2A" w14:paraId="4DA30132" w14:textId="2F14BC8E">
      <w:pPr>
        <w:jc w:val="both"/>
      </w:pPr>
      <w:r w:rsidRPr="005B0F2A">
        <w:rPr>
          <w:b/>
          <w:bCs/>
        </w:rPr>
        <w:t>Clubcard</w:t>
      </w:r>
      <w:r w:rsidR="006A6247">
        <w:rPr>
          <w:b/>
          <w:bCs/>
        </w:rPr>
        <w:t xml:space="preserve"> </w:t>
      </w:r>
      <w:r w:rsidRPr="005B0F2A">
        <w:rPr>
          <w:b/>
          <w:bCs/>
        </w:rPr>
        <w:t>and</w:t>
      </w:r>
      <w:r w:rsidR="006A6247">
        <w:rPr>
          <w:b/>
          <w:bCs/>
        </w:rPr>
        <w:t xml:space="preserve"> </w:t>
      </w:r>
      <w:r w:rsidRPr="005B0F2A">
        <w:rPr>
          <w:b/>
          <w:bCs/>
        </w:rPr>
        <w:t>dunnhumby</w:t>
      </w:r>
      <w:r w:rsidR="006A6247">
        <w:rPr>
          <w:b/>
          <w:bCs/>
        </w:rPr>
        <w:t xml:space="preserve"> </w:t>
      </w:r>
      <w:r w:rsidRPr="005B0F2A">
        <w:rPr>
          <w:b/>
          <w:bCs/>
        </w:rPr>
        <w:t>data.</w:t>
      </w:r>
      <w:r w:rsidR="006A6247">
        <w:t xml:space="preserve"> </w:t>
      </w:r>
      <w:r>
        <w:t>With</w:t>
      </w:r>
      <w:r w:rsidR="006A6247">
        <w:t xml:space="preserve"> </w:t>
      </w:r>
      <w:r>
        <w:t>almost</w:t>
      </w:r>
      <w:r w:rsidR="006A6247">
        <w:t xml:space="preserve"> </w:t>
      </w:r>
      <w:r>
        <w:t>18</w:t>
      </w:r>
      <w:r w:rsidR="006A6247">
        <w:t xml:space="preserve"> </w:t>
      </w:r>
      <w:r>
        <w:t>million</w:t>
      </w:r>
      <w:r w:rsidR="006A6247">
        <w:t xml:space="preserve"> </w:t>
      </w:r>
      <w:r>
        <w:t>Clubcard</w:t>
      </w:r>
      <w:r w:rsidR="006A6247">
        <w:t xml:space="preserve"> </w:t>
      </w:r>
      <w:r>
        <w:t>users,</w:t>
      </w:r>
      <w:r w:rsidR="006A6247">
        <w:t xml:space="preserve"> </w:t>
      </w:r>
      <w:r>
        <w:t>Tesco's</w:t>
      </w:r>
      <w:r w:rsidR="006A6247">
        <w:t xml:space="preserve"> </w:t>
      </w:r>
      <w:r>
        <w:t>Clubcard</w:t>
      </w:r>
      <w:r w:rsidR="006A6247">
        <w:t xml:space="preserve"> </w:t>
      </w:r>
      <w:r>
        <w:t>ecosystem</w:t>
      </w:r>
      <w:r w:rsidR="006A6247">
        <w:t xml:space="preserve"> </w:t>
      </w:r>
      <w:r>
        <w:t>offers</w:t>
      </w:r>
      <w:r w:rsidR="006A6247">
        <w:t xml:space="preserve"> </w:t>
      </w:r>
      <w:r>
        <w:t>a</w:t>
      </w:r>
      <w:r w:rsidR="006A6247">
        <w:t xml:space="preserve"> </w:t>
      </w:r>
      <w:r>
        <w:t>highly</w:t>
      </w:r>
      <w:r w:rsidR="006A6247">
        <w:t xml:space="preserve"> </w:t>
      </w:r>
      <w:r>
        <w:t>valuable</w:t>
      </w:r>
      <w:r w:rsidR="006A6247">
        <w:t xml:space="preserve"> </w:t>
      </w:r>
      <w:r>
        <w:t>source</w:t>
      </w:r>
      <w:r w:rsidR="006A6247">
        <w:t xml:space="preserve"> </w:t>
      </w:r>
      <w:r>
        <w:t>of</w:t>
      </w:r>
      <w:r w:rsidR="006A6247">
        <w:t xml:space="preserve"> </w:t>
      </w:r>
      <w:r>
        <w:t>consumer</w:t>
      </w:r>
      <w:r w:rsidR="006A6247">
        <w:t xml:space="preserve"> </w:t>
      </w:r>
      <w:r>
        <w:t>and</w:t>
      </w:r>
      <w:r w:rsidR="006A6247">
        <w:t xml:space="preserve"> </w:t>
      </w:r>
      <w:r>
        <w:t>purchase</w:t>
      </w:r>
      <w:r w:rsidR="006A6247">
        <w:t xml:space="preserve"> </w:t>
      </w:r>
      <w:r>
        <w:t>data.</w:t>
      </w:r>
      <w:r w:rsidR="006A6247">
        <w:t xml:space="preserve"> </w:t>
      </w:r>
      <w:r>
        <w:t>Customized</w:t>
      </w:r>
      <w:r w:rsidR="006A6247">
        <w:t xml:space="preserve"> </w:t>
      </w:r>
      <w:r>
        <w:t>promotions</w:t>
      </w:r>
      <w:r w:rsidR="006A6247">
        <w:t xml:space="preserve"> </w:t>
      </w:r>
      <w:r>
        <w:t>can</w:t>
      </w:r>
      <w:r w:rsidR="006A6247">
        <w:t xml:space="preserve"> </w:t>
      </w:r>
      <w:r>
        <w:t>lower</w:t>
      </w:r>
      <w:r w:rsidR="006A6247">
        <w:t xml:space="preserve"> </w:t>
      </w:r>
      <w:r>
        <w:t>the</w:t>
      </w:r>
      <w:r w:rsidR="006A6247">
        <w:t xml:space="preserve"> </w:t>
      </w:r>
      <w:r>
        <w:t>expense</w:t>
      </w:r>
      <w:r w:rsidR="006A6247">
        <w:t xml:space="preserve"> </w:t>
      </w:r>
      <w:r>
        <w:t>of</w:t>
      </w:r>
      <w:r w:rsidR="006A6247">
        <w:t xml:space="preserve"> </w:t>
      </w:r>
      <w:r>
        <w:t>general</w:t>
      </w:r>
      <w:r w:rsidR="006A6247">
        <w:t xml:space="preserve"> </w:t>
      </w:r>
      <w:r>
        <w:t>discounts</w:t>
      </w:r>
      <w:r w:rsidR="006A6247">
        <w:t xml:space="preserve"> </w:t>
      </w:r>
      <w:r>
        <w:t>while</w:t>
      </w:r>
      <w:r w:rsidR="006A6247">
        <w:t xml:space="preserve"> </w:t>
      </w:r>
      <w:r>
        <w:t>increasing</w:t>
      </w:r>
      <w:r w:rsidR="006A6247">
        <w:t xml:space="preserve"> </w:t>
      </w:r>
      <w:r>
        <w:t>conversion.</w:t>
      </w:r>
      <w:r w:rsidR="006A6247">
        <w:t xml:space="preserve"> </w:t>
      </w:r>
      <w:r>
        <w:t>Tesco's</w:t>
      </w:r>
      <w:r w:rsidR="006A6247">
        <w:t xml:space="preserve"> </w:t>
      </w:r>
      <w:r>
        <w:t>history</w:t>
      </w:r>
      <w:r w:rsidR="006A6247">
        <w:t xml:space="preserve"> </w:t>
      </w:r>
      <w:r>
        <w:t>customer</w:t>
      </w:r>
      <w:r w:rsidR="006A6247">
        <w:t xml:space="preserve"> </w:t>
      </w:r>
      <w:r>
        <w:t>dataset</w:t>
      </w:r>
      <w:r w:rsidR="006A6247">
        <w:t xml:space="preserve"> </w:t>
      </w:r>
      <w:r>
        <w:t>is</w:t>
      </w:r>
      <w:r w:rsidR="006A6247">
        <w:t xml:space="preserve"> </w:t>
      </w:r>
      <w:r>
        <w:t>comparatively</w:t>
      </w:r>
      <w:r w:rsidR="006A6247">
        <w:t xml:space="preserve"> </w:t>
      </w:r>
      <w:r>
        <w:t>unique</w:t>
      </w:r>
      <w:r w:rsidR="006A6247">
        <w:t xml:space="preserve"> </w:t>
      </w:r>
      <w:r>
        <w:t>in</w:t>
      </w:r>
      <w:r w:rsidR="006A6247">
        <w:t xml:space="preserve"> </w:t>
      </w:r>
      <w:r>
        <w:t>the</w:t>
      </w:r>
      <w:r w:rsidR="006A6247">
        <w:t xml:space="preserve"> </w:t>
      </w:r>
      <w:r>
        <w:t>UK</w:t>
      </w:r>
      <w:r w:rsidR="006A6247">
        <w:t xml:space="preserve"> </w:t>
      </w:r>
      <w:r>
        <w:t>grocery</w:t>
      </w:r>
      <w:r w:rsidR="006A6247">
        <w:t xml:space="preserve"> </w:t>
      </w:r>
      <w:r>
        <w:t>retail</w:t>
      </w:r>
      <w:r w:rsidR="006A6247">
        <w:t xml:space="preserve"> </w:t>
      </w:r>
      <w:r>
        <w:t>industry</w:t>
      </w:r>
      <w:r w:rsidR="006A6247">
        <w:t xml:space="preserve"> </w:t>
      </w:r>
      <w:r>
        <w:t>in</w:t>
      </w:r>
      <w:r w:rsidR="006A6247">
        <w:t xml:space="preserve"> </w:t>
      </w:r>
      <w:r>
        <w:t>terms</w:t>
      </w:r>
      <w:r w:rsidR="006A6247">
        <w:t xml:space="preserve"> </w:t>
      </w:r>
      <w:r>
        <w:t>of</w:t>
      </w:r>
      <w:r w:rsidR="006A6247">
        <w:t xml:space="preserve"> </w:t>
      </w:r>
      <w:r>
        <w:t>both</w:t>
      </w:r>
      <w:r w:rsidR="006A6247">
        <w:t xml:space="preserve"> </w:t>
      </w:r>
      <w:r>
        <w:t>scope</w:t>
      </w:r>
      <w:r w:rsidR="006A6247">
        <w:t xml:space="preserve"> </w:t>
      </w:r>
      <w:r>
        <w:t>and</w:t>
      </w:r>
      <w:r w:rsidR="006A6247">
        <w:t xml:space="preserve"> </w:t>
      </w:r>
      <w:r>
        <w:t>depth,</w:t>
      </w:r>
      <w:r w:rsidR="006A6247">
        <w:t xml:space="preserve"> </w:t>
      </w:r>
      <w:r>
        <w:t>and</w:t>
      </w:r>
      <w:r w:rsidR="006A6247">
        <w:t xml:space="preserve"> </w:t>
      </w:r>
      <w:r>
        <w:t>direct</w:t>
      </w:r>
      <w:r w:rsidR="006A6247">
        <w:t xml:space="preserve"> </w:t>
      </w:r>
      <w:r>
        <w:t>copying</w:t>
      </w:r>
      <w:r w:rsidR="006A6247">
        <w:t xml:space="preserve"> </w:t>
      </w:r>
      <w:r>
        <w:t>is</w:t>
      </w:r>
      <w:r w:rsidR="006A6247">
        <w:t xml:space="preserve"> </w:t>
      </w:r>
      <w:r>
        <w:t>challenging</w:t>
      </w:r>
      <w:r w:rsidR="006A6247">
        <w:t xml:space="preserve"> </w:t>
      </w:r>
      <w:r>
        <w:t>due</w:t>
      </w:r>
      <w:r w:rsidR="006A6247">
        <w:t xml:space="preserve"> </w:t>
      </w:r>
      <w:r>
        <w:t>to</w:t>
      </w:r>
      <w:r w:rsidR="006A6247">
        <w:t xml:space="preserve"> </w:t>
      </w:r>
      <w:r>
        <w:t>accumulated</w:t>
      </w:r>
      <w:r w:rsidR="006A6247">
        <w:t xml:space="preserve"> </w:t>
      </w:r>
      <w:r>
        <w:t>data,</w:t>
      </w:r>
      <w:r w:rsidR="006A6247">
        <w:t xml:space="preserve"> </w:t>
      </w:r>
      <w:r>
        <w:t>analytical</w:t>
      </w:r>
      <w:r w:rsidR="006A6247">
        <w:t xml:space="preserve"> </w:t>
      </w:r>
      <w:r>
        <w:t>capabilities,</w:t>
      </w:r>
      <w:r w:rsidR="006A6247">
        <w:t xml:space="preserve"> </w:t>
      </w:r>
      <w:r>
        <w:t>and</w:t>
      </w:r>
      <w:r w:rsidR="006A6247">
        <w:t xml:space="preserve"> </w:t>
      </w:r>
      <w:r>
        <w:t>intellectual</w:t>
      </w:r>
      <w:r w:rsidR="006A6247">
        <w:t xml:space="preserve"> </w:t>
      </w:r>
      <w:r>
        <w:t>property.</w:t>
      </w:r>
      <w:r w:rsidR="006A6247">
        <w:t xml:space="preserve"> </w:t>
      </w:r>
      <w:r>
        <w:t>Tesco</w:t>
      </w:r>
      <w:r w:rsidR="006A6247">
        <w:t xml:space="preserve"> </w:t>
      </w:r>
      <w:r>
        <w:t>is</w:t>
      </w:r>
      <w:r w:rsidR="006A6247">
        <w:t xml:space="preserve"> </w:t>
      </w:r>
      <w:r>
        <w:t>likewise</w:t>
      </w:r>
      <w:r w:rsidR="006A6247">
        <w:t xml:space="preserve"> </w:t>
      </w:r>
      <w:r>
        <w:t>set</w:t>
      </w:r>
      <w:r w:rsidR="006A6247">
        <w:t xml:space="preserve"> </w:t>
      </w:r>
      <w:r>
        <w:t>up</w:t>
      </w:r>
      <w:r w:rsidR="006A6247">
        <w:t xml:space="preserve"> </w:t>
      </w:r>
      <w:r>
        <w:t>to</w:t>
      </w:r>
      <w:r w:rsidR="006A6247">
        <w:t xml:space="preserve"> </w:t>
      </w:r>
      <w:r>
        <w:t>take</w:t>
      </w:r>
      <w:r w:rsidR="006A6247">
        <w:t xml:space="preserve"> </w:t>
      </w:r>
      <w:r>
        <w:t>advantage</w:t>
      </w:r>
      <w:r w:rsidR="006A6247">
        <w:t xml:space="preserve"> </w:t>
      </w:r>
      <w:r>
        <w:t>of</w:t>
      </w:r>
      <w:r w:rsidR="006A6247">
        <w:t xml:space="preserve"> </w:t>
      </w:r>
      <w:r>
        <w:t>this</w:t>
      </w:r>
      <w:r w:rsidR="006A6247">
        <w:t xml:space="preserve"> </w:t>
      </w:r>
      <w:r>
        <w:t>resource</w:t>
      </w:r>
      <w:r w:rsidR="006A6247">
        <w:t xml:space="preserve"> </w:t>
      </w:r>
      <w:r>
        <w:t>thru</w:t>
      </w:r>
      <w:r w:rsidR="006A6247">
        <w:t xml:space="preserve"> </w:t>
      </w:r>
      <w:r>
        <w:t>its</w:t>
      </w:r>
      <w:r w:rsidR="006A6247">
        <w:t xml:space="preserve"> </w:t>
      </w:r>
      <w:r>
        <w:t>digital</w:t>
      </w:r>
      <w:r w:rsidR="006A6247">
        <w:t xml:space="preserve"> </w:t>
      </w:r>
      <w:r>
        <w:t>platforms,</w:t>
      </w:r>
      <w:r w:rsidR="006A6247">
        <w:t xml:space="preserve"> </w:t>
      </w:r>
      <w:r>
        <w:t>tailored</w:t>
      </w:r>
      <w:r w:rsidR="006A6247">
        <w:t xml:space="preserve"> </w:t>
      </w:r>
      <w:r>
        <w:t>offers,</w:t>
      </w:r>
      <w:r w:rsidR="006A6247">
        <w:t xml:space="preserve"> </w:t>
      </w:r>
      <w:r>
        <w:t>and</w:t>
      </w:r>
      <w:r w:rsidR="006A6247">
        <w:t xml:space="preserve"> </w:t>
      </w:r>
      <w:r>
        <w:t>retail</w:t>
      </w:r>
      <w:r w:rsidR="006A6247">
        <w:t xml:space="preserve"> </w:t>
      </w:r>
      <w:r>
        <w:t>media</w:t>
      </w:r>
      <w:r w:rsidR="006A6247">
        <w:t xml:space="preserve"> </w:t>
      </w:r>
      <w:r>
        <w:t>skills.</w:t>
      </w:r>
      <w:r w:rsidR="006A6247">
        <w:t xml:space="preserve"> </w:t>
      </w:r>
      <w:r>
        <w:t>As</w:t>
      </w:r>
      <w:r w:rsidR="006A6247">
        <w:t xml:space="preserve"> </w:t>
      </w:r>
      <w:r>
        <w:t>a</w:t>
      </w:r>
      <w:r w:rsidR="006A6247">
        <w:t xml:space="preserve"> </w:t>
      </w:r>
      <w:r>
        <w:t>result,</w:t>
      </w:r>
      <w:r w:rsidR="006A6247">
        <w:t xml:space="preserve"> </w:t>
      </w:r>
      <w:r>
        <w:t>Clubcard</w:t>
      </w:r>
      <w:r w:rsidR="006A6247">
        <w:t xml:space="preserve"> </w:t>
      </w:r>
      <w:r>
        <w:t>and</w:t>
      </w:r>
      <w:r w:rsidR="006A6247">
        <w:t xml:space="preserve"> </w:t>
      </w:r>
      <w:r>
        <w:t>its</w:t>
      </w:r>
      <w:r w:rsidR="006A6247">
        <w:t xml:space="preserve"> </w:t>
      </w:r>
      <w:r>
        <w:t>related</w:t>
      </w:r>
      <w:r w:rsidR="006A6247">
        <w:t xml:space="preserve"> </w:t>
      </w:r>
      <w:r>
        <w:t>data</w:t>
      </w:r>
      <w:r w:rsidR="006A6247">
        <w:t xml:space="preserve"> </w:t>
      </w:r>
      <w:r>
        <w:t>capabilities</w:t>
      </w:r>
      <w:r w:rsidR="006A6247">
        <w:t xml:space="preserve"> </w:t>
      </w:r>
      <w:r>
        <w:t>offer</w:t>
      </w:r>
      <w:r w:rsidR="006A6247">
        <w:t xml:space="preserve"> </w:t>
      </w:r>
      <w:r>
        <w:t>a</w:t>
      </w:r>
      <w:r w:rsidR="006A6247">
        <w:t xml:space="preserve"> </w:t>
      </w:r>
      <w:r>
        <w:t>significant</w:t>
      </w:r>
      <w:r w:rsidR="006A6247">
        <w:t xml:space="preserve"> </w:t>
      </w:r>
      <w:r>
        <w:t>source</w:t>
      </w:r>
      <w:r w:rsidR="006A6247">
        <w:t xml:space="preserve"> </w:t>
      </w:r>
      <w:r>
        <w:t>of</w:t>
      </w:r>
      <w:r w:rsidR="006A6247">
        <w:t xml:space="preserve"> </w:t>
      </w:r>
      <w:r>
        <w:t>distinction</w:t>
      </w:r>
      <w:r w:rsidR="006A6247">
        <w:t xml:space="preserve"> </w:t>
      </w:r>
      <w:r>
        <w:t>and</w:t>
      </w:r>
      <w:r w:rsidR="006A6247">
        <w:t xml:space="preserve"> </w:t>
      </w:r>
      <w:r>
        <w:t>a</w:t>
      </w:r>
      <w:r w:rsidR="006A6247">
        <w:t xml:space="preserve"> </w:t>
      </w:r>
      <w:r>
        <w:t>possible</w:t>
      </w:r>
      <w:r w:rsidR="006A6247">
        <w:t xml:space="preserve"> </w:t>
      </w:r>
      <w:r>
        <w:t>long-term</w:t>
      </w:r>
      <w:r w:rsidR="006A6247">
        <w:t xml:space="preserve"> </w:t>
      </w:r>
      <w:r>
        <w:t>competitive</w:t>
      </w:r>
      <w:r w:rsidR="006A6247">
        <w:t xml:space="preserve"> </w:t>
      </w:r>
      <w:r>
        <w:t>advantage</w:t>
      </w:r>
      <w:r w:rsidR="006A6247">
        <w:t xml:space="preserve"> </w:t>
      </w:r>
      <w:r>
        <w:t>(Tesco</w:t>
      </w:r>
      <w:r w:rsidR="006A6247">
        <w:t xml:space="preserve"> </w:t>
      </w:r>
      <w:r>
        <w:t>PLC,</w:t>
      </w:r>
      <w:r w:rsidR="006A6247">
        <w:t xml:space="preserve"> </w:t>
      </w:r>
      <w:r>
        <w:t>2025a).</w:t>
      </w:r>
    </w:p>
    <w:p w:rsidR="005B0F2A" w:rsidP="005B0F2A" w:rsidRDefault="005B0F2A" w14:paraId="0171B5E8" w14:textId="77777777">
      <w:pPr>
        <w:jc w:val="both"/>
      </w:pPr>
    </w:p>
    <w:p w:rsidR="005B0F2A" w:rsidP="005B0F2A" w:rsidRDefault="005B0F2A" w14:paraId="025C377D" w14:textId="4AFC9476">
      <w:pPr>
        <w:jc w:val="both"/>
      </w:pPr>
      <w:r w:rsidRPr="005B0F2A">
        <w:rPr>
          <w:b/>
          <w:bCs/>
        </w:rPr>
        <w:t>Scale</w:t>
      </w:r>
      <w:r w:rsidR="006A6247">
        <w:rPr>
          <w:b/>
          <w:bCs/>
        </w:rPr>
        <w:t xml:space="preserve"> </w:t>
      </w:r>
      <w:r w:rsidRPr="005B0F2A">
        <w:rPr>
          <w:b/>
          <w:bCs/>
        </w:rPr>
        <w:t>and</w:t>
      </w:r>
      <w:r w:rsidR="006A6247">
        <w:rPr>
          <w:b/>
          <w:bCs/>
        </w:rPr>
        <w:t xml:space="preserve"> </w:t>
      </w:r>
      <w:r w:rsidRPr="005B0F2A">
        <w:rPr>
          <w:b/>
          <w:bCs/>
        </w:rPr>
        <w:t>procurement.</w:t>
      </w:r>
      <w:r w:rsidR="006A6247">
        <w:t xml:space="preserve"> </w:t>
      </w:r>
      <w:r>
        <w:t>Tesco's</w:t>
      </w:r>
      <w:r w:rsidR="006A6247">
        <w:t xml:space="preserve"> </w:t>
      </w:r>
      <w:r>
        <w:t>£63.6</w:t>
      </w:r>
      <w:r w:rsidR="006A6247">
        <w:t xml:space="preserve"> </w:t>
      </w:r>
      <w:r>
        <w:t>billion</w:t>
      </w:r>
      <w:r w:rsidR="006A6247">
        <w:t xml:space="preserve"> </w:t>
      </w:r>
      <w:r>
        <w:t>sales</w:t>
      </w:r>
      <w:r w:rsidR="006A6247">
        <w:t xml:space="preserve"> </w:t>
      </w:r>
      <w:r>
        <w:t>base</w:t>
      </w:r>
      <w:r w:rsidR="006A6247">
        <w:t xml:space="preserve"> </w:t>
      </w:r>
      <w:r>
        <w:t>and</w:t>
      </w:r>
      <w:r w:rsidR="006A6247">
        <w:t xml:space="preserve"> </w:t>
      </w:r>
      <w:r>
        <w:t>Booker's</w:t>
      </w:r>
      <w:r w:rsidR="006A6247">
        <w:t xml:space="preserve"> </w:t>
      </w:r>
      <w:r>
        <w:t>network</w:t>
      </w:r>
      <w:r w:rsidR="006A6247">
        <w:t xml:space="preserve"> </w:t>
      </w:r>
      <w:r>
        <w:t>offer</w:t>
      </w:r>
      <w:r w:rsidR="006A6247">
        <w:t xml:space="preserve"> </w:t>
      </w:r>
      <w:r>
        <w:t>significant</w:t>
      </w:r>
      <w:r w:rsidR="006A6247">
        <w:t xml:space="preserve"> </w:t>
      </w:r>
      <w:r>
        <w:t>economies</w:t>
      </w:r>
      <w:r w:rsidR="006A6247">
        <w:t xml:space="preserve"> </w:t>
      </w:r>
      <w:r>
        <w:t>of</w:t>
      </w:r>
      <w:r w:rsidR="006A6247">
        <w:t xml:space="preserve"> </w:t>
      </w:r>
      <w:r>
        <w:t>scale</w:t>
      </w:r>
      <w:r w:rsidR="006A6247">
        <w:t xml:space="preserve"> </w:t>
      </w:r>
      <w:r>
        <w:t>and</w:t>
      </w:r>
      <w:r w:rsidR="006A6247">
        <w:t xml:space="preserve"> </w:t>
      </w:r>
      <w:r>
        <w:t>purchasing</w:t>
      </w:r>
      <w:r w:rsidR="006A6247">
        <w:t xml:space="preserve"> </w:t>
      </w:r>
      <w:r>
        <w:t>power.</w:t>
      </w:r>
      <w:r w:rsidR="006A6247">
        <w:t xml:space="preserve"> </w:t>
      </w:r>
      <w:r>
        <w:t>Tesco</w:t>
      </w:r>
      <w:r w:rsidR="006A6247">
        <w:t xml:space="preserve"> </w:t>
      </w:r>
      <w:r>
        <w:t>can</w:t>
      </w:r>
      <w:r w:rsidR="006A6247">
        <w:t xml:space="preserve"> </w:t>
      </w:r>
      <w:r>
        <w:t>spread</w:t>
      </w:r>
      <w:r w:rsidR="006A6247">
        <w:t xml:space="preserve"> </w:t>
      </w:r>
      <w:r>
        <w:t>fixed</w:t>
      </w:r>
      <w:r w:rsidR="006A6247">
        <w:t xml:space="preserve"> </w:t>
      </w:r>
      <w:r>
        <w:t>costs,</w:t>
      </w:r>
      <w:r w:rsidR="006A6247">
        <w:t xml:space="preserve"> </w:t>
      </w:r>
      <w:r>
        <w:t>negotiate</w:t>
      </w:r>
      <w:r w:rsidR="006A6247">
        <w:t xml:space="preserve"> </w:t>
      </w:r>
      <w:r>
        <w:t>competitive</w:t>
      </w:r>
      <w:r w:rsidR="006A6247">
        <w:t xml:space="preserve"> </w:t>
      </w:r>
      <w:r>
        <w:t>supplier</w:t>
      </w:r>
      <w:r w:rsidR="006A6247">
        <w:t xml:space="preserve"> </w:t>
      </w:r>
      <w:r>
        <w:t>rates,</w:t>
      </w:r>
      <w:r w:rsidR="006A6247">
        <w:t xml:space="preserve"> </w:t>
      </w:r>
      <w:r>
        <w:t>and</w:t>
      </w:r>
      <w:r w:rsidR="006A6247">
        <w:t xml:space="preserve"> </w:t>
      </w:r>
      <w:r>
        <w:t>support</w:t>
      </w:r>
      <w:r w:rsidR="006A6247">
        <w:t xml:space="preserve"> </w:t>
      </w:r>
      <w:r>
        <w:t>programs</w:t>
      </w:r>
      <w:r w:rsidR="006A6247">
        <w:t xml:space="preserve"> </w:t>
      </w:r>
      <w:r>
        <w:t>like</w:t>
      </w:r>
      <w:r w:rsidR="006A6247">
        <w:t xml:space="preserve"> </w:t>
      </w:r>
      <w:r>
        <w:t>Aldi</w:t>
      </w:r>
      <w:r w:rsidR="006A6247">
        <w:t xml:space="preserve"> </w:t>
      </w:r>
      <w:r>
        <w:t>Price</w:t>
      </w:r>
      <w:r w:rsidR="006A6247">
        <w:t xml:space="preserve"> </w:t>
      </w:r>
      <w:r>
        <w:t>Match</w:t>
      </w:r>
      <w:r w:rsidR="006A6247">
        <w:t xml:space="preserve"> </w:t>
      </w:r>
      <w:r>
        <w:t>thanks</w:t>
      </w:r>
      <w:r w:rsidR="006A6247">
        <w:t xml:space="preserve"> </w:t>
      </w:r>
      <w:r>
        <w:t>to</w:t>
      </w:r>
      <w:r w:rsidR="006A6247">
        <w:t xml:space="preserve"> </w:t>
      </w:r>
      <w:r>
        <w:t>this</w:t>
      </w:r>
      <w:r w:rsidR="006A6247">
        <w:t xml:space="preserve"> </w:t>
      </w:r>
      <w:r>
        <w:t>vital</w:t>
      </w:r>
      <w:r w:rsidR="006A6247">
        <w:t xml:space="preserve"> </w:t>
      </w:r>
      <w:r>
        <w:t>resource.</w:t>
      </w:r>
      <w:r w:rsidR="006A6247">
        <w:t xml:space="preserve"> </w:t>
      </w:r>
      <w:r>
        <w:t>Compared</w:t>
      </w:r>
      <w:r w:rsidR="006A6247">
        <w:t xml:space="preserve"> </w:t>
      </w:r>
      <w:r>
        <w:t>to</w:t>
      </w:r>
      <w:r w:rsidR="006A6247">
        <w:t xml:space="preserve"> </w:t>
      </w:r>
      <w:r>
        <w:t>smaller</w:t>
      </w:r>
      <w:r w:rsidR="006A6247">
        <w:t xml:space="preserve"> </w:t>
      </w:r>
      <w:r>
        <w:t>retailers,</w:t>
      </w:r>
      <w:r w:rsidR="006A6247">
        <w:t xml:space="preserve"> </w:t>
      </w:r>
      <w:r>
        <w:t>the</w:t>
      </w:r>
      <w:r w:rsidR="006A6247">
        <w:t xml:space="preserve"> </w:t>
      </w:r>
      <w:r>
        <w:t>scale</w:t>
      </w:r>
      <w:r w:rsidR="006A6247">
        <w:t xml:space="preserve"> </w:t>
      </w:r>
      <w:r>
        <w:t>is</w:t>
      </w:r>
      <w:r w:rsidR="006A6247">
        <w:t xml:space="preserve"> </w:t>
      </w:r>
      <w:r>
        <w:t>comparatively</w:t>
      </w:r>
      <w:r w:rsidR="006A6247">
        <w:t xml:space="preserve"> </w:t>
      </w:r>
      <w:r>
        <w:t>uncommon</w:t>
      </w:r>
      <w:r w:rsidR="006A6247">
        <w:t xml:space="preserve"> </w:t>
      </w:r>
      <w:r>
        <w:t>and</w:t>
      </w:r>
      <w:r w:rsidR="006A6247">
        <w:t xml:space="preserve"> </w:t>
      </w:r>
      <w:r>
        <w:t>challenging</w:t>
      </w:r>
      <w:r w:rsidR="006A6247">
        <w:t xml:space="preserve"> </w:t>
      </w:r>
      <w:r>
        <w:t>to</w:t>
      </w:r>
      <w:r w:rsidR="006A6247">
        <w:t xml:space="preserve"> </w:t>
      </w:r>
      <w:r>
        <w:t>duplicate</w:t>
      </w:r>
      <w:r w:rsidR="006A6247">
        <w:t xml:space="preserve"> </w:t>
      </w:r>
      <w:r>
        <w:t>since</w:t>
      </w:r>
      <w:r w:rsidR="006A6247">
        <w:t xml:space="preserve"> </w:t>
      </w:r>
      <w:r>
        <w:t>rivals</w:t>
      </w:r>
      <w:r w:rsidR="006A6247">
        <w:t xml:space="preserve"> </w:t>
      </w:r>
      <w:r>
        <w:t>would</w:t>
      </w:r>
      <w:r w:rsidR="006A6247">
        <w:t xml:space="preserve"> </w:t>
      </w:r>
      <w:r>
        <w:t>need</w:t>
      </w:r>
      <w:r w:rsidR="006A6247">
        <w:t xml:space="preserve"> </w:t>
      </w:r>
      <w:r>
        <w:t>substantial</w:t>
      </w:r>
      <w:r w:rsidR="006A6247">
        <w:t xml:space="preserve"> </w:t>
      </w:r>
      <w:r>
        <w:t>capital</w:t>
      </w:r>
      <w:r w:rsidR="006A6247">
        <w:t xml:space="preserve"> </w:t>
      </w:r>
      <w:r>
        <w:t>expenditures,</w:t>
      </w:r>
      <w:r w:rsidR="006A6247">
        <w:t xml:space="preserve"> </w:t>
      </w:r>
      <w:r>
        <w:t>logistical</w:t>
      </w:r>
      <w:r w:rsidR="006A6247">
        <w:t xml:space="preserve"> </w:t>
      </w:r>
      <w:r>
        <w:t>infrastructure,</w:t>
      </w:r>
      <w:r w:rsidR="006A6247">
        <w:t xml:space="preserve"> </w:t>
      </w:r>
      <w:r>
        <w:t>and</w:t>
      </w:r>
      <w:r w:rsidR="006A6247">
        <w:t xml:space="preserve"> </w:t>
      </w:r>
      <w:r>
        <w:t>enduring</w:t>
      </w:r>
      <w:r w:rsidR="006A6247">
        <w:t xml:space="preserve"> </w:t>
      </w:r>
      <w:r>
        <w:t>supplier</w:t>
      </w:r>
      <w:r w:rsidR="006A6247">
        <w:t xml:space="preserve"> </w:t>
      </w:r>
      <w:r>
        <w:t>connections.</w:t>
      </w:r>
      <w:r w:rsidR="006A6247">
        <w:t xml:space="preserve"> </w:t>
      </w:r>
      <w:r>
        <w:t>Tesco's</w:t>
      </w:r>
      <w:r w:rsidR="006A6247">
        <w:t xml:space="preserve"> </w:t>
      </w:r>
      <w:r>
        <w:t>"Save</w:t>
      </w:r>
      <w:r w:rsidR="006A6247">
        <w:t xml:space="preserve"> </w:t>
      </w:r>
      <w:r>
        <w:t>to</w:t>
      </w:r>
      <w:r w:rsidR="006A6247">
        <w:t xml:space="preserve"> </w:t>
      </w:r>
      <w:r>
        <w:t>Invest"</w:t>
      </w:r>
      <w:r w:rsidR="006A6247">
        <w:t xml:space="preserve"> </w:t>
      </w:r>
      <w:r>
        <w:t>strategy</w:t>
      </w:r>
      <w:r w:rsidR="006A6247">
        <w:t xml:space="preserve"> </w:t>
      </w:r>
      <w:r>
        <w:t>encourages</w:t>
      </w:r>
      <w:r w:rsidR="006A6247">
        <w:t xml:space="preserve"> </w:t>
      </w:r>
      <w:r>
        <w:t>corporate</w:t>
      </w:r>
      <w:r w:rsidR="006A6247">
        <w:t xml:space="preserve"> </w:t>
      </w:r>
      <w:r>
        <w:t>exploitation</w:t>
      </w:r>
      <w:r w:rsidR="006A6247">
        <w:t xml:space="preserve"> </w:t>
      </w:r>
      <w:r>
        <w:t>even</w:t>
      </w:r>
      <w:r w:rsidR="006A6247">
        <w:t xml:space="preserve"> </w:t>
      </w:r>
      <w:r>
        <w:t>more.</w:t>
      </w:r>
      <w:r w:rsidR="006A6247">
        <w:t xml:space="preserve"> </w:t>
      </w:r>
      <w:r>
        <w:t>As</w:t>
      </w:r>
      <w:r w:rsidR="006A6247">
        <w:t xml:space="preserve"> </w:t>
      </w:r>
      <w:r>
        <w:t>a</w:t>
      </w:r>
      <w:r w:rsidR="006A6247">
        <w:t xml:space="preserve"> </w:t>
      </w:r>
      <w:r>
        <w:t>result,</w:t>
      </w:r>
      <w:r w:rsidR="006A6247">
        <w:t xml:space="preserve"> </w:t>
      </w:r>
      <w:r>
        <w:t>this</w:t>
      </w:r>
      <w:r w:rsidR="006A6247">
        <w:t xml:space="preserve"> </w:t>
      </w:r>
      <w:r>
        <w:t>offers</w:t>
      </w:r>
      <w:r w:rsidR="006A6247">
        <w:t xml:space="preserve"> </w:t>
      </w:r>
      <w:r>
        <w:t>a</w:t>
      </w:r>
      <w:r w:rsidR="006A6247">
        <w:t xml:space="preserve"> </w:t>
      </w:r>
      <w:r>
        <w:t>long-term</w:t>
      </w:r>
      <w:r w:rsidR="006A6247">
        <w:t xml:space="preserve"> </w:t>
      </w:r>
      <w:r>
        <w:t>or</w:t>
      </w:r>
      <w:r w:rsidR="006A6247">
        <w:t xml:space="preserve"> </w:t>
      </w:r>
      <w:r>
        <w:t>short-term</w:t>
      </w:r>
      <w:r w:rsidR="006A6247">
        <w:t xml:space="preserve"> </w:t>
      </w:r>
      <w:r>
        <w:t>benefit,</w:t>
      </w:r>
      <w:r w:rsidR="006A6247">
        <w:t xml:space="preserve"> </w:t>
      </w:r>
      <w:r>
        <w:t>especially</w:t>
      </w:r>
      <w:r w:rsidR="006A6247">
        <w:t xml:space="preserve"> </w:t>
      </w:r>
      <w:r>
        <w:t>in</w:t>
      </w:r>
      <w:r w:rsidR="006A6247">
        <w:t xml:space="preserve"> </w:t>
      </w:r>
      <w:r>
        <w:t>cost</w:t>
      </w:r>
      <w:r w:rsidR="006A6247">
        <w:t xml:space="preserve"> </w:t>
      </w:r>
      <w:r>
        <w:t>leadership.</w:t>
      </w:r>
    </w:p>
    <w:p w:rsidR="005B0F2A" w:rsidP="005B0F2A" w:rsidRDefault="005B0F2A" w14:paraId="26C95E5A" w14:textId="77777777">
      <w:pPr>
        <w:jc w:val="both"/>
      </w:pPr>
    </w:p>
    <w:p w:rsidR="005B0F2A" w:rsidP="005B0F2A" w:rsidRDefault="005B0F2A" w14:paraId="16355A8E" w14:textId="7D4A378F">
      <w:pPr>
        <w:jc w:val="both"/>
      </w:pPr>
      <w:r w:rsidRPr="7D0D8C44" w:rsidR="42F4B84D">
        <w:rPr>
          <w:b w:val="1"/>
          <w:bCs w:val="1"/>
        </w:rPr>
        <w:t>Store</w:t>
      </w:r>
      <w:r w:rsidRPr="7D0D8C44" w:rsidR="780EC55A">
        <w:rPr>
          <w:b w:val="1"/>
          <w:bCs w:val="1"/>
        </w:rPr>
        <w:t xml:space="preserve"> </w:t>
      </w:r>
      <w:r w:rsidRPr="7D0D8C44" w:rsidR="42F4B84D">
        <w:rPr>
          <w:b w:val="1"/>
          <w:bCs w:val="1"/>
        </w:rPr>
        <w:t>estate</w:t>
      </w:r>
      <w:r w:rsidRPr="7D0D8C44" w:rsidR="780EC55A">
        <w:rPr>
          <w:b w:val="1"/>
          <w:bCs w:val="1"/>
        </w:rPr>
        <w:t xml:space="preserve"> </w:t>
      </w:r>
      <w:r w:rsidRPr="7D0D8C44" w:rsidR="42F4B84D">
        <w:rPr>
          <w:b w:val="1"/>
          <w:bCs w:val="1"/>
        </w:rPr>
        <w:t>and</w:t>
      </w:r>
      <w:r w:rsidRPr="7D0D8C44" w:rsidR="780EC55A">
        <w:rPr>
          <w:b w:val="1"/>
          <w:bCs w:val="1"/>
        </w:rPr>
        <w:t xml:space="preserve"> </w:t>
      </w:r>
      <w:r w:rsidRPr="7D0D8C44" w:rsidR="42F4B84D">
        <w:rPr>
          <w:b w:val="1"/>
          <w:bCs w:val="1"/>
        </w:rPr>
        <w:t>fulfilment.</w:t>
      </w:r>
      <w:r w:rsidRPr="7D0D8C44" w:rsidR="39CC24E8">
        <w:rPr>
          <w:b w:val="1"/>
          <w:bCs w:val="1"/>
        </w:rPr>
        <w:t xml:space="preserve"> </w:t>
      </w:r>
      <w:r w:rsidR="42F4B84D">
        <w:rPr/>
        <w:t>Tesco</w:t>
      </w:r>
      <w:r w:rsidR="780EC55A">
        <w:rPr/>
        <w:t xml:space="preserve"> </w:t>
      </w:r>
      <w:r w:rsidR="42F4B84D">
        <w:rPr/>
        <w:t>offers</w:t>
      </w:r>
      <w:r w:rsidR="780EC55A">
        <w:rPr/>
        <w:t xml:space="preserve"> </w:t>
      </w:r>
      <w:r w:rsidR="42F4B84D">
        <w:rPr/>
        <w:t>substantial</w:t>
      </w:r>
      <w:r w:rsidR="780EC55A">
        <w:rPr/>
        <w:t xml:space="preserve"> </w:t>
      </w:r>
      <w:r w:rsidR="42F4B84D">
        <w:rPr/>
        <w:t>convenience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geographic</w:t>
      </w:r>
      <w:r w:rsidR="780EC55A">
        <w:rPr/>
        <w:t xml:space="preserve"> </w:t>
      </w:r>
      <w:r w:rsidR="42F4B84D">
        <w:rPr/>
        <w:t>coverage</w:t>
      </w:r>
      <w:r w:rsidR="780EC55A">
        <w:rPr/>
        <w:t xml:space="preserve"> </w:t>
      </w:r>
      <w:r w:rsidR="42F4B84D">
        <w:rPr/>
        <w:t>because</w:t>
      </w:r>
      <w:r w:rsidR="780EC55A">
        <w:rPr/>
        <w:t xml:space="preserve"> </w:t>
      </w:r>
      <w:r w:rsidR="42F4B84D">
        <w:rPr/>
        <w:t>to</w:t>
      </w:r>
      <w:r w:rsidR="780EC55A">
        <w:rPr/>
        <w:t xml:space="preserve"> </w:t>
      </w:r>
      <w:r w:rsidR="42F4B84D">
        <w:rPr/>
        <w:t>its</w:t>
      </w:r>
      <w:r w:rsidR="780EC55A">
        <w:rPr/>
        <w:t xml:space="preserve"> </w:t>
      </w:r>
      <w:r w:rsidR="42F4B84D">
        <w:rPr/>
        <w:t>over</w:t>
      </w:r>
      <w:r w:rsidR="780EC55A">
        <w:rPr/>
        <w:t xml:space="preserve"> </w:t>
      </w:r>
      <w:r w:rsidR="42F4B84D">
        <w:rPr/>
        <w:t>2,900</w:t>
      </w:r>
      <w:r w:rsidR="780EC55A">
        <w:rPr/>
        <w:t xml:space="preserve"> </w:t>
      </w:r>
      <w:r w:rsidR="42F4B84D">
        <w:rPr/>
        <w:t>shops,</w:t>
      </w:r>
      <w:r w:rsidR="780EC55A">
        <w:rPr/>
        <w:t xml:space="preserve"> </w:t>
      </w:r>
      <w:r w:rsidR="42F4B84D">
        <w:rPr/>
        <w:t>Express</w:t>
      </w:r>
      <w:r w:rsidR="780EC55A">
        <w:rPr/>
        <w:t xml:space="preserve"> </w:t>
      </w:r>
      <w:r w:rsidR="42F4B84D">
        <w:rPr/>
        <w:t>models,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Whoosh</w:t>
      </w:r>
      <w:r w:rsidR="780EC55A">
        <w:rPr/>
        <w:t xml:space="preserve"> </w:t>
      </w:r>
      <w:r w:rsidR="42F4B84D">
        <w:rPr/>
        <w:t>rapid-delivery</w:t>
      </w:r>
      <w:r w:rsidR="780EC55A">
        <w:rPr/>
        <w:t xml:space="preserve"> </w:t>
      </w:r>
      <w:r w:rsidR="42F4B84D">
        <w:rPr/>
        <w:t>network.</w:t>
      </w:r>
      <w:r w:rsidR="780EC55A">
        <w:rPr/>
        <w:t xml:space="preserve"> </w:t>
      </w:r>
      <w:r w:rsidR="42F4B84D">
        <w:rPr/>
        <w:t>Store</w:t>
      </w:r>
      <w:r w:rsidR="780EC55A">
        <w:rPr/>
        <w:t xml:space="preserve"> </w:t>
      </w:r>
      <w:r w:rsidR="42F4B84D">
        <w:rPr/>
        <w:t>density</w:t>
      </w:r>
      <w:r w:rsidR="780EC55A">
        <w:rPr/>
        <w:t xml:space="preserve"> </w:t>
      </w:r>
      <w:r w:rsidR="42F4B84D">
        <w:rPr/>
        <w:t>facilitates</w:t>
      </w:r>
      <w:r w:rsidR="780EC55A">
        <w:rPr/>
        <w:t xml:space="preserve"> </w:t>
      </w:r>
      <w:r w:rsidR="42F4B84D">
        <w:rPr/>
        <w:t>Tesco's</w:t>
      </w:r>
      <w:r w:rsidR="780EC55A">
        <w:rPr/>
        <w:t xml:space="preserve"> </w:t>
      </w:r>
      <w:r w:rsidR="42F4B84D">
        <w:rPr/>
        <w:t>integration</w:t>
      </w:r>
      <w:r w:rsidR="780EC55A">
        <w:rPr/>
        <w:t xml:space="preserve"> </w:t>
      </w:r>
      <w:r w:rsidR="42F4B84D">
        <w:rPr/>
        <w:t>of</w:t>
      </w:r>
      <w:r w:rsidR="780EC55A">
        <w:rPr/>
        <w:t xml:space="preserve"> </w:t>
      </w:r>
      <w:r w:rsidR="42F4B84D">
        <w:rPr/>
        <w:t>physical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digital</w:t>
      </w:r>
      <w:r w:rsidR="780EC55A">
        <w:rPr/>
        <w:t xml:space="preserve"> </w:t>
      </w:r>
      <w:r w:rsidR="42F4B84D">
        <w:rPr/>
        <w:t>channels</w:t>
      </w:r>
      <w:r w:rsidR="780EC55A">
        <w:rPr/>
        <w:t xml:space="preserve"> </w:t>
      </w:r>
      <w:r w:rsidR="42F4B84D">
        <w:rPr/>
        <w:t>while</w:t>
      </w:r>
      <w:r w:rsidR="780EC55A">
        <w:rPr/>
        <w:t xml:space="preserve"> </w:t>
      </w:r>
      <w:r w:rsidR="42F4B84D">
        <w:rPr/>
        <w:t>promoting</w:t>
      </w:r>
      <w:r w:rsidR="780EC55A">
        <w:rPr/>
        <w:t xml:space="preserve"> </w:t>
      </w:r>
      <w:r w:rsidR="42F4B84D">
        <w:rPr/>
        <w:t>customer</w:t>
      </w:r>
      <w:r w:rsidR="780EC55A">
        <w:rPr/>
        <w:t xml:space="preserve"> </w:t>
      </w:r>
      <w:r w:rsidR="42F4B84D">
        <w:rPr/>
        <w:t>accessibility.</w:t>
      </w:r>
      <w:r w:rsidR="780EC55A">
        <w:rPr/>
        <w:t xml:space="preserve"> </w:t>
      </w:r>
      <w:r w:rsidR="42F4B84D">
        <w:rPr/>
        <w:t>Even</w:t>
      </w:r>
      <w:r w:rsidR="780EC55A">
        <w:rPr/>
        <w:t xml:space="preserve"> </w:t>
      </w:r>
      <w:r w:rsidR="42F4B84D">
        <w:rPr/>
        <w:t>tho</w:t>
      </w:r>
      <w:r w:rsidR="780EC55A">
        <w:rPr/>
        <w:t xml:space="preserve"> </w:t>
      </w:r>
      <w:r w:rsidR="42F4B84D">
        <w:rPr/>
        <w:t>rivals</w:t>
      </w:r>
      <w:r w:rsidR="780EC55A">
        <w:rPr/>
        <w:t xml:space="preserve"> </w:t>
      </w:r>
      <w:r w:rsidR="42F4B84D">
        <w:rPr/>
        <w:t>have</w:t>
      </w:r>
      <w:r w:rsidR="780EC55A">
        <w:rPr/>
        <w:t xml:space="preserve"> </w:t>
      </w:r>
      <w:r w:rsidR="42F4B84D">
        <w:rPr/>
        <w:t>big</w:t>
      </w:r>
      <w:r w:rsidR="780EC55A">
        <w:rPr/>
        <w:t xml:space="preserve"> </w:t>
      </w:r>
      <w:r w:rsidR="42F4B84D">
        <w:rPr/>
        <w:t>estates,</w:t>
      </w:r>
      <w:r w:rsidR="780EC55A">
        <w:rPr/>
        <w:t xml:space="preserve"> </w:t>
      </w:r>
      <w:r w:rsidR="42F4B84D">
        <w:rPr/>
        <w:t>it</w:t>
      </w:r>
      <w:r w:rsidR="780EC55A">
        <w:rPr/>
        <w:t xml:space="preserve"> </w:t>
      </w:r>
      <w:r w:rsidR="42F4B84D">
        <w:rPr/>
        <w:t>would</w:t>
      </w:r>
      <w:r w:rsidR="780EC55A">
        <w:rPr/>
        <w:t xml:space="preserve"> </w:t>
      </w:r>
      <w:r w:rsidR="42F4B84D">
        <w:rPr/>
        <w:t>take</w:t>
      </w:r>
      <w:r w:rsidR="780EC55A">
        <w:rPr/>
        <w:t xml:space="preserve"> </w:t>
      </w:r>
      <w:r w:rsidR="42F4B84D">
        <w:rPr/>
        <w:t>a</w:t>
      </w:r>
      <w:r w:rsidR="780EC55A">
        <w:rPr/>
        <w:t xml:space="preserve"> </w:t>
      </w:r>
      <w:r w:rsidR="42F4B84D">
        <w:rPr/>
        <w:t>lot</w:t>
      </w:r>
      <w:r w:rsidR="780EC55A">
        <w:rPr/>
        <w:t xml:space="preserve"> </w:t>
      </w:r>
      <w:r w:rsidR="42F4B84D">
        <w:rPr/>
        <w:t>of</w:t>
      </w:r>
      <w:r w:rsidR="780EC55A">
        <w:rPr/>
        <w:t xml:space="preserve"> </w:t>
      </w:r>
      <w:r w:rsidR="42F4B84D">
        <w:rPr/>
        <w:t>money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effort</w:t>
      </w:r>
      <w:r w:rsidR="780EC55A">
        <w:rPr/>
        <w:t xml:space="preserve"> </w:t>
      </w:r>
      <w:r w:rsidR="42F4B84D">
        <w:rPr/>
        <w:t>to</w:t>
      </w:r>
      <w:r w:rsidR="780EC55A">
        <w:rPr/>
        <w:t xml:space="preserve"> </w:t>
      </w:r>
      <w:r w:rsidR="42F4B84D">
        <w:rPr/>
        <w:t>duplicate</w:t>
      </w:r>
      <w:r w:rsidR="780EC55A">
        <w:rPr/>
        <w:t xml:space="preserve"> </w:t>
      </w:r>
      <w:r w:rsidR="42F4B84D">
        <w:rPr/>
        <w:t>Tesco's</w:t>
      </w:r>
      <w:r w:rsidR="780EC55A">
        <w:rPr/>
        <w:t xml:space="preserve"> </w:t>
      </w:r>
      <w:r w:rsidR="42F4B84D">
        <w:rPr/>
        <w:t>specific</w:t>
      </w:r>
      <w:r w:rsidR="780EC55A">
        <w:rPr/>
        <w:t xml:space="preserve"> </w:t>
      </w:r>
      <w:r w:rsidR="42F4B84D">
        <w:rPr/>
        <w:t>site</w:t>
      </w:r>
      <w:r w:rsidR="780EC55A">
        <w:rPr/>
        <w:t xml:space="preserve"> </w:t>
      </w:r>
      <w:r w:rsidR="42F4B84D">
        <w:rPr/>
        <w:t>network.</w:t>
      </w:r>
      <w:r w:rsidR="780EC55A">
        <w:rPr/>
        <w:t xml:space="preserve"> </w:t>
      </w:r>
      <w:r w:rsidR="42F4B84D">
        <w:rPr/>
        <w:t>Therefore,</w:t>
      </w:r>
      <w:r w:rsidR="780EC55A">
        <w:rPr/>
        <w:t xml:space="preserve"> </w:t>
      </w:r>
      <w:r w:rsidR="42F4B84D">
        <w:rPr/>
        <w:t>its</w:t>
      </w:r>
      <w:r w:rsidR="780EC55A">
        <w:rPr/>
        <w:t xml:space="preserve"> </w:t>
      </w:r>
      <w:r w:rsidR="42F4B84D">
        <w:rPr/>
        <w:t>format</w:t>
      </w:r>
      <w:r w:rsidR="780EC55A">
        <w:rPr/>
        <w:t xml:space="preserve"> </w:t>
      </w:r>
      <w:r w:rsidR="42F4B84D">
        <w:rPr/>
        <w:t>portfolio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digital</w:t>
      </w:r>
      <w:r w:rsidR="780EC55A">
        <w:rPr/>
        <w:t xml:space="preserve"> </w:t>
      </w:r>
      <w:r w:rsidR="42F4B84D">
        <w:rPr/>
        <w:t>fulfillment</w:t>
      </w:r>
      <w:r w:rsidR="780EC55A">
        <w:rPr/>
        <w:t xml:space="preserve"> </w:t>
      </w:r>
      <w:r w:rsidR="42F4B84D">
        <w:rPr/>
        <w:t>capabilities</w:t>
      </w:r>
      <w:r w:rsidR="780EC55A">
        <w:rPr/>
        <w:t xml:space="preserve"> </w:t>
      </w:r>
      <w:r w:rsidR="42F4B84D">
        <w:rPr/>
        <w:t>offer</w:t>
      </w:r>
      <w:r w:rsidR="780EC55A">
        <w:rPr/>
        <w:t xml:space="preserve"> </w:t>
      </w:r>
      <w:r w:rsidR="42F4B84D">
        <w:rPr/>
        <w:t>a</w:t>
      </w:r>
      <w:r w:rsidR="780EC55A">
        <w:rPr/>
        <w:t xml:space="preserve"> </w:t>
      </w:r>
      <w:r w:rsidR="42F4B84D">
        <w:rPr/>
        <w:t>short-term</w:t>
      </w:r>
      <w:r w:rsidR="780EC55A">
        <w:rPr/>
        <w:t xml:space="preserve"> </w:t>
      </w:r>
      <w:r w:rsidR="42F4B84D">
        <w:rPr/>
        <w:t>competitive</w:t>
      </w:r>
      <w:r w:rsidR="780EC55A">
        <w:rPr/>
        <w:t xml:space="preserve"> </w:t>
      </w:r>
      <w:r w:rsidR="42F4B84D">
        <w:rPr/>
        <w:t>advantage,</w:t>
      </w:r>
      <w:r w:rsidR="780EC55A">
        <w:rPr/>
        <w:t xml:space="preserve"> </w:t>
      </w:r>
      <w:r w:rsidR="42F4B84D">
        <w:rPr/>
        <w:t>especially</w:t>
      </w:r>
      <w:r w:rsidR="780EC55A">
        <w:rPr/>
        <w:t xml:space="preserve"> </w:t>
      </w:r>
      <w:r w:rsidR="42F4B84D">
        <w:rPr/>
        <w:t>in</w:t>
      </w:r>
      <w:r w:rsidR="780EC55A">
        <w:rPr/>
        <w:t xml:space="preserve"> </w:t>
      </w:r>
      <w:r w:rsidR="42F4B84D">
        <w:rPr/>
        <w:t>areas</w:t>
      </w:r>
      <w:r w:rsidR="780EC55A">
        <w:rPr/>
        <w:t xml:space="preserve"> </w:t>
      </w:r>
      <w:r w:rsidR="42F4B84D">
        <w:rPr/>
        <w:t>where</w:t>
      </w:r>
      <w:r w:rsidR="780EC55A">
        <w:rPr/>
        <w:t xml:space="preserve"> </w:t>
      </w:r>
      <w:r w:rsidR="42F4B84D">
        <w:rPr/>
        <w:t>omnichannel</w:t>
      </w:r>
      <w:r w:rsidR="780EC55A">
        <w:rPr/>
        <w:t xml:space="preserve"> </w:t>
      </w:r>
      <w:r w:rsidR="42F4B84D">
        <w:rPr/>
        <w:t>shopping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convenience</w:t>
      </w:r>
      <w:r w:rsidR="780EC55A">
        <w:rPr/>
        <w:t xml:space="preserve"> </w:t>
      </w:r>
      <w:r w:rsidR="42F4B84D">
        <w:rPr/>
        <w:t>are</w:t>
      </w:r>
      <w:r w:rsidR="780EC55A">
        <w:rPr/>
        <w:t xml:space="preserve"> </w:t>
      </w:r>
      <w:r w:rsidR="42F4B84D">
        <w:rPr/>
        <w:t>crucial.</w:t>
      </w:r>
    </w:p>
    <w:p w:rsidR="005B0F2A" w:rsidP="005B0F2A" w:rsidRDefault="005B0F2A" w14:paraId="17DFB917" w14:textId="77777777">
      <w:pPr>
        <w:jc w:val="both"/>
      </w:pPr>
    </w:p>
    <w:p w:rsidR="005B0F2A" w:rsidP="005B0F2A" w:rsidRDefault="005B0F2A" w14:paraId="7CCC6BB9" w14:textId="6A78B2F3">
      <w:pPr>
        <w:jc w:val="both"/>
      </w:pPr>
      <w:r w:rsidRPr="005B0F2A">
        <w:rPr>
          <w:b/>
          <w:bCs/>
        </w:rPr>
        <w:t>Own-label</w:t>
      </w:r>
      <w:r w:rsidR="006A6247">
        <w:rPr>
          <w:b/>
          <w:bCs/>
        </w:rPr>
        <w:t xml:space="preserve"> </w:t>
      </w:r>
      <w:r w:rsidRPr="005B0F2A">
        <w:rPr>
          <w:b/>
          <w:bCs/>
        </w:rPr>
        <w:t>and</w:t>
      </w:r>
      <w:r w:rsidR="006A6247">
        <w:rPr>
          <w:b/>
          <w:bCs/>
        </w:rPr>
        <w:t xml:space="preserve"> </w:t>
      </w:r>
      <w:r w:rsidRPr="005B0F2A">
        <w:rPr>
          <w:b/>
          <w:bCs/>
        </w:rPr>
        <w:t>Finest.</w:t>
      </w:r>
      <w:r w:rsidR="006A6247">
        <w:t xml:space="preserve"> </w:t>
      </w:r>
      <w:r>
        <w:t>Through</w:t>
      </w:r>
      <w:r w:rsidR="006A6247">
        <w:t xml:space="preserve"> </w:t>
      </w:r>
      <w:r>
        <w:t>premium</w:t>
      </w:r>
      <w:r w:rsidR="006A6247">
        <w:t xml:space="preserve"> </w:t>
      </w:r>
      <w:r>
        <w:t>positioning,</w:t>
      </w:r>
      <w:r w:rsidR="006A6247">
        <w:t xml:space="preserve"> </w:t>
      </w:r>
      <w:r>
        <w:t>differentiation,</w:t>
      </w:r>
      <w:r w:rsidR="006A6247">
        <w:t xml:space="preserve"> </w:t>
      </w:r>
      <w:r>
        <w:t>and</w:t>
      </w:r>
      <w:r w:rsidR="006A6247">
        <w:t xml:space="preserve"> </w:t>
      </w:r>
      <w:r>
        <w:t>possibly</w:t>
      </w:r>
      <w:r w:rsidR="006A6247">
        <w:t xml:space="preserve"> </w:t>
      </w:r>
      <w:r>
        <w:t>better</w:t>
      </w:r>
      <w:r w:rsidR="006A6247">
        <w:t xml:space="preserve"> </w:t>
      </w:r>
      <w:r>
        <w:t>margins,</w:t>
      </w:r>
      <w:r w:rsidR="006A6247">
        <w:t xml:space="preserve"> </w:t>
      </w:r>
      <w:r>
        <w:t>Tesco's</w:t>
      </w:r>
      <w:r w:rsidR="006A6247">
        <w:t xml:space="preserve"> </w:t>
      </w:r>
      <w:r>
        <w:t>Finest</w:t>
      </w:r>
      <w:r w:rsidR="006A6247">
        <w:t xml:space="preserve"> </w:t>
      </w:r>
      <w:r>
        <w:t>range</w:t>
      </w:r>
      <w:r w:rsidR="006A6247">
        <w:t xml:space="preserve"> </w:t>
      </w:r>
      <w:r>
        <w:t>and</w:t>
      </w:r>
      <w:r w:rsidR="006A6247">
        <w:t xml:space="preserve"> </w:t>
      </w:r>
      <w:r>
        <w:t>ongoing</w:t>
      </w:r>
      <w:r w:rsidR="006A6247">
        <w:t xml:space="preserve"> </w:t>
      </w:r>
      <w:r>
        <w:t>NPD</w:t>
      </w:r>
      <w:r w:rsidR="006A6247">
        <w:t xml:space="preserve"> </w:t>
      </w:r>
      <w:r>
        <w:t>generate</w:t>
      </w:r>
      <w:r w:rsidR="006A6247">
        <w:t xml:space="preserve"> </w:t>
      </w:r>
      <w:r>
        <w:t>value.</w:t>
      </w:r>
      <w:r w:rsidR="006A6247">
        <w:t xml:space="preserve"> </w:t>
      </w:r>
      <w:r>
        <w:t>However,</w:t>
      </w:r>
      <w:r w:rsidR="006A6247">
        <w:t xml:space="preserve"> </w:t>
      </w:r>
      <w:r>
        <w:t>the</w:t>
      </w:r>
      <w:r w:rsidR="006A6247">
        <w:t xml:space="preserve"> </w:t>
      </w:r>
      <w:r>
        <w:t>majority</w:t>
      </w:r>
      <w:r w:rsidR="006A6247">
        <w:t xml:space="preserve"> </w:t>
      </w:r>
      <w:r>
        <w:t>of</w:t>
      </w:r>
      <w:r w:rsidR="006A6247">
        <w:t xml:space="preserve"> </w:t>
      </w:r>
      <w:r>
        <w:t>large</w:t>
      </w:r>
      <w:r w:rsidR="006A6247">
        <w:t xml:space="preserve"> </w:t>
      </w:r>
      <w:r>
        <w:t>stores</w:t>
      </w:r>
      <w:r w:rsidR="006A6247">
        <w:t xml:space="preserve"> </w:t>
      </w:r>
      <w:r>
        <w:t>carry</w:t>
      </w:r>
      <w:r w:rsidR="006A6247">
        <w:t xml:space="preserve"> </w:t>
      </w:r>
      <w:r>
        <w:t>own-label</w:t>
      </w:r>
      <w:r w:rsidR="006A6247">
        <w:t xml:space="preserve"> </w:t>
      </w:r>
      <w:r>
        <w:t>products,</w:t>
      </w:r>
      <w:r w:rsidR="006A6247">
        <w:t xml:space="preserve"> </w:t>
      </w:r>
      <w:r>
        <w:t>which</w:t>
      </w:r>
      <w:r w:rsidR="006A6247">
        <w:t xml:space="preserve"> </w:t>
      </w:r>
      <w:r>
        <w:t>reduces</w:t>
      </w:r>
      <w:r w:rsidR="006A6247">
        <w:t xml:space="preserve"> </w:t>
      </w:r>
      <w:r>
        <w:t>rarity.</w:t>
      </w:r>
      <w:r w:rsidR="006A6247">
        <w:t xml:space="preserve"> </w:t>
      </w:r>
      <w:r>
        <w:t>Although</w:t>
      </w:r>
      <w:r w:rsidR="006A6247">
        <w:t xml:space="preserve"> </w:t>
      </w:r>
      <w:r>
        <w:t>Tesco's</w:t>
      </w:r>
      <w:r w:rsidR="006A6247">
        <w:t xml:space="preserve"> </w:t>
      </w:r>
      <w:r>
        <w:t>supplier</w:t>
      </w:r>
      <w:r w:rsidR="006A6247">
        <w:t xml:space="preserve"> </w:t>
      </w:r>
      <w:r>
        <w:t>relationships,</w:t>
      </w:r>
      <w:r w:rsidR="006A6247">
        <w:t xml:space="preserve"> </w:t>
      </w:r>
      <w:r>
        <w:t>customer</w:t>
      </w:r>
      <w:r w:rsidR="006A6247">
        <w:t xml:space="preserve"> </w:t>
      </w:r>
      <w:r>
        <w:t>data,</w:t>
      </w:r>
      <w:r w:rsidR="006A6247">
        <w:t xml:space="preserve"> </w:t>
      </w:r>
      <w:r>
        <w:t>and</w:t>
      </w:r>
      <w:r w:rsidR="006A6247">
        <w:t xml:space="preserve"> </w:t>
      </w:r>
      <w:r>
        <w:t>ongoing</w:t>
      </w:r>
      <w:r w:rsidR="006A6247">
        <w:t xml:space="preserve"> </w:t>
      </w:r>
      <w:r>
        <w:t>innovation</w:t>
      </w:r>
      <w:r w:rsidR="006A6247">
        <w:t xml:space="preserve"> </w:t>
      </w:r>
      <w:r>
        <w:t>make</w:t>
      </w:r>
      <w:r w:rsidR="006A6247">
        <w:t xml:space="preserve"> </w:t>
      </w:r>
      <w:r>
        <w:t>complete</w:t>
      </w:r>
      <w:r w:rsidR="006A6247">
        <w:t xml:space="preserve"> </w:t>
      </w:r>
      <w:r>
        <w:t>copying</w:t>
      </w:r>
      <w:r w:rsidR="006A6247">
        <w:t xml:space="preserve"> </w:t>
      </w:r>
      <w:r>
        <w:t>more</w:t>
      </w:r>
      <w:r w:rsidR="006A6247">
        <w:t xml:space="preserve"> </w:t>
      </w:r>
      <w:r>
        <w:t>challenging,</w:t>
      </w:r>
      <w:r w:rsidR="006A6247">
        <w:t xml:space="preserve"> </w:t>
      </w:r>
      <w:r>
        <w:t>the</w:t>
      </w:r>
      <w:r w:rsidR="006A6247">
        <w:t xml:space="preserve"> </w:t>
      </w:r>
      <w:r>
        <w:t>capability</w:t>
      </w:r>
      <w:r w:rsidR="006A6247">
        <w:t xml:space="preserve"> </w:t>
      </w:r>
      <w:r>
        <w:t>is</w:t>
      </w:r>
      <w:r w:rsidR="006A6247">
        <w:t xml:space="preserve"> </w:t>
      </w:r>
      <w:r>
        <w:t>also</w:t>
      </w:r>
      <w:r w:rsidR="006A6247">
        <w:t xml:space="preserve"> </w:t>
      </w:r>
      <w:r>
        <w:t>replicable</w:t>
      </w:r>
      <w:r w:rsidR="006A6247">
        <w:t xml:space="preserve"> </w:t>
      </w:r>
      <w:r>
        <w:t>because</w:t>
      </w:r>
      <w:r w:rsidR="006A6247">
        <w:t xml:space="preserve"> </w:t>
      </w:r>
      <w:r>
        <w:t>rivals</w:t>
      </w:r>
      <w:r w:rsidR="006A6247">
        <w:t xml:space="preserve"> </w:t>
      </w:r>
      <w:r>
        <w:t>may</w:t>
      </w:r>
      <w:r w:rsidR="006A6247">
        <w:t xml:space="preserve"> </w:t>
      </w:r>
      <w:r>
        <w:t>create</w:t>
      </w:r>
      <w:r w:rsidR="006A6247">
        <w:t xml:space="preserve"> </w:t>
      </w:r>
      <w:r>
        <w:t>equivalent</w:t>
      </w:r>
      <w:r w:rsidR="006A6247">
        <w:t xml:space="preserve"> </w:t>
      </w:r>
      <w:r>
        <w:t>premium</w:t>
      </w:r>
      <w:r w:rsidR="006A6247">
        <w:t xml:space="preserve"> </w:t>
      </w:r>
      <w:r>
        <w:t>lines.</w:t>
      </w:r>
      <w:r w:rsidR="006A6247">
        <w:t xml:space="preserve"> </w:t>
      </w:r>
      <w:r>
        <w:t>Tesco</w:t>
      </w:r>
      <w:r w:rsidR="006A6247">
        <w:t xml:space="preserve"> </w:t>
      </w:r>
      <w:r>
        <w:t>is</w:t>
      </w:r>
      <w:r w:rsidR="006A6247">
        <w:t xml:space="preserve"> </w:t>
      </w:r>
      <w:r>
        <w:t>structured</w:t>
      </w:r>
      <w:r w:rsidR="006A6247">
        <w:t xml:space="preserve"> </w:t>
      </w:r>
      <w:r>
        <w:t>using</w:t>
      </w:r>
      <w:r w:rsidR="006A6247">
        <w:t xml:space="preserve"> </w:t>
      </w:r>
      <w:r>
        <w:t>specialized</w:t>
      </w:r>
      <w:r w:rsidR="006A6247">
        <w:t xml:space="preserve"> </w:t>
      </w:r>
      <w:r>
        <w:t>NPD</w:t>
      </w:r>
      <w:r w:rsidR="006A6247">
        <w:t xml:space="preserve"> </w:t>
      </w:r>
      <w:r>
        <w:t>and</w:t>
      </w:r>
      <w:r w:rsidR="006A6247">
        <w:t xml:space="preserve"> </w:t>
      </w:r>
      <w:r>
        <w:t>category-management</w:t>
      </w:r>
      <w:r w:rsidR="006A6247">
        <w:t xml:space="preserve"> </w:t>
      </w:r>
      <w:r>
        <w:t>tools.</w:t>
      </w:r>
      <w:r w:rsidR="006A6247">
        <w:t xml:space="preserve"> </w:t>
      </w:r>
      <w:r>
        <w:t>As</w:t>
      </w:r>
      <w:r w:rsidR="006A6247">
        <w:t xml:space="preserve"> </w:t>
      </w:r>
      <w:r>
        <w:t>a</w:t>
      </w:r>
      <w:r w:rsidR="006A6247">
        <w:t xml:space="preserve"> </w:t>
      </w:r>
      <w:r>
        <w:t>result,</w:t>
      </w:r>
      <w:r w:rsidR="006A6247">
        <w:t xml:space="preserve"> </w:t>
      </w:r>
      <w:r>
        <w:t>finest</w:t>
      </w:r>
      <w:r w:rsidR="006A6247">
        <w:t xml:space="preserve"> </w:t>
      </w:r>
      <w:r>
        <w:t>offers</w:t>
      </w:r>
      <w:r w:rsidR="006A6247">
        <w:t xml:space="preserve"> </w:t>
      </w:r>
      <w:r>
        <w:t>transient</w:t>
      </w:r>
      <w:r w:rsidR="006A6247">
        <w:t xml:space="preserve"> </w:t>
      </w:r>
      <w:r>
        <w:t>advantage</w:t>
      </w:r>
      <w:r w:rsidR="006A6247">
        <w:t xml:space="preserve"> </w:t>
      </w:r>
      <w:r>
        <w:t>thru</w:t>
      </w:r>
      <w:r w:rsidR="006A6247">
        <w:t xml:space="preserve"> </w:t>
      </w:r>
      <w:r>
        <w:t>competitive</w:t>
      </w:r>
      <w:r w:rsidR="006A6247">
        <w:t xml:space="preserve"> </w:t>
      </w:r>
      <w:r>
        <w:t>parity,</w:t>
      </w:r>
      <w:r w:rsidR="006A6247">
        <w:t xml:space="preserve"> </w:t>
      </w:r>
      <w:r>
        <w:t>with</w:t>
      </w:r>
      <w:r w:rsidR="006A6247">
        <w:t xml:space="preserve"> </w:t>
      </w:r>
      <w:r>
        <w:t>premium</w:t>
      </w:r>
      <w:r w:rsidR="006A6247">
        <w:t xml:space="preserve"> </w:t>
      </w:r>
      <w:r>
        <w:t>groceries</w:t>
      </w:r>
      <w:r w:rsidR="006A6247">
        <w:t xml:space="preserve"> </w:t>
      </w:r>
      <w:r>
        <w:t>offering</w:t>
      </w:r>
      <w:r w:rsidR="006A6247">
        <w:t xml:space="preserve"> </w:t>
      </w:r>
      <w:r>
        <w:t>a</w:t>
      </w:r>
      <w:r w:rsidR="006A6247">
        <w:t xml:space="preserve"> </w:t>
      </w:r>
      <w:r>
        <w:t>significant</w:t>
      </w:r>
      <w:r w:rsidR="006A6247">
        <w:t xml:space="preserve"> </w:t>
      </w:r>
      <w:r>
        <w:t>development</w:t>
      </w:r>
      <w:r w:rsidR="006A6247">
        <w:t xml:space="preserve"> </w:t>
      </w:r>
      <w:r>
        <w:t>prospect</w:t>
      </w:r>
      <w:r w:rsidR="006A6247">
        <w:t xml:space="preserve"> </w:t>
      </w:r>
      <w:r>
        <w:t>(Kantar,</w:t>
      </w:r>
      <w:r w:rsidR="006A6247">
        <w:t xml:space="preserve"> </w:t>
      </w:r>
      <w:r>
        <w:t>2025).</w:t>
      </w:r>
    </w:p>
    <w:p w:rsidR="005B0F2A" w:rsidP="005B0F2A" w:rsidRDefault="005B0F2A" w14:paraId="494DA1E3" w14:textId="77777777">
      <w:pPr>
        <w:jc w:val="both"/>
      </w:pPr>
    </w:p>
    <w:p w:rsidR="005B0F2A" w:rsidP="005B0F2A" w:rsidRDefault="005B0F2A" w14:paraId="4248657F" w14:textId="0EE3E524">
      <w:pPr>
        <w:jc w:val="both"/>
      </w:pPr>
      <w:r w:rsidRPr="005B0F2A">
        <w:rPr>
          <w:b/>
          <w:bCs/>
        </w:rPr>
        <w:t>Sustainability</w:t>
      </w:r>
      <w:r w:rsidR="006A6247">
        <w:rPr>
          <w:b/>
          <w:bCs/>
        </w:rPr>
        <w:t xml:space="preserve"> </w:t>
      </w:r>
      <w:r w:rsidRPr="005B0F2A">
        <w:rPr>
          <w:b/>
          <w:bCs/>
        </w:rPr>
        <w:t>capability.</w:t>
      </w:r>
      <w:r w:rsidR="006A6247">
        <w:t xml:space="preserve"> </w:t>
      </w:r>
      <w:r>
        <w:t>Tesco's</w:t>
      </w:r>
      <w:r w:rsidR="006A6247">
        <w:t xml:space="preserve"> </w:t>
      </w:r>
      <w:r>
        <w:t>science-based</w:t>
      </w:r>
      <w:r w:rsidR="006A6247">
        <w:t xml:space="preserve"> </w:t>
      </w:r>
      <w:r>
        <w:t>goals,</w:t>
      </w:r>
      <w:r w:rsidR="006A6247">
        <w:t xml:space="preserve"> </w:t>
      </w:r>
      <w:r>
        <w:t>such</w:t>
      </w:r>
      <w:r w:rsidR="006A6247">
        <w:t xml:space="preserve"> </w:t>
      </w:r>
      <w:r>
        <w:t>as</w:t>
      </w:r>
      <w:r w:rsidR="006A6247">
        <w:t xml:space="preserve"> </w:t>
      </w:r>
      <w:r>
        <w:t>its</w:t>
      </w:r>
      <w:r w:rsidR="006A6247">
        <w:t xml:space="preserve"> </w:t>
      </w:r>
      <w:r>
        <w:t>2035</w:t>
      </w:r>
      <w:r w:rsidR="006A6247">
        <w:t xml:space="preserve"> </w:t>
      </w:r>
      <w:r>
        <w:t>and</w:t>
      </w:r>
      <w:r w:rsidR="006A6247">
        <w:t xml:space="preserve"> </w:t>
      </w:r>
      <w:r>
        <w:t>2050</w:t>
      </w:r>
      <w:r w:rsidR="006A6247">
        <w:t xml:space="preserve"> </w:t>
      </w:r>
      <w:r>
        <w:t>aspirations</w:t>
      </w:r>
      <w:r w:rsidR="006A6247">
        <w:t xml:space="preserve"> </w:t>
      </w:r>
      <w:r>
        <w:t>and</w:t>
      </w:r>
      <w:r w:rsidR="006A6247">
        <w:t xml:space="preserve"> </w:t>
      </w:r>
      <w:r>
        <w:t>significant</w:t>
      </w:r>
      <w:r w:rsidR="006A6247">
        <w:t xml:space="preserve"> </w:t>
      </w:r>
      <w:r>
        <w:t>emissions-reduction</w:t>
      </w:r>
      <w:r w:rsidR="006A6247">
        <w:t xml:space="preserve"> </w:t>
      </w:r>
      <w:r>
        <w:t>pledges,</w:t>
      </w:r>
      <w:r w:rsidR="006A6247">
        <w:t xml:space="preserve"> </w:t>
      </w:r>
      <w:r>
        <w:t>add</w:t>
      </w:r>
      <w:r w:rsidR="006A6247">
        <w:t xml:space="preserve"> </w:t>
      </w:r>
      <w:r>
        <w:t>value</w:t>
      </w:r>
      <w:r w:rsidR="006A6247">
        <w:t xml:space="preserve"> </w:t>
      </w:r>
      <w:r>
        <w:t>thru</w:t>
      </w:r>
      <w:r w:rsidR="006A6247">
        <w:t xml:space="preserve"> </w:t>
      </w:r>
      <w:r>
        <w:t>cost</w:t>
      </w:r>
      <w:r w:rsidR="006A6247">
        <w:t xml:space="preserve"> </w:t>
      </w:r>
      <w:r>
        <w:t>effectiveness,</w:t>
      </w:r>
      <w:r w:rsidR="006A6247">
        <w:t xml:space="preserve"> </w:t>
      </w:r>
      <w:r>
        <w:t>reputation,</w:t>
      </w:r>
      <w:r w:rsidR="006A6247">
        <w:t xml:space="preserve"> </w:t>
      </w:r>
      <w:r>
        <w:t>and</w:t>
      </w:r>
      <w:r w:rsidR="006A6247">
        <w:t xml:space="preserve"> </w:t>
      </w:r>
      <w:r>
        <w:t>regulatory</w:t>
      </w:r>
      <w:r w:rsidR="006A6247">
        <w:t xml:space="preserve"> </w:t>
      </w:r>
      <w:r>
        <w:t>readiness.</w:t>
      </w:r>
      <w:r w:rsidR="006A6247">
        <w:t xml:space="preserve"> </w:t>
      </w:r>
      <w:r>
        <w:t>However,</w:t>
      </w:r>
      <w:r w:rsidR="006A6247">
        <w:t xml:space="preserve"> </w:t>
      </w:r>
      <w:r>
        <w:t>prominent</w:t>
      </w:r>
      <w:r w:rsidR="006A6247">
        <w:t xml:space="preserve"> </w:t>
      </w:r>
      <w:r>
        <w:t>shops</w:t>
      </w:r>
      <w:r w:rsidR="006A6247">
        <w:t xml:space="preserve"> </w:t>
      </w:r>
      <w:r>
        <w:t>are</w:t>
      </w:r>
      <w:r w:rsidR="006A6247">
        <w:t xml:space="preserve"> </w:t>
      </w:r>
      <w:r>
        <w:t>increasingly</w:t>
      </w:r>
      <w:r w:rsidR="006A6247">
        <w:t xml:space="preserve"> </w:t>
      </w:r>
      <w:r>
        <w:t>adopting</w:t>
      </w:r>
      <w:r w:rsidR="006A6247">
        <w:t xml:space="preserve"> </w:t>
      </w:r>
      <w:r>
        <w:t>sustainability</w:t>
      </w:r>
      <w:r w:rsidR="006A6247">
        <w:t xml:space="preserve"> </w:t>
      </w:r>
      <w:r>
        <w:t>leadership,</w:t>
      </w:r>
      <w:r w:rsidR="006A6247">
        <w:t xml:space="preserve"> </w:t>
      </w:r>
      <w:r>
        <w:t>which</w:t>
      </w:r>
      <w:r w:rsidR="006A6247">
        <w:t xml:space="preserve"> </w:t>
      </w:r>
      <w:r>
        <w:t>lessens</w:t>
      </w:r>
      <w:r w:rsidR="006A6247">
        <w:t xml:space="preserve"> </w:t>
      </w:r>
      <w:r>
        <w:t>its</w:t>
      </w:r>
      <w:r w:rsidR="006A6247">
        <w:t xml:space="preserve"> </w:t>
      </w:r>
      <w:r>
        <w:t>rarity.</w:t>
      </w:r>
      <w:r w:rsidR="006A6247">
        <w:t xml:space="preserve"> </w:t>
      </w:r>
      <w:r>
        <w:t>However,</w:t>
      </w:r>
      <w:r w:rsidR="006A6247">
        <w:t xml:space="preserve"> </w:t>
      </w:r>
      <w:r>
        <w:t>because</w:t>
      </w:r>
      <w:r w:rsidR="006A6247">
        <w:t xml:space="preserve"> </w:t>
      </w:r>
      <w:r>
        <w:t>it</w:t>
      </w:r>
      <w:r w:rsidR="006A6247">
        <w:t xml:space="preserve"> </w:t>
      </w:r>
      <w:r>
        <w:t>needs</w:t>
      </w:r>
      <w:r w:rsidR="006A6247">
        <w:t xml:space="preserve"> </w:t>
      </w:r>
      <w:r>
        <w:t>long-term</w:t>
      </w:r>
      <w:r w:rsidR="006A6247">
        <w:t xml:space="preserve"> </w:t>
      </w:r>
      <w:r>
        <w:t>supplier</w:t>
      </w:r>
      <w:r w:rsidR="006A6247">
        <w:t xml:space="preserve"> </w:t>
      </w:r>
      <w:r>
        <w:t>involvement,</w:t>
      </w:r>
      <w:r w:rsidR="006A6247">
        <w:t xml:space="preserve"> </w:t>
      </w:r>
      <w:r>
        <w:t>technical</w:t>
      </w:r>
      <w:r w:rsidR="006A6247">
        <w:t xml:space="preserve"> </w:t>
      </w:r>
      <w:r>
        <w:t>investment,</w:t>
      </w:r>
      <w:r w:rsidR="006A6247">
        <w:t xml:space="preserve"> </w:t>
      </w:r>
      <w:r>
        <w:t>and</w:t>
      </w:r>
      <w:r w:rsidR="006A6247">
        <w:t xml:space="preserve"> </w:t>
      </w:r>
      <w:r>
        <w:t>organizational</w:t>
      </w:r>
      <w:r w:rsidR="006A6247">
        <w:t xml:space="preserve"> </w:t>
      </w:r>
      <w:r>
        <w:t>coordination,</w:t>
      </w:r>
      <w:r w:rsidR="006A6247">
        <w:t xml:space="preserve"> </w:t>
      </w:r>
      <w:r>
        <w:t>achieving</w:t>
      </w:r>
      <w:r w:rsidR="006A6247">
        <w:t xml:space="preserve"> </w:t>
      </w:r>
      <w:r>
        <w:t>reductions</w:t>
      </w:r>
      <w:r w:rsidR="006A6247">
        <w:t xml:space="preserve"> </w:t>
      </w:r>
      <w:r>
        <w:t>throughout</w:t>
      </w:r>
      <w:r w:rsidR="006A6247">
        <w:t xml:space="preserve"> </w:t>
      </w:r>
      <w:r>
        <w:t>Tesco's</w:t>
      </w:r>
      <w:r w:rsidR="006A6247">
        <w:t xml:space="preserve"> </w:t>
      </w:r>
      <w:r>
        <w:t>vast</w:t>
      </w:r>
      <w:r w:rsidR="006A6247">
        <w:t xml:space="preserve"> </w:t>
      </w:r>
      <w:r>
        <w:t>supplier</w:t>
      </w:r>
      <w:r w:rsidR="006A6247">
        <w:t xml:space="preserve"> </w:t>
      </w:r>
      <w:r>
        <w:t>network</w:t>
      </w:r>
      <w:r w:rsidR="006A6247">
        <w:t xml:space="preserve"> </w:t>
      </w:r>
      <w:r>
        <w:t>is</w:t>
      </w:r>
      <w:r w:rsidR="006A6247">
        <w:t xml:space="preserve"> </w:t>
      </w:r>
      <w:r>
        <w:t>challenging</w:t>
      </w:r>
      <w:r w:rsidR="006A6247">
        <w:t xml:space="preserve"> </w:t>
      </w:r>
      <w:r>
        <w:t>to</w:t>
      </w:r>
      <w:r w:rsidR="006A6247">
        <w:t xml:space="preserve"> </w:t>
      </w:r>
      <w:r>
        <w:t>replicate.</w:t>
      </w:r>
      <w:r w:rsidR="006A6247">
        <w:t xml:space="preserve"> </w:t>
      </w:r>
      <w:r>
        <w:t>Tesco's</w:t>
      </w:r>
      <w:r w:rsidR="006A6247">
        <w:t xml:space="preserve"> </w:t>
      </w:r>
      <w:r>
        <w:t>capacity</w:t>
      </w:r>
      <w:r w:rsidR="006A6247">
        <w:t xml:space="preserve"> </w:t>
      </w:r>
      <w:r>
        <w:t>to</w:t>
      </w:r>
      <w:r w:rsidR="006A6247">
        <w:t xml:space="preserve"> </w:t>
      </w:r>
      <w:r>
        <w:t>capture</w:t>
      </w:r>
      <w:r w:rsidR="006A6247">
        <w:t xml:space="preserve"> </w:t>
      </w:r>
      <w:r>
        <w:t>value</w:t>
      </w:r>
      <w:r w:rsidR="006A6247">
        <w:t xml:space="preserve"> </w:t>
      </w:r>
      <w:r>
        <w:t>is</w:t>
      </w:r>
      <w:r w:rsidR="006A6247">
        <w:t xml:space="preserve"> </w:t>
      </w:r>
      <w:r>
        <w:t>strengthened</w:t>
      </w:r>
      <w:r w:rsidR="006A6247">
        <w:t xml:space="preserve"> </w:t>
      </w:r>
      <w:r>
        <w:t>by</w:t>
      </w:r>
      <w:r w:rsidR="006A6247">
        <w:t xml:space="preserve"> </w:t>
      </w:r>
      <w:r>
        <w:t>ESG-linked</w:t>
      </w:r>
      <w:r w:rsidR="006A6247">
        <w:t xml:space="preserve"> </w:t>
      </w:r>
      <w:r>
        <w:t>incentives</w:t>
      </w:r>
      <w:r w:rsidR="006A6247">
        <w:t xml:space="preserve"> </w:t>
      </w:r>
      <w:r>
        <w:t>and</w:t>
      </w:r>
      <w:r w:rsidR="006A6247">
        <w:t xml:space="preserve"> </w:t>
      </w:r>
      <w:r>
        <w:t>board-level</w:t>
      </w:r>
      <w:r w:rsidR="006A6247">
        <w:t xml:space="preserve"> </w:t>
      </w:r>
      <w:r>
        <w:t>oversight.</w:t>
      </w:r>
      <w:r w:rsidR="006A6247">
        <w:t xml:space="preserve"> </w:t>
      </w:r>
      <w:r>
        <w:t>Although</w:t>
      </w:r>
      <w:r w:rsidR="006A6247">
        <w:t xml:space="preserve"> </w:t>
      </w:r>
      <w:r>
        <w:t>its</w:t>
      </w:r>
      <w:r w:rsidR="006A6247">
        <w:t xml:space="preserve"> </w:t>
      </w:r>
      <w:r>
        <w:t>longevity</w:t>
      </w:r>
      <w:r w:rsidR="006A6247">
        <w:t xml:space="preserve"> </w:t>
      </w:r>
      <w:r>
        <w:t>depends</w:t>
      </w:r>
      <w:r w:rsidR="006A6247">
        <w:t xml:space="preserve"> </w:t>
      </w:r>
      <w:r>
        <w:t>on</w:t>
      </w:r>
      <w:r w:rsidR="006A6247">
        <w:t xml:space="preserve"> </w:t>
      </w:r>
      <w:r>
        <w:t>quantifiable</w:t>
      </w:r>
      <w:r w:rsidR="006A6247">
        <w:t xml:space="preserve"> </w:t>
      </w:r>
      <w:r>
        <w:t>advancement,</w:t>
      </w:r>
      <w:r w:rsidR="006A6247">
        <w:t xml:space="preserve"> </w:t>
      </w:r>
      <w:r>
        <w:t>this</w:t>
      </w:r>
      <w:r w:rsidR="006A6247">
        <w:t xml:space="preserve"> </w:t>
      </w:r>
      <w:r>
        <w:t>is</w:t>
      </w:r>
      <w:r w:rsidR="006A6247">
        <w:t xml:space="preserve"> </w:t>
      </w:r>
      <w:r>
        <w:t>a</w:t>
      </w:r>
      <w:r w:rsidR="006A6247">
        <w:t xml:space="preserve"> </w:t>
      </w:r>
      <w:r>
        <w:t>growing</w:t>
      </w:r>
      <w:r w:rsidR="006A6247">
        <w:t xml:space="preserve"> </w:t>
      </w:r>
      <w:r>
        <w:t>sustainable</w:t>
      </w:r>
      <w:r w:rsidR="006A6247">
        <w:t xml:space="preserve"> </w:t>
      </w:r>
      <w:r>
        <w:t>benefit</w:t>
      </w:r>
      <w:r w:rsidR="006A6247">
        <w:t xml:space="preserve"> </w:t>
      </w:r>
      <w:r>
        <w:t>(Climate</w:t>
      </w:r>
      <w:r w:rsidR="006A6247">
        <w:t xml:space="preserve"> </w:t>
      </w:r>
      <w:r>
        <w:t>Action,</w:t>
      </w:r>
      <w:r w:rsidR="006A6247">
        <w:t xml:space="preserve"> </w:t>
      </w:r>
      <w:r>
        <w:t>2023;</w:t>
      </w:r>
      <w:r w:rsidR="006A6247">
        <w:t xml:space="preserve"> </w:t>
      </w:r>
      <w:r>
        <w:t>CSR</w:t>
      </w:r>
      <w:r w:rsidR="006A6247">
        <w:t xml:space="preserve"> </w:t>
      </w:r>
      <w:r>
        <w:t>Reporters,</w:t>
      </w:r>
      <w:r w:rsidR="006A6247">
        <w:t xml:space="preserve"> </w:t>
      </w:r>
      <w:r>
        <w:t>2026;</w:t>
      </w:r>
      <w:r w:rsidR="006A6247">
        <w:t xml:space="preserve"> </w:t>
      </w:r>
      <w:r>
        <w:t>Sustainability</w:t>
      </w:r>
      <w:r w:rsidR="006A6247">
        <w:t xml:space="preserve"> </w:t>
      </w:r>
      <w:r>
        <w:t>Magazine,</w:t>
      </w:r>
      <w:r w:rsidR="006A6247">
        <w:t xml:space="preserve"> </w:t>
      </w:r>
      <w:r>
        <w:t>2025).</w:t>
      </w:r>
    </w:p>
    <w:p w:rsidR="005B0F2A" w:rsidP="005B0F2A" w:rsidRDefault="005B0F2A" w14:paraId="6E6A7F6B" w14:textId="77777777">
      <w:pPr>
        <w:jc w:val="both"/>
      </w:pPr>
    </w:p>
    <w:p w:rsidR="005B0F2A" w:rsidP="005B0F2A" w:rsidRDefault="005B0F2A" w14:paraId="06A71440" w14:textId="57E6B50A">
      <w:pPr>
        <w:jc w:val="both"/>
      </w:pPr>
      <w:r w:rsidRPr="005B0F2A">
        <w:rPr>
          <w:b/>
          <w:bCs/>
        </w:rPr>
        <w:t>Financial</w:t>
      </w:r>
      <w:r w:rsidR="006A6247">
        <w:rPr>
          <w:b/>
          <w:bCs/>
        </w:rPr>
        <w:t xml:space="preserve"> </w:t>
      </w:r>
      <w:r w:rsidRPr="005B0F2A">
        <w:rPr>
          <w:b/>
          <w:bCs/>
        </w:rPr>
        <w:t>resources.</w:t>
      </w:r>
      <w:r w:rsidR="006A6247">
        <w:t xml:space="preserve"> </w:t>
      </w:r>
      <w:r>
        <w:t>Tesco</w:t>
      </w:r>
      <w:r w:rsidR="006A6247">
        <w:t xml:space="preserve"> </w:t>
      </w:r>
      <w:r>
        <w:t>offers</w:t>
      </w:r>
      <w:r w:rsidR="006A6247">
        <w:t xml:space="preserve"> </w:t>
      </w:r>
      <w:r>
        <w:t>significant</w:t>
      </w:r>
      <w:r w:rsidR="006A6247">
        <w:t xml:space="preserve"> </w:t>
      </w:r>
      <w:r>
        <w:t>financial</w:t>
      </w:r>
      <w:r w:rsidR="006A6247">
        <w:t xml:space="preserve"> </w:t>
      </w:r>
      <w:r>
        <w:t>flexibility</w:t>
      </w:r>
      <w:r w:rsidR="006A6247">
        <w:t xml:space="preserve"> </w:t>
      </w:r>
      <w:r>
        <w:t>for</w:t>
      </w:r>
      <w:r w:rsidR="006A6247">
        <w:t xml:space="preserve"> </w:t>
      </w:r>
      <w:r>
        <w:t>investments</w:t>
      </w:r>
      <w:r w:rsidR="006A6247">
        <w:t xml:space="preserve"> </w:t>
      </w:r>
      <w:r>
        <w:t>in</w:t>
      </w:r>
      <w:r w:rsidR="006A6247">
        <w:t xml:space="preserve"> </w:t>
      </w:r>
      <w:r>
        <w:t>technology,</w:t>
      </w:r>
      <w:r w:rsidR="006A6247">
        <w:t xml:space="preserve"> </w:t>
      </w:r>
      <w:r>
        <w:t>retail,</w:t>
      </w:r>
      <w:r w:rsidR="006A6247">
        <w:t xml:space="preserve"> </w:t>
      </w:r>
      <w:r>
        <w:t>pricing,</w:t>
      </w:r>
      <w:r w:rsidR="006A6247">
        <w:t xml:space="preserve"> </w:t>
      </w:r>
      <w:r>
        <w:t>and</w:t>
      </w:r>
      <w:r w:rsidR="006A6247">
        <w:t xml:space="preserve"> </w:t>
      </w:r>
      <w:r>
        <w:t>supply-chain</w:t>
      </w:r>
      <w:r w:rsidR="006A6247">
        <w:t xml:space="preserve"> </w:t>
      </w:r>
      <w:r>
        <w:t>skills</w:t>
      </w:r>
      <w:r w:rsidR="006A6247">
        <w:t xml:space="preserve"> </w:t>
      </w:r>
      <w:r>
        <w:t>thanks</w:t>
      </w:r>
      <w:r w:rsidR="006A6247">
        <w:t xml:space="preserve"> </w:t>
      </w:r>
      <w:r>
        <w:t>to</w:t>
      </w:r>
      <w:r w:rsidR="006A6247">
        <w:t xml:space="preserve"> </w:t>
      </w:r>
      <w:r>
        <w:t>its</w:t>
      </w:r>
      <w:r w:rsidR="006A6247">
        <w:t xml:space="preserve"> </w:t>
      </w:r>
      <w:r>
        <w:t>about</w:t>
      </w:r>
      <w:r w:rsidR="006A6247">
        <w:t xml:space="preserve"> </w:t>
      </w:r>
      <w:r>
        <w:t>£3.1</w:t>
      </w:r>
      <w:r w:rsidR="006A6247">
        <w:t xml:space="preserve"> </w:t>
      </w:r>
      <w:r>
        <w:t>billion</w:t>
      </w:r>
      <w:r w:rsidR="006A6247">
        <w:t xml:space="preserve"> </w:t>
      </w:r>
      <w:r>
        <w:t>profit</w:t>
      </w:r>
      <w:r w:rsidR="006A6247">
        <w:t xml:space="preserve"> </w:t>
      </w:r>
      <w:r>
        <w:t>and</w:t>
      </w:r>
      <w:r w:rsidR="006A6247">
        <w:t xml:space="preserve"> </w:t>
      </w:r>
      <w:r>
        <w:t>£1.957</w:t>
      </w:r>
      <w:r w:rsidR="006A6247">
        <w:t xml:space="preserve"> </w:t>
      </w:r>
      <w:r>
        <w:t>billion</w:t>
      </w:r>
      <w:r w:rsidR="006A6247">
        <w:t xml:space="preserve"> </w:t>
      </w:r>
      <w:r>
        <w:t>free</w:t>
      </w:r>
      <w:r w:rsidR="006A6247">
        <w:t xml:space="preserve"> </w:t>
      </w:r>
      <w:r>
        <w:t>cash</w:t>
      </w:r>
      <w:r w:rsidR="006A6247">
        <w:t xml:space="preserve"> </w:t>
      </w:r>
      <w:r>
        <w:t>flow.</w:t>
      </w:r>
      <w:r w:rsidR="006A6247">
        <w:t xml:space="preserve"> </w:t>
      </w:r>
      <w:r>
        <w:t>However,</w:t>
      </w:r>
      <w:r w:rsidR="006A6247">
        <w:t xml:space="preserve"> </w:t>
      </w:r>
      <w:r>
        <w:t>among</w:t>
      </w:r>
      <w:r w:rsidR="006A6247">
        <w:t xml:space="preserve"> </w:t>
      </w:r>
      <w:r>
        <w:t>big</w:t>
      </w:r>
      <w:r w:rsidR="006A6247">
        <w:t xml:space="preserve"> </w:t>
      </w:r>
      <w:r>
        <w:t>rivals,</w:t>
      </w:r>
      <w:r w:rsidR="006A6247">
        <w:t xml:space="preserve"> </w:t>
      </w:r>
      <w:r>
        <w:t>financial</w:t>
      </w:r>
      <w:r w:rsidR="006A6247">
        <w:t xml:space="preserve"> </w:t>
      </w:r>
      <w:r>
        <w:t>resources</w:t>
      </w:r>
      <w:r w:rsidR="006A6247">
        <w:t xml:space="preserve"> </w:t>
      </w:r>
      <w:r>
        <w:t>alone</w:t>
      </w:r>
      <w:r w:rsidR="006A6247">
        <w:t xml:space="preserve"> </w:t>
      </w:r>
      <w:r>
        <w:t>are</w:t>
      </w:r>
      <w:r w:rsidR="006A6247">
        <w:t xml:space="preserve"> </w:t>
      </w:r>
      <w:r>
        <w:t>neither</w:t>
      </w:r>
      <w:r w:rsidR="006A6247">
        <w:t xml:space="preserve"> </w:t>
      </w:r>
      <w:r>
        <w:t>uncommon</w:t>
      </w:r>
      <w:r w:rsidR="006A6247">
        <w:t xml:space="preserve"> </w:t>
      </w:r>
      <w:r>
        <w:t>nor</w:t>
      </w:r>
      <w:r w:rsidR="006A6247">
        <w:t xml:space="preserve"> </w:t>
      </w:r>
      <w:r>
        <w:t>hard</w:t>
      </w:r>
      <w:r w:rsidR="006A6247">
        <w:t xml:space="preserve"> </w:t>
      </w:r>
      <w:r>
        <w:t>to</w:t>
      </w:r>
      <w:r w:rsidR="006A6247">
        <w:t xml:space="preserve"> </w:t>
      </w:r>
      <w:r>
        <w:t>replicate.</w:t>
      </w:r>
      <w:r w:rsidR="006A6247">
        <w:t xml:space="preserve"> </w:t>
      </w:r>
      <w:r>
        <w:t>Therefore,</w:t>
      </w:r>
      <w:r w:rsidR="006A6247">
        <w:t xml:space="preserve"> </w:t>
      </w:r>
      <w:r>
        <w:t>rather</w:t>
      </w:r>
      <w:r w:rsidR="006A6247">
        <w:t xml:space="preserve"> </w:t>
      </w:r>
      <w:r>
        <w:t>than</w:t>
      </w:r>
      <w:r w:rsidR="006A6247">
        <w:t xml:space="preserve"> </w:t>
      </w:r>
      <w:r>
        <w:t>serving</w:t>
      </w:r>
      <w:r w:rsidR="006A6247">
        <w:t xml:space="preserve"> </w:t>
      </w:r>
      <w:r>
        <w:t>as</w:t>
      </w:r>
      <w:r w:rsidR="006A6247">
        <w:t xml:space="preserve"> </w:t>
      </w:r>
      <w:r>
        <w:t>a</w:t>
      </w:r>
      <w:r w:rsidR="006A6247">
        <w:t xml:space="preserve"> </w:t>
      </w:r>
      <w:r>
        <w:t>distinct</w:t>
      </w:r>
      <w:r w:rsidR="006A6247">
        <w:t xml:space="preserve"> </w:t>
      </w:r>
      <w:r>
        <w:t>source</w:t>
      </w:r>
      <w:r w:rsidR="006A6247">
        <w:t xml:space="preserve"> </w:t>
      </w:r>
      <w:r>
        <w:t>of</w:t>
      </w:r>
      <w:r w:rsidR="006A6247">
        <w:t xml:space="preserve"> </w:t>
      </w:r>
      <w:r>
        <w:t>advantage,</w:t>
      </w:r>
      <w:r w:rsidR="006A6247">
        <w:t xml:space="preserve"> </w:t>
      </w:r>
      <w:r>
        <w:t>they</w:t>
      </w:r>
      <w:r w:rsidR="006A6247">
        <w:t xml:space="preserve"> </w:t>
      </w:r>
      <w:r>
        <w:t>mostly</w:t>
      </w:r>
      <w:r w:rsidR="006A6247">
        <w:t xml:space="preserve"> </w:t>
      </w:r>
      <w:r>
        <w:t>serve</w:t>
      </w:r>
      <w:r w:rsidR="006A6247">
        <w:t xml:space="preserve"> </w:t>
      </w:r>
      <w:r>
        <w:t>as</w:t>
      </w:r>
      <w:r w:rsidR="006A6247">
        <w:t xml:space="preserve"> </w:t>
      </w:r>
      <w:r>
        <w:t>a</w:t>
      </w:r>
      <w:r w:rsidR="006A6247">
        <w:t xml:space="preserve"> </w:t>
      </w:r>
      <w:r>
        <w:t>facilitator</w:t>
      </w:r>
      <w:r w:rsidR="006A6247">
        <w:t xml:space="preserve"> </w:t>
      </w:r>
      <w:r>
        <w:t>of</w:t>
      </w:r>
      <w:r w:rsidR="006A6247">
        <w:t xml:space="preserve"> </w:t>
      </w:r>
      <w:r>
        <w:t>other</w:t>
      </w:r>
      <w:r w:rsidR="006A6247">
        <w:t xml:space="preserve"> </w:t>
      </w:r>
      <w:r>
        <w:t>competitive</w:t>
      </w:r>
      <w:r w:rsidR="006A6247">
        <w:t xml:space="preserve"> </w:t>
      </w:r>
      <w:r>
        <w:t>advantages.</w:t>
      </w:r>
    </w:p>
    <w:p w:rsidR="005B0F2A" w:rsidP="005B0F2A" w:rsidRDefault="005B0F2A" w14:paraId="52C08FC6" w14:textId="77777777">
      <w:pPr>
        <w:jc w:val="both"/>
      </w:pPr>
    </w:p>
    <w:p w:rsidR="00700886" w:rsidP="005B0F2A" w:rsidRDefault="005B0F2A" w14:paraId="5A39BBE3" w14:textId="04D65BE0">
      <w:pPr>
        <w:jc w:val="both"/>
      </w:pPr>
      <w:r w:rsidR="42F4B84D">
        <w:rPr/>
        <w:t>Tesco’s</w:t>
      </w:r>
      <w:r w:rsidR="780EC55A">
        <w:rPr/>
        <w:t xml:space="preserve"> </w:t>
      </w:r>
      <w:r w:rsidR="42F4B84D">
        <w:rPr/>
        <w:t>procurement</w:t>
      </w:r>
      <w:r w:rsidR="780EC55A">
        <w:rPr/>
        <w:t xml:space="preserve"> </w:t>
      </w:r>
      <w:r w:rsidR="42F4B84D">
        <w:rPr/>
        <w:t>scale</w:t>
      </w:r>
      <w:r w:rsidR="780EC55A">
        <w:rPr/>
        <w:t xml:space="preserve"> </w:t>
      </w:r>
      <w:r w:rsidR="42F4B84D">
        <w:rPr/>
        <w:t>integrated</w:t>
      </w:r>
      <w:r w:rsidR="780EC55A">
        <w:rPr/>
        <w:t xml:space="preserve"> </w:t>
      </w:r>
      <w:r w:rsidR="42F4B84D">
        <w:rPr/>
        <w:t>organizational</w:t>
      </w:r>
      <w:r w:rsidR="780EC55A">
        <w:rPr/>
        <w:t xml:space="preserve"> </w:t>
      </w:r>
      <w:r w:rsidR="42F4B84D">
        <w:rPr/>
        <w:t>capabilities,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Clubcard/Dunnhumby</w:t>
      </w:r>
      <w:r w:rsidR="780EC55A">
        <w:rPr/>
        <w:t xml:space="preserve"> </w:t>
      </w:r>
      <w:r w:rsidR="42F4B84D">
        <w:rPr/>
        <w:t>data</w:t>
      </w:r>
      <w:r w:rsidR="780EC55A">
        <w:rPr/>
        <w:t xml:space="preserve"> </w:t>
      </w:r>
      <w:r w:rsidR="42F4B84D">
        <w:rPr/>
        <w:t>ecosystem</w:t>
      </w:r>
      <w:r w:rsidR="780EC55A">
        <w:rPr/>
        <w:t xml:space="preserve"> </w:t>
      </w:r>
      <w:r w:rsidR="42F4B84D">
        <w:rPr/>
        <w:t>are</w:t>
      </w:r>
      <w:r w:rsidR="780EC55A">
        <w:rPr/>
        <w:t xml:space="preserve"> </w:t>
      </w:r>
      <w:r w:rsidR="42F4B84D">
        <w:rPr/>
        <w:t>its</w:t>
      </w:r>
      <w:r w:rsidR="780EC55A">
        <w:rPr/>
        <w:t xml:space="preserve"> </w:t>
      </w:r>
      <w:r w:rsidR="42F4B84D">
        <w:rPr/>
        <w:t>strongest</w:t>
      </w:r>
      <w:r w:rsidR="780EC55A">
        <w:rPr/>
        <w:t xml:space="preserve"> </w:t>
      </w:r>
      <w:r w:rsidR="42F4B84D">
        <w:rPr/>
        <w:t>VRIO</w:t>
      </w:r>
      <w:r w:rsidR="780EC55A">
        <w:rPr/>
        <w:t xml:space="preserve"> </w:t>
      </w:r>
      <w:r w:rsidR="42F4B84D">
        <w:rPr/>
        <w:t>resources</w:t>
      </w:r>
      <w:r w:rsidR="780EC55A">
        <w:rPr/>
        <w:t xml:space="preserve"> </w:t>
      </w:r>
      <w:r w:rsidR="42F4B84D">
        <w:rPr/>
        <w:t>overall.</w:t>
      </w:r>
      <w:r w:rsidR="780EC55A">
        <w:rPr/>
        <w:t xml:space="preserve"> </w:t>
      </w:r>
      <w:r w:rsidR="42F4B84D">
        <w:rPr/>
        <w:t>Nonetheless,</w:t>
      </w:r>
      <w:r w:rsidR="780EC55A">
        <w:rPr/>
        <w:t xml:space="preserve"> </w:t>
      </w:r>
      <w:r w:rsidR="42F4B84D">
        <w:rPr/>
        <w:t>the</w:t>
      </w:r>
      <w:r w:rsidR="780EC55A">
        <w:rPr/>
        <w:t xml:space="preserve"> </w:t>
      </w:r>
      <w:r w:rsidR="42F4B84D">
        <w:rPr/>
        <w:t>business</w:t>
      </w:r>
      <w:r w:rsidR="780EC55A">
        <w:rPr/>
        <w:t xml:space="preserve"> </w:t>
      </w:r>
      <w:r w:rsidR="42F4B84D">
        <w:rPr/>
        <w:t>has</w:t>
      </w:r>
      <w:r w:rsidR="780EC55A">
        <w:rPr/>
        <w:t xml:space="preserve"> </w:t>
      </w:r>
      <w:r w:rsidR="42F4B84D">
        <w:rPr/>
        <w:t>significant</w:t>
      </w:r>
      <w:r w:rsidR="780EC55A">
        <w:rPr/>
        <w:t xml:space="preserve"> </w:t>
      </w:r>
      <w:r w:rsidR="42F4B84D">
        <w:rPr/>
        <w:t>shortcomings,</w:t>
      </w:r>
      <w:r w:rsidR="780EC55A">
        <w:rPr/>
        <w:t xml:space="preserve"> </w:t>
      </w:r>
      <w:r w:rsidR="42F4B84D">
        <w:rPr/>
        <w:t>such</w:t>
      </w:r>
      <w:r w:rsidR="780EC55A">
        <w:rPr/>
        <w:t xml:space="preserve"> </w:t>
      </w:r>
      <w:r w:rsidR="42F4B84D">
        <w:rPr/>
        <w:t>as</w:t>
      </w:r>
      <w:r w:rsidR="780EC55A">
        <w:rPr/>
        <w:t xml:space="preserve"> </w:t>
      </w:r>
      <w:r w:rsidR="42F4B84D">
        <w:rPr/>
        <w:t>a</w:t>
      </w:r>
      <w:r w:rsidR="780EC55A">
        <w:rPr/>
        <w:t xml:space="preserve"> </w:t>
      </w:r>
      <w:r w:rsidR="42F4B84D">
        <w:rPr/>
        <w:t>comparatively</w:t>
      </w:r>
      <w:r w:rsidR="780EC55A">
        <w:rPr/>
        <w:t xml:space="preserve"> </w:t>
      </w:r>
      <w:r w:rsidR="42F4B84D">
        <w:rPr/>
        <w:t>small</w:t>
      </w:r>
      <w:r w:rsidR="780EC55A">
        <w:rPr/>
        <w:t xml:space="preserve"> </w:t>
      </w:r>
      <w:r w:rsidR="42F4B84D">
        <w:rPr/>
        <w:t>operating</w:t>
      </w:r>
      <w:r w:rsidR="780EC55A">
        <w:rPr/>
        <w:t xml:space="preserve"> </w:t>
      </w:r>
      <w:r w:rsidR="42F4B84D">
        <w:rPr/>
        <w:t>margin,</w:t>
      </w:r>
      <w:r w:rsidR="780EC55A">
        <w:rPr/>
        <w:t xml:space="preserve"> </w:t>
      </w:r>
      <w:r w:rsidR="42F4B84D">
        <w:rPr/>
        <w:t>a</w:t>
      </w:r>
      <w:r w:rsidR="780EC55A">
        <w:rPr/>
        <w:t xml:space="preserve"> </w:t>
      </w:r>
      <w:r w:rsidR="42F4B84D">
        <w:rPr/>
        <w:t>high</w:t>
      </w:r>
      <w:r w:rsidR="780EC55A">
        <w:rPr/>
        <w:t xml:space="preserve"> </w:t>
      </w:r>
      <w:r w:rsidR="42F4B84D">
        <w:rPr/>
        <w:t>concentration</w:t>
      </w:r>
      <w:r w:rsidR="780EC55A">
        <w:rPr/>
        <w:t xml:space="preserve"> </w:t>
      </w:r>
      <w:r w:rsidR="42F4B84D">
        <w:rPr/>
        <w:t>of</w:t>
      </w:r>
      <w:r w:rsidR="780EC55A">
        <w:rPr/>
        <w:t xml:space="preserve"> </w:t>
      </w:r>
      <w:r w:rsidR="42F4B84D">
        <w:rPr/>
        <w:t>the</w:t>
      </w:r>
      <w:r w:rsidR="780EC55A">
        <w:rPr/>
        <w:t xml:space="preserve"> </w:t>
      </w:r>
      <w:r w:rsidR="42F4B84D">
        <w:rPr/>
        <w:t>UK</w:t>
      </w:r>
      <w:r w:rsidR="780EC55A">
        <w:rPr/>
        <w:t xml:space="preserve"> </w:t>
      </w:r>
      <w:r w:rsidR="42F4B84D">
        <w:rPr/>
        <w:t>market,</w:t>
      </w:r>
      <w:r w:rsidR="780EC55A">
        <w:rPr/>
        <w:t xml:space="preserve"> </w:t>
      </w:r>
      <w:r w:rsidR="42F4B84D">
        <w:rPr/>
        <w:t>wage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EPR-related</w:t>
      </w:r>
      <w:r w:rsidR="780EC55A">
        <w:rPr/>
        <w:t xml:space="preserve"> </w:t>
      </w:r>
      <w:r w:rsidR="42F4B84D">
        <w:rPr/>
        <w:t>cost</w:t>
      </w:r>
      <w:r w:rsidR="780EC55A">
        <w:rPr/>
        <w:t xml:space="preserve"> </w:t>
      </w:r>
      <w:r w:rsidR="42F4B84D">
        <w:rPr/>
        <w:t>pressures,</w:t>
      </w:r>
      <w:r w:rsidR="780EC55A">
        <w:rPr/>
        <w:t xml:space="preserve"> </w:t>
      </w:r>
      <w:r w:rsidR="42F4B84D">
        <w:rPr/>
        <w:t>Scope</w:t>
      </w:r>
      <w:r w:rsidR="780EC55A">
        <w:rPr/>
        <w:t xml:space="preserve"> </w:t>
      </w:r>
      <w:r w:rsidR="42F4B84D">
        <w:rPr/>
        <w:t>3</w:t>
      </w:r>
      <w:r w:rsidR="780EC55A">
        <w:rPr/>
        <w:t xml:space="preserve"> </w:t>
      </w:r>
      <w:r w:rsidR="42F4B84D">
        <w:rPr/>
        <w:t>emissions</w:t>
      </w:r>
      <w:r w:rsidR="780EC55A">
        <w:rPr/>
        <w:t xml:space="preserve"> </w:t>
      </w:r>
      <w:r w:rsidR="42F4B84D">
        <w:rPr/>
        <w:t>that</w:t>
      </w:r>
      <w:r w:rsidR="780EC55A">
        <w:rPr/>
        <w:t xml:space="preserve"> </w:t>
      </w:r>
      <w:r w:rsidR="42F4B84D">
        <w:rPr/>
        <w:t>account</w:t>
      </w:r>
      <w:r w:rsidR="780EC55A">
        <w:rPr/>
        <w:t xml:space="preserve"> </w:t>
      </w:r>
      <w:r w:rsidR="42F4B84D">
        <w:rPr/>
        <w:t>for</w:t>
      </w:r>
      <w:r w:rsidR="780EC55A">
        <w:rPr/>
        <w:t xml:space="preserve"> </w:t>
      </w:r>
      <w:r w:rsidR="42F4B84D">
        <w:rPr/>
        <w:t>over</w:t>
      </w:r>
      <w:r w:rsidR="780EC55A">
        <w:rPr/>
        <w:t xml:space="preserve"> </w:t>
      </w:r>
      <w:r w:rsidR="42F4B84D">
        <w:rPr/>
        <w:t>90%</w:t>
      </w:r>
      <w:r w:rsidR="780EC55A">
        <w:rPr/>
        <w:t xml:space="preserve"> </w:t>
      </w:r>
      <w:r w:rsidR="42F4B84D">
        <w:rPr/>
        <w:t>of</w:t>
      </w:r>
      <w:r w:rsidR="780EC55A">
        <w:rPr/>
        <w:t xml:space="preserve"> </w:t>
      </w:r>
      <w:r w:rsidR="42F4B84D">
        <w:rPr/>
        <w:t>its</w:t>
      </w:r>
      <w:r w:rsidR="780EC55A">
        <w:rPr/>
        <w:t xml:space="preserve"> </w:t>
      </w:r>
      <w:r w:rsidR="42F4B84D">
        <w:rPr/>
        <w:t>footprint,</w:t>
      </w:r>
      <w:r w:rsidR="780EC55A">
        <w:rPr/>
        <w:t xml:space="preserve"> </w:t>
      </w:r>
      <w:r w:rsidR="42F4B84D">
        <w:rPr/>
        <w:t>legacy-estate</w:t>
      </w:r>
      <w:r w:rsidR="780EC55A">
        <w:rPr/>
        <w:t xml:space="preserve"> </w:t>
      </w:r>
      <w:r w:rsidR="42F4B84D">
        <w:rPr/>
        <w:t>capital</w:t>
      </w:r>
      <w:r w:rsidR="780EC55A">
        <w:rPr/>
        <w:t xml:space="preserve"> </w:t>
      </w:r>
      <w:r w:rsidR="42F4B84D">
        <w:rPr/>
        <w:t>requirements,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supplier</w:t>
      </w:r>
      <w:r w:rsidR="780EC55A">
        <w:rPr/>
        <w:t xml:space="preserve"> </w:t>
      </w:r>
      <w:r w:rsidR="42F4B84D">
        <w:rPr/>
        <w:t>dependence</w:t>
      </w:r>
      <w:r w:rsidR="780EC55A">
        <w:rPr/>
        <w:t xml:space="preserve"> </w:t>
      </w:r>
      <w:r w:rsidR="42F4B84D">
        <w:rPr/>
        <w:t>(Tesco</w:t>
      </w:r>
      <w:r w:rsidR="780EC55A">
        <w:rPr/>
        <w:t xml:space="preserve"> </w:t>
      </w:r>
      <w:r w:rsidR="42F4B84D">
        <w:rPr/>
        <w:t>PLC,</w:t>
      </w:r>
      <w:r w:rsidR="780EC55A">
        <w:rPr/>
        <w:t xml:space="preserve"> </w:t>
      </w:r>
      <w:r w:rsidR="42F4B84D">
        <w:rPr/>
        <w:t>2025c).</w:t>
      </w:r>
      <w:r w:rsidR="780EC55A">
        <w:rPr/>
        <w:t xml:space="preserve"> </w:t>
      </w:r>
      <w:r w:rsidR="42F4B84D">
        <w:rPr/>
        <w:t>Due</w:t>
      </w:r>
      <w:r w:rsidR="780EC55A">
        <w:rPr/>
        <w:t xml:space="preserve"> </w:t>
      </w:r>
      <w:r w:rsidR="42F4B84D">
        <w:rPr/>
        <w:t>to</w:t>
      </w:r>
      <w:r w:rsidR="780EC55A">
        <w:rPr/>
        <w:t xml:space="preserve"> </w:t>
      </w:r>
      <w:r w:rsidR="42F4B84D">
        <w:rPr/>
        <w:t>these</w:t>
      </w:r>
      <w:r w:rsidR="780EC55A">
        <w:rPr/>
        <w:t xml:space="preserve"> </w:t>
      </w:r>
      <w:r w:rsidR="42F4B84D">
        <w:rPr/>
        <w:t>limitations,</w:t>
      </w:r>
      <w:r w:rsidR="780EC55A">
        <w:rPr/>
        <w:t xml:space="preserve"> </w:t>
      </w:r>
      <w:r w:rsidR="42F4B84D">
        <w:rPr/>
        <w:t>Tesco</w:t>
      </w:r>
      <w:r w:rsidR="780EC55A">
        <w:rPr/>
        <w:t xml:space="preserve"> </w:t>
      </w:r>
      <w:r w:rsidR="42F4B84D">
        <w:rPr/>
        <w:t>must</w:t>
      </w:r>
      <w:r w:rsidR="780EC55A">
        <w:rPr/>
        <w:t xml:space="preserve"> </w:t>
      </w:r>
      <w:r w:rsidR="42F4B84D">
        <w:rPr/>
        <w:t>constantly</w:t>
      </w:r>
      <w:r w:rsidR="780EC55A">
        <w:rPr/>
        <w:t xml:space="preserve"> </w:t>
      </w:r>
      <w:r w:rsidR="42F4B84D">
        <w:rPr/>
        <w:t>spend</w:t>
      </w:r>
      <w:r w:rsidR="780EC55A">
        <w:rPr/>
        <w:t xml:space="preserve"> </w:t>
      </w:r>
      <w:r w:rsidR="42F4B84D">
        <w:rPr/>
        <w:t>its</w:t>
      </w:r>
      <w:r w:rsidR="780EC55A">
        <w:rPr/>
        <w:t xml:space="preserve"> </w:t>
      </w:r>
      <w:r w:rsidR="42F4B84D">
        <w:rPr/>
        <w:t>organizational</w:t>
      </w:r>
      <w:r w:rsidR="780EC55A">
        <w:rPr/>
        <w:t xml:space="preserve"> </w:t>
      </w:r>
      <w:r w:rsidR="42F4B84D">
        <w:rPr/>
        <w:t>and</w:t>
      </w:r>
      <w:r w:rsidR="780EC55A">
        <w:rPr/>
        <w:t xml:space="preserve"> </w:t>
      </w:r>
      <w:r w:rsidR="42F4B84D">
        <w:rPr/>
        <w:t>financial</w:t>
      </w:r>
      <w:r w:rsidR="780EC55A">
        <w:rPr/>
        <w:t xml:space="preserve"> </w:t>
      </w:r>
      <w:r w:rsidR="42F4B84D">
        <w:rPr/>
        <w:t>resources</w:t>
      </w:r>
      <w:r w:rsidR="780EC55A">
        <w:rPr/>
        <w:t xml:space="preserve"> </w:t>
      </w:r>
      <w:r w:rsidR="42F4B84D">
        <w:rPr/>
        <w:t>to</w:t>
      </w:r>
      <w:r w:rsidR="780EC55A">
        <w:rPr/>
        <w:t xml:space="preserve"> </w:t>
      </w:r>
      <w:r w:rsidR="42F4B84D">
        <w:rPr/>
        <w:t>turn</w:t>
      </w:r>
      <w:r w:rsidR="780EC55A">
        <w:rPr/>
        <w:t xml:space="preserve"> </w:t>
      </w:r>
      <w:r w:rsidR="42F4B84D">
        <w:rPr/>
        <w:t>short-term</w:t>
      </w:r>
      <w:r w:rsidR="780EC55A">
        <w:rPr/>
        <w:t xml:space="preserve"> </w:t>
      </w:r>
      <w:r w:rsidR="42F4B84D">
        <w:rPr/>
        <w:t>advantages</w:t>
      </w:r>
      <w:r w:rsidR="780EC55A">
        <w:rPr/>
        <w:t xml:space="preserve"> </w:t>
      </w:r>
      <w:r w:rsidR="42F4B84D">
        <w:rPr/>
        <w:t>into</w:t>
      </w:r>
      <w:r w:rsidR="780EC55A">
        <w:rPr/>
        <w:t xml:space="preserve"> </w:t>
      </w:r>
      <w:r w:rsidR="42F4B84D">
        <w:rPr/>
        <w:t>greater</w:t>
      </w:r>
      <w:r w:rsidR="780EC55A">
        <w:rPr/>
        <w:t xml:space="preserve"> </w:t>
      </w:r>
      <w:r w:rsidR="42F4B84D">
        <w:rPr/>
        <w:t>long-</w:t>
      </w:r>
      <w:r w:rsidR="03E866A7">
        <w:rPr/>
        <w:t>term</w:t>
      </w:r>
      <w:r w:rsidR="780EC55A">
        <w:rPr/>
        <w:t xml:space="preserve"> </w:t>
      </w:r>
      <w:r w:rsidR="03E866A7">
        <w:rPr/>
        <w:t>competitive</w:t>
      </w:r>
      <w:r w:rsidR="780EC55A">
        <w:rPr/>
        <w:t xml:space="preserve"> </w:t>
      </w:r>
      <w:r w:rsidR="03E866A7">
        <w:rPr/>
        <w:t>positions</w:t>
      </w:r>
      <w:r w:rsidR="3F5ED9AF">
        <w:rPr/>
        <w:t>.</w:t>
      </w:r>
      <w:r>
        <w:br/>
      </w:r>
      <w:r w:rsidR="110A7A9A">
        <w:drawing>
          <wp:inline wp14:editId="0D7FEB2E" wp14:anchorId="4200883C">
            <wp:extent cx="4572000" cy="2571750"/>
            <wp:effectExtent l="0" t="0" r="0" b="0"/>
            <wp:docPr id="2" name="Picture 2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five_forces.png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886" w:rsidP="00F94D1E" w:rsidRDefault="00344F75" w14:paraId="0E128D28" w14:textId="77777777">
      <w:pPr>
        <w:jc w:val="both"/>
      </w:pPr>
      <w:r>
        <w:t>Figure</w:t>
      </w:r>
      <w:r w:rsidR="006A6247">
        <w:t xml:space="preserve"> </w:t>
      </w:r>
      <w:r>
        <w:t>2:</w:t>
      </w:r>
      <w:r w:rsidR="006A6247">
        <w:t xml:space="preserve"> </w:t>
      </w:r>
      <w:r>
        <w:t>Porter</w:t>
      </w:r>
      <w:r w:rsidR="006A6247">
        <w:t xml:space="preserve"> </w:t>
      </w:r>
      <w:r>
        <w:t>Five</w:t>
      </w:r>
      <w:r w:rsidR="006A6247">
        <w:t xml:space="preserve"> </w:t>
      </w:r>
      <w:r>
        <w:t>Forces</w:t>
      </w:r>
      <w:r w:rsidR="006A6247">
        <w:t xml:space="preserve"> </w:t>
      </w:r>
      <w:r>
        <w:t>–</w:t>
      </w:r>
      <w:r w:rsidR="006A6247">
        <w:t xml:space="preserve"> </w:t>
      </w:r>
      <w:r>
        <w:t>Rivalry</w:t>
      </w:r>
      <w:r w:rsidR="006A6247">
        <w:t xml:space="preserve"> </w:t>
      </w:r>
      <w:r>
        <w:t>9</w:t>
      </w:r>
      <w:r w:rsidR="006A6247">
        <w:t xml:space="preserve"> </w:t>
      </w:r>
      <w:r>
        <w:t>High,</w:t>
      </w:r>
      <w:r w:rsidR="006A6247">
        <w:t xml:space="preserve"> </w:t>
      </w:r>
      <w:r>
        <w:t>Buyer</w:t>
      </w:r>
      <w:r w:rsidR="006A6247">
        <w:t xml:space="preserve"> </w:t>
      </w:r>
      <w:r>
        <w:t>8</w:t>
      </w:r>
      <w:r w:rsidR="006A6247">
        <w:t xml:space="preserve"> </w:t>
      </w:r>
      <w:r>
        <w:t>High,</w:t>
      </w:r>
      <w:r w:rsidR="006A6247">
        <w:t xml:space="preserve"> </w:t>
      </w:r>
      <w:r>
        <w:t>Supplier</w:t>
      </w:r>
      <w:r w:rsidR="006A6247">
        <w:t xml:space="preserve"> </w:t>
      </w:r>
      <w:r>
        <w:t>5.5</w:t>
      </w:r>
      <w:r w:rsidR="006A6247">
        <w:t xml:space="preserve"> </w:t>
      </w:r>
      <w:r>
        <w:t>Moderate,</w:t>
      </w:r>
      <w:r w:rsidR="006A6247">
        <w:t xml:space="preserve"> </w:t>
      </w:r>
      <w:r>
        <w:t>Substitutes</w:t>
      </w:r>
      <w:r w:rsidR="006A6247">
        <w:t xml:space="preserve"> </w:t>
      </w:r>
      <w:r>
        <w:t>5</w:t>
      </w:r>
      <w:r w:rsidR="006A6247">
        <w:t xml:space="preserve"> </w:t>
      </w:r>
      <w:r>
        <w:t>Moderate,</w:t>
      </w:r>
      <w:r w:rsidR="006A6247">
        <w:t xml:space="preserve"> </w:t>
      </w:r>
      <w:r>
        <w:t>New</w:t>
      </w:r>
      <w:r w:rsidR="006A6247">
        <w:t xml:space="preserve"> </w:t>
      </w:r>
      <w:r>
        <w:t>Entrants</w:t>
      </w:r>
      <w:r w:rsidR="006A6247">
        <w:t xml:space="preserve"> </w:t>
      </w:r>
      <w:r>
        <w:t>3.5</w:t>
      </w:r>
      <w:r w:rsidR="006A6247">
        <w:t xml:space="preserve"> </w:t>
      </w:r>
      <w:r>
        <w:t>Low-Moderate</w:t>
      </w:r>
    </w:p>
    <w:p w:rsidR="00700886" w:rsidP="7D0D8C44" w:rsidRDefault="7BF93C46" w14:paraId="2B5AA365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25" w:id="21"/>
      <w:bookmarkStart w:name="_Toc969059002" w:id="22"/>
      <w:bookmarkStart w:name="_Toc237366860" w:id="23"/>
      <w:r w:rsidRPr="7D0D8C44" w:rsidR="529427D7">
        <w:rPr>
          <w:rFonts w:ascii="Arial" w:hAnsi="Arial"/>
          <w:color w:val="auto"/>
        </w:rPr>
        <w:t>2.3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SWOT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Synthesis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(300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words)</w:t>
      </w:r>
      <w:bookmarkEnd w:id="21"/>
      <w:bookmarkEnd w:id="22"/>
      <w:bookmarkEnd w:id="23"/>
    </w:p>
    <w:p w:rsidR="00700886" w:rsidP="00F94D1E" w:rsidRDefault="00344F75" w14:paraId="6F7B2FF5" w14:textId="77777777">
      <w:pPr>
        <w:jc w:val="both"/>
      </w:pPr>
      <w:r>
        <w:t>SWOT</w:t>
      </w:r>
      <w:r w:rsidR="006A6247">
        <w:t xml:space="preserve"> </w:t>
      </w:r>
      <w:r>
        <w:t>integrates</w:t>
      </w:r>
      <w:r w:rsidR="006A6247">
        <w:t xml:space="preserve"> </w:t>
      </w:r>
      <w:r>
        <w:t>PESTEL</w:t>
      </w:r>
      <w:r w:rsidR="006A6247">
        <w:t xml:space="preserve"> </w:t>
      </w:r>
      <w:r>
        <w:t>Five</w:t>
      </w:r>
      <w:r w:rsidR="006A6247">
        <w:t xml:space="preserve"> </w:t>
      </w:r>
      <w:r>
        <w:t>Forces</w:t>
      </w:r>
      <w:r w:rsidR="006A6247">
        <w:t xml:space="preserve"> </w:t>
      </w:r>
      <w:r>
        <w:t>with</w:t>
      </w:r>
      <w:r w:rsidR="006A6247">
        <w:t xml:space="preserve"> </w:t>
      </w:r>
      <w:r>
        <w:t>VRIO</w:t>
      </w:r>
      <w:r w:rsidR="006A6247">
        <w:t xml:space="preserve"> </w:t>
      </w:r>
      <w:r>
        <w:t>(Johnson</w:t>
      </w:r>
      <w:r w:rsidR="006A6247">
        <w:t xml:space="preserve"> </w:t>
      </w:r>
      <w:r>
        <w:t>et</w:t>
      </w:r>
      <w:r w:rsidR="006A6247">
        <w:t xml:space="preserve"> </w:t>
      </w:r>
      <w:r>
        <w:t>al.,</w:t>
      </w:r>
      <w:r w:rsidR="006A6247">
        <w:t xml:space="preserve"> </w:t>
      </w:r>
      <w:r>
        <w:t>2020).</w:t>
      </w:r>
      <w:r w:rsidR="006A6247">
        <w:t xml:space="preserve"> </w:t>
      </w:r>
      <w:r>
        <w:t>Strengths:</w:t>
      </w:r>
      <w:r w:rsidR="006A6247">
        <w:t xml:space="preserve"> </w:t>
      </w:r>
      <w:r>
        <w:t>UK</w:t>
      </w:r>
      <w:r w:rsidR="006A6247">
        <w:t xml:space="preserve"> </w:t>
      </w:r>
      <w:r>
        <w:t>leader</w:t>
      </w:r>
      <w:r w:rsidR="006A6247">
        <w:t xml:space="preserve"> </w:t>
      </w:r>
      <w:r>
        <w:t>28.0-28.3%</w:t>
      </w:r>
      <w:r w:rsidR="006A6247">
        <w:t xml:space="preserve"> </w:t>
      </w:r>
      <w:r>
        <w:t>+5.9%</w:t>
      </w:r>
      <w:r w:rsidR="006A6247">
        <w:t xml:space="preserve"> </w:t>
      </w:r>
      <w:r>
        <w:t>sales</w:t>
      </w:r>
      <w:r w:rsidR="006A6247">
        <w:t xml:space="preserve"> </w:t>
      </w:r>
      <w:r>
        <w:t>&gt;</w:t>
      </w:r>
      <w:r w:rsidR="006A6247">
        <w:t xml:space="preserve"> </w:t>
      </w:r>
      <w:r>
        <w:t>inflation,</w:t>
      </w:r>
      <w:r w:rsidR="006A6247">
        <w:t xml:space="preserve"> </w:t>
      </w:r>
      <w:r>
        <w:t>data</w:t>
      </w:r>
      <w:r w:rsidR="006A6247">
        <w:t xml:space="preserve"> </w:t>
      </w:r>
      <w:r>
        <w:t>ecosystem</w:t>
      </w:r>
      <w:r w:rsidR="006A6247">
        <w:t xml:space="preserve"> </w:t>
      </w:r>
      <w:r>
        <w:t>18m</w:t>
      </w:r>
      <w:r w:rsidR="006A6247">
        <w:t xml:space="preserve"> </w:t>
      </w:r>
      <w:r>
        <w:t>app</w:t>
      </w:r>
      <w:r w:rsidR="006A6247">
        <w:t xml:space="preserve"> </w:t>
      </w:r>
      <w:r>
        <w:t>dunnhumby</w:t>
      </w:r>
      <w:r w:rsidR="006A6247">
        <w:t xml:space="preserve"> </w:t>
      </w:r>
      <w:r>
        <w:t>media</w:t>
      </w:r>
      <w:r w:rsidR="006A6247">
        <w:t xml:space="preserve"> </w:t>
      </w:r>
      <w:proofErr w:type="spellStart"/>
      <w:r>
        <w:t>personalised</w:t>
      </w:r>
      <w:proofErr w:type="spellEnd"/>
      <w:r w:rsidR="006A6247">
        <w:t xml:space="preserve"> </w:t>
      </w:r>
      <w:r>
        <w:t>Clubcard</w:t>
      </w:r>
      <w:r w:rsidR="006A6247">
        <w:t xml:space="preserve"> </w:t>
      </w:r>
      <w:r>
        <w:t>Prices,</w:t>
      </w:r>
      <w:r w:rsidR="006A6247">
        <w:t xml:space="preserve"> </w:t>
      </w:r>
      <w:r>
        <w:t>scale</w:t>
      </w:r>
      <w:r w:rsidR="006A6247">
        <w:t xml:space="preserve"> </w:t>
      </w:r>
      <w:r>
        <w:t>£63.6-66.6bn</w:t>
      </w:r>
      <w:r w:rsidR="006A6247">
        <w:t xml:space="preserve"> </w:t>
      </w:r>
      <w:r>
        <w:t>Booker</w:t>
      </w:r>
      <w:r w:rsidR="006A6247">
        <w:t xml:space="preserve"> </w:t>
      </w:r>
      <w:r>
        <w:t>distribution</w:t>
      </w:r>
      <w:r w:rsidR="006A6247">
        <w:t xml:space="preserve"> </w:t>
      </w:r>
      <w:r>
        <w:t>FCF</w:t>
      </w:r>
      <w:r w:rsidR="006A6247">
        <w:t xml:space="preserve"> </w:t>
      </w:r>
      <w:r>
        <w:t>£1.957bn,</w:t>
      </w:r>
      <w:r w:rsidR="006A6247">
        <w:t xml:space="preserve"> </w:t>
      </w:r>
      <w:r>
        <w:t>omnichannel</w:t>
      </w:r>
      <w:r w:rsidR="006A6247">
        <w:t xml:space="preserve"> </w:t>
      </w:r>
      <w:r>
        <w:t>~2,900</w:t>
      </w:r>
      <w:r w:rsidR="006A6247">
        <w:t xml:space="preserve"> </w:t>
      </w:r>
      <w:r>
        <w:t>stores</w:t>
      </w:r>
      <w:r w:rsidR="006A6247">
        <w:t xml:space="preserve"> </w:t>
      </w:r>
      <w:r>
        <w:t>Express</w:t>
      </w:r>
      <w:r w:rsidR="006A6247">
        <w:t xml:space="preserve"> </w:t>
      </w:r>
      <w:r>
        <w:t>Whoosh</w:t>
      </w:r>
      <w:r w:rsidR="006A6247">
        <w:t xml:space="preserve"> </w:t>
      </w:r>
      <w:r>
        <w:t>1,500,</w:t>
      </w:r>
      <w:r w:rsidR="006A6247">
        <w:t xml:space="preserve"> </w:t>
      </w:r>
      <w:r>
        <w:t>Value</w:t>
      </w:r>
      <w:r w:rsidR="006A6247">
        <w:t xml:space="preserve"> </w:t>
      </w:r>
      <w:r>
        <w:t>Quality</w:t>
      </w:r>
      <w:r w:rsidR="006A6247">
        <w:t xml:space="preserve"> </w:t>
      </w:r>
      <w:r>
        <w:t>Service</w:t>
      </w:r>
      <w:r w:rsidR="006A6247">
        <w:t xml:space="preserve"> </w:t>
      </w:r>
      <w:r>
        <w:t>Aldi</w:t>
      </w:r>
      <w:r w:rsidR="006A6247">
        <w:t xml:space="preserve"> </w:t>
      </w:r>
      <w:r>
        <w:t>Price</w:t>
      </w:r>
      <w:r w:rsidR="006A6247">
        <w:t xml:space="preserve"> </w:t>
      </w:r>
      <w:r>
        <w:t>Match</w:t>
      </w:r>
      <w:r w:rsidR="006A6247">
        <w:t xml:space="preserve"> </w:t>
      </w:r>
      <w:r>
        <w:t>Finest</w:t>
      </w:r>
      <w:r w:rsidR="006A6247">
        <w:t xml:space="preserve"> </w:t>
      </w:r>
      <w:r>
        <w:t>505</w:t>
      </w:r>
      <w:r w:rsidR="006A6247">
        <w:t xml:space="preserve"> </w:t>
      </w:r>
      <w:r>
        <w:t>products,</w:t>
      </w:r>
      <w:r w:rsidR="006A6247">
        <w:t xml:space="preserve"> </w:t>
      </w:r>
      <w:r>
        <w:t>sustainability</w:t>
      </w:r>
      <w:r w:rsidR="006A6247">
        <w:t xml:space="preserve"> </w:t>
      </w:r>
      <w:r>
        <w:t>68%</w:t>
      </w:r>
      <w:r w:rsidR="006A6247">
        <w:t xml:space="preserve"> </w:t>
      </w:r>
      <w:r>
        <w:t>cut</w:t>
      </w:r>
      <w:r w:rsidR="006A6247">
        <w:t xml:space="preserve"> </w:t>
      </w:r>
      <w:r>
        <w:t>&gt;60%</w:t>
      </w:r>
      <w:r w:rsidR="006A6247">
        <w:t xml:space="preserve"> </w:t>
      </w:r>
      <w:r>
        <w:t>target.</w:t>
      </w:r>
      <w:r w:rsidR="006A6247">
        <w:t xml:space="preserve"> </w:t>
      </w:r>
      <w:r>
        <w:t>Weaknesses:</w:t>
      </w:r>
      <w:r w:rsidR="006A6247">
        <w:t xml:space="preserve"> </w:t>
      </w:r>
      <w:r>
        <w:t>thin</w:t>
      </w:r>
      <w:r w:rsidR="006A6247">
        <w:t xml:space="preserve"> </w:t>
      </w:r>
      <w:r>
        <w:t>margins</w:t>
      </w:r>
      <w:r w:rsidR="006A6247">
        <w:t xml:space="preserve"> </w:t>
      </w:r>
      <w:r>
        <w:t>4-5%</w:t>
      </w:r>
      <w:r w:rsidR="006A6247">
        <w:t xml:space="preserve"> </w:t>
      </w:r>
      <w:r>
        <w:t>vulnerable</w:t>
      </w:r>
      <w:r w:rsidR="006A6247">
        <w:t xml:space="preserve"> </w:t>
      </w:r>
      <w:r>
        <w:t>shocks,</w:t>
      </w:r>
      <w:r w:rsidR="006A6247">
        <w:t xml:space="preserve"> </w:t>
      </w:r>
      <w:r>
        <w:t>legacy</w:t>
      </w:r>
      <w:r w:rsidR="006A6247">
        <w:t xml:space="preserve"> </w:t>
      </w:r>
      <w:r>
        <w:t>estate</w:t>
      </w:r>
      <w:r w:rsidR="006A6247">
        <w:t xml:space="preserve"> </w:t>
      </w:r>
      <w:r>
        <w:t>capex,</w:t>
      </w:r>
      <w:r w:rsidR="006A6247">
        <w:t xml:space="preserve"> </w:t>
      </w:r>
      <w:r>
        <w:t>heavy</w:t>
      </w:r>
      <w:r w:rsidR="006A6247">
        <w:t xml:space="preserve"> </w:t>
      </w:r>
      <w:r>
        <w:t>UK</w:t>
      </w:r>
      <w:r w:rsidR="006A6247">
        <w:t xml:space="preserve"> </w:t>
      </w:r>
      <w:r>
        <w:t>exposure</w:t>
      </w:r>
      <w:r w:rsidR="006A6247">
        <w:t xml:space="preserve"> </w:t>
      </w:r>
      <w:r>
        <w:t>minimum</w:t>
      </w:r>
      <w:r w:rsidR="006A6247">
        <w:t xml:space="preserve"> </w:t>
      </w:r>
      <w:r>
        <w:t>wage</w:t>
      </w:r>
      <w:r w:rsidR="006A6247">
        <w:t xml:space="preserve"> </w:t>
      </w:r>
      <w:r>
        <w:t>rates</w:t>
      </w:r>
      <w:r w:rsidR="006A6247">
        <w:t xml:space="preserve"> </w:t>
      </w:r>
      <w:r>
        <w:t>EPR,</w:t>
      </w:r>
      <w:r w:rsidR="006A6247">
        <w:t xml:space="preserve"> </w:t>
      </w:r>
      <w:r>
        <w:t>Scope3</w:t>
      </w:r>
      <w:r w:rsidR="006A6247">
        <w:t xml:space="preserve"> </w:t>
      </w:r>
      <w:r>
        <w:t>&gt;90%</w:t>
      </w:r>
      <w:r w:rsidR="006A6247">
        <w:t xml:space="preserve"> </w:t>
      </w:r>
      <w:r>
        <w:t>assurance</w:t>
      </w:r>
      <w:r w:rsidR="006A6247">
        <w:t xml:space="preserve"> </w:t>
      </w:r>
      <w:r>
        <w:t>limited</w:t>
      </w:r>
      <w:r w:rsidR="006A6247">
        <w:t xml:space="preserve"> </w:t>
      </w:r>
      <w:r>
        <w:t>(</w:t>
      </w:r>
      <w:proofErr w:type="spellStart"/>
      <w:r>
        <w:t>CSRReporters</w:t>
      </w:r>
      <w:proofErr w:type="spellEnd"/>
      <w:r>
        <w:t>,</w:t>
      </w:r>
      <w:r w:rsidR="006A6247">
        <w:t xml:space="preserve"> </w:t>
      </w:r>
      <w:r>
        <w:t>2026),</w:t>
      </w:r>
      <w:r w:rsidR="006A6247">
        <w:t xml:space="preserve"> </w:t>
      </w:r>
      <w:r>
        <w:t>supplier</w:t>
      </w:r>
      <w:r w:rsidR="006A6247">
        <w:t xml:space="preserve"> </w:t>
      </w:r>
      <w:r>
        <w:t>dependence.</w:t>
      </w:r>
      <w:r w:rsidR="006A6247">
        <w:t xml:space="preserve"> </w:t>
      </w:r>
      <w:r>
        <w:t>Opportunities:</w:t>
      </w:r>
      <w:r w:rsidR="006A6247">
        <w:t xml:space="preserve"> </w:t>
      </w:r>
      <w:r>
        <w:t>online</w:t>
      </w:r>
      <w:r w:rsidR="006A6247">
        <w:t xml:space="preserve"> </w:t>
      </w:r>
      <w:r>
        <w:t>rapid</w:t>
      </w:r>
      <w:r w:rsidR="006A6247">
        <w:t xml:space="preserve"> </w:t>
      </w:r>
      <w:proofErr w:type="spellStart"/>
      <w:r>
        <w:t>personalisation</w:t>
      </w:r>
      <w:proofErr w:type="spellEnd"/>
      <w:r w:rsidR="006A6247">
        <w:t xml:space="preserve"> </w:t>
      </w:r>
      <w:r>
        <w:t>retail</w:t>
      </w:r>
      <w:r w:rsidR="006A6247">
        <w:t xml:space="preserve"> </w:t>
      </w:r>
      <w:r>
        <w:t>media</w:t>
      </w:r>
      <w:r w:rsidR="006A6247">
        <w:t xml:space="preserve"> </w:t>
      </w:r>
      <w:r>
        <w:t>high-margin,</w:t>
      </w:r>
      <w:r w:rsidR="006A6247">
        <w:t xml:space="preserve"> </w:t>
      </w:r>
      <w:r>
        <w:t>premium</w:t>
      </w:r>
      <w:r w:rsidR="006A6247">
        <w:t xml:space="preserve"> </w:t>
      </w:r>
      <w:r>
        <w:t>own-label</w:t>
      </w:r>
      <w:r w:rsidR="006A6247">
        <w:t xml:space="preserve"> </w:t>
      </w:r>
      <w:r>
        <w:t>fastest</w:t>
      </w:r>
      <w:r w:rsidR="006A6247">
        <w:t xml:space="preserve"> </w:t>
      </w:r>
      <w:r>
        <w:t>since</w:t>
      </w:r>
      <w:r w:rsidR="006A6247">
        <w:t xml:space="preserve"> </w:t>
      </w:r>
      <w:r>
        <w:t>Sep23</w:t>
      </w:r>
      <w:r w:rsidR="006A6247">
        <w:t xml:space="preserve"> </w:t>
      </w:r>
      <w:r>
        <w:t>health</w:t>
      </w:r>
      <w:r w:rsidR="006A6247">
        <w:t xml:space="preserve"> </w:t>
      </w:r>
      <w:r>
        <w:t>+45%</w:t>
      </w:r>
      <w:r w:rsidR="006A6247">
        <w:t xml:space="preserve"> </w:t>
      </w:r>
      <w:r>
        <w:t>sports</w:t>
      </w:r>
      <w:r w:rsidR="006A6247">
        <w:t xml:space="preserve"> </w:t>
      </w:r>
      <w:r>
        <w:t>nutrition</w:t>
      </w:r>
      <w:r w:rsidR="006A6247">
        <w:t xml:space="preserve"> </w:t>
      </w:r>
      <w:r>
        <w:t>+30%</w:t>
      </w:r>
      <w:r w:rsidR="006A6247">
        <w:t xml:space="preserve"> </w:t>
      </w:r>
      <w:r>
        <w:t>cottage</w:t>
      </w:r>
      <w:r w:rsidR="006A6247">
        <w:t xml:space="preserve"> </w:t>
      </w:r>
      <w:r>
        <w:t>cheese,</w:t>
      </w:r>
      <w:r w:rsidR="006A6247">
        <w:t xml:space="preserve"> </w:t>
      </w:r>
      <w:r>
        <w:t>waste</w:t>
      </w:r>
      <w:r w:rsidR="006A6247">
        <w:t xml:space="preserve"> </w:t>
      </w:r>
      <w:r>
        <w:t>reduction</w:t>
      </w:r>
      <w:r w:rsidR="006A6247">
        <w:t xml:space="preserve"> </w:t>
      </w:r>
      <w:r>
        <w:t>renewable</w:t>
      </w:r>
      <w:r w:rsidR="006A6247">
        <w:t xml:space="preserve"> </w:t>
      </w:r>
      <w:r>
        <w:t>PPA</w:t>
      </w:r>
      <w:r w:rsidR="006A6247">
        <w:t xml:space="preserve"> </w:t>
      </w:r>
      <w:r>
        <w:t>automation,</w:t>
      </w:r>
      <w:r w:rsidR="006A6247">
        <w:t xml:space="preserve"> </w:t>
      </w:r>
      <w:r>
        <w:t>Booker</w:t>
      </w:r>
      <w:r w:rsidR="006A6247">
        <w:t xml:space="preserve"> </w:t>
      </w:r>
      <w:r>
        <w:t>convenience</w:t>
      </w:r>
      <w:r w:rsidR="006A6247">
        <w:t xml:space="preserve"> </w:t>
      </w:r>
      <w:r>
        <w:t>underserved,</w:t>
      </w:r>
      <w:r w:rsidR="006A6247">
        <w:t xml:space="preserve"> </w:t>
      </w:r>
      <w:r>
        <w:t>healthier</w:t>
      </w:r>
      <w:r w:rsidR="006A6247">
        <w:t xml:space="preserve"> </w:t>
      </w:r>
      <w:r>
        <w:t>ranges</w:t>
      </w:r>
      <w:r w:rsidR="006A6247">
        <w:t xml:space="preserve"> </w:t>
      </w:r>
      <w:r>
        <w:t>65%</w:t>
      </w:r>
      <w:r w:rsidR="006A6247">
        <w:t xml:space="preserve"> </w:t>
      </w:r>
      <w:r>
        <w:t>healthy</w:t>
      </w:r>
      <w:r w:rsidR="006A6247">
        <w:t xml:space="preserve"> </w:t>
      </w:r>
      <w:r>
        <w:t>sales.</w:t>
      </w:r>
      <w:r w:rsidR="006A6247">
        <w:t xml:space="preserve"> </w:t>
      </w:r>
      <w:r>
        <w:t>Threats:</w:t>
      </w:r>
      <w:r w:rsidR="006A6247">
        <w:t xml:space="preserve"> </w:t>
      </w:r>
      <w:r>
        <w:t>Aldi</w:t>
      </w:r>
      <w:r w:rsidR="006A6247">
        <w:t xml:space="preserve"> </w:t>
      </w:r>
      <w:r>
        <w:t>Lidl</w:t>
      </w:r>
      <w:r w:rsidR="006A6247">
        <w:t xml:space="preserve"> </w:t>
      </w:r>
      <w:r>
        <w:t>record</w:t>
      </w:r>
      <w:r w:rsidR="006A6247">
        <w:t xml:space="preserve"> </w:t>
      </w:r>
      <w:r>
        <w:t>11.1%/8.1%</w:t>
      </w:r>
      <w:r w:rsidR="006A6247">
        <w:t xml:space="preserve"> </w:t>
      </w:r>
      <w:r>
        <w:t>growth</w:t>
      </w:r>
      <w:r w:rsidR="006A6247">
        <w:t xml:space="preserve"> </w:t>
      </w:r>
      <w:r>
        <w:t>6.7%/10.9%</w:t>
      </w:r>
      <w:r w:rsidR="006A6247">
        <w:t xml:space="preserve"> </w:t>
      </w:r>
      <w:r>
        <w:t>combined</w:t>
      </w:r>
      <w:r w:rsidR="006A6247">
        <w:t xml:space="preserve"> </w:t>
      </w:r>
      <w:r>
        <w:t>8.4%</w:t>
      </w:r>
      <w:r w:rsidR="006A6247">
        <w:t xml:space="preserve"> </w:t>
      </w:r>
      <w:r>
        <w:t>margin</w:t>
      </w:r>
      <w:r w:rsidR="006A6247">
        <w:t xml:space="preserve"> </w:t>
      </w:r>
      <w:r>
        <w:t>pressure,</w:t>
      </w:r>
      <w:r w:rsidR="006A6247">
        <w:t xml:space="preserve"> </w:t>
      </w:r>
      <w:r>
        <w:t>inflation</w:t>
      </w:r>
      <w:r w:rsidR="006A6247">
        <w:t xml:space="preserve"> </w:t>
      </w:r>
      <w:r>
        <w:t>headline</w:t>
      </w:r>
      <w:r w:rsidR="006A6247">
        <w:t xml:space="preserve"> </w:t>
      </w:r>
      <w:r>
        <w:t>3.4%</w:t>
      </w:r>
      <w:r w:rsidR="006A6247">
        <w:t xml:space="preserve"> </w:t>
      </w:r>
      <w:r>
        <w:t>grocery</w:t>
      </w:r>
      <w:r w:rsidR="006A6247">
        <w:t xml:space="preserve"> </w:t>
      </w:r>
      <w:r>
        <w:t>4.1-5.2%</w:t>
      </w:r>
      <w:r w:rsidR="006A6247">
        <w:t xml:space="preserve"> </w:t>
      </w:r>
      <w:r>
        <w:t>80%</w:t>
      </w:r>
      <w:r w:rsidR="006A6247">
        <w:t xml:space="preserve"> </w:t>
      </w:r>
      <w:r>
        <w:t>promo</w:t>
      </w:r>
      <w:r w:rsidR="006A6247">
        <w:t xml:space="preserve"> </w:t>
      </w:r>
      <w:r>
        <w:t>price</w:t>
      </w:r>
      <w:r w:rsidR="006A6247">
        <w:t xml:space="preserve"> </w:t>
      </w:r>
      <w:r>
        <w:t>cuts</w:t>
      </w:r>
      <w:r w:rsidR="006A6247">
        <w:t xml:space="preserve"> </w:t>
      </w:r>
      <w:r>
        <w:t>value</w:t>
      </w:r>
      <w:r w:rsidR="006A6247">
        <w:t xml:space="preserve"> </w:t>
      </w:r>
      <w:r>
        <w:t>critical,</w:t>
      </w:r>
      <w:r w:rsidR="006A6247">
        <w:t xml:space="preserve"> </w:t>
      </w:r>
      <w:r>
        <w:t>cyber</w:t>
      </w:r>
      <w:r w:rsidR="006A6247">
        <w:t xml:space="preserve"> </w:t>
      </w:r>
      <w:r>
        <w:t>GDPR</w:t>
      </w:r>
      <w:r w:rsidR="006A6247">
        <w:t xml:space="preserve"> </w:t>
      </w:r>
      <w:r>
        <w:t>sector</w:t>
      </w:r>
      <w:r w:rsidR="006A6247">
        <w:t xml:space="preserve"> </w:t>
      </w:r>
      <w:r>
        <w:t>incidents</w:t>
      </w:r>
      <w:r w:rsidR="006A6247">
        <w:t xml:space="preserve"> </w:t>
      </w:r>
      <w:r>
        <w:t>2025,</w:t>
      </w:r>
      <w:r w:rsidR="006A6247">
        <w:t xml:space="preserve"> </w:t>
      </w:r>
      <w:r>
        <w:t>regulatory</w:t>
      </w:r>
      <w:r w:rsidR="006A6247">
        <w:t xml:space="preserve"> </w:t>
      </w:r>
      <w:r>
        <w:t>CMA</w:t>
      </w:r>
      <w:r w:rsidR="006A6247">
        <w:t xml:space="preserve"> </w:t>
      </w:r>
      <w:r>
        <w:t>GSCOP</w:t>
      </w:r>
      <w:r w:rsidR="006A6247">
        <w:t xml:space="preserve"> </w:t>
      </w:r>
      <w:r>
        <w:t>HFSS</w:t>
      </w:r>
      <w:r w:rsidR="006A6247">
        <w:t xml:space="preserve"> </w:t>
      </w:r>
      <w:r>
        <w:t>EPR,</w:t>
      </w:r>
      <w:r w:rsidR="006A6247">
        <w:t xml:space="preserve"> </w:t>
      </w:r>
      <w:r>
        <w:t>climate</w:t>
      </w:r>
      <w:r w:rsidR="006A6247">
        <w:t xml:space="preserve"> </w:t>
      </w:r>
      <w:r>
        <w:t>disruption</w:t>
      </w:r>
      <w:r w:rsidR="006A6247">
        <w:t xml:space="preserve"> </w:t>
      </w:r>
      <w:r>
        <w:t>availability.</w:t>
      </w:r>
      <w:r w:rsidR="006A6247">
        <w:t xml:space="preserve"> </w:t>
      </w:r>
      <w:r>
        <w:t>Overall</w:t>
      </w:r>
      <w:r w:rsidR="006A6247">
        <w:t xml:space="preserve"> </w:t>
      </w:r>
      <w:r>
        <w:t>moderate</w:t>
      </w:r>
      <w:r w:rsidR="006A6247">
        <w:t xml:space="preserve"> </w:t>
      </w:r>
      <w:r>
        <w:t>attractiveness:</w:t>
      </w:r>
      <w:r w:rsidR="006A6247">
        <w:t xml:space="preserve"> </w:t>
      </w:r>
      <w:r>
        <w:t>large</w:t>
      </w:r>
      <w:r w:rsidR="006A6247">
        <w:t xml:space="preserve"> </w:t>
      </w:r>
      <w:r>
        <w:t>resilient</w:t>
      </w:r>
      <w:r w:rsidR="006A6247">
        <w:t xml:space="preserve"> </w:t>
      </w:r>
      <w:r>
        <w:t>positive</w:t>
      </w:r>
      <w:r w:rsidR="006A6247">
        <w:t xml:space="preserve"> </w:t>
      </w:r>
      <w:r>
        <w:t>but</w:t>
      </w:r>
      <w:r w:rsidR="006A6247">
        <w:t xml:space="preserve"> </w:t>
      </w:r>
      <w:r>
        <w:t>low</w:t>
      </w:r>
      <w:r w:rsidR="006A6247">
        <w:t xml:space="preserve"> </w:t>
      </w:r>
      <w:r>
        <w:t>margin</w:t>
      </w:r>
      <w:r w:rsidR="006A6247">
        <w:t xml:space="preserve"> </w:t>
      </w:r>
      <w:r>
        <w:t>high</w:t>
      </w:r>
      <w:r w:rsidR="006A6247">
        <w:t xml:space="preserve"> </w:t>
      </w:r>
      <w:r>
        <w:t>rivalry</w:t>
      </w:r>
      <w:r w:rsidR="006A6247">
        <w:t xml:space="preserve"> </w:t>
      </w:r>
      <w:r>
        <w:t>negative.</w:t>
      </w:r>
    </w:p>
    <w:p w:rsidR="00700886" w:rsidP="7D0D8C44" w:rsidRDefault="7BF93C46" w14:paraId="2C2FF96F" w14:textId="77777777">
      <w:pPr>
        <w:pStyle w:val="Heading2"/>
        <w:jc w:val="both"/>
        <w:rPr>
          <w:rFonts w:ascii="Arial" w:hAnsi="Arial"/>
          <w:color w:val="auto"/>
          <w:sz w:val="24"/>
          <w:szCs w:val="24"/>
        </w:rPr>
      </w:pPr>
      <w:bookmarkStart w:name="_Toc236501126" w:id="24"/>
      <w:bookmarkStart w:name="_Toc1981150311" w:id="25"/>
      <w:bookmarkStart w:name="_Toc237366861" w:id="26"/>
      <w:r w:rsidRPr="7D0D8C44" w:rsidR="529427D7">
        <w:rPr>
          <w:rFonts w:ascii="Arial" w:hAnsi="Arial"/>
          <w:color w:val="auto"/>
          <w:sz w:val="24"/>
          <w:szCs w:val="24"/>
        </w:rPr>
        <w:t>3.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Comprehensive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and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Holistic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View</w:t>
      </w:r>
      <w:bookmarkEnd w:id="24"/>
      <w:bookmarkEnd w:id="25"/>
      <w:bookmarkEnd w:id="26"/>
    </w:p>
    <w:p w:rsidR="00700886" w:rsidP="7D0D8C44" w:rsidRDefault="7BF93C46" w14:paraId="00A90C6C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27" w:id="27"/>
      <w:bookmarkStart w:name="_Toc1280368253" w:id="28"/>
      <w:bookmarkStart w:name="_Toc237366862" w:id="29"/>
      <w:r w:rsidRPr="7D0D8C44" w:rsidR="529427D7">
        <w:rPr>
          <w:rFonts w:ascii="Arial" w:hAnsi="Arial"/>
          <w:color w:val="auto"/>
        </w:rPr>
        <w:t>3.1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CSR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Strategy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and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Alignment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(400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words)</w:t>
      </w:r>
      <w:bookmarkEnd w:id="27"/>
      <w:bookmarkEnd w:id="28"/>
      <w:bookmarkEnd w:id="29"/>
    </w:p>
    <w:p w:rsidR="00700886" w:rsidP="00F94D1E" w:rsidRDefault="00344F75" w14:paraId="503EA5A5" w14:textId="328213A7">
      <w:pPr>
        <w:jc w:val="both"/>
      </w:pPr>
      <w:r w:rsidR="2AF3A769">
        <w:rPr/>
        <w:t xml:space="preserve">Purpose weaves </w:t>
      </w:r>
      <w:r w:rsidR="6C365FF1">
        <w:rPr/>
        <w:t>customers’</w:t>
      </w:r>
      <w:r w:rsidR="2AF3A769">
        <w:rPr/>
        <w:t xml:space="preserve"> </w:t>
      </w:r>
      <w:r w:rsidR="0C14E151">
        <w:rPr/>
        <w:t>community</w:t>
      </w:r>
      <w:r w:rsidR="2AF3A769">
        <w:rPr/>
        <w:t xml:space="preserve"> planet, showing CSR core not peripheral (Freeman, 1984; Porter and Kramer, 2011). Planet agenda six areas: Improve Products, </w:t>
      </w:r>
      <w:r w:rsidR="2AF3A769">
        <w:rPr/>
        <w:t>Decarbonise</w:t>
      </w:r>
      <w:r w:rsidR="2AF3A769">
        <w:rPr/>
        <w:t xml:space="preserve"> Transport, Reduce Store Emissions, Support Sustainable Consumption, </w:t>
      </w:r>
      <w:r w:rsidR="2AF3A769">
        <w:rPr/>
        <w:t>Eliminate</w:t>
      </w:r>
      <w:r w:rsidR="2AF3A769">
        <w:rPr/>
        <w:t xml:space="preserve"> Waste, Protect Nature (Tesco PLC, 2025c; Climate Action, 2023).</w:t>
      </w:r>
      <w:r>
        <w:br/>
      </w:r>
      <w:r>
        <w:br/>
      </w:r>
      <w:r w:rsidR="2F2FABD8">
        <w:rPr/>
        <w:t>Climate:</w:t>
      </w:r>
      <w:r w:rsidR="77E3ED2B">
        <w:rPr/>
        <w:t xml:space="preserve"> </w:t>
      </w:r>
      <w:r w:rsidR="2F2FABD8">
        <w:rPr/>
        <w:t>among</w:t>
      </w:r>
      <w:r w:rsidR="77E3ED2B">
        <w:rPr/>
        <w:t xml:space="preserve"> </w:t>
      </w:r>
      <w:r w:rsidR="2F2FABD8">
        <w:rPr/>
        <w:t>earliest</w:t>
      </w:r>
      <w:r w:rsidR="77E3ED2B">
        <w:rPr/>
        <w:t xml:space="preserve"> </w:t>
      </w:r>
      <w:r w:rsidR="2F2FABD8">
        <w:rPr/>
        <w:t>retailers</w:t>
      </w:r>
      <w:r w:rsidR="77E3ED2B">
        <w:rPr/>
        <w:t xml:space="preserve"> </w:t>
      </w:r>
      <w:r w:rsidR="2F2FABD8">
        <w:rPr/>
        <w:t>SBTi</w:t>
      </w:r>
      <w:r w:rsidR="77E3ED2B">
        <w:rPr/>
        <w:t xml:space="preserve"> </w:t>
      </w:r>
      <w:r w:rsidR="2F2FABD8">
        <w:rPr/>
        <w:t>1.5-degree</w:t>
      </w:r>
      <w:r w:rsidR="77E3ED2B">
        <w:rPr/>
        <w:t xml:space="preserve"> </w:t>
      </w:r>
      <w:r w:rsidR="2F2FABD8">
        <w:rPr/>
        <w:t>validated</w:t>
      </w:r>
      <w:r w:rsidR="77E3ED2B">
        <w:rPr/>
        <w:t xml:space="preserve"> </w:t>
      </w:r>
      <w:r w:rsidR="2F2FABD8">
        <w:rPr/>
        <w:t>–</w:t>
      </w:r>
      <w:r w:rsidR="77E3ED2B">
        <w:rPr/>
        <w:t xml:space="preserve"> </w:t>
      </w:r>
      <w:r w:rsidR="2F2FABD8">
        <w:rPr/>
        <w:t>carbon</w:t>
      </w:r>
      <w:r w:rsidR="77E3ED2B">
        <w:rPr/>
        <w:t xml:space="preserve"> </w:t>
      </w:r>
      <w:r w:rsidR="2F2FABD8">
        <w:rPr/>
        <w:t>neutrality</w:t>
      </w:r>
      <w:r w:rsidR="77E3ED2B">
        <w:rPr/>
        <w:t xml:space="preserve"> </w:t>
      </w:r>
      <w:r w:rsidR="2F2FABD8">
        <w:rPr/>
        <w:t>own</w:t>
      </w:r>
      <w:r w:rsidR="77E3ED2B">
        <w:rPr/>
        <w:t xml:space="preserve"> </w:t>
      </w:r>
      <w:r w:rsidR="2F2FABD8">
        <w:rPr/>
        <w:t>ops</w:t>
      </w:r>
      <w:r w:rsidR="77E3ED2B">
        <w:rPr/>
        <w:t xml:space="preserve"> </w:t>
      </w:r>
      <w:r w:rsidR="2F2FABD8">
        <w:rPr/>
        <w:t>2035</w:t>
      </w:r>
      <w:r w:rsidR="77E3ED2B">
        <w:rPr/>
        <w:t xml:space="preserve"> </w:t>
      </w:r>
      <w:r w:rsidR="2F2FABD8">
        <w:rPr/>
        <w:t>net-zero</w:t>
      </w:r>
      <w:r w:rsidR="77E3ED2B">
        <w:rPr/>
        <w:t xml:space="preserve"> </w:t>
      </w:r>
      <w:r w:rsidR="2F2FABD8">
        <w:rPr/>
        <w:t>chain</w:t>
      </w:r>
      <w:r w:rsidR="77E3ED2B">
        <w:rPr/>
        <w:t xml:space="preserve"> </w:t>
      </w:r>
      <w:r w:rsidR="2F2FABD8">
        <w:rPr/>
        <w:t>2050</w:t>
      </w:r>
      <w:r w:rsidR="77E3ED2B">
        <w:rPr/>
        <w:t xml:space="preserve"> </w:t>
      </w:r>
      <w:r w:rsidR="2F2FABD8">
        <w:rPr/>
        <w:t>interim</w:t>
      </w:r>
      <w:r w:rsidR="77E3ED2B">
        <w:rPr/>
        <w:t xml:space="preserve"> </w:t>
      </w:r>
      <w:r w:rsidR="2F2FABD8">
        <w:rPr/>
        <w:t>Scope1&amp;2</w:t>
      </w:r>
      <w:r w:rsidR="77E3ED2B">
        <w:rPr/>
        <w:t xml:space="preserve"> </w:t>
      </w:r>
      <w:r w:rsidR="2F2FABD8">
        <w:rPr/>
        <w:t>-85%</w:t>
      </w:r>
      <w:r w:rsidR="77E3ED2B">
        <w:rPr/>
        <w:t xml:space="preserve"> </w:t>
      </w:r>
      <w:r w:rsidR="2F2FABD8">
        <w:rPr/>
        <w:t>2030</w:t>
      </w:r>
      <w:r w:rsidR="77E3ED2B">
        <w:rPr/>
        <w:t xml:space="preserve"> </w:t>
      </w:r>
      <w:r w:rsidR="2F2FABD8">
        <w:rPr/>
        <w:t>Scope3</w:t>
      </w:r>
      <w:r w:rsidR="77E3ED2B">
        <w:rPr/>
        <w:t xml:space="preserve"> </w:t>
      </w:r>
      <w:r w:rsidR="2F2FABD8">
        <w:rPr/>
        <w:t>energy/industrial</w:t>
      </w:r>
      <w:r w:rsidR="77E3ED2B">
        <w:rPr/>
        <w:t xml:space="preserve"> </w:t>
      </w:r>
      <w:r w:rsidR="2F2FABD8">
        <w:rPr/>
        <w:t>-55%</w:t>
      </w:r>
      <w:r w:rsidR="77E3ED2B">
        <w:rPr/>
        <w:t xml:space="preserve"> </w:t>
      </w:r>
      <w:r w:rsidR="2F2FABD8">
        <w:rPr/>
        <w:t>2032</w:t>
      </w:r>
      <w:r w:rsidR="77E3ED2B">
        <w:rPr/>
        <w:t xml:space="preserve"> </w:t>
      </w:r>
      <w:r w:rsidR="2F2FABD8">
        <w:rPr/>
        <w:t>FLAG</w:t>
      </w:r>
      <w:r w:rsidR="77E3ED2B">
        <w:rPr/>
        <w:t xml:space="preserve"> </w:t>
      </w:r>
      <w:r w:rsidR="2F2FABD8">
        <w:rPr/>
        <w:t>39%</w:t>
      </w:r>
      <w:r w:rsidR="77E3ED2B">
        <w:rPr/>
        <w:t xml:space="preserve"> </w:t>
      </w:r>
      <w:r w:rsidR="2F2FABD8">
        <w:rPr/>
        <w:t>2032</w:t>
      </w:r>
      <w:r w:rsidR="77E3ED2B">
        <w:rPr/>
        <w:t xml:space="preserve"> </w:t>
      </w:r>
      <w:r w:rsidR="2F2FABD8">
        <w:rPr/>
        <w:t>baseline</w:t>
      </w:r>
      <w:r w:rsidR="77E3ED2B">
        <w:rPr/>
        <w:t xml:space="preserve"> </w:t>
      </w:r>
      <w:r w:rsidR="2F2FABD8">
        <w:rPr/>
        <w:t>2019</w:t>
      </w:r>
      <w:r w:rsidR="77E3ED2B">
        <w:rPr/>
        <w:t xml:space="preserve"> </w:t>
      </w:r>
      <w:r w:rsidR="2F2FABD8">
        <w:rPr/>
        <w:t>(Climate</w:t>
      </w:r>
      <w:r w:rsidR="77E3ED2B">
        <w:rPr/>
        <w:t xml:space="preserve"> </w:t>
      </w:r>
      <w:r w:rsidR="2F2FABD8">
        <w:rPr/>
        <w:t>Action,</w:t>
      </w:r>
      <w:r w:rsidR="77E3ED2B">
        <w:rPr/>
        <w:t xml:space="preserve"> </w:t>
      </w:r>
      <w:r w:rsidR="2F2FABD8">
        <w:rPr/>
        <w:t>2023;</w:t>
      </w:r>
      <w:r w:rsidR="77E3ED2B">
        <w:rPr/>
        <w:t xml:space="preserve"> </w:t>
      </w:r>
      <w:r w:rsidR="2F2FABD8">
        <w:rPr/>
        <w:t>ESG</w:t>
      </w:r>
      <w:r w:rsidR="77E3ED2B">
        <w:rPr/>
        <w:t xml:space="preserve"> </w:t>
      </w:r>
      <w:r w:rsidR="2F2FABD8">
        <w:rPr/>
        <w:t>Today,</w:t>
      </w:r>
      <w:r w:rsidR="77E3ED2B">
        <w:rPr/>
        <w:t xml:space="preserve"> </w:t>
      </w:r>
      <w:r w:rsidR="2F2FABD8">
        <w:rPr/>
        <w:t>2023).</w:t>
      </w:r>
      <w:r w:rsidR="77E3ED2B">
        <w:rPr/>
        <w:t xml:space="preserve"> </w:t>
      </w:r>
      <w:r w:rsidR="2F2FABD8">
        <w:rPr/>
        <w:t>Report</w:t>
      </w:r>
      <w:r w:rsidR="77E3ED2B">
        <w:rPr/>
        <w:t xml:space="preserve"> </w:t>
      </w:r>
      <w:r w:rsidR="2F2FABD8">
        <w:rPr/>
        <w:t>68%</w:t>
      </w:r>
      <w:r w:rsidR="77E3ED2B">
        <w:rPr/>
        <w:t xml:space="preserve"> </w:t>
      </w:r>
      <w:r w:rsidR="2F2FABD8">
        <w:rPr/>
        <w:t>Scope1&amp;2</w:t>
      </w:r>
      <w:r w:rsidR="77E3ED2B">
        <w:rPr/>
        <w:t xml:space="preserve"> </w:t>
      </w:r>
      <w:r w:rsidR="2F2FABD8">
        <w:rPr/>
        <w:t>cut</w:t>
      </w:r>
      <w:r w:rsidR="77E3ED2B">
        <w:rPr/>
        <w:t xml:space="preserve"> </w:t>
      </w:r>
      <w:r w:rsidR="2F2FABD8">
        <w:rPr/>
        <w:t>vs</w:t>
      </w:r>
      <w:r w:rsidR="77E3ED2B">
        <w:rPr/>
        <w:t xml:space="preserve"> </w:t>
      </w:r>
      <w:r w:rsidR="2F2FABD8">
        <w:rPr/>
        <w:t>15/16</w:t>
      </w:r>
      <w:r w:rsidR="77E3ED2B">
        <w:rPr/>
        <w:t xml:space="preserve"> </w:t>
      </w:r>
      <w:r w:rsidR="2F2FABD8">
        <w:rPr/>
        <w:t>base</w:t>
      </w:r>
      <w:r w:rsidR="77E3ED2B">
        <w:rPr/>
        <w:t xml:space="preserve"> </w:t>
      </w:r>
      <w:r w:rsidR="2F2FABD8">
        <w:rPr/>
        <w:t>beyond</w:t>
      </w:r>
      <w:r w:rsidR="77E3ED2B">
        <w:rPr/>
        <w:t xml:space="preserve"> </w:t>
      </w:r>
      <w:r w:rsidR="2F2FABD8">
        <w:rPr/>
        <w:t>Dec</w:t>
      </w:r>
      <w:r w:rsidR="77E3ED2B">
        <w:rPr/>
        <w:t xml:space="preserve"> </w:t>
      </w:r>
      <w:r w:rsidR="2F2FABD8">
        <w:rPr/>
        <w:t>2025</w:t>
      </w:r>
      <w:r w:rsidR="77E3ED2B">
        <w:rPr/>
        <w:t xml:space="preserve"> </w:t>
      </w:r>
      <w:r w:rsidR="2F2FABD8">
        <w:rPr/>
        <w:t>target</w:t>
      </w:r>
      <w:r w:rsidR="77E3ED2B">
        <w:rPr/>
        <w:t xml:space="preserve"> </w:t>
      </w:r>
      <w:r w:rsidR="2F2FABD8">
        <w:rPr/>
        <w:t>60%</w:t>
      </w:r>
      <w:r w:rsidR="77E3ED2B">
        <w:rPr/>
        <w:t xml:space="preserve"> </w:t>
      </w:r>
      <w:r w:rsidR="2F2FABD8">
        <w:rPr/>
        <w:t>(</w:t>
      </w:r>
      <w:r w:rsidR="2F2FABD8">
        <w:rPr/>
        <w:t>CSRReporters</w:t>
      </w:r>
      <w:r w:rsidR="2F2FABD8">
        <w:rPr/>
        <w:t>,</w:t>
      </w:r>
      <w:r w:rsidR="77E3ED2B">
        <w:rPr/>
        <w:t xml:space="preserve"> </w:t>
      </w:r>
      <w:r w:rsidR="2F2FABD8">
        <w:rPr/>
        <w:t>2026).</w:t>
      </w:r>
      <w:r w:rsidR="77E3ED2B">
        <w:rPr/>
        <w:t xml:space="preserve"> </w:t>
      </w:r>
      <w:r w:rsidR="2F2FABD8">
        <w:rPr/>
        <w:t>100%</w:t>
      </w:r>
      <w:r w:rsidR="77E3ED2B">
        <w:rPr/>
        <w:t xml:space="preserve"> </w:t>
      </w:r>
      <w:r w:rsidR="2F2FABD8">
        <w:rPr/>
        <w:t>renewable</w:t>
      </w:r>
      <w:r w:rsidR="77E3ED2B">
        <w:rPr/>
        <w:t xml:space="preserve"> </w:t>
      </w:r>
      <w:r w:rsidR="2F2FABD8">
        <w:rPr/>
        <w:t>electricity,</w:t>
      </w:r>
      <w:r w:rsidR="77E3ED2B">
        <w:rPr/>
        <w:t xml:space="preserve"> </w:t>
      </w:r>
      <w:r w:rsidR="2F2FABD8">
        <w:rPr/>
        <w:t>UK's</w:t>
      </w:r>
      <w:r w:rsidR="77E3ED2B">
        <w:rPr/>
        <w:t xml:space="preserve"> </w:t>
      </w:r>
      <w:r w:rsidR="2F2FABD8">
        <w:rPr/>
        <w:t>biggest</w:t>
      </w:r>
      <w:r w:rsidR="77E3ED2B">
        <w:rPr/>
        <w:t xml:space="preserve"> </w:t>
      </w:r>
      <w:r w:rsidR="2F2FABD8">
        <w:rPr/>
        <w:t>corporate</w:t>
      </w:r>
      <w:r w:rsidR="77E3ED2B">
        <w:rPr/>
        <w:t xml:space="preserve"> </w:t>
      </w:r>
      <w:r w:rsidR="2F2FABD8">
        <w:rPr/>
        <w:t>solar</w:t>
      </w:r>
      <w:r w:rsidR="77E3ED2B">
        <w:rPr/>
        <w:t xml:space="preserve"> </w:t>
      </w:r>
      <w:r w:rsidR="2F2FABD8">
        <w:rPr/>
        <w:t>PPA</w:t>
      </w:r>
      <w:r w:rsidR="77E3ED2B">
        <w:rPr/>
        <w:t xml:space="preserve"> </w:t>
      </w:r>
      <w:r w:rsidR="2F2FABD8">
        <w:rPr/>
        <w:t>taking</w:t>
      </w:r>
      <w:r w:rsidR="77E3ED2B">
        <w:rPr/>
        <w:t xml:space="preserve"> </w:t>
      </w:r>
      <w:r w:rsidR="2F2FABD8">
        <w:rPr/>
        <w:t>65%</w:t>
      </w:r>
      <w:r w:rsidR="77E3ED2B">
        <w:rPr/>
        <w:t xml:space="preserve"> </w:t>
      </w:r>
      <w:r w:rsidR="2F2FABD8">
        <w:rPr/>
        <w:t>output</w:t>
      </w:r>
      <w:r w:rsidR="77E3ED2B">
        <w:rPr/>
        <w:t xml:space="preserve"> </w:t>
      </w:r>
      <w:r w:rsidR="2F2FABD8">
        <w:rPr/>
        <w:t>373MW</w:t>
      </w:r>
      <w:r w:rsidR="77E3ED2B">
        <w:rPr/>
        <w:t xml:space="preserve"> </w:t>
      </w:r>
      <w:r w:rsidR="2F2FABD8">
        <w:rPr/>
        <w:t>Cleve</w:t>
      </w:r>
      <w:r w:rsidR="77E3ED2B">
        <w:rPr/>
        <w:t xml:space="preserve"> </w:t>
      </w:r>
      <w:r w:rsidR="2F2FABD8">
        <w:rPr/>
        <w:t>Hill</w:t>
      </w:r>
      <w:r w:rsidR="77E3ED2B">
        <w:rPr/>
        <w:t xml:space="preserve"> </w:t>
      </w:r>
      <w:r w:rsidR="2F2FABD8">
        <w:rPr/>
        <w:t>farm</w:t>
      </w:r>
      <w:r w:rsidR="77E3ED2B">
        <w:rPr/>
        <w:t xml:space="preserve"> </w:t>
      </w:r>
      <w:r w:rsidR="2F2FABD8">
        <w:rPr/>
        <w:t>enough</w:t>
      </w:r>
      <w:r w:rsidR="77E3ED2B">
        <w:rPr/>
        <w:t xml:space="preserve"> </w:t>
      </w:r>
      <w:r w:rsidR="2F2FABD8">
        <w:rPr/>
        <w:t>~144</w:t>
      </w:r>
      <w:r w:rsidR="77E3ED2B">
        <w:rPr/>
        <w:t xml:space="preserve"> </w:t>
      </w:r>
      <w:r w:rsidR="2F2FABD8">
        <w:rPr/>
        <w:t>large</w:t>
      </w:r>
      <w:r w:rsidR="77E3ED2B">
        <w:rPr/>
        <w:t xml:space="preserve"> </w:t>
      </w:r>
      <w:r w:rsidR="2F2FABD8">
        <w:rPr/>
        <w:t>stores</w:t>
      </w:r>
      <w:r w:rsidR="77E3ED2B">
        <w:rPr/>
        <w:t xml:space="preserve"> </w:t>
      </w:r>
      <w:r w:rsidR="2F2FABD8">
        <w:rPr/>
        <w:t>(Sustainability</w:t>
      </w:r>
      <w:r w:rsidR="77E3ED2B">
        <w:rPr/>
        <w:t xml:space="preserve"> </w:t>
      </w:r>
      <w:r w:rsidR="2F2FABD8">
        <w:rPr/>
        <w:t>Magazine,</w:t>
      </w:r>
      <w:r w:rsidR="77E3ED2B">
        <w:rPr/>
        <w:t xml:space="preserve"> </w:t>
      </w:r>
      <w:r w:rsidR="2F2FABD8">
        <w:rPr/>
        <w:t>2025).</w:t>
      </w:r>
      <w:r w:rsidR="77E3ED2B">
        <w:rPr/>
        <w:t xml:space="preserve"> </w:t>
      </w:r>
      <w:r w:rsidR="2F2FABD8">
        <w:rPr/>
        <w:t>Store</w:t>
      </w:r>
      <w:r w:rsidR="77E3ED2B">
        <w:rPr/>
        <w:t xml:space="preserve"> </w:t>
      </w:r>
      <w:r w:rsidR="2F2FABD8">
        <w:rPr/>
        <w:t>initiatives</w:t>
      </w:r>
      <w:r w:rsidR="77E3ED2B">
        <w:rPr/>
        <w:t xml:space="preserve"> </w:t>
      </w:r>
      <w:r w:rsidR="2F2FABD8">
        <w:rPr/>
        <w:t>Harrogate</w:t>
      </w:r>
      <w:r w:rsidR="77E3ED2B">
        <w:rPr/>
        <w:t xml:space="preserve"> </w:t>
      </w:r>
      <w:r w:rsidR="2F2FABD8">
        <w:rPr/>
        <w:t>low-carbon</w:t>
      </w:r>
      <w:r w:rsidR="77E3ED2B">
        <w:rPr/>
        <w:t xml:space="preserve"> </w:t>
      </w:r>
      <w:r w:rsidR="2F2FABD8">
        <w:rPr/>
        <w:t>concept</w:t>
      </w:r>
      <w:r w:rsidR="77E3ED2B">
        <w:rPr/>
        <w:t xml:space="preserve"> </w:t>
      </w:r>
      <w:r w:rsidR="2F2FABD8">
        <w:rPr/>
        <w:t>fridge</w:t>
      </w:r>
      <w:r w:rsidR="77E3ED2B">
        <w:rPr/>
        <w:t xml:space="preserve"> </w:t>
      </w:r>
      <w:r w:rsidR="2F2FABD8">
        <w:rPr/>
        <w:t>doors</w:t>
      </w:r>
      <w:r w:rsidR="77E3ED2B">
        <w:rPr/>
        <w:t xml:space="preserve"> </w:t>
      </w:r>
      <w:r w:rsidR="2F2FABD8">
        <w:rPr/>
        <w:t>LED</w:t>
      </w:r>
      <w:r w:rsidR="77E3ED2B">
        <w:rPr/>
        <w:t xml:space="preserve"> </w:t>
      </w:r>
      <w:r w:rsidR="2F2FABD8">
        <w:rPr/>
        <w:t>electric</w:t>
      </w:r>
      <w:r w:rsidR="77E3ED2B">
        <w:rPr/>
        <w:t xml:space="preserve"> </w:t>
      </w:r>
      <w:r w:rsidR="2F2FABD8">
        <w:rPr/>
        <w:t>vans.</w:t>
      </w:r>
      <w:r w:rsidR="77E3ED2B">
        <w:rPr/>
        <w:t xml:space="preserve"> </w:t>
      </w:r>
      <w:r w:rsidR="2F2FABD8">
        <w:rPr/>
        <w:t>Alignment:</w:t>
      </w:r>
      <w:r w:rsidR="77E3ED2B">
        <w:rPr/>
        <w:t xml:space="preserve"> </w:t>
      </w:r>
      <w:r w:rsidR="2F2FABD8">
        <w:rPr/>
        <w:t>energy</w:t>
      </w:r>
      <w:r w:rsidR="77E3ED2B">
        <w:rPr/>
        <w:t xml:space="preserve"> </w:t>
      </w:r>
      <w:r w:rsidR="2F2FABD8">
        <w:rPr/>
        <w:t>efficiency</w:t>
      </w:r>
      <w:r w:rsidR="77E3ED2B">
        <w:rPr/>
        <w:t xml:space="preserve"> </w:t>
      </w:r>
      <w:r w:rsidR="2F2FABD8">
        <w:rPr/>
        <w:t>lowers</w:t>
      </w:r>
      <w:r w:rsidR="77E3ED2B">
        <w:rPr/>
        <w:t xml:space="preserve"> </w:t>
      </w:r>
      <w:r w:rsidR="2F2FABD8">
        <w:rPr/>
        <w:t>operating</w:t>
      </w:r>
      <w:r w:rsidR="77E3ED2B">
        <w:rPr/>
        <w:t xml:space="preserve"> </w:t>
      </w:r>
      <w:r w:rsidR="2F2FABD8">
        <w:rPr/>
        <w:t>costs</w:t>
      </w:r>
      <w:r w:rsidR="77E3ED2B">
        <w:rPr/>
        <w:t xml:space="preserve"> </w:t>
      </w:r>
      <w:r w:rsidR="2F2FABD8">
        <w:rPr/>
        <w:t>volatility,</w:t>
      </w:r>
      <w:r w:rsidR="77E3ED2B">
        <w:rPr/>
        <w:t xml:space="preserve"> </w:t>
      </w:r>
      <w:r w:rsidR="2F2FABD8">
        <w:rPr/>
        <w:t>builds</w:t>
      </w:r>
      <w:r w:rsidR="77E3ED2B">
        <w:rPr/>
        <w:t xml:space="preserve"> </w:t>
      </w:r>
      <w:r w:rsidR="2F2FABD8">
        <w:rPr/>
        <w:t>trust</w:t>
      </w:r>
      <w:r w:rsidR="77E3ED2B">
        <w:rPr/>
        <w:t xml:space="preserve"> </w:t>
      </w:r>
      <w:r w:rsidR="2F2FABD8">
        <w:rPr/>
        <w:t>as</w:t>
      </w:r>
      <w:r w:rsidR="77E3ED2B">
        <w:rPr/>
        <w:t xml:space="preserve"> </w:t>
      </w:r>
      <w:r w:rsidR="2F2FABD8">
        <w:rPr/>
        <w:t>70%</w:t>
      </w:r>
      <w:r w:rsidR="77E3ED2B">
        <w:rPr/>
        <w:t xml:space="preserve"> </w:t>
      </w:r>
      <w:r w:rsidR="2F2FABD8">
        <w:rPr/>
        <w:t>UK</w:t>
      </w:r>
      <w:r w:rsidR="77E3ED2B">
        <w:rPr/>
        <w:t xml:space="preserve"> </w:t>
      </w:r>
      <w:r w:rsidR="2F2FABD8">
        <w:rPr/>
        <w:t>suppliers</w:t>
      </w:r>
      <w:r w:rsidR="77E3ED2B">
        <w:rPr/>
        <w:t xml:space="preserve"> </w:t>
      </w:r>
      <w:r w:rsidR="2F2FABD8">
        <w:rPr/>
        <w:t>by</w:t>
      </w:r>
      <w:r w:rsidR="77E3ED2B">
        <w:rPr/>
        <w:t xml:space="preserve"> </w:t>
      </w:r>
      <w:r w:rsidR="2F2FABD8">
        <w:rPr/>
        <w:t>value</w:t>
      </w:r>
      <w:r w:rsidR="77E3ED2B">
        <w:rPr/>
        <w:t xml:space="preserve"> </w:t>
      </w:r>
      <w:r w:rsidR="2F2FABD8">
        <w:rPr/>
        <w:t>committed</w:t>
      </w:r>
      <w:r w:rsidR="77E3ED2B">
        <w:rPr/>
        <w:t xml:space="preserve"> </w:t>
      </w:r>
      <w:r w:rsidR="2F2FABD8">
        <w:rPr/>
        <w:t>net-zero.</w:t>
      </w:r>
      <w:r w:rsidR="77E3ED2B">
        <w:rPr/>
        <w:t xml:space="preserve"> </w:t>
      </w:r>
      <w:r w:rsidR="2F2FABD8">
        <w:rPr/>
        <w:t>Difficulty</w:t>
      </w:r>
      <w:r w:rsidR="77E3ED2B">
        <w:rPr/>
        <w:t xml:space="preserve"> </w:t>
      </w:r>
      <w:r w:rsidR="2F2FABD8">
        <w:rPr/>
        <w:t>&gt;90%</w:t>
      </w:r>
      <w:r w:rsidR="77E3ED2B">
        <w:rPr/>
        <w:t xml:space="preserve"> </w:t>
      </w:r>
      <w:r w:rsidR="2F2FABD8">
        <w:rPr/>
        <w:t>footprint</w:t>
      </w:r>
      <w:r w:rsidR="77E3ED2B">
        <w:rPr/>
        <w:t xml:space="preserve"> </w:t>
      </w:r>
      <w:r w:rsidR="2F2FABD8">
        <w:rPr/>
        <w:t>Scope3</w:t>
      </w:r>
      <w:r w:rsidR="77E3ED2B">
        <w:rPr/>
        <w:t xml:space="preserve"> </w:t>
      </w:r>
      <w:r w:rsidR="2F2FABD8">
        <w:rPr/>
        <w:t>needing</w:t>
      </w:r>
      <w:r w:rsidR="77E3ED2B">
        <w:rPr/>
        <w:t xml:space="preserve"> </w:t>
      </w:r>
      <w:r w:rsidR="2F2FABD8">
        <w:rPr/>
        <w:t>supplier</w:t>
      </w:r>
      <w:r w:rsidR="77E3ED2B">
        <w:rPr/>
        <w:t xml:space="preserve"> </w:t>
      </w:r>
      <w:r w:rsidR="2F2FABD8">
        <w:rPr/>
        <w:t>transformation</w:t>
      </w:r>
      <w:r w:rsidR="77E3ED2B">
        <w:rPr/>
        <w:t xml:space="preserve"> </w:t>
      </w:r>
      <w:r w:rsidR="2F2FABD8">
        <w:rPr/>
        <w:t>low-carbon</w:t>
      </w:r>
      <w:r w:rsidR="0EF03D4E">
        <w:rPr/>
        <w:t xml:space="preserve"> </w:t>
      </w:r>
      <w:r w:rsidR="2F2FABD8">
        <w:rPr/>
        <w:t>fertiliser</w:t>
      </w:r>
      <w:r w:rsidR="77E3ED2B">
        <w:rPr/>
        <w:t xml:space="preserve"> </w:t>
      </w:r>
      <w:r w:rsidR="2F2FABD8">
        <w:rPr/>
        <w:t>deforestation-free</w:t>
      </w:r>
      <w:r w:rsidR="77E3ED2B">
        <w:rPr/>
        <w:t xml:space="preserve"> </w:t>
      </w:r>
      <w:r w:rsidR="2F2FABD8">
        <w:rPr/>
        <w:t>primary</w:t>
      </w:r>
      <w:r w:rsidR="77E3ED2B">
        <w:rPr/>
        <w:t xml:space="preserve"> </w:t>
      </w:r>
      <w:r w:rsidR="2F2FABD8">
        <w:rPr/>
        <w:t>risk</w:t>
      </w:r>
      <w:r w:rsidR="77E3ED2B">
        <w:rPr/>
        <w:t xml:space="preserve"> </w:t>
      </w:r>
      <w:r w:rsidR="2F2FABD8">
        <w:rPr/>
        <w:t>2025.</w:t>
      </w:r>
      <w:r>
        <w:br/>
      </w:r>
      <w:r>
        <w:br/>
      </w:r>
      <w:r w:rsidR="2F2FABD8">
        <w:rPr/>
        <w:t>Food</w:t>
      </w:r>
      <w:r w:rsidR="77E3ED2B">
        <w:rPr/>
        <w:t xml:space="preserve"> </w:t>
      </w:r>
      <w:r w:rsidR="2F2FABD8">
        <w:rPr/>
        <w:t>waste:</w:t>
      </w:r>
      <w:r w:rsidR="77E3ED2B">
        <w:rPr/>
        <w:t xml:space="preserve"> </w:t>
      </w:r>
      <w:r w:rsidR="2F2FABD8">
        <w:rPr/>
        <w:t>UK</w:t>
      </w:r>
      <w:r w:rsidR="77E3ED2B">
        <w:rPr/>
        <w:t xml:space="preserve"> </w:t>
      </w:r>
      <w:r w:rsidR="2F2FABD8">
        <w:rPr/>
        <w:t>9.52m</w:t>
      </w:r>
      <w:r w:rsidR="77E3ED2B">
        <w:rPr/>
        <w:t xml:space="preserve"> </w:t>
      </w:r>
      <w:r w:rsidR="2F2FABD8">
        <w:rPr/>
        <w:t>tonnes</w:t>
      </w:r>
      <w:r w:rsidR="77E3ED2B">
        <w:rPr/>
        <w:t xml:space="preserve"> </w:t>
      </w:r>
      <w:r w:rsidR="2F2FABD8">
        <w:rPr/>
        <w:t>yearly</w:t>
      </w:r>
      <w:r w:rsidR="77E3ED2B">
        <w:rPr/>
        <w:t xml:space="preserve"> </w:t>
      </w:r>
      <w:r w:rsidR="2F2FABD8">
        <w:rPr/>
        <w:t>supermarkets</w:t>
      </w:r>
      <w:r w:rsidR="77E3ED2B">
        <w:rPr/>
        <w:t xml:space="preserve"> </w:t>
      </w:r>
      <w:r w:rsidR="2F2FABD8">
        <w:rPr/>
        <w:t>~270k</w:t>
      </w:r>
      <w:r w:rsidR="77E3ED2B">
        <w:rPr/>
        <w:t xml:space="preserve"> </w:t>
      </w:r>
      <w:r w:rsidR="2F2FABD8">
        <w:rPr/>
        <w:t>WRAP</w:t>
      </w:r>
      <w:r w:rsidR="77E3ED2B">
        <w:rPr/>
        <w:t xml:space="preserve"> </w:t>
      </w:r>
      <w:r w:rsidR="2F2FABD8">
        <w:rPr/>
        <w:t>(2023).</w:t>
      </w:r>
      <w:r w:rsidR="77E3ED2B">
        <w:rPr/>
        <w:t xml:space="preserve"> </w:t>
      </w:r>
      <w:r w:rsidR="2F2FABD8">
        <w:rPr/>
        <w:t>Target</w:t>
      </w:r>
      <w:r w:rsidR="77E3ED2B">
        <w:rPr/>
        <w:t xml:space="preserve"> </w:t>
      </w:r>
      <w:r w:rsidR="2F2FABD8">
        <w:rPr/>
        <w:t>50%</w:t>
      </w:r>
      <w:r w:rsidR="77E3ED2B">
        <w:rPr/>
        <w:t xml:space="preserve"> </w:t>
      </w:r>
      <w:r w:rsidR="2F2FABD8">
        <w:rPr/>
        <w:t>cut</w:t>
      </w:r>
      <w:r w:rsidR="77E3ED2B">
        <w:rPr/>
        <w:t xml:space="preserve"> </w:t>
      </w:r>
      <w:r w:rsidR="2F2FABD8">
        <w:rPr/>
        <w:t>before</w:t>
      </w:r>
      <w:r w:rsidR="77E3ED2B">
        <w:rPr/>
        <w:t xml:space="preserve"> </w:t>
      </w:r>
      <w:r w:rsidR="2F2FABD8">
        <w:rPr/>
        <w:t>2030.</w:t>
      </w:r>
      <w:r w:rsidR="77E3ED2B">
        <w:rPr/>
        <w:t xml:space="preserve"> </w:t>
      </w:r>
      <w:r w:rsidR="2F2FABD8">
        <w:rPr/>
        <w:t>Actions</w:t>
      </w:r>
      <w:r w:rsidR="77E3ED2B">
        <w:rPr/>
        <w:t xml:space="preserve"> </w:t>
      </w:r>
      <w:r w:rsidR="2F2FABD8">
        <w:rPr/>
        <w:t>AI</w:t>
      </w:r>
      <w:r w:rsidR="77E3ED2B">
        <w:rPr/>
        <w:t xml:space="preserve"> </w:t>
      </w:r>
      <w:r w:rsidR="2F2FABD8">
        <w:rPr/>
        <w:t>forecasting</w:t>
      </w:r>
      <w:r w:rsidR="77E3ED2B">
        <w:rPr/>
        <w:t xml:space="preserve"> </w:t>
      </w:r>
      <w:r w:rsidR="2F2FABD8">
        <w:rPr/>
        <w:t>reduced-to-clear</w:t>
      </w:r>
      <w:r w:rsidR="77E3ED2B">
        <w:rPr/>
        <w:t xml:space="preserve"> </w:t>
      </w:r>
      <w:r w:rsidR="2F2FABD8">
        <w:rPr/>
        <w:t>yellow</w:t>
      </w:r>
      <w:r w:rsidR="77E3ED2B">
        <w:rPr/>
        <w:t xml:space="preserve"> </w:t>
      </w:r>
      <w:r w:rsidR="2F2FABD8">
        <w:rPr/>
        <w:t>labels</w:t>
      </w:r>
      <w:r w:rsidR="77E3ED2B">
        <w:rPr/>
        <w:t xml:space="preserve"> </w:t>
      </w:r>
      <w:r w:rsidR="2F2FABD8">
        <w:rPr/>
        <w:t>60m</w:t>
      </w:r>
      <w:r w:rsidR="77E3ED2B">
        <w:rPr/>
        <w:t xml:space="preserve"> </w:t>
      </w:r>
      <w:r w:rsidR="2F2FABD8">
        <w:rPr/>
        <w:t>meals</w:t>
      </w:r>
      <w:r w:rsidR="77E3ED2B">
        <w:rPr/>
        <w:t xml:space="preserve"> </w:t>
      </w:r>
      <w:r w:rsidR="2F2FABD8">
        <w:rPr/>
        <w:t>rescued</w:t>
      </w:r>
      <w:r w:rsidR="77E3ED2B">
        <w:rPr/>
        <w:t xml:space="preserve"> </w:t>
      </w:r>
      <w:r w:rsidR="2F2FABD8">
        <w:rPr/>
        <w:t>surplus</w:t>
      </w:r>
      <w:r w:rsidR="77E3ED2B">
        <w:rPr/>
        <w:t xml:space="preserve"> </w:t>
      </w:r>
      <w:r w:rsidR="2F2FABD8">
        <w:rPr/>
        <w:t>redistribution</w:t>
      </w:r>
      <w:r w:rsidR="77E3ED2B">
        <w:rPr/>
        <w:t xml:space="preserve"> </w:t>
      </w:r>
      <w:r w:rsidR="2F2FABD8">
        <w:rPr/>
        <w:t>123m</w:t>
      </w:r>
      <w:r w:rsidR="77E3ED2B">
        <w:rPr/>
        <w:t xml:space="preserve"> </w:t>
      </w:r>
      <w:r w:rsidR="2F2FABD8">
        <w:rPr/>
        <w:t>meals</w:t>
      </w:r>
      <w:r w:rsidR="77E3ED2B">
        <w:rPr/>
        <w:t xml:space="preserve"> </w:t>
      </w:r>
      <w:r w:rsidR="2F2FABD8">
        <w:rPr/>
        <w:t>charities</w:t>
      </w:r>
      <w:r w:rsidR="77E3ED2B">
        <w:rPr/>
        <w:t xml:space="preserve"> </w:t>
      </w:r>
      <w:r w:rsidR="2F2FABD8">
        <w:rPr/>
        <w:t>(Tesco</w:t>
      </w:r>
      <w:r w:rsidR="77E3ED2B">
        <w:rPr/>
        <w:t xml:space="preserve"> </w:t>
      </w:r>
      <w:r w:rsidR="2F2FABD8">
        <w:rPr/>
        <w:t>PLC,</w:t>
      </w:r>
      <w:r w:rsidR="77E3ED2B">
        <w:rPr/>
        <w:t xml:space="preserve"> </w:t>
      </w:r>
      <w:r w:rsidR="2F2FABD8">
        <w:rPr/>
        <w:t>2025c;</w:t>
      </w:r>
      <w:r w:rsidR="77E3ED2B">
        <w:rPr/>
        <w:t xml:space="preserve"> </w:t>
      </w:r>
      <w:r w:rsidR="2F2FABD8">
        <w:rPr/>
        <w:t>Sustainability</w:t>
      </w:r>
      <w:r w:rsidR="77E3ED2B">
        <w:rPr/>
        <w:t xml:space="preserve"> </w:t>
      </w:r>
      <w:r w:rsidR="2F2FABD8">
        <w:rPr/>
        <w:t>Magazine,</w:t>
      </w:r>
      <w:r w:rsidR="77E3ED2B">
        <w:rPr/>
        <w:t xml:space="preserve"> </w:t>
      </w:r>
      <w:r w:rsidR="2F2FABD8">
        <w:rPr/>
        <w:t>2025).</w:t>
      </w:r>
      <w:r w:rsidR="77E3ED2B">
        <w:rPr/>
        <w:t xml:space="preserve"> </w:t>
      </w:r>
      <w:r w:rsidR="2F2FABD8">
        <w:rPr/>
        <w:t>Alignment:</w:t>
      </w:r>
      <w:r w:rsidR="77E3ED2B">
        <w:rPr/>
        <w:t xml:space="preserve"> </w:t>
      </w:r>
      <w:r w:rsidR="2F2FABD8">
        <w:rPr/>
        <w:t>less</w:t>
      </w:r>
      <w:r w:rsidR="77E3ED2B">
        <w:rPr/>
        <w:t xml:space="preserve"> </w:t>
      </w:r>
      <w:r w:rsidR="2F2FABD8">
        <w:rPr/>
        <w:t>shrink</w:t>
      </w:r>
      <w:r w:rsidR="77E3ED2B">
        <w:rPr/>
        <w:t xml:space="preserve"> </w:t>
      </w:r>
      <w:r w:rsidR="2F2FABD8">
        <w:rPr/>
        <w:t>lowers</w:t>
      </w:r>
      <w:r w:rsidR="77E3ED2B">
        <w:rPr/>
        <w:t xml:space="preserve"> </w:t>
      </w:r>
      <w:r w:rsidR="2F2FABD8">
        <w:rPr/>
        <w:t>cost</w:t>
      </w:r>
      <w:r w:rsidR="77E3ED2B">
        <w:rPr/>
        <w:t xml:space="preserve"> </w:t>
      </w:r>
      <w:r w:rsidR="2F2FABD8">
        <w:rPr/>
        <w:t>while</w:t>
      </w:r>
      <w:r w:rsidR="77E3ED2B">
        <w:rPr/>
        <w:t xml:space="preserve"> </w:t>
      </w:r>
      <w:r w:rsidR="2F2FABD8">
        <w:rPr/>
        <w:t>supporting</w:t>
      </w:r>
      <w:r w:rsidR="77E3ED2B">
        <w:rPr/>
        <w:t xml:space="preserve"> </w:t>
      </w:r>
      <w:r w:rsidR="2F2FABD8">
        <w:rPr/>
        <w:t>community</w:t>
      </w:r>
      <w:r w:rsidR="77E3ED2B">
        <w:rPr/>
        <w:t xml:space="preserve"> </w:t>
      </w:r>
      <w:r w:rsidR="2F2FABD8">
        <w:rPr/>
        <w:t>–</w:t>
      </w:r>
      <w:r w:rsidR="77E3ED2B">
        <w:rPr/>
        <w:t xml:space="preserve"> </w:t>
      </w:r>
      <w:r w:rsidR="2F2FABD8">
        <w:rPr/>
        <w:t>shared</w:t>
      </w:r>
      <w:r w:rsidR="77E3ED2B">
        <w:rPr/>
        <w:t xml:space="preserve"> </w:t>
      </w:r>
      <w:r w:rsidR="2F2FABD8">
        <w:rPr/>
        <w:t>value</w:t>
      </w:r>
      <w:r w:rsidR="77E3ED2B">
        <w:rPr/>
        <w:t xml:space="preserve"> </w:t>
      </w:r>
      <w:r w:rsidR="2F2FABD8">
        <w:rPr/>
        <w:t>example.</w:t>
      </w:r>
      <w:r>
        <w:br/>
      </w:r>
      <w:r>
        <w:br/>
      </w:r>
      <w:r w:rsidR="2F2FABD8">
        <w:rPr/>
        <w:t>Health:</w:t>
      </w:r>
      <w:r w:rsidR="77E3ED2B">
        <w:rPr/>
        <w:t xml:space="preserve"> </w:t>
      </w:r>
      <w:r w:rsidR="2F2FABD8">
        <w:rPr/>
        <w:t>healthy</w:t>
      </w:r>
      <w:r w:rsidR="77E3ED2B">
        <w:rPr/>
        <w:t xml:space="preserve"> </w:t>
      </w:r>
      <w:r w:rsidR="2F2FABD8">
        <w:rPr/>
        <w:t>food</w:t>
      </w:r>
      <w:r w:rsidR="77E3ED2B">
        <w:rPr/>
        <w:t xml:space="preserve"> </w:t>
      </w:r>
      <w:r w:rsidR="2F2FABD8">
        <w:rPr/>
        <w:t>65%</w:t>
      </w:r>
      <w:r w:rsidR="77E3ED2B">
        <w:rPr/>
        <w:t xml:space="preserve"> </w:t>
      </w:r>
      <w:r w:rsidR="2F2FABD8">
        <w:rPr/>
        <w:t>UK</w:t>
      </w:r>
      <w:r w:rsidR="77E3ED2B">
        <w:rPr/>
        <w:t xml:space="preserve"> </w:t>
      </w:r>
      <w:r w:rsidR="2F2FABD8">
        <w:rPr/>
        <w:t>and</w:t>
      </w:r>
      <w:r w:rsidR="77E3ED2B">
        <w:rPr/>
        <w:t xml:space="preserve"> </w:t>
      </w:r>
      <w:r w:rsidR="2F2FABD8">
        <w:rPr/>
        <w:t>ROI</w:t>
      </w:r>
      <w:r w:rsidR="77E3ED2B">
        <w:rPr/>
        <w:t xml:space="preserve"> </w:t>
      </w:r>
      <w:r w:rsidR="2F2FABD8">
        <w:rPr/>
        <w:t>sales</w:t>
      </w:r>
      <w:r w:rsidR="77E3ED2B">
        <w:rPr/>
        <w:t xml:space="preserve"> </w:t>
      </w:r>
      <w:r w:rsidR="2F2FABD8">
        <w:rPr/>
        <w:t>up</w:t>
      </w:r>
      <w:r w:rsidR="77E3ED2B">
        <w:rPr/>
        <w:t xml:space="preserve"> </w:t>
      </w:r>
      <w:r w:rsidR="2F2FABD8">
        <w:rPr/>
        <w:t>58%</w:t>
      </w:r>
      <w:r w:rsidR="77E3ED2B">
        <w:rPr/>
        <w:t xml:space="preserve"> </w:t>
      </w:r>
      <w:r w:rsidR="2F2FABD8">
        <w:rPr/>
        <w:t>2019</w:t>
      </w:r>
      <w:r w:rsidR="77E3ED2B">
        <w:rPr/>
        <w:t xml:space="preserve"> </w:t>
      </w:r>
      <w:r w:rsidR="2F2FABD8">
        <w:rPr/>
        <w:t>target</w:t>
      </w:r>
      <w:r w:rsidR="77E3ED2B">
        <w:rPr/>
        <w:t xml:space="preserve"> </w:t>
      </w:r>
      <w:r w:rsidR="2F2FABD8">
        <w:rPr/>
        <w:t>year-on-year</w:t>
      </w:r>
      <w:r w:rsidR="77E3ED2B">
        <w:rPr/>
        <w:t xml:space="preserve"> </w:t>
      </w:r>
      <w:r w:rsidR="2F2FABD8">
        <w:rPr/>
        <w:t>growth</w:t>
      </w:r>
      <w:r w:rsidR="77E3ED2B">
        <w:rPr/>
        <w:t xml:space="preserve"> </w:t>
      </w:r>
      <w:r w:rsidR="2F2FABD8">
        <w:rPr/>
        <w:t>to</w:t>
      </w:r>
      <w:r w:rsidR="77E3ED2B">
        <w:rPr/>
        <w:t xml:space="preserve"> </w:t>
      </w:r>
      <w:r w:rsidR="2F2FABD8">
        <w:rPr/>
        <w:t>2030</w:t>
      </w:r>
      <w:r w:rsidR="77E3ED2B">
        <w:rPr/>
        <w:t xml:space="preserve"> </w:t>
      </w:r>
      <w:r w:rsidR="2F2FABD8">
        <w:rPr/>
        <w:t>removal</w:t>
      </w:r>
      <w:r w:rsidR="77E3ED2B">
        <w:rPr/>
        <w:t xml:space="preserve"> </w:t>
      </w:r>
      <w:r w:rsidR="2F2FABD8">
        <w:rPr/>
        <w:t>50bn</w:t>
      </w:r>
      <w:r w:rsidR="77E3ED2B">
        <w:rPr/>
        <w:t xml:space="preserve"> </w:t>
      </w:r>
      <w:r w:rsidR="2F2FABD8">
        <w:rPr/>
        <w:t>calories</w:t>
      </w:r>
      <w:r w:rsidR="77E3ED2B">
        <w:rPr/>
        <w:t xml:space="preserve"> </w:t>
      </w:r>
      <w:r w:rsidR="2F2FABD8">
        <w:rPr/>
        <w:t>sugar</w:t>
      </w:r>
      <w:r w:rsidR="77E3ED2B">
        <w:rPr/>
        <w:t xml:space="preserve"> </w:t>
      </w:r>
      <w:r w:rsidR="2F2FABD8">
        <w:rPr/>
        <w:t>salt</w:t>
      </w:r>
      <w:r w:rsidR="77E3ED2B">
        <w:rPr/>
        <w:t xml:space="preserve"> </w:t>
      </w:r>
      <w:r w:rsidR="2F2FABD8">
        <w:rPr/>
        <w:t>reformulation</w:t>
      </w:r>
      <w:r w:rsidR="77E3ED2B">
        <w:rPr/>
        <w:t xml:space="preserve"> </w:t>
      </w:r>
      <w:r w:rsidR="2F2FABD8">
        <w:rPr/>
        <w:t>–</w:t>
      </w:r>
      <w:r w:rsidR="77E3ED2B">
        <w:rPr/>
        <w:t xml:space="preserve"> </w:t>
      </w:r>
      <w:r w:rsidR="2F2FABD8">
        <w:rPr/>
        <w:t>links</w:t>
      </w:r>
      <w:r w:rsidR="77E3ED2B">
        <w:rPr/>
        <w:t xml:space="preserve"> </w:t>
      </w:r>
      <w:r w:rsidR="2F2FABD8">
        <w:rPr/>
        <w:t>Kantar</w:t>
      </w:r>
      <w:r w:rsidR="77E3ED2B">
        <w:rPr/>
        <w:t xml:space="preserve"> </w:t>
      </w:r>
      <w:r w:rsidR="2F2FABD8">
        <w:rPr/>
        <w:t>health-conscious</w:t>
      </w:r>
      <w:r w:rsidR="77E3ED2B">
        <w:rPr/>
        <w:t xml:space="preserve"> </w:t>
      </w:r>
      <w:r w:rsidR="2F2FABD8">
        <w:rPr/>
        <w:t>baskets</w:t>
      </w:r>
      <w:r w:rsidR="77E3ED2B">
        <w:rPr/>
        <w:t xml:space="preserve"> </w:t>
      </w:r>
      <w:r w:rsidR="2F2FABD8">
        <w:rPr/>
        <w:t>premium</w:t>
      </w:r>
      <w:r w:rsidR="77E3ED2B">
        <w:rPr/>
        <w:t xml:space="preserve"> </w:t>
      </w:r>
      <w:r w:rsidR="2F2FABD8">
        <w:rPr/>
        <w:t>fastest,</w:t>
      </w:r>
      <w:r w:rsidR="77E3ED2B">
        <w:rPr/>
        <w:t xml:space="preserve"> </w:t>
      </w:r>
      <w:r w:rsidR="2F2FABD8">
        <w:rPr/>
        <w:t>differentiation</w:t>
      </w:r>
      <w:r w:rsidR="77E3ED2B">
        <w:rPr/>
        <w:t xml:space="preserve"> </w:t>
      </w:r>
      <w:r w:rsidR="2F2FABD8">
        <w:rPr/>
        <w:t>vs</w:t>
      </w:r>
      <w:r w:rsidR="77E3ED2B">
        <w:rPr/>
        <w:t xml:space="preserve"> </w:t>
      </w:r>
      <w:r w:rsidR="2F2FABD8">
        <w:rPr/>
        <w:t>price-led</w:t>
      </w:r>
      <w:r w:rsidR="77E3ED2B">
        <w:rPr/>
        <w:t xml:space="preserve"> </w:t>
      </w:r>
      <w:r w:rsidR="2F2FABD8">
        <w:rPr/>
        <w:t>discounters.</w:t>
      </w:r>
      <w:r>
        <w:br/>
      </w:r>
      <w:r>
        <w:br/>
      </w:r>
      <w:r w:rsidR="2F2FABD8">
        <w:rPr/>
        <w:t>Packaging</w:t>
      </w:r>
      <w:r w:rsidR="77E3ED2B">
        <w:rPr/>
        <w:t xml:space="preserve"> </w:t>
      </w:r>
      <w:r w:rsidR="2F2FABD8">
        <w:rPr/>
        <w:t>circularity</w:t>
      </w:r>
      <w:r w:rsidR="77E3ED2B">
        <w:rPr/>
        <w:t xml:space="preserve"> </w:t>
      </w:r>
      <w:r w:rsidR="2F2FABD8">
        <w:rPr/>
        <w:t>recyclable</w:t>
      </w:r>
      <w:r w:rsidR="77E3ED2B">
        <w:rPr/>
        <w:t xml:space="preserve"> </w:t>
      </w:r>
      <w:r w:rsidR="2F2FABD8">
        <w:rPr/>
        <w:t>own-brand</w:t>
      </w:r>
      <w:r w:rsidR="77E3ED2B">
        <w:rPr/>
        <w:t xml:space="preserve"> </w:t>
      </w:r>
      <w:r w:rsidR="2F2FABD8">
        <w:rPr/>
        <w:t>UK</w:t>
      </w:r>
      <w:r w:rsidR="77E3ED2B">
        <w:rPr/>
        <w:t xml:space="preserve"> </w:t>
      </w:r>
      <w:r w:rsidR="2F2FABD8">
        <w:rPr/>
        <w:t>Plastic</w:t>
      </w:r>
      <w:r w:rsidR="77E3ED2B">
        <w:rPr/>
        <w:t xml:space="preserve"> </w:t>
      </w:r>
      <w:r w:rsidR="2F2FABD8">
        <w:rPr/>
        <w:t>Pact</w:t>
      </w:r>
      <w:r w:rsidR="77E3ED2B">
        <w:rPr/>
        <w:t xml:space="preserve"> </w:t>
      </w:r>
      <w:r w:rsidR="2F2FABD8">
        <w:rPr/>
        <w:t>removing</w:t>
      </w:r>
      <w:r w:rsidR="77E3ED2B">
        <w:rPr/>
        <w:t xml:space="preserve"> </w:t>
      </w:r>
      <w:r w:rsidR="2F2FABD8">
        <w:rPr/>
        <w:t>hard-to-recycle</w:t>
      </w:r>
      <w:r w:rsidR="77E3ED2B">
        <w:rPr/>
        <w:t xml:space="preserve"> </w:t>
      </w:r>
      <w:r w:rsidR="2F2FABD8">
        <w:rPr/>
        <w:t>–</w:t>
      </w:r>
      <w:r w:rsidR="77E3ED2B">
        <w:rPr/>
        <w:t xml:space="preserve"> </w:t>
      </w:r>
      <w:r w:rsidR="2F2FABD8">
        <w:rPr/>
        <w:t>EPR</w:t>
      </w:r>
      <w:r w:rsidR="77E3ED2B">
        <w:rPr/>
        <w:t xml:space="preserve"> </w:t>
      </w:r>
      <w:r w:rsidR="2F2FABD8">
        <w:rPr/>
        <w:t>rules</w:t>
      </w:r>
      <w:r w:rsidR="77E3ED2B">
        <w:rPr/>
        <w:t xml:space="preserve"> </w:t>
      </w:r>
      <w:r w:rsidR="2F2FABD8">
        <w:rPr/>
        <w:t>increase</w:t>
      </w:r>
      <w:r w:rsidR="77E3ED2B">
        <w:rPr/>
        <w:t xml:space="preserve"> </w:t>
      </w:r>
      <w:r w:rsidR="2F2FABD8">
        <w:rPr/>
        <w:t>cost</w:t>
      </w:r>
      <w:r w:rsidR="77E3ED2B">
        <w:rPr/>
        <w:t xml:space="preserve"> </w:t>
      </w:r>
      <w:r w:rsidR="2F2FABD8">
        <w:rPr/>
        <w:t>non-recyclable</w:t>
      </w:r>
      <w:r w:rsidR="77E3ED2B">
        <w:rPr/>
        <w:t xml:space="preserve"> </w:t>
      </w:r>
      <w:r w:rsidR="2F2FABD8">
        <w:rPr/>
        <w:t>so</w:t>
      </w:r>
      <w:r w:rsidR="77E3ED2B">
        <w:rPr/>
        <w:t xml:space="preserve"> </w:t>
      </w:r>
      <w:r w:rsidR="2F2FABD8">
        <w:rPr/>
        <w:t>reduction</w:t>
      </w:r>
      <w:r w:rsidR="77E3ED2B">
        <w:rPr/>
        <w:t xml:space="preserve"> </w:t>
      </w:r>
      <w:r w:rsidR="2F2FABD8">
        <w:rPr/>
        <w:t>cuts</w:t>
      </w:r>
      <w:r w:rsidR="77E3ED2B">
        <w:rPr/>
        <w:t xml:space="preserve"> </w:t>
      </w:r>
      <w:r w:rsidR="2F2FABD8">
        <w:rPr/>
        <w:t>future</w:t>
      </w:r>
      <w:r w:rsidR="77E3ED2B">
        <w:rPr/>
        <w:t xml:space="preserve"> </w:t>
      </w:r>
      <w:r w:rsidR="2F2FABD8">
        <w:rPr/>
        <w:t>compliance.</w:t>
      </w:r>
      <w:r w:rsidR="77E3ED2B">
        <w:rPr/>
        <w:t xml:space="preserve"> </w:t>
      </w:r>
      <w:r w:rsidR="2F2FABD8">
        <w:rPr/>
        <w:t>Short-term</w:t>
      </w:r>
      <w:r w:rsidR="77E3ED2B">
        <w:rPr/>
        <w:t xml:space="preserve"> </w:t>
      </w:r>
      <w:r w:rsidR="2F2FABD8">
        <w:rPr/>
        <w:t>redesign</w:t>
      </w:r>
      <w:r w:rsidR="77E3ED2B">
        <w:rPr/>
        <w:t xml:space="preserve"> </w:t>
      </w:r>
      <w:r w:rsidR="2F2FABD8">
        <w:rPr/>
        <w:t>may</w:t>
      </w:r>
      <w:r w:rsidR="77E3ED2B">
        <w:rPr/>
        <w:t xml:space="preserve"> </w:t>
      </w:r>
      <w:r w:rsidR="2F2FABD8">
        <w:rPr/>
        <w:t>raise</w:t>
      </w:r>
      <w:r w:rsidR="77E3ED2B">
        <w:rPr/>
        <w:t xml:space="preserve"> </w:t>
      </w:r>
      <w:r w:rsidR="2F2FABD8">
        <w:rPr/>
        <w:t>costs</w:t>
      </w:r>
      <w:r w:rsidR="77E3ED2B">
        <w:rPr/>
        <w:t xml:space="preserve"> </w:t>
      </w:r>
      <w:r w:rsidR="2F2FABD8">
        <w:rPr/>
        <w:t>but</w:t>
      </w:r>
      <w:r w:rsidR="77E3ED2B">
        <w:rPr/>
        <w:t xml:space="preserve"> </w:t>
      </w:r>
      <w:r w:rsidR="2F2FABD8">
        <w:rPr/>
        <w:t>avoids</w:t>
      </w:r>
      <w:r w:rsidR="77E3ED2B">
        <w:rPr/>
        <w:t xml:space="preserve"> </w:t>
      </w:r>
      <w:r w:rsidR="2F2FABD8">
        <w:rPr/>
        <w:t>longer-term</w:t>
      </w:r>
      <w:r w:rsidR="77E3ED2B">
        <w:rPr/>
        <w:t xml:space="preserve"> </w:t>
      </w:r>
      <w:r w:rsidR="2F2FABD8">
        <w:rPr/>
        <w:t>charges.</w:t>
      </w:r>
      <w:r>
        <w:br/>
      </w:r>
      <w:r>
        <w:br/>
      </w:r>
      <w:r w:rsidR="2F2FABD8">
        <w:rPr/>
        <w:t>Community</w:t>
      </w:r>
      <w:r w:rsidR="77E3ED2B">
        <w:rPr/>
        <w:t xml:space="preserve"> </w:t>
      </w:r>
      <w:r w:rsidR="2F2FABD8">
        <w:rPr/>
        <w:t>ethics</w:t>
      </w:r>
      <w:r w:rsidR="77E3ED2B">
        <w:rPr/>
        <w:t xml:space="preserve"> </w:t>
      </w:r>
      <w:r w:rsidR="2F2FABD8">
        <w:rPr/>
        <w:t>grants</w:t>
      </w:r>
      <w:r w:rsidR="77E3ED2B">
        <w:rPr/>
        <w:t xml:space="preserve"> </w:t>
      </w:r>
      <w:r w:rsidR="2F2FABD8">
        <w:rPr/>
        <w:t>schools</w:t>
      </w:r>
      <w:r w:rsidR="77E3ED2B">
        <w:rPr/>
        <w:t xml:space="preserve"> </w:t>
      </w:r>
      <w:r w:rsidR="2F2FABD8">
        <w:rPr/>
        <w:t>food</w:t>
      </w:r>
      <w:r w:rsidR="77E3ED2B">
        <w:rPr/>
        <w:t xml:space="preserve"> </w:t>
      </w:r>
      <w:r w:rsidR="2F2FABD8">
        <w:rPr/>
        <w:t>banks</w:t>
      </w:r>
      <w:r w:rsidR="77E3ED2B">
        <w:rPr/>
        <w:t xml:space="preserve"> </w:t>
      </w:r>
      <w:r w:rsidR="2F2FABD8">
        <w:rPr/>
        <w:t>fair</w:t>
      </w:r>
      <w:r w:rsidR="77E3ED2B">
        <w:rPr/>
        <w:t xml:space="preserve"> </w:t>
      </w:r>
      <w:r w:rsidR="2F2FABD8">
        <w:rPr/>
        <w:t>trade</w:t>
      </w:r>
      <w:r w:rsidR="77E3ED2B">
        <w:rPr/>
        <w:t xml:space="preserve"> </w:t>
      </w:r>
      <w:r w:rsidR="2F2FABD8">
        <w:rPr/>
        <w:t>welfare.</w:t>
      </w:r>
      <w:r w:rsidR="77E3ED2B">
        <w:rPr/>
        <w:t xml:space="preserve"> </w:t>
      </w:r>
      <w:r w:rsidR="2F2FABD8">
        <w:rPr/>
        <w:t>Governance</w:t>
      </w:r>
      <w:r w:rsidR="77E3ED2B">
        <w:rPr/>
        <w:t xml:space="preserve"> </w:t>
      </w:r>
      <w:r w:rsidR="2F2FABD8">
        <w:rPr/>
        <w:t>Board</w:t>
      </w:r>
      <w:r w:rsidR="77E3ED2B">
        <w:rPr/>
        <w:t xml:space="preserve"> </w:t>
      </w:r>
      <w:r w:rsidR="2F2FABD8">
        <w:rPr/>
        <w:t>Sustainability</w:t>
      </w:r>
      <w:r w:rsidR="77E3ED2B">
        <w:rPr/>
        <w:t xml:space="preserve"> </w:t>
      </w:r>
      <w:r w:rsidR="2F2FABD8">
        <w:rPr/>
        <w:t>Committee</w:t>
      </w:r>
      <w:r w:rsidR="77E3ED2B">
        <w:rPr/>
        <w:t xml:space="preserve"> </w:t>
      </w:r>
      <w:r w:rsidR="2F2FABD8">
        <w:rPr/>
        <w:t>ESG</w:t>
      </w:r>
      <w:r w:rsidR="77E3ED2B">
        <w:rPr/>
        <w:t xml:space="preserve"> </w:t>
      </w:r>
      <w:r w:rsidR="2F2FABD8">
        <w:rPr/>
        <w:t>metrics</w:t>
      </w:r>
      <w:r w:rsidR="77E3ED2B">
        <w:rPr/>
        <w:t xml:space="preserve"> </w:t>
      </w:r>
      <w:r w:rsidR="2F2FABD8">
        <w:rPr/>
        <w:t>executive</w:t>
      </w:r>
      <w:r w:rsidR="77E3ED2B">
        <w:rPr/>
        <w:t xml:space="preserve"> </w:t>
      </w:r>
      <w:r w:rsidR="2A43434B">
        <w:rPr/>
        <w:t>pays</w:t>
      </w:r>
      <w:r w:rsidR="77E3ED2B">
        <w:rPr/>
        <w:t xml:space="preserve"> </w:t>
      </w:r>
      <w:r w:rsidR="2F2FABD8">
        <w:rPr/>
        <w:t>sustainability-linked</w:t>
      </w:r>
      <w:r w:rsidR="77E3ED2B">
        <w:rPr/>
        <w:t xml:space="preserve"> </w:t>
      </w:r>
      <w:r w:rsidR="2F2FABD8">
        <w:rPr/>
        <w:t>bond</w:t>
      </w:r>
      <w:r w:rsidR="77E3ED2B">
        <w:rPr/>
        <w:t xml:space="preserve"> </w:t>
      </w:r>
      <w:r w:rsidR="2F2FABD8">
        <w:rPr/>
        <w:t>coupon</w:t>
      </w:r>
      <w:r w:rsidR="77E3ED2B">
        <w:rPr/>
        <w:t xml:space="preserve"> </w:t>
      </w:r>
      <w:r w:rsidR="2F2FABD8">
        <w:rPr/>
        <w:t>tied</w:t>
      </w:r>
      <w:r w:rsidR="77E3ED2B">
        <w:rPr/>
        <w:t xml:space="preserve"> </w:t>
      </w:r>
      <w:r w:rsidR="2F2FABD8">
        <w:rPr/>
        <w:t>Scope1&amp;2</w:t>
      </w:r>
      <w:r w:rsidR="77E3ED2B">
        <w:rPr/>
        <w:t xml:space="preserve"> </w:t>
      </w:r>
      <w:r w:rsidR="2F2FABD8">
        <w:rPr/>
        <w:t>internal</w:t>
      </w:r>
      <w:r w:rsidR="77E3ED2B">
        <w:rPr/>
        <w:t xml:space="preserve"> </w:t>
      </w:r>
      <w:r w:rsidR="2F2FABD8">
        <w:rPr/>
        <w:t>carbon</w:t>
      </w:r>
      <w:r w:rsidR="77E3ED2B">
        <w:rPr/>
        <w:t xml:space="preserve"> </w:t>
      </w:r>
      <w:r w:rsidR="2F2FABD8">
        <w:rPr/>
        <w:t>price</w:t>
      </w:r>
      <w:r w:rsidR="77E3ED2B">
        <w:rPr/>
        <w:t xml:space="preserve"> </w:t>
      </w:r>
      <w:r w:rsidR="2F2FABD8">
        <w:rPr/>
        <w:t>new</w:t>
      </w:r>
      <w:r w:rsidR="77E3ED2B">
        <w:rPr/>
        <w:t xml:space="preserve"> </w:t>
      </w:r>
      <w:r w:rsidR="2F2FABD8">
        <w:rPr/>
        <w:t>stores</w:t>
      </w:r>
      <w:r w:rsidR="77E3ED2B">
        <w:rPr/>
        <w:t xml:space="preserve"> </w:t>
      </w:r>
      <w:r w:rsidR="2F2FABD8">
        <w:rPr/>
        <w:t>acquisitions</w:t>
      </w:r>
      <w:r w:rsidR="77E3ED2B">
        <w:rPr/>
        <w:t xml:space="preserve"> </w:t>
      </w:r>
      <w:r w:rsidR="2F2FABD8">
        <w:rPr/>
        <w:t>fleet</w:t>
      </w:r>
      <w:r w:rsidR="77E3ED2B">
        <w:rPr/>
        <w:t xml:space="preserve"> </w:t>
      </w:r>
      <w:r w:rsidR="2F2FABD8">
        <w:rPr/>
        <w:t>embedding</w:t>
      </w:r>
      <w:r w:rsidR="77E3ED2B">
        <w:rPr/>
        <w:t xml:space="preserve"> </w:t>
      </w:r>
      <w:r w:rsidR="2F2FABD8">
        <w:rPr/>
        <w:t>sustainability.</w:t>
      </w:r>
      <w:r w:rsidR="77E3ED2B">
        <w:rPr/>
        <w:t xml:space="preserve"> </w:t>
      </w:r>
      <w:r w:rsidR="2F2FABD8">
        <w:rPr/>
        <w:t>Deloitte</w:t>
      </w:r>
      <w:r w:rsidR="77E3ED2B">
        <w:rPr/>
        <w:t xml:space="preserve"> </w:t>
      </w:r>
      <w:r w:rsidR="2F2FABD8">
        <w:rPr/>
        <w:t>limited</w:t>
      </w:r>
      <w:r w:rsidR="77E3ED2B">
        <w:rPr/>
        <w:t xml:space="preserve"> </w:t>
      </w:r>
      <w:r w:rsidR="2F2FABD8">
        <w:rPr/>
        <w:t>assurance</w:t>
      </w:r>
      <w:r w:rsidR="77E3ED2B">
        <w:rPr/>
        <w:t xml:space="preserve"> </w:t>
      </w:r>
      <w:r w:rsidR="2F2FABD8">
        <w:rPr/>
        <w:t>selected</w:t>
      </w:r>
      <w:r w:rsidR="77E3ED2B">
        <w:rPr/>
        <w:t xml:space="preserve"> </w:t>
      </w:r>
      <w:r w:rsidR="2F2FABD8">
        <w:rPr/>
        <w:t>Scope3</w:t>
      </w:r>
      <w:r w:rsidR="77E3ED2B">
        <w:rPr/>
        <w:t xml:space="preserve"> </w:t>
      </w:r>
      <w:r w:rsidR="2F2FABD8">
        <w:rPr/>
        <w:t>not</w:t>
      </w:r>
      <w:r w:rsidR="77E3ED2B">
        <w:rPr/>
        <w:t xml:space="preserve"> </w:t>
      </w:r>
      <w:r w:rsidR="2F2FABD8">
        <w:rPr/>
        <w:t>full</w:t>
      </w:r>
      <w:r w:rsidR="77E3ED2B">
        <w:rPr/>
        <w:t xml:space="preserve"> </w:t>
      </w:r>
      <w:r w:rsidR="2F2FABD8">
        <w:rPr/>
        <w:t>inventory</w:t>
      </w:r>
      <w:r w:rsidR="77E3ED2B">
        <w:rPr/>
        <w:t xml:space="preserve"> </w:t>
      </w:r>
      <w:r w:rsidR="2F2FABD8">
        <w:rPr/>
        <w:t>indicating</w:t>
      </w:r>
      <w:r w:rsidR="77E3ED2B">
        <w:rPr/>
        <w:t xml:space="preserve"> </w:t>
      </w:r>
      <w:r w:rsidR="2F2FABD8">
        <w:rPr/>
        <w:t>improvement</w:t>
      </w:r>
      <w:r w:rsidR="77E3ED2B">
        <w:rPr/>
        <w:t xml:space="preserve"> </w:t>
      </w:r>
      <w:r w:rsidR="2F2FABD8">
        <w:rPr/>
        <w:t>(</w:t>
      </w:r>
      <w:r w:rsidR="2F2FABD8">
        <w:rPr/>
        <w:t>CSRReporters</w:t>
      </w:r>
      <w:r w:rsidR="2F2FABD8">
        <w:rPr/>
        <w:t>,</w:t>
      </w:r>
      <w:r w:rsidR="77E3ED2B">
        <w:rPr/>
        <w:t xml:space="preserve"> </w:t>
      </w:r>
      <w:r w:rsidR="2F2FABD8">
        <w:rPr/>
        <w:t>2026).</w:t>
      </w:r>
      <w:r>
        <w:br/>
      </w:r>
      <w:r>
        <w:br/>
      </w:r>
      <w:r w:rsidR="2F2FABD8">
        <w:rPr/>
        <w:t>Critical</w:t>
      </w:r>
      <w:r w:rsidR="77E3ED2B">
        <w:rPr/>
        <w:t xml:space="preserve"> </w:t>
      </w:r>
      <w:r w:rsidR="2F2FABD8">
        <w:rPr/>
        <w:t>view:</w:t>
      </w:r>
      <w:r w:rsidR="77E3ED2B">
        <w:rPr/>
        <w:t xml:space="preserve"> </w:t>
      </w:r>
      <w:r w:rsidR="2F2FABD8">
        <w:rPr/>
        <w:t>strong</w:t>
      </w:r>
      <w:r w:rsidR="77E3ED2B">
        <w:rPr/>
        <w:t xml:space="preserve"> </w:t>
      </w:r>
      <w:r w:rsidR="2F2FABD8">
        <w:rPr/>
        <w:t>win-win</w:t>
      </w:r>
      <w:r w:rsidR="77E3ED2B">
        <w:rPr/>
        <w:t xml:space="preserve"> </w:t>
      </w:r>
      <w:r w:rsidR="2F2FABD8">
        <w:rPr/>
        <w:t>waste</w:t>
      </w:r>
      <w:r w:rsidR="77E3ED2B">
        <w:rPr/>
        <w:t xml:space="preserve"> </w:t>
      </w:r>
      <w:r w:rsidR="2F2FABD8">
        <w:rPr/>
        <w:t>energy</w:t>
      </w:r>
      <w:r w:rsidR="77E3ED2B">
        <w:rPr/>
        <w:t xml:space="preserve"> </w:t>
      </w:r>
      <w:r w:rsidR="2F2FABD8">
        <w:rPr/>
        <w:t>cost</w:t>
      </w:r>
      <w:r w:rsidR="77E3ED2B">
        <w:rPr/>
        <w:t xml:space="preserve"> </w:t>
      </w:r>
      <w:r w:rsidR="2F2FABD8">
        <w:rPr/>
        <w:t>planet</w:t>
      </w:r>
      <w:r w:rsidR="77E3ED2B">
        <w:rPr/>
        <w:t xml:space="preserve"> </w:t>
      </w:r>
      <w:r w:rsidR="2F2FABD8">
        <w:rPr/>
        <w:t>genuine</w:t>
      </w:r>
      <w:r w:rsidR="77E3ED2B">
        <w:rPr/>
        <w:t xml:space="preserve"> </w:t>
      </w:r>
      <w:r w:rsidR="2F2FABD8">
        <w:rPr/>
        <w:t>win-win.</w:t>
      </w:r>
      <w:r w:rsidR="77E3ED2B">
        <w:rPr/>
        <w:t xml:space="preserve"> </w:t>
      </w:r>
      <w:r w:rsidR="2A43434B">
        <w:rPr/>
        <w:t>However,</w:t>
      </w:r>
      <w:r w:rsidR="77E3ED2B">
        <w:rPr/>
        <w:t xml:space="preserve"> </w:t>
      </w:r>
      <w:r w:rsidR="2F2FABD8">
        <w:rPr/>
        <w:t>credibility</w:t>
      </w:r>
      <w:r w:rsidR="77E3ED2B">
        <w:rPr/>
        <w:t xml:space="preserve"> </w:t>
      </w:r>
      <w:r w:rsidR="2F2FABD8">
        <w:rPr/>
        <w:t>risk</w:t>
      </w:r>
      <w:r w:rsidR="77E3ED2B">
        <w:rPr/>
        <w:t xml:space="preserve"> </w:t>
      </w:r>
      <w:r w:rsidR="2F2FABD8">
        <w:rPr/>
        <w:t>Scope3</w:t>
      </w:r>
      <w:r w:rsidR="77E3ED2B">
        <w:rPr/>
        <w:t xml:space="preserve"> </w:t>
      </w:r>
      <w:r w:rsidR="2F2FABD8">
        <w:rPr/>
        <w:t>partial</w:t>
      </w:r>
      <w:r w:rsidR="77E3ED2B">
        <w:rPr/>
        <w:t xml:space="preserve"> </w:t>
      </w:r>
      <w:r w:rsidR="2F2FABD8">
        <w:rPr/>
        <w:t>assurance</w:t>
      </w:r>
      <w:r w:rsidR="77E3ED2B">
        <w:rPr/>
        <w:t xml:space="preserve"> </w:t>
      </w:r>
      <w:r w:rsidR="2F2FABD8">
        <w:rPr/>
        <w:t>cost-sharing</w:t>
      </w:r>
      <w:r w:rsidR="77E3ED2B">
        <w:rPr/>
        <w:t xml:space="preserve"> </w:t>
      </w:r>
      <w:r w:rsidR="2F2FABD8">
        <w:rPr/>
        <w:t>tensions</w:t>
      </w:r>
      <w:r w:rsidR="77E3ED2B">
        <w:rPr/>
        <w:t xml:space="preserve"> </w:t>
      </w:r>
      <w:r w:rsidR="2F2FABD8">
        <w:rPr/>
        <w:t>smaller</w:t>
      </w:r>
      <w:r w:rsidR="77E3ED2B">
        <w:rPr/>
        <w:t xml:space="preserve"> </w:t>
      </w:r>
      <w:r w:rsidR="2F2FABD8">
        <w:rPr/>
        <w:t>producers</w:t>
      </w:r>
      <w:r w:rsidR="77E3ED2B">
        <w:rPr/>
        <w:t xml:space="preserve"> </w:t>
      </w:r>
      <w:r w:rsidR="2F2FABD8">
        <w:rPr/>
        <w:t>struggling</w:t>
      </w:r>
      <w:r w:rsidR="77E3ED2B">
        <w:rPr/>
        <w:t xml:space="preserve"> </w:t>
      </w:r>
      <w:r w:rsidR="2F2FABD8">
        <w:rPr/>
        <w:t>finance</w:t>
      </w:r>
      <w:r w:rsidR="77E3ED2B">
        <w:rPr/>
        <w:t xml:space="preserve"> </w:t>
      </w:r>
      <w:r w:rsidR="2F2FABD8">
        <w:rPr/>
        <w:t>decarbonisation</w:t>
      </w:r>
      <w:r w:rsidR="77E3ED2B">
        <w:rPr/>
        <w:t xml:space="preserve"> </w:t>
      </w:r>
      <w:r w:rsidR="2F2FABD8">
        <w:rPr/>
        <w:t>potentially</w:t>
      </w:r>
      <w:r w:rsidR="77E3ED2B">
        <w:rPr/>
        <w:t xml:space="preserve"> </w:t>
      </w:r>
      <w:r w:rsidR="2F2FABD8">
        <w:rPr/>
        <w:t>GSCOP</w:t>
      </w:r>
      <w:r w:rsidR="77E3ED2B">
        <w:rPr/>
        <w:t xml:space="preserve"> </w:t>
      </w:r>
      <w:r w:rsidR="2F2FABD8">
        <w:rPr/>
        <w:t>concerns</w:t>
      </w:r>
      <w:r w:rsidR="77E3ED2B">
        <w:rPr/>
        <w:t xml:space="preserve"> </w:t>
      </w:r>
      <w:r w:rsidR="2F2FABD8">
        <w:rPr/>
        <w:t>if</w:t>
      </w:r>
      <w:r w:rsidR="77E3ED2B">
        <w:rPr/>
        <w:t xml:space="preserve"> </w:t>
      </w:r>
      <w:r w:rsidR="2F2FABD8">
        <w:rPr/>
        <w:t>costs</w:t>
      </w:r>
      <w:r w:rsidR="77E3ED2B">
        <w:rPr/>
        <w:t xml:space="preserve"> </w:t>
      </w:r>
      <w:r w:rsidR="2F2FABD8">
        <w:rPr/>
        <w:t>passed</w:t>
      </w:r>
      <w:r w:rsidR="77E3ED2B">
        <w:rPr/>
        <w:t xml:space="preserve"> </w:t>
      </w:r>
      <w:r w:rsidR="2F2FABD8">
        <w:rPr/>
        <w:t>down.</w:t>
      </w:r>
      <w:r w:rsidR="77E3ED2B">
        <w:rPr/>
        <w:t xml:space="preserve"> </w:t>
      </w:r>
      <w:r w:rsidR="2F2FABD8">
        <w:rPr/>
        <w:t>Must</w:t>
      </w:r>
      <w:r w:rsidR="77E3ED2B">
        <w:rPr/>
        <w:t xml:space="preserve"> </w:t>
      </w:r>
      <w:r w:rsidR="2F2FABD8">
        <w:rPr/>
        <w:t>demonstrate</w:t>
      </w:r>
      <w:r w:rsidR="77E3ED2B">
        <w:rPr/>
        <w:t xml:space="preserve"> </w:t>
      </w:r>
      <w:r w:rsidR="2F2FABD8">
        <w:rPr/>
        <w:t>just</w:t>
      </w:r>
      <w:r w:rsidR="77E3ED2B">
        <w:rPr/>
        <w:t xml:space="preserve"> </w:t>
      </w:r>
      <w:r w:rsidR="2F2FABD8">
        <w:rPr/>
        <w:t>transition.</w:t>
      </w:r>
      <w:r w:rsidR="77E3ED2B">
        <w:rPr/>
        <w:t xml:space="preserve"> </w:t>
      </w:r>
      <w:r w:rsidR="2F2FABD8">
        <w:rPr/>
        <w:t>Overall</w:t>
      </w:r>
      <w:r w:rsidR="77E3ED2B">
        <w:rPr/>
        <w:t xml:space="preserve"> </w:t>
      </w:r>
      <w:r w:rsidR="2F2FABD8">
        <w:rPr/>
        <w:t>CSR</w:t>
      </w:r>
      <w:r w:rsidR="77E3ED2B">
        <w:rPr/>
        <w:t xml:space="preserve"> </w:t>
      </w:r>
      <w:r w:rsidR="2F2FABD8">
        <w:rPr/>
        <w:t>woven</w:t>
      </w:r>
      <w:r w:rsidR="77E3ED2B">
        <w:rPr/>
        <w:t xml:space="preserve"> </w:t>
      </w:r>
      <w:r w:rsidR="2F2FABD8">
        <w:rPr/>
        <w:t>core</w:t>
      </w:r>
      <w:r w:rsidR="77E3ED2B">
        <w:rPr/>
        <w:t xml:space="preserve"> </w:t>
      </w:r>
      <w:r w:rsidR="2F2FABD8">
        <w:rPr/>
        <w:t>commercial</w:t>
      </w:r>
      <w:r w:rsidR="77E3ED2B">
        <w:rPr/>
        <w:t xml:space="preserve"> </w:t>
      </w:r>
      <w:r w:rsidR="2F2FABD8">
        <w:rPr/>
        <w:t>creating</w:t>
      </w:r>
      <w:r w:rsidR="77E3ED2B">
        <w:rPr/>
        <w:t xml:space="preserve"> </w:t>
      </w:r>
      <w:r w:rsidR="2F2FABD8">
        <w:rPr/>
        <w:t>differentiation</w:t>
      </w:r>
      <w:r w:rsidR="77E3ED2B">
        <w:rPr/>
        <w:t xml:space="preserve"> </w:t>
      </w:r>
      <w:r w:rsidR="2F2FABD8">
        <w:rPr/>
        <w:t>versus</w:t>
      </w:r>
      <w:r w:rsidR="77E3ED2B">
        <w:rPr/>
        <w:t xml:space="preserve"> </w:t>
      </w:r>
      <w:r w:rsidR="2F2FABD8">
        <w:rPr/>
        <w:t>discounters</w:t>
      </w:r>
      <w:r w:rsidR="77E3ED2B">
        <w:rPr/>
        <w:t xml:space="preserve"> </w:t>
      </w:r>
      <w:r w:rsidR="2F2FABD8">
        <w:rPr/>
        <w:t>reinforcing</w:t>
      </w:r>
      <w:r w:rsidR="77E3ED2B">
        <w:rPr/>
        <w:t xml:space="preserve"> </w:t>
      </w:r>
      <w:r w:rsidR="2F2FABD8">
        <w:rPr/>
        <w:t>premium</w:t>
      </w:r>
      <w:r w:rsidR="77E3ED2B">
        <w:rPr/>
        <w:t xml:space="preserve"> </w:t>
      </w:r>
      <w:r w:rsidR="2F2FABD8">
        <w:rPr/>
        <w:t>trust</w:t>
      </w:r>
      <w:r w:rsidR="77E3ED2B">
        <w:rPr/>
        <w:t xml:space="preserve"> </w:t>
      </w:r>
      <w:r w:rsidR="2F2FABD8">
        <w:rPr/>
        <w:t>though</w:t>
      </w:r>
      <w:r w:rsidR="77E3ED2B">
        <w:rPr/>
        <w:t xml:space="preserve"> </w:t>
      </w:r>
      <w:r w:rsidR="2F2FABD8">
        <w:rPr/>
        <w:t>complexity</w:t>
      </w:r>
      <w:r w:rsidR="77E3ED2B">
        <w:rPr/>
        <w:t xml:space="preserve"> </w:t>
      </w:r>
      <w:r w:rsidR="2F2FABD8">
        <w:rPr/>
        <w:t>high.</w:t>
      </w:r>
    </w:p>
    <w:p w:rsidR="00700886" w:rsidP="7D0D8C44" w:rsidRDefault="7BF93C46" w14:paraId="43B13125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28" w:id="30"/>
      <w:bookmarkStart w:name="_Toc540380206" w:id="31"/>
      <w:bookmarkStart w:name="_Toc237366863" w:id="32"/>
      <w:r w:rsidRPr="7D0D8C44" w:rsidR="529427D7">
        <w:rPr>
          <w:rFonts w:ascii="Arial" w:hAnsi="Arial"/>
          <w:color w:val="auto"/>
        </w:rPr>
        <w:t>3.2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Balanced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Scorecard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(400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words)</w:t>
      </w:r>
      <w:bookmarkEnd w:id="30"/>
      <w:bookmarkEnd w:id="31"/>
      <w:bookmarkEnd w:id="32"/>
    </w:p>
    <w:p w:rsidR="00700886" w:rsidP="00F94D1E" w:rsidRDefault="00344F75" w14:paraId="1BEEC419" w14:textId="58D07C1D">
      <w:pPr>
        <w:jc w:val="both"/>
      </w:pPr>
      <w:r w:rsidR="0E51B9EC">
        <w:rPr/>
        <w:t>Scorecard</w:t>
      </w:r>
      <w:r w:rsidR="435FECE2">
        <w:rPr/>
        <w:t xml:space="preserve"> </w:t>
      </w:r>
      <w:r w:rsidR="0E51B9EC">
        <w:rPr/>
        <w:t>translates</w:t>
      </w:r>
      <w:r w:rsidR="435FECE2">
        <w:rPr/>
        <w:t xml:space="preserve"> </w:t>
      </w:r>
      <w:r w:rsidR="0E51B9EC">
        <w:rPr/>
        <w:t>mission</w:t>
      </w:r>
      <w:r w:rsidR="435FECE2">
        <w:rPr/>
        <w:t xml:space="preserve"> </w:t>
      </w:r>
      <w:r w:rsidR="0E51B9EC">
        <w:rPr/>
        <w:t>into</w:t>
      </w:r>
      <w:r w:rsidR="435FECE2">
        <w:rPr/>
        <w:t xml:space="preserve"> </w:t>
      </w:r>
      <w:r w:rsidR="0E51B9EC">
        <w:rPr/>
        <w:t>four</w:t>
      </w:r>
      <w:r w:rsidR="435FECE2">
        <w:rPr/>
        <w:t xml:space="preserve"> </w:t>
      </w:r>
      <w:r w:rsidR="0E51B9EC">
        <w:rPr/>
        <w:t>lenses</w:t>
      </w:r>
      <w:r w:rsidR="435FECE2">
        <w:rPr/>
        <w:t xml:space="preserve"> </w:t>
      </w:r>
      <w:r w:rsidR="0E51B9EC">
        <w:rPr/>
        <w:t>(Kaplan</w:t>
      </w:r>
      <w:r w:rsidR="435FECE2">
        <w:rPr/>
        <w:t xml:space="preserve"> </w:t>
      </w:r>
      <w:r w:rsidR="0E51B9EC">
        <w:rPr/>
        <w:t>and</w:t>
      </w:r>
      <w:r w:rsidR="435FECE2">
        <w:rPr/>
        <w:t xml:space="preserve"> </w:t>
      </w:r>
      <w:r w:rsidR="0E51B9EC">
        <w:rPr/>
        <w:t>Norton,</w:t>
      </w:r>
      <w:r w:rsidR="435FECE2">
        <w:rPr/>
        <w:t xml:space="preserve"> </w:t>
      </w:r>
      <w:r w:rsidR="0E51B9EC">
        <w:rPr/>
        <w:t>1992)</w:t>
      </w:r>
      <w:r w:rsidR="435FECE2">
        <w:rPr/>
        <w:t xml:space="preserve"> </w:t>
      </w:r>
      <w:r w:rsidR="0E51B9EC">
        <w:rPr/>
        <w:t>–</w:t>
      </w:r>
      <w:r w:rsidR="435FECE2">
        <w:rPr/>
        <w:t xml:space="preserve"> </w:t>
      </w:r>
      <w:r w:rsidR="0E51B9EC">
        <w:rPr/>
        <w:t>objectives</w:t>
      </w:r>
      <w:r w:rsidR="435FECE2">
        <w:rPr/>
        <w:t xml:space="preserve"> </w:t>
      </w:r>
      <w:r w:rsidR="0E51B9EC">
        <w:rPr/>
        <w:t>KPIs</w:t>
      </w:r>
      <w:r w:rsidR="435FECE2">
        <w:rPr/>
        <w:t xml:space="preserve"> </w:t>
      </w:r>
      <w:r w:rsidR="0E51B9EC">
        <w:rPr/>
        <w:t>targets</w:t>
      </w:r>
      <w:r w:rsidR="435FECE2">
        <w:rPr/>
        <w:t xml:space="preserve"> </w:t>
      </w:r>
      <w:r w:rsidR="0E51B9EC">
        <w:rPr/>
        <w:t>initiatives</w:t>
      </w:r>
      <w:r w:rsidR="435FECE2">
        <w:rPr/>
        <w:t xml:space="preserve"> </w:t>
      </w:r>
      <w:r w:rsidR="0E51B9EC">
        <w:rPr/>
        <w:t>derived</w:t>
      </w:r>
      <w:r w:rsidR="435FECE2">
        <w:rPr/>
        <w:t xml:space="preserve"> </w:t>
      </w:r>
      <w:r w:rsidR="0E51B9EC">
        <w:rPr/>
        <w:t>Annual</w:t>
      </w:r>
      <w:r w:rsidR="435FECE2">
        <w:rPr/>
        <w:t xml:space="preserve"> </w:t>
      </w:r>
      <w:r w:rsidR="0E51B9EC">
        <w:rPr/>
        <w:t>Report</w:t>
      </w:r>
      <w:r w:rsidR="435FECE2">
        <w:rPr/>
        <w:t xml:space="preserve"> </w:t>
      </w:r>
      <w:r w:rsidR="0E51B9EC">
        <w:rPr/>
        <w:t>Sustainability</w:t>
      </w:r>
      <w:r w:rsidR="435FECE2">
        <w:rPr/>
        <w:t xml:space="preserve"> </w:t>
      </w:r>
      <w:r w:rsidR="0E51B9EC">
        <w:rPr/>
        <w:t>Report</w:t>
      </w:r>
      <w:r w:rsidR="435FECE2">
        <w:rPr/>
        <w:t xml:space="preserve"> </w:t>
      </w:r>
      <w:r w:rsidR="0E51B9EC">
        <w:rPr/>
        <w:t>(Tesco</w:t>
      </w:r>
      <w:r w:rsidR="435FECE2">
        <w:rPr/>
        <w:t xml:space="preserve"> </w:t>
      </w:r>
      <w:r w:rsidR="0E51B9EC">
        <w:rPr/>
        <w:t>PLC,</w:t>
      </w:r>
      <w:r w:rsidR="435FECE2">
        <w:rPr/>
        <w:t xml:space="preserve"> </w:t>
      </w:r>
      <w:r w:rsidR="0E51B9EC">
        <w:rPr/>
        <w:t>2025a)</w:t>
      </w:r>
      <w:r w:rsidR="435FECE2">
        <w:rPr/>
        <w:t xml:space="preserve"> </w:t>
      </w:r>
      <w:r w:rsidR="0E51B9EC">
        <w:rPr/>
        <w:t>dashboard</w:t>
      </w:r>
      <w:r w:rsidR="435FECE2">
        <w:rPr/>
        <w:t xml:space="preserve"> </w:t>
      </w:r>
      <w:r w:rsidR="0E51B9EC">
        <w:rPr/>
        <w:t>Appendix</w:t>
      </w:r>
      <w:r w:rsidR="435FECE2">
        <w:rPr/>
        <w:t xml:space="preserve"> </w:t>
      </w:r>
      <w:r w:rsidR="0E51B9EC">
        <w:rPr/>
        <w:t>F.</w:t>
      </w:r>
      <w:r>
        <w:br/>
      </w:r>
      <w:r>
        <w:br/>
      </w:r>
      <w:r w:rsidR="0E51B9EC">
        <w:rPr/>
        <w:t>Financial</w:t>
      </w:r>
      <w:r w:rsidR="435FECE2">
        <w:rPr/>
        <w:t xml:space="preserve"> </w:t>
      </w:r>
      <w:r w:rsidR="0E51B9EC">
        <w:rPr/>
        <w:t>sustain</w:t>
      </w:r>
      <w:r w:rsidR="435FECE2">
        <w:rPr/>
        <w:t xml:space="preserve"> </w:t>
      </w:r>
      <w:r w:rsidR="0E51B9EC">
        <w:rPr/>
        <w:t>profitable</w:t>
      </w:r>
      <w:r w:rsidR="435FECE2">
        <w:rPr/>
        <w:t xml:space="preserve"> </w:t>
      </w:r>
      <w:r w:rsidR="0E51B9EC">
        <w:rPr/>
        <w:t>leadership:</w:t>
      </w:r>
      <w:r w:rsidR="435FECE2">
        <w:rPr/>
        <w:t xml:space="preserve"> </w:t>
      </w:r>
      <w:r w:rsidR="0E51B9EC">
        <w:rPr/>
        <w:t>objective</w:t>
      </w:r>
      <w:r w:rsidR="435FECE2">
        <w:rPr/>
        <w:t xml:space="preserve"> </w:t>
      </w:r>
      <w:r w:rsidR="0E51B9EC">
        <w:rPr/>
        <w:t>growth</w:t>
      </w:r>
      <w:r w:rsidR="435FECE2">
        <w:rPr/>
        <w:t xml:space="preserve"> </w:t>
      </w:r>
      <w:r w:rsidR="0E51B9EC">
        <w:rPr/>
        <w:t>above</w:t>
      </w:r>
      <w:r w:rsidR="435FECE2">
        <w:rPr/>
        <w:t xml:space="preserve"> </w:t>
      </w:r>
      <w:r w:rsidR="0E51B9EC">
        <w:rPr/>
        <w:t>market</w:t>
      </w:r>
      <w:r w:rsidR="435FECE2">
        <w:rPr/>
        <w:t xml:space="preserve"> </w:t>
      </w:r>
      <w:r w:rsidR="0E51B9EC">
        <w:rPr/>
        <w:t>protecting</w:t>
      </w:r>
      <w:r w:rsidR="435FECE2">
        <w:rPr/>
        <w:t xml:space="preserve"> </w:t>
      </w:r>
      <w:r w:rsidR="0E51B9EC">
        <w:rPr/>
        <w:t>margins</w:t>
      </w:r>
      <w:r w:rsidR="435FECE2">
        <w:rPr/>
        <w:t xml:space="preserve"> </w:t>
      </w:r>
      <w:r w:rsidR="0E51B9EC">
        <w:rPr/>
        <w:t>cash</w:t>
      </w:r>
      <w:r w:rsidR="435FECE2">
        <w:rPr/>
        <w:t xml:space="preserve"> </w:t>
      </w:r>
      <w:r w:rsidR="0E51B9EC">
        <w:rPr/>
        <w:t>to</w:t>
      </w:r>
      <w:r w:rsidR="435FECE2">
        <w:rPr/>
        <w:t xml:space="preserve"> </w:t>
      </w:r>
      <w:r w:rsidR="0E51B9EC">
        <w:rPr/>
        <w:t>reinvest.</w:t>
      </w:r>
      <w:r w:rsidR="435FECE2">
        <w:rPr/>
        <w:t xml:space="preserve"> </w:t>
      </w:r>
      <w:r w:rsidR="0E51B9EC">
        <w:rPr/>
        <w:t>KPIs</w:t>
      </w:r>
      <w:r w:rsidR="435FECE2">
        <w:rPr/>
        <w:t xml:space="preserve"> </w:t>
      </w:r>
      <w:r w:rsidR="0E51B9EC">
        <w:rPr/>
        <w:t>sales</w:t>
      </w:r>
      <w:r w:rsidR="435FECE2">
        <w:rPr/>
        <w:t xml:space="preserve"> </w:t>
      </w:r>
      <w:r w:rsidR="0E51B9EC">
        <w:rPr/>
        <w:t>ex</w:t>
      </w:r>
      <w:r w:rsidR="435FECE2">
        <w:rPr/>
        <w:t xml:space="preserve"> </w:t>
      </w:r>
      <w:r w:rsidR="0E51B9EC">
        <w:rPr/>
        <w:t>VAT</w:t>
      </w:r>
      <w:r w:rsidR="435FECE2">
        <w:rPr/>
        <w:t xml:space="preserve"> </w:t>
      </w:r>
      <w:r w:rsidR="0E51B9EC">
        <w:rPr/>
        <w:t>ex</w:t>
      </w:r>
      <w:r w:rsidR="435FECE2">
        <w:rPr/>
        <w:t xml:space="preserve"> </w:t>
      </w:r>
      <w:r w:rsidR="0E51B9EC">
        <w:rPr/>
        <w:t>fuel</w:t>
      </w:r>
      <w:r w:rsidR="435FECE2">
        <w:rPr/>
        <w:t xml:space="preserve"> </w:t>
      </w:r>
      <w:r w:rsidR="0E51B9EC">
        <w:rPr/>
        <w:t>£63.636bn→£66.588bn</w:t>
      </w:r>
      <w:r w:rsidR="435FECE2">
        <w:rPr/>
        <w:t xml:space="preserve"> </w:t>
      </w:r>
      <w:r w:rsidR="0E51B9EC">
        <w:rPr/>
        <w:t>+4.6%;</w:t>
      </w:r>
      <w:r w:rsidR="435FECE2">
        <w:rPr/>
        <w:t xml:space="preserve"> </w:t>
      </w:r>
      <w:r w:rsidR="0E51B9EC">
        <w:rPr/>
        <w:t>adjusted</w:t>
      </w:r>
      <w:r w:rsidR="435FECE2">
        <w:rPr/>
        <w:t xml:space="preserve"> </w:t>
      </w:r>
      <w:r w:rsidR="0E51B9EC">
        <w:rPr/>
        <w:t>operating</w:t>
      </w:r>
      <w:r w:rsidR="435FECE2">
        <w:rPr/>
        <w:t xml:space="preserve"> </w:t>
      </w:r>
      <w:r w:rsidR="0E51B9EC">
        <w:rPr/>
        <w:t>profit</w:t>
      </w:r>
      <w:r w:rsidR="435FECE2">
        <w:rPr/>
        <w:t xml:space="preserve"> </w:t>
      </w:r>
      <w:r w:rsidR="0E51B9EC">
        <w:rPr/>
        <w:t>£3.128→£3.152bn;</w:t>
      </w:r>
      <w:r w:rsidR="435FECE2">
        <w:rPr/>
        <w:t xml:space="preserve"> </w:t>
      </w:r>
      <w:r w:rsidR="0E51B9EC">
        <w:rPr/>
        <w:t>FCF</w:t>
      </w:r>
      <w:r w:rsidR="435FECE2">
        <w:rPr/>
        <w:t xml:space="preserve"> </w:t>
      </w:r>
      <w:r w:rsidR="0E51B9EC">
        <w:rPr/>
        <w:t>£1.75bn→£1.957bn</w:t>
      </w:r>
      <w:r w:rsidR="435FECE2">
        <w:rPr/>
        <w:t xml:space="preserve"> </w:t>
      </w:r>
      <w:r w:rsidR="0E51B9EC">
        <w:rPr/>
        <w:t>+11.8%;</w:t>
      </w:r>
      <w:r w:rsidR="435FECE2">
        <w:rPr/>
        <w:t xml:space="preserve"> </w:t>
      </w:r>
      <w:r w:rsidR="0E51B9EC">
        <w:rPr/>
        <w:t>margin</w:t>
      </w:r>
      <w:r w:rsidR="435FECE2">
        <w:rPr/>
        <w:t xml:space="preserve"> </w:t>
      </w:r>
      <w:r w:rsidR="0E51B9EC">
        <w:rPr/>
        <w:t>~4.6%;</w:t>
      </w:r>
      <w:r w:rsidR="435FECE2">
        <w:rPr/>
        <w:t xml:space="preserve"> </w:t>
      </w:r>
      <w:r w:rsidR="0E51B9EC">
        <w:rPr/>
        <w:t>Save</w:t>
      </w:r>
      <w:r w:rsidR="435FECE2">
        <w:rPr/>
        <w:t xml:space="preserve"> </w:t>
      </w:r>
      <w:r w:rsidR="0E51B9EC">
        <w:rPr/>
        <w:t>to</w:t>
      </w:r>
      <w:r w:rsidR="435FECE2">
        <w:rPr/>
        <w:t xml:space="preserve"> </w:t>
      </w:r>
      <w:r w:rsidR="0E51B9EC">
        <w:rPr/>
        <w:t>Invest</w:t>
      </w:r>
      <w:r w:rsidR="435FECE2">
        <w:rPr/>
        <w:t xml:space="preserve"> </w:t>
      </w:r>
      <w:r w:rsidR="0E51B9EC">
        <w:rPr/>
        <w:t>£500-700m.</w:t>
      </w:r>
      <w:r w:rsidR="435FECE2">
        <w:rPr/>
        <w:t xml:space="preserve"> </w:t>
      </w:r>
      <w:r w:rsidR="0E51B9EC">
        <w:rPr/>
        <w:t>Target</w:t>
      </w:r>
      <w:r w:rsidR="435FECE2">
        <w:rPr/>
        <w:t xml:space="preserve"> </w:t>
      </w:r>
      <w:r w:rsidR="0E51B9EC">
        <w:rPr/>
        <w:t>like-for-like</w:t>
      </w:r>
      <w:r w:rsidR="435FECE2">
        <w:rPr/>
        <w:t xml:space="preserve"> </w:t>
      </w:r>
      <w:r w:rsidR="0E51B9EC">
        <w:rPr/>
        <w:t>+3-4%</w:t>
      </w:r>
      <w:r w:rsidR="435FECE2">
        <w:rPr/>
        <w:t xml:space="preserve"> </w:t>
      </w:r>
      <w:r w:rsidR="0E51B9EC">
        <w:rPr/>
        <w:t>share</w:t>
      </w:r>
      <w:r w:rsidR="435FECE2">
        <w:rPr/>
        <w:t xml:space="preserve"> </w:t>
      </w:r>
      <w:r w:rsidR="0E51B9EC">
        <w:rPr/>
        <w:t>28.5%+</w:t>
      </w:r>
      <w:r w:rsidR="435FECE2">
        <w:rPr/>
        <w:t xml:space="preserve"> </w:t>
      </w:r>
      <w:r w:rsidR="0E51B9EC">
        <w:rPr/>
        <w:t>FCF</w:t>
      </w:r>
      <w:r w:rsidR="435FECE2">
        <w:rPr/>
        <w:t xml:space="preserve"> </w:t>
      </w:r>
      <w:r w:rsidR="0E51B9EC">
        <w:rPr/>
        <w:t>&gt;£2bn</w:t>
      </w:r>
      <w:r w:rsidR="435FECE2">
        <w:rPr/>
        <w:t xml:space="preserve"> </w:t>
      </w:r>
      <w:r w:rsidR="0E51B9EC">
        <w:rPr/>
        <w:t>stable</w:t>
      </w:r>
      <w:r w:rsidR="435FECE2">
        <w:rPr/>
        <w:t xml:space="preserve"> </w:t>
      </w:r>
      <w:r w:rsidR="0E51B9EC">
        <w:rPr/>
        <w:t>margin.</w:t>
      </w:r>
      <w:r w:rsidR="435FECE2">
        <w:rPr/>
        <w:t xml:space="preserve"> </w:t>
      </w:r>
      <w:r w:rsidR="0E51B9EC">
        <w:rPr/>
        <w:t>Initiative</w:t>
      </w:r>
      <w:r w:rsidR="435FECE2">
        <w:rPr/>
        <w:t xml:space="preserve"> </w:t>
      </w:r>
      <w:r w:rsidR="0E51B9EC">
        <w:rPr/>
        <w:t>scale</w:t>
      </w:r>
      <w:r w:rsidR="435FECE2">
        <w:rPr/>
        <w:t xml:space="preserve"> </w:t>
      </w:r>
      <w:r w:rsidR="0E51B9EC">
        <w:rPr/>
        <w:t>buying</w:t>
      </w:r>
      <w:r w:rsidR="435FECE2">
        <w:rPr/>
        <w:t xml:space="preserve"> </w:t>
      </w:r>
      <w:r w:rsidR="0E51B9EC">
        <w:rPr/>
        <w:t>power</w:t>
      </w:r>
      <w:r w:rsidR="435FECE2">
        <w:rPr/>
        <w:t xml:space="preserve"> </w:t>
      </w:r>
      <w:r w:rsidR="0E51B9EC">
        <w:rPr/>
        <w:t>productivity</w:t>
      </w:r>
      <w:r w:rsidR="435FECE2">
        <w:rPr/>
        <w:t xml:space="preserve"> </w:t>
      </w:r>
      <w:r w:rsidR="0E51B9EC">
        <w:rPr/>
        <w:t>automation</w:t>
      </w:r>
      <w:r w:rsidR="435FECE2">
        <w:rPr/>
        <w:t xml:space="preserve"> </w:t>
      </w:r>
      <w:r w:rsidR="0E51B9EC">
        <w:rPr/>
        <w:t>procurement</w:t>
      </w:r>
      <w:r w:rsidR="435FECE2">
        <w:rPr/>
        <w:t xml:space="preserve"> </w:t>
      </w:r>
      <w:r w:rsidR="0E51B9EC">
        <w:rPr/>
        <w:t>price</w:t>
      </w:r>
      <w:r w:rsidR="435FECE2">
        <w:rPr/>
        <w:t xml:space="preserve"> </w:t>
      </w:r>
      <w:r w:rsidR="0E51B9EC">
        <w:rPr/>
        <w:t>funded</w:t>
      </w:r>
      <w:r w:rsidR="435FECE2">
        <w:rPr/>
        <w:t xml:space="preserve"> </w:t>
      </w:r>
      <w:r w:rsidR="0E51B9EC">
        <w:rPr/>
        <w:t>cost</w:t>
      </w:r>
      <w:r w:rsidR="435FECE2">
        <w:rPr/>
        <w:t xml:space="preserve"> </w:t>
      </w:r>
      <w:r w:rsidR="0E51B9EC">
        <w:rPr/>
        <w:t>savings</w:t>
      </w:r>
      <w:r w:rsidR="435FECE2">
        <w:rPr/>
        <w:t xml:space="preserve"> </w:t>
      </w:r>
      <w:r w:rsidR="0E51B9EC">
        <w:rPr/>
        <w:t>retail</w:t>
      </w:r>
      <w:r w:rsidR="435FECE2">
        <w:rPr/>
        <w:t xml:space="preserve"> </w:t>
      </w:r>
      <w:r w:rsidR="0E51B9EC">
        <w:rPr/>
        <w:t>media</w:t>
      </w:r>
      <w:r w:rsidR="435FECE2">
        <w:rPr/>
        <w:t xml:space="preserve"> </w:t>
      </w:r>
      <w:r w:rsidR="0E51B9EC">
        <w:rPr/>
        <w:t>renewable</w:t>
      </w:r>
      <w:r w:rsidR="435FECE2">
        <w:rPr/>
        <w:t xml:space="preserve"> </w:t>
      </w:r>
      <w:r w:rsidR="0E51B9EC">
        <w:rPr/>
        <w:t>savings.</w:t>
      </w:r>
      <w:r>
        <w:br/>
      </w:r>
      <w:r>
        <w:br/>
      </w:r>
      <w:r w:rsidR="0E51B9EC">
        <w:rPr/>
        <w:t>Customer</w:t>
      </w:r>
      <w:r w:rsidR="435FECE2">
        <w:rPr/>
        <w:t xml:space="preserve"> </w:t>
      </w:r>
      <w:r w:rsidR="0E51B9EC">
        <w:rPr/>
        <w:t>value</w:t>
      </w:r>
      <w:r w:rsidR="435FECE2">
        <w:rPr/>
        <w:t xml:space="preserve"> </w:t>
      </w:r>
      <w:r w:rsidR="0E51B9EC">
        <w:rPr/>
        <w:t>quality</w:t>
      </w:r>
      <w:r w:rsidR="435FECE2">
        <w:rPr/>
        <w:t xml:space="preserve"> </w:t>
      </w:r>
      <w:r w:rsidR="0E51B9EC">
        <w:rPr/>
        <w:t>service</w:t>
      </w:r>
      <w:r w:rsidR="435FECE2">
        <w:rPr/>
        <w:t xml:space="preserve"> </w:t>
      </w:r>
      <w:r w:rsidR="0E51B9EC">
        <w:rPr/>
        <w:t>loyalty:</w:t>
      </w:r>
      <w:r w:rsidR="435FECE2">
        <w:rPr/>
        <w:t xml:space="preserve"> </w:t>
      </w:r>
      <w:r w:rsidR="0E51B9EC">
        <w:rPr/>
        <w:t>most</w:t>
      </w:r>
      <w:r w:rsidR="435FECE2">
        <w:rPr/>
        <w:t xml:space="preserve"> </w:t>
      </w:r>
      <w:r w:rsidR="0E51B9EC">
        <w:rPr/>
        <w:t>valued</w:t>
      </w:r>
      <w:r w:rsidR="435FECE2">
        <w:rPr/>
        <w:t xml:space="preserve"> </w:t>
      </w:r>
      <w:r w:rsidR="0E51B9EC">
        <w:rPr/>
        <w:t>retailer</w:t>
      </w:r>
      <w:r w:rsidR="435FECE2">
        <w:rPr/>
        <w:t xml:space="preserve"> </w:t>
      </w:r>
      <w:r w:rsidR="0E51B9EC">
        <w:rPr/>
        <w:t>improving</w:t>
      </w:r>
      <w:r w:rsidR="435FECE2">
        <w:rPr/>
        <w:t xml:space="preserve"> </w:t>
      </w:r>
      <w:r w:rsidR="0E51B9EC">
        <w:rPr/>
        <w:t>perceived</w:t>
      </w:r>
      <w:r w:rsidR="435FECE2">
        <w:rPr/>
        <w:t xml:space="preserve"> </w:t>
      </w:r>
      <w:r w:rsidR="0E51B9EC">
        <w:rPr/>
        <w:t>value</w:t>
      </w:r>
      <w:r w:rsidR="435FECE2">
        <w:rPr/>
        <w:t xml:space="preserve"> </w:t>
      </w:r>
      <w:r w:rsidR="0E51B9EC">
        <w:rPr/>
        <w:t>service.</w:t>
      </w:r>
      <w:r w:rsidR="435FECE2">
        <w:rPr/>
        <w:t xml:space="preserve"> </w:t>
      </w:r>
      <w:r w:rsidR="0E51B9EC">
        <w:rPr/>
        <w:t>KPIs</w:t>
      </w:r>
      <w:r w:rsidR="435FECE2">
        <w:rPr/>
        <w:t xml:space="preserve"> </w:t>
      </w:r>
      <w:r w:rsidR="0E51B9EC">
        <w:rPr/>
        <w:t>Kantar</w:t>
      </w:r>
      <w:r w:rsidR="435FECE2">
        <w:rPr/>
        <w:t xml:space="preserve"> </w:t>
      </w:r>
      <w:r w:rsidR="0E51B9EC">
        <w:rPr/>
        <w:t>share</w:t>
      </w:r>
      <w:r w:rsidR="435FECE2">
        <w:rPr/>
        <w:t xml:space="preserve"> </w:t>
      </w:r>
      <w:r w:rsidR="0E51B9EC">
        <w:rPr/>
        <w:t>28.0%</w:t>
      </w:r>
      <w:r w:rsidR="435FECE2">
        <w:rPr/>
        <w:t xml:space="preserve"> </w:t>
      </w:r>
      <w:r w:rsidR="0E51B9EC">
        <w:rPr/>
        <w:t>May25,</w:t>
      </w:r>
      <w:r w:rsidR="435FECE2">
        <w:rPr/>
        <w:t xml:space="preserve"> </w:t>
      </w:r>
      <w:r w:rsidR="0E51B9EC">
        <w:rPr/>
        <w:t>NPS,</w:t>
      </w:r>
      <w:r w:rsidR="435FECE2">
        <w:rPr/>
        <w:t xml:space="preserve"> </w:t>
      </w:r>
      <w:r w:rsidR="0E51B9EC">
        <w:rPr/>
        <w:t>Clubcard</w:t>
      </w:r>
      <w:r w:rsidR="435FECE2">
        <w:rPr/>
        <w:t xml:space="preserve"> </w:t>
      </w:r>
      <w:r w:rsidR="0E51B9EC">
        <w:rPr/>
        <w:t>&gt;80%</w:t>
      </w:r>
      <w:r w:rsidR="435FECE2">
        <w:rPr/>
        <w:t xml:space="preserve"> </w:t>
      </w:r>
      <w:r w:rsidR="0E51B9EC">
        <w:rPr/>
        <w:t>baskets,</w:t>
      </w:r>
      <w:r w:rsidR="435FECE2">
        <w:rPr/>
        <w:t xml:space="preserve"> </w:t>
      </w:r>
      <w:r w:rsidR="0E51B9EC">
        <w:rPr/>
        <w:t>app</w:t>
      </w:r>
      <w:r w:rsidR="435FECE2">
        <w:rPr/>
        <w:t xml:space="preserve"> </w:t>
      </w:r>
      <w:r w:rsidR="0E51B9EC">
        <w:rPr/>
        <w:t>18m→20m,</w:t>
      </w:r>
      <w:r w:rsidR="435FECE2">
        <w:rPr/>
        <w:t xml:space="preserve"> </w:t>
      </w:r>
      <w:r w:rsidR="0E51B9EC">
        <w:rPr/>
        <w:t>Whoosh</w:t>
      </w:r>
      <w:r w:rsidR="435FECE2">
        <w:rPr/>
        <w:t xml:space="preserve"> </w:t>
      </w:r>
      <w:r w:rsidR="0E51B9EC">
        <w:rPr/>
        <w:t>growth,</w:t>
      </w:r>
      <w:r w:rsidR="435FECE2">
        <w:rPr/>
        <w:t xml:space="preserve"> </w:t>
      </w:r>
      <w:r w:rsidR="0E51B9EC">
        <w:rPr/>
        <w:t>availability</w:t>
      </w:r>
      <w:r w:rsidR="435FECE2">
        <w:rPr/>
        <w:t xml:space="preserve"> </w:t>
      </w:r>
      <w:r w:rsidR="0E51B9EC">
        <w:rPr/>
        <w:t>awards.</w:t>
      </w:r>
      <w:r w:rsidR="435FECE2">
        <w:rPr/>
        <w:t xml:space="preserve"> </w:t>
      </w:r>
      <w:r w:rsidR="0E51B9EC">
        <w:rPr/>
        <w:t>Target</w:t>
      </w:r>
      <w:r w:rsidR="435FECE2">
        <w:rPr/>
        <w:t xml:space="preserve"> </w:t>
      </w:r>
      <w:r w:rsidR="0E51B9EC">
        <w:rPr/>
        <w:t>NPS</w:t>
      </w:r>
      <w:r w:rsidR="435FECE2">
        <w:rPr/>
        <w:t xml:space="preserve"> </w:t>
      </w:r>
      <w:r w:rsidR="0E51B9EC">
        <w:rPr/>
        <w:t>+5</w:t>
      </w:r>
      <w:r w:rsidR="435FECE2">
        <w:rPr/>
        <w:t xml:space="preserve"> </w:t>
      </w:r>
      <w:r w:rsidR="0E51B9EC">
        <w:rPr/>
        <w:t>defend</w:t>
      </w:r>
      <w:r w:rsidR="435FECE2">
        <w:rPr/>
        <w:t xml:space="preserve"> </w:t>
      </w:r>
      <w:r w:rsidR="0E51B9EC">
        <w:rPr/>
        <w:t>28.5%+</w:t>
      </w:r>
      <w:r w:rsidR="435FECE2">
        <w:rPr/>
        <w:t xml:space="preserve"> </w:t>
      </w:r>
      <w:r w:rsidR="0E51B9EC">
        <w:rPr/>
        <w:t>Clubcard</w:t>
      </w:r>
      <w:r w:rsidR="435FECE2">
        <w:rPr/>
        <w:t xml:space="preserve"> </w:t>
      </w:r>
      <w:r w:rsidR="0E51B9EC">
        <w:rPr/>
        <w:t>Prices</w:t>
      </w:r>
      <w:r w:rsidR="435FECE2">
        <w:rPr/>
        <w:t xml:space="preserve"> </w:t>
      </w:r>
      <w:r w:rsidR="0E51B9EC">
        <w:rPr/>
        <w:t>users</w:t>
      </w:r>
      <w:r w:rsidR="435FECE2">
        <w:rPr/>
        <w:t xml:space="preserve"> </w:t>
      </w:r>
      <w:r w:rsidR="0E51B9EC">
        <w:rPr/>
        <w:t>+10%</w:t>
      </w:r>
      <w:r w:rsidR="435FECE2">
        <w:rPr/>
        <w:t xml:space="preserve"> </w:t>
      </w:r>
      <w:r w:rsidR="0E51B9EC">
        <w:rPr/>
        <w:t>YoY.</w:t>
      </w:r>
      <w:r w:rsidR="435FECE2">
        <w:rPr/>
        <w:t xml:space="preserve"> </w:t>
      </w:r>
      <w:r w:rsidR="0E51B9EC">
        <w:rPr/>
        <w:t>Initiative</w:t>
      </w:r>
      <w:r w:rsidR="435FECE2">
        <w:rPr/>
        <w:t xml:space="preserve"> </w:t>
      </w:r>
      <w:r w:rsidR="0E51B9EC">
        <w:rPr/>
        <w:t>AI</w:t>
      </w:r>
      <w:r w:rsidR="435FECE2">
        <w:rPr/>
        <w:t xml:space="preserve"> </w:t>
      </w:r>
      <w:r w:rsidR="0E51B9EC">
        <w:rPr/>
        <w:t>personalised</w:t>
      </w:r>
      <w:r w:rsidR="435FECE2">
        <w:rPr/>
        <w:t xml:space="preserve"> </w:t>
      </w:r>
      <w:r w:rsidR="0E51B9EC">
        <w:rPr/>
        <w:t>Clubcard</w:t>
      </w:r>
      <w:r w:rsidR="435FECE2">
        <w:rPr/>
        <w:t xml:space="preserve"> </w:t>
      </w:r>
      <w:r w:rsidR="0E51B9EC">
        <w:rPr/>
        <w:t>Prices</w:t>
      </w:r>
      <w:r w:rsidR="435FECE2">
        <w:rPr/>
        <w:t xml:space="preserve"> </w:t>
      </w:r>
      <w:r w:rsidR="0E51B9EC">
        <w:rPr/>
        <w:t>1000+</w:t>
      </w:r>
      <w:r w:rsidR="435FECE2">
        <w:rPr/>
        <w:t xml:space="preserve"> </w:t>
      </w:r>
      <w:r w:rsidR="0E51B9EC">
        <w:rPr/>
        <w:t>variants</w:t>
      </w:r>
      <w:r w:rsidR="435FECE2">
        <w:rPr/>
        <w:t xml:space="preserve"> </w:t>
      </w:r>
      <w:r w:rsidR="0E51B9EC">
        <w:rPr/>
        <w:t>Aldi</w:t>
      </w:r>
      <w:r w:rsidR="435FECE2">
        <w:rPr/>
        <w:t xml:space="preserve"> </w:t>
      </w:r>
      <w:r w:rsidR="0E51B9EC">
        <w:rPr/>
        <w:t>Price</w:t>
      </w:r>
      <w:r w:rsidR="435FECE2">
        <w:rPr/>
        <w:t xml:space="preserve"> </w:t>
      </w:r>
      <w:r w:rsidR="0E51B9EC">
        <w:rPr/>
        <w:t>Match</w:t>
      </w:r>
      <w:r w:rsidR="435FECE2">
        <w:rPr/>
        <w:t xml:space="preserve"> </w:t>
      </w:r>
      <w:r w:rsidR="0E51B9EC">
        <w:rPr/>
        <w:t>600→700</w:t>
      </w:r>
      <w:r w:rsidR="435FECE2">
        <w:rPr/>
        <w:t xml:space="preserve"> </w:t>
      </w:r>
      <w:r w:rsidR="0E51B9EC">
        <w:rPr/>
        <w:t>Finest</w:t>
      </w:r>
      <w:r w:rsidR="435FECE2">
        <w:rPr/>
        <w:t xml:space="preserve"> </w:t>
      </w:r>
      <w:r w:rsidR="0E51B9EC">
        <w:rPr/>
        <w:t>505</w:t>
      </w:r>
      <w:r w:rsidR="435FECE2">
        <w:rPr/>
        <w:t xml:space="preserve"> </w:t>
      </w:r>
      <w:r w:rsidR="0E51B9EC">
        <w:rPr/>
        <w:t>NPD</w:t>
      </w:r>
      <w:r w:rsidR="435FECE2">
        <w:rPr/>
        <w:t xml:space="preserve"> </w:t>
      </w:r>
      <w:r w:rsidR="0E51B9EC">
        <w:rPr/>
        <w:t>Whoosh</w:t>
      </w:r>
      <w:r w:rsidR="435FECE2">
        <w:rPr/>
        <w:t xml:space="preserve"> </w:t>
      </w:r>
      <w:r w:rsidR="0E51B9EC">
        <w:rPr/>
        <w:t>expansion</w:t>
      </w:r>
      <w:r w:rsidR="435FECE2">
        <w:rPr/>
        <w:t xml:space="preserve"> </w:t>
      </w:r>
      <w:r w:rsidR="0E51B9EC">
        <w:rPr/>
        <w:t>Scan</w:t>
      </w:r>
      <w:r w:rsidR="435FECE2">
        <w:rPr/>
        <w:t xml:space="preserve"> </w:t>
      </w:r>
      <w:r w:rsidR="0E51B9EC">
        <w:rPr/>
        <w:t>&amp;</w:t>
      </w:r>
      <w:r w:rsidR="435FECE2">
        <w:rPr/>
        <w:t xml:space="preserve"> </w:t>
      </w:r>
      <w:r w:rsidR="0E51B9EC">
        <w:rPr/>
        <w:t>Shop.</w:t>
      </w:r>
      <w:r>
        <w:br/>
      </w:r>
      <w:r>
        <w:br/>
      </w:r>
      <w:r w:rsidR="0E51B9EC">
        <w:rPr/>
        <w:t>Internal</w:t>
      </w:r>
      <w:r w:rsidR="435FECE2">
        <w:rPr/>
        <w:t xml:space="preserve"> </w:t>
      </w:r>
      <w:r w:rsidR="0E51B9EC">
        <w:rPr/>
        <w:t>availability</w:t>
      </w:r>
      <w:r w:rsidR="435FECE2">
        <w:rPr/>
        <w:t xml:space="preserve"> </w:t>
      </w:r>
      <w:r w:rsidR="0E51B9EC">
        <w:rPr/>
        <w:t>waste</w:t>
      </w:r>
      <w:r w:rsidR="435FECE2">
        <w:rPr/>
        <w:t xml:space="preserve"> </w:t>
      </w:r>
      <w:r w:rsidR="0E51B9EC">
        <w:rPr/>
        <w:t>fulfilment</w:t>
      </w:r>
      <w:r w:rsidR="435FECE2">
        <w:rPr/>
        <w:t xml:space="preserve"> </w:t>
      </w:r>
      <w:r w:rsidR="55FF5207">
        <w:rPr/>
        <w:t>decarbonizes</w:t>
      </w:r>
      <w:r w:rsidR="0E51B9EC">
        <w:rPr/>
        <w:t>:</w:t>
      </w:r>
      <w:r w:rsidR="435FECE2">
        <w:rPr/>
        <w:t xml:space="preserve"> </w:t>
      </w:r>
      <w:r w:rsidR="0E51B9EC">
        <w:rPr/>
        <w:t>operational</w:t>
      </w:r>
      <w:r w:rsidR="435FECE2">
        <w:rPr/>
        <w:t xml:space="preserve"> </w:t>
      </w:r>
      <w:r w:rsidR="0E51B9EC">
        <w:rPr/>
        <w:t>excellence</w:t>
      </w:r>
      <w:r w:rsidR="435FECE2">
        <w:rPr/>
        <w:t xml:space="preserve"> </w:t>
      </w:r>
      <w:r w:rsidR="0E51B9EC">
        <w:rPr/>
        <w:t>reliable</w:t>
      </w:r>
      <w:r w:rsidR="435FECE2">
        <w:rPr/>
        <w:t xml:space="preserve"> </w:t>
      </w:r>
      <w:r w:rsidR="0E51B9EC">
        <w:rPr/>
        <w:t>availability</w:t>
      </w:r>
      <w:r w:rsidR="435FECE2">
        <w:rPr/>
        <w:t xml:space="preserve"> </w:t>
      </w:r>
      <w:r w:rsidR="0E51B9EC">
        <w:rPr/>
        <w:t>low</w:t>
      </w:r>
      <w:r w:rsidR="435FECE2">
        <w:rPr/>
        <w:t xml:space="preserve"> </w:t>
      </w:r>
      <w:r w:rsidR="0E51B9EC">
        <w:rPr/>
        <w:t>waste</w:t>
      </w:r>
      <w:r w:rsidR="435FECE2">
        <w:rPr/>
        <w:t xml:space="preserve"> </w:t>
      </w:r>
      <w:r w:rsidR="0E51B9EC">
        <w:rPr/>
        <w:t>low</w:t>
      </w:r>
      <w:r w:rsidR="435FECE2">
        <w:rPr/>
        <w:t xml:space="preserve"> </w:t>
      </w:r>
      <w:r w:rsidR="0E51B9EC">
        <w:rPr/>
        <w:t>carbon.</w:t>
      </w:r>
      <w:r w:rsidR="435FECE2">
        <w:rPr/>
        <w:t xml:space="preserve"> </w:t>
      </w:r>
      <w:r w:rsidR="0E51B9EC">
        <w:rPr/>
        <w:t>KPIs</w:t>
      </w:r>
      <w:r w:rsidR="435FECE2">
        <w:rPr/>
        <w:t xml:space="preserve"> </w:t>
      </w:r>
      <w:r w:rsidR="0E51B9EC">
        <w:rPr/>
        <w:t>availability</w:t>
      </w:r>
      <w:r w:rsidR="435FECE2">
        <w:rPr/>
        <w:t xml:space="preserve"> </w:t>
      </w:r>
      <w:r w:rsidR="0E51B9EC">
        <w:rPr/>
        <w:t>98.5%+;</w:t>
      </w:r>
      <w:r w:rsidR="435FECE2">
        <w:rPr/>
        <w:t xml:space="preserve"> </w:t>
      </w:r>
      <w:r w:rsidR="0E51B9EC">
        <w:rPr/>
        <w:t>food</w:t>
      </w:r>
      <w:r w:rsidR="435FECE2">
        <w:rPr/>
        <w:t xml:space="preserve"> </w:t>
      </w:r>
      <w:r w:rsidR="0E51B9EC">
        <w:rPr/>
        <w:t>waste</w:t>
      </w:r>
      <w:r w:rsidR="435FECE2">
        <w:rPr/>
        <w:t xml:space="preserve"> </w:t>
      </w:r>
      <w:r w:rsidR="0E51B9EC">
        <w:rPr/>
        <w:t>50%</w:t>
      </w:r>
      <w:r w:rsidR="435FECE2">
        <w:rPr/>
        <w:t xml:space="preserve"> </w:t>
      </w:r>
      <w:r w:rsidR="0E51B9EC">
        <w:rPr/>
        <w:t>cut</w:t>
      </w:r>
      <w:r w:rsidR="435FECE2">
        <w:rPr/>
        <w:t xml:space="preserve"> </w:t>
      </w:r>
      <w:r w:rsidR="0E51B9EC">
        <w:rPr/>
        <w:t>2030</w:t>
      </w:r>
      <w:r w:rsidR="435FECE2">
        <w:rPr/>
        <w:t xml:space="preserve"> </w:t>
      </w:r>
      <w:r w:rsidR="0E51B9EC">
        <w:rPr/>
        <w:t>vs</w:t>
      </w:r>
      <w:r w:rsidR="435FECE2">
        <w:rPr/>
        <w:t xml:space="preserve"> </w:t>
      </w:r>
      <w:r w:rsidR="0E51B9EC">
        <w:rPr/>
        <w:t>17/18;</w:t>
      </w:r>
      <w:r w:rsidR="435FECE2">
        <w:rPr/>
        <w:t xml:space="preserve"> </w:t>
      </w:r>
      <w:r w:rsidR="0E51B9EC">
        <w:rPr/>
        <w:t>online</w:t>
      </w:r>
      <w:r w:rsidR="435FECE2">
        <w:rPr/>
        <w:t xml:space="preserve"> </w:t>
      </w:r>
      <w:r w:rsidR="0E51B9EC">
        <w:rPr/>
        <w:t>cost</w:t>
      </w:r>
      <w:r w:rsidR="435FECE2">
        <w:rPr/>
        <w:t xml:space="preserve"> </w:t>
      </w:r>
      <w:r w:rsidR="0E51B9EC">
        <w:rPr/>
        <w:t>per</w:t>
      </w:r>
      <w:r w:rsidR="435FECE2">
        <w:rPr/>
        <w:t xml:space="preserve"> </w:t>
      </w:r>
      <w:r w:rsidR="0E51B9EC">
        <w:rPr/>
        <w:t>order;</w:t>
      </w:r>
      <w:r w:rsidR="435FECE2">
        <w:rPr/>
        <w:t xml:space="preserve"> </w:t>
      </w:r>
      <w:r w:rsidR="0E51B9EC">
        <w:rPr/>
        <w:t>Scope1&amp;2</w:t>
      </w:r>
      <w:r w:rsidR="435FECE2">
        <w:rPr/>
        <w:t xml:space="preserve"> </w:t>
      </w:r>
      <w:r w:rsidR="0E51B9EC">
        <w:rPr/>
        <w:t>68%</w:t>
      </w:r>
      <w:r w:rsidR="435FECE2">
        <w:rPr/>
        <w:t xml:space="preserve"> </w:t>
      </w:r>
      <w:r w:rsidR="0E51B9EC">
        <w:rPr/>
        <w:t>cut</w:t>
      </w:r>
      <w:r w:rsidR="435FECE2">
        <w:rPr/>
        <w:t xml:space="preserve"> </w:t>
      </w:r>
      <w:r w:rsidR="0E51B9EC">
        <w:rPr/>
        <w:t>already;</w:t>
      </w:r>
      <w:r w:rsidR="435FECE2">
        <w:rPr/>
        <w:t xml:space="preserve"> </w:t>
      </w:r>
      <w:r w:rsidR="0E51B9EC">
        <w:rPr/>
        <w:t>supplier</w:t>
      </w:r>
      <w:r w:rsidR="435FECE2">
        <w:rPr/>
        <w:t xml:space="preserve"> </w:t>
      </w:r>
      <w:r w:rsidR="0E51B9EC">
        <w:rPr/>
        <w:t>engagement</w:t>
      </w:r>
      <w:r w:rsidR="435FECE2">
        <w:rPr/>
        <w:t xml:space="preserve"> </w:t>
      </w:r>
      <w:r w:rsidR="0E51B9EC">
        <w:rPr/>
        <w:t>70%</w:t>
      </w:r>
      <w:r w:rsidR="435FECE2">
        <w:rPr/>
        <w:t xml:space="preserve"> </w:t>
      </w:r>
      <w:r w:rsidR="0E51B9EC">
        <w:rPr/>
        <w:t>committed.</w:t>
      </w:r>
      <w:r w:rsidR="435FECE2">
        <w:rPr/>
        <w:t xml:space="preserve"> </w:t>
      </w:r>
      <w:r w:rsidR="0E51B9EC">
        <w:rPr/>
        <w:t>Target</w:t>
      </w:r>
      <w:r w:rsidR="435FECE2">
        <w:rPr/>
        <w:t xml:space="preserve"> </w:t>
      </w:r>
      <w:r w:rsidR="0E51B9EC">
        <w:rPr/>
        <w:t>waste</w:t>
      </w:r>
      <w:r w:rsidR="435FECE2">
        <w:rPr/>
        <w:t xml:space="preserve"> </w:t>
      </w:r>
      <w:r w:rsidR="0E51B9EC">
        <w:rPr/>
        <w:t>-15%</w:t>
      </w:r>
      <w:r w:rsidR="435FECE2">
        <w:rPr/>
        <w:t xml:space="preserve"> </w:t>
      </w:r>
      <w:r w:rsidR="0E51B9EC">
        <w:rPr/>
        <w:t>YoY</w:t>
      </w:r>
      <w:r w:rsidR="435FECE2">
        <w:rPr/>
        <w:t xml:space="preserve"> </w:t>
      </w:r>
      <w:r w:rsidR="0E51B9EC">
        <w:rPr/>
        <w:t>availability</w:t>
      </w:r>
      <w:r w:rsidR="435FECE2">
        <w:rPr/>
        <w:t xml:space="preserve"> </w:t>
      </w:r>
      <w:r w:rsidR="0E51B9EC">
        <w:rPr/>
        <w:t>&gt;98.5%</w:t>
      </w:r>
      <w:r w:rsidR="435FECE2">
        <w:rPr/>
        <w:t xml:space="preserve"> </w:t>
      </w:r>
      <w:r w:rsidR="0E51B9EC">
        <w:rPr/>
        <w:t>Scope1&amp;2</w:t>
      </w:r>
      <w:r w:rsidR="435FECE2">
        <w:rPr/>
        <w:t xml:space="preserve"> </w:t>
      </w:r>
      <w:r w:rsidR="0E51B9EC">
        <w:rPr/>
        <w:t>-75%</w:t>
      </w:r>
      <w:r w:rsidR="435FECE2">
        <w:rPr/>
        <w:t xml:space="preserve"> </w:t>
      </w:r>
      <w:r w:rsidR="0E51B9EC">
        <w:rPr/>
        <w:t>by</w:t>
      </w:r>
      <w:r w:rsidR="435FECE2">
        <w:rPr/>
        <w:t xml:space="preserve"> </w:t>
      </w:r>
      <w:r w:rsidR="0E51B9EC">
        <w:rPr/>
        <w:t>27</w:t>
      </w:r>
      <w:r w:rsidR="435FECE2">
        <w:rPr/>
        <w:t xml:space="preserve"> </w:t>
      </w:r>
      <w:r w:rsidR="0E51B9EC">
        <w:rPr/>
        <w:t>supplier</w:t>
      </w:r>
      <w:r w:rsidR="435FECE2">
        <w:rPr/>
        <w:t xml:space="preserve"> </w:t>
      </w:r>
      <w:r w:rsidR="0E51B9EC">
        <w:rPr/>
        <w:t>85%.</w:t>
      </w:r>
      <w:r w:rsidR="435FECE2">
        <w:rPr/>
        <w:t xml:space="preserve"> </w:t>
      </w:r>
      <w:r w:rsidR="0E51B9EC">
        <w:rPr/>
        <w:t>Initiative</w:t>
      </w:r>
      <w:r w:rsidR="435FECE2">
        <w:rPr/>
        <w:t xml:space="preserve"> </w:t>
      </w:r>
      <w:r w:rsidR="0E51B9EC">
        <w:rPr/>
        <w:t>AI</w:t>
      </w:r>
      <w:r w:rsidR="435FECE2">
        <w:rPr/>
        <w:t xml:space="preserve"> </w:t>
      </w:r>
      <w:r w:rsidR="0E51B9EC">
        <w:rPr/>
        <w:t>forecasting</w:t>
      </w:r>
      <w:r w:rsidR="435FECE2">
        <w:rPr/>
        <w:t xml:space="preserve"> </w:t>
      </w:r>
      <w:r w:rsidR="0E51B9EC">
        <w:rPr/>
        <w:t>urban</w:t>
      </w:r>
      <w:r w:rsidR="435FECE2">
        <w:rPr/>
        <w:t xml:space="preserve"> </w:t>
      </w:r>
      <w:r w:rsidR="0E51B9EC">
        <w:rPr/>
        <w:t>fulfilment</w:t>
      </w:r>
      <w:r w:rsidR="435FECE2">
        <w:rPr/>
        <w:t xml:space="preserve"> </w:t>
      </w:r>
      <w:r w:rsidR="0E51B9EC">
        <w:rPr/>
        <w:t>centres</w:t>
      </w:r>
      <w:r w:rsidR="435FECE2">
        <w:rPr/>
        <w:t xml:space="preserve"> </w:t>
      </w:r>
      <w:r w:rsidR="0E51B9EC">
        <w:rPr/>
        <w:t>low-carbon</w:t>
      </w:r>
      <w:r w:rsidR="435FECE2">
        <w:rPr/>
        <w:t xml:space="preserve"> </w:t>
      </w:r>
      <w:r w:rsidR="0E51B9EC">
        <w:rPr/>
        <w:t>stores</w:t>
      </w:r>
      <w:r w:rsidR="435FECE2">
        <w:rPr/>
        <w:t xml:space="preserve"> </w:t>
      </w:r>
      <w:r w:rsidR="0E51B9EC">
        <w:rPr/>
        <w:t>fridge</w:t>
      </w:r>
      <w:r w:rsidR="435FECE2">
        <w:rPr/>
        <w:t xml:space="preserve"> </w:t>
      </w:r>
      <w:r w:rsidR="0E51B9EC">
        <w:rPr/>
        <w:t>doors</w:t>
      </w:r>
      <w:r w:rsidR="435FECE2">
        <w:rPr/>
        <w:t xml:space="preserve"> </w:t>
      </w:r>
      <w:r w:rsidR="0E51B9EC">
        <w:rPr/>
        <w:t>LED</w:t>
      </w:r>
      <w:r w:rsidR="435FECE2">
        <w:rPr/>
        <w:t xml:space="preserve"> </w:t>
      </w:r>
      <w:r w:rsidR="0E51B9EC">
        <w:rPr/>
        <w:t>EV</w:t>
      </w:r>
      <w:r w:rsidR="435FECE2">
        <w:rPr/>
        <w:t xml:space="preserve"> </w:t>
      </w:r>
      <w:r w:rsidR="0E51B9EC">
        <w:rPr/>
        <w:t>vans</w:t>
      </w:r>
      <w:r w:rsidR="435FECE2">
        <w:rPr/>
        <w:t xml:space="preserve"> </w:t>
      </w:r>
      <w:r w:rsidR="0E51B9EC">
        <w:rPr/>
        <w:t>low-carbon</w:t>
      </w:r>
      <w:r w:rsidR="435FECE2">
        <w:rPr/>
        <w:t xml:space="preserve"> </w:t>
      </w:r>
      <w:r w:rsidR="0E51B9EC">
        <w:rPr/>
        <w:t>fertiliser</w:t>
      </w:r>
      <w:r w:rsidR="435FECE2">
        <w:rPr/>
        <w:t xml:space="preserve"> </w:t>
      </w:r>
      <w:r w:rsidR="0E51B9EC">
        <w:rPr/>
        <w:t>packaging</w:t>
      </w:r>
      <w:r w:rsidR="435FECE2">
        <w:rPr/>
        <w:t xml:space="preserve"> </w:t>
      </w:r>
      <w:r w:rsidR="0E51B9EC">
        <w:rPr/>
        <w:t>100%</w:t>
      </w:r>
      <w:r w:rsidR="435FECE2">
        <w:rPr/>
        <w:t xml:space="preserve"> </w:t>
      </w:r>
      <w:r w:rsidR="0E51B9EC">
        <w:rPr/>
        <w:t>recyclable.</w:t>
      </w:r>
      <w:r>
        <w:br/>
      </w:r>
      <w:r>
        <w:br/>
      </w:r>
      <w:r>
        <w:br/>
      </w:r>
      <w:r w:rsidR="0E51B9EC">
        <w:rPr/>
        <w:t>Learning</w:t>
      </w:r>
      <w:r w:rsidR="435FECE2">
        <w:rPr/>
        <w:t xml:space="preserve"> </w:t>
      </w:r>
      <w:r w:rsidR="0E51B9EC">
        <w:rPr/>
        <w:t>growth</w:t>
      </w:r>
      <w:r w:rsidR="435FECE2">
        <w:rPr/>
        <w:t xml:space="preserve"> </w:t>
      </w:r>
      <w:r w:rsidR="0E51B9EC">
        <w:rPr/>
        <w:t>digital</w:t>
      </w:r>
      <w:r w:rsidR="435FECE2">
        <w:rPr/>
        <w:t xml:space="preserve"> </w:t>
      </w:r>
      <w:r w:rsidR="0E51B9EC">
        <w:rPr/>
        <w:t>data</w:t>
      </w:r>
      <w:r w:rsidR="435FECE2">
        <w:rPr/>
        <w:t xml:space="preserve"> </w:t>
      </w:r>
      <w:r w:rsidR="0E51B9EC">
        <w:rPr/>
        <w:t>colleague</w:t>
      </w:r>
      <w:r w:rsidR="0E51B9EC">
        <w:rPr/>
        <w:t>:</w:t>
      </w:r>
      <w:r w:rsidR="435FECE2">
        <w:rPr/>
        <w:t xml:space="preserve"> </w:t>
      </w:r>
      <w:r w:rsidR="0E51B9EC">
        <w:rPr/>
        <w:t>skills</w:t>
      </w:r>
      <w:r w:rsidR="435FECE2">
        <w:rPr/>
        <w:t xml:space="preserve"> </w:t>
      </w:r>
      <w:r w:rsidR="0E51B9EC">
        <w:rPr/>
        <w:t>future</w:t>
      </w:r>
      <w:r w:rsidR="435FECE2">
        <w:rPr/>
        <w:t xml:space="preserve"> </w:t>
      </w:r>
      <w:r w:rsidR="0E51B9EC">
        <w:rPr/>
        <w:t>retail.</w:t>
      </w:r>
      <w:r w:rsidR="435FECE2">
        <w:rPr/>
        <w:t xml:space="preserve"> </w:t>
      </w:r>
      <w:r w:rsidR="0E51B9EC">
        <w:rPr/>
        <w:t>KPIs</w:t>
      </w:r>
      <w:r w:rsidR="435FECE2">
        <w:rPr/>
        <w:t xml:space="preserve"> </w:t>
      </w:r>
      <w:r w:rsidR="0E51B9EC">
        <w:rPr/>
        <w:t>engagement</w:t>
      </w:r>
      <w:r w:rsidR="435FECE2">
        <w:rPr/>
        <w:t xml:space="preserve"> </w:t>
      </w:r>
      <w:r w:rsidR="0E51B9EC">
        <w:rPr/>
        <w:t>retention,</w:t>
      </w:r>
      <w:r w:rsidR="435FECE2">
        <w:rPr/>
        <w:t xml:space="preserve"> </w:t>
      </w:r>
      <w:r w:rsidR="0E51B9EC">
        <w:rPr/>
        <w:t>training</w:t>
      </w:r>
      <w:r w:rsidR="435FECE2">
        <w:rPr/>
        <w:t xml:space="preserve"> </w:t>
      </w:r>
      <w:r w:rsidR="0E51B9EC">
        <w:rPr/>
        <w:t>hrs</w:t>
      </w:r>
      <w:r w:rsidR="435FECE2">
        <w:rPr/>
        <w:t xml:space="preserve"> </w:t>
      </w:r>
      <w:r w:rsidR="0E51B9EC">
        <w:rPr/>
        <w:t>digital</w:t>
      </w:r>
      <w:r w:rsidR="435FECE2">
        <w:rPr/>
        <w:t xml:space="preserve"> </w:t>
      </w:r>
      <w:r w:rsidR="0E51B9EC">
        <w:rPr/>
        <w:t>sustainability,</w:t>
      </w:r>
      <w:r w:rsidR="435FECE2">
        <w:rPr/>
        <w:t xml:space="preserve"> </w:t>
      </w:r>
      <w:r w:rsidR="0E51B9EC">
        <w:rPr/>
        <w:t>diversity</w:t>
      </w:r>
      <w:r w:rsidR="435FECE2">
        <w:rPr/>
        <w:t xml:space="preserve"> </w:t>
      </w:r>
      <w:r w:rsidR="0E51B9EC">
        <w:rPr/>
        <w:t>leadership,</w:t>
      </w:r>
      <w:r w:rsidR="435FECE2">
        <w:rPr/>
        <w:t xml:space="preserve"> </w:t>
      </w:r>
      <w:r w:rsidR="0E51B9EC">
        <w:rPr/>
        <w:t>data</w:t>
      </w:r>
      <w:r w:rsidR="435FECE2">
        <w:rPr/>
        <w:t xml:space="preserve"> </w:t>
      </w:r>
      <w:r w:rsidR="0E51B9EC">
        <w:rPr/>
        <w:t>scientist</w:t>
      </w:r>
      <w:r w:rsidR="435FECE2">
        <w:rPr/>
        <w:t xml:space="preserve"> </w:t>
      </w:r>
      <w:r w:rsidR="0E51B9EC">
        <w:rPr/>
        <w:t>dunnhumby</w:t>
      </w:r>
      <w:r w:rsidR="435FECE2">
        <w:rPr/>
        <w:t xml:space="preserve"> </w:t>
      </w:r>
      <w:r w:rsidR="0E51B9EC">
        <w:rPr/>
        <w:t>capacity,</w:t>
      </w:r>
      <w:r w:rsidR="435FECE2">
        <w:rPr/>
        <w:t xml:space="preserve"> </w:t>
      </w:r>
      <w:r w:rsidR="0E51B9EC">
        <w:rPr/>
        <w:t>digital</w:t>
      </w:r>
      <w:r w:rsidR="435FECE2">
        <w:rPr/>
        <w:t xml:space="preserve"> </w:t>
      </w:r>
      <w:r w:rsidR="0E51B9EC">
        <w:rPr/>
        <w:t>releases.</w:t>
      </w:r>
      <w:r w:rsidR="435FECE2">
        <w:rPr/>
        <w:t xml:space="preserve"> </w:t>
      </w:r>
      <w:r w:rsidR="0E51B9EC">
        <w:rPr/>
        <w:t>Target</w:t>
      </w:r>
      <w:r w:rsidR="435FECE2">
        <w:rPr/>
        <w:t xml:space="preserve"> </w:t>
      </w:r>
      <w:r w:rsidR="0E51B9EC">
        <w:rPr/>
        <w:t>engagement</w:t>
      </w:r>
      <w:r w:rsidR="435FECE2">
        <w:rPr/>
        <w:t xml:space="preserve"> </w:t>
      </w:r>
      <w:r w:rsidR="0E51B9EC">
        <w:rPr/>
        <w:t>+5%</w:t>
      </w:r>
      <w:r w:rsidR="435FECE2">
        <w:rPr/>
        <w:t xml:space="preserve"> </w:t>
      </w:r>
      <w:r w:rsidR="0E51B9EC">
        <w:rPr/>
        <w:t>90%</w:t>
      </w:r>
      <w:r w:rsidR="435FECE2">
        <w:rPr/>
        <w:t xml:space="preserve"> </w:t>
      </w:r>
      <w:r w:rsidR="0E51B9EC">
        <w:rPr/>
        <w:t>sustainability</w:t>
      </w:r>
      <w:r w:rsidR="435FECE2">
        <w:rPr/>
        <w:t xml:space="preserve"> </w:t>
      </w:r>
      <w:r w:rsidR="0E51B9EC">
        <w:rPr/>
        <w:t>basics</w:t>
      </w:r>
      <w:r w:rsidR="435FECE2">
        <w:rPr/>
        <w:t xml:space="preserve"> </w:t>
      </w:r>
      <w:r w:rsidR="0E51B9EC">
        <w:rPr/>
        <w:t>diversity</w:t>
      </w:r>
      <w:r w:rsidR="435FECE2">
        <w:rPr/>
        <w:t xml:space="preserve"> </w:t>
      </w:r>
      <w:r w:rsidR="0E51B9EC">
        <w:rPr/>
        <w:t>+2pp.</w:t>
      </w:r>
      <w:r w:rsidR="435FECE2">
        <w:rPr/>
        <w:t xml:space="preserve"> </w:t>
      </w:r>
      <w:r w:rsidR="0E51B9EC">
        <w:rPr/>
        <w:t>Initiative</w:t>
      </w:r>
      <w:r w:rsidR="435FECE2">
        <w:rPr/>
        <w:t xml:space="preserve"> </w:t>
      </w:r>
      <w:r w:rsidR="0E51B9EC">
        <w:rPr/>
        <w:t>digital</w:t>
      </w:r>
      <w:r w:rsidR="435FECE2">
        <w:rPr/>
        <w:t xml:space="preserve"> </w:t>
      </w:r>
      <w:r w:rsidR="0E51B9EC">
        <w:rPr/>
        <w:t>skills</w:t>
      </w:r>
      <w:r w:rsidR="435FECE2">
        <w:rPr/>
        <w:t xml:space="preserve"> </w:t>
      </w:r>
      <w:r w:rsidR="0E51B9EC">
        <w:rPr/>
        <w:t>academy</w:t>
      </w:r>
      <w:r w:rsidR="435FECE2">
        <w:rPr/>
        <w:t xml:space="preserve"> </w:t>
      </w:r>
      <w:r w:rsidR="0E51B9EC">
        <w:rPr/>
        <w:t>leadership</w:t>
      </w:r>
      <w:r w:rsidR="435FECE2">
        <w:rPr/>
        <w:t xml:space="preserve"> </w:t>
      </w:r>
      <w:r w:rsidR="0E51B9EC">
        <w:rPr/>
        <w:t>agile</w:t>
      </w:r>
      <w:r w:rsidR="435FECE2">
        <w:rPr/>
        <w:t xml:space="preserve"> </w:t>
      </w:r>
      <w:r w:rsidR="0E51B9EC">
        <w:rPr/>
        <w:t>Tesco</w:t>
      </w:r>
      <w:r w:rsidR="435FECE2">
        <w:rPr/>
        <w:t xml:space="preserve"> </w:t>
      </w:r>
      <w:r w:rsidR="0E51B9EC">
        <w:rPr/>
        <w:t>Media</w:t>
      </w:r>
      <w:r w:rsidR="435FECE2">
        <w:rPr/>
        <w:t xml:space="preserve"> </w:t>
      </w:r>
      <w:r w:rsidR="0E51B9EC">
        <w:rPr/>
        <w:t>carbon</w:t>
      </w:r>
      <w:r w:rsidR="435FECE2">
        <w:rPr/>
        <w:t xml:space="preserve"> </w:t>
      </w:r>
      <w:r w:rsidR="0E51B9EC">
        <w:rPr/>
        <w:t>literacy</w:t>
      </w:r>
      <w:r w:rsidR="435FECE2">
        <w:rPr/>
        <w:t xml:space="preserve"> </w:t>
      </w:r>
      <w:r w:rsidR="0E51B9EC">
        <w:rPr/>
        <w:t>cyber</w:t>
      </w:r>
      <w:r w:rsidR="435FECE2">
        <w:rPr/>
        <w:t xml:space="preserve"> </w:t>
      </w:r>
      <w:r w:rsidR="0E51B9EC">
        <w:rPr/>
        <w:t>awareness</w:t>
      </w:r>
      <w:r w:rsidR="435FECE2">
        <w:rPr/>
        <w:t xml:space="preserve"> </w:t>
      </w:r>
      <w:r w:rsidR="0E51B9EC">
        <w:rPr/>
        <w:t>after</w:t>
      </w:r>
      <w:r w:rsidR="435FECE2">
        <w:rPr/>
        <w:t xml:space="preserve"> </w:t>
      </w:r>
      <w:r w:rsidR="0E51B9EC">
        <w:rPr/>
        <w:t>2025</w:t>
      </w:r>
      <w:r w:rsidR="435FECE2">
        <w:rPr/>
        <w:t xml:space="preserve"> </w:t>
      </w:r>
      <w:r w:rsidR="0E51B9EC">
        <w:rPr/>
        <w:t>incidents.</w:t>
      </w:r>
      <w:r>
        <w:br/>
      </w:r>
      <w:r>
        <w:br/>
      </w:r>
      <w:r w:rsidR="0E51B9EC">
        <w:rPr/>
        <w:t>Taken</w:t>
      </w:r>
      <w:r w:rsidR="435FECE2">
        <w:rPr/>
        <w:t xml:space="preserve"> </w:t>
      </w:r>
      <w:r w:rsidR="0E51B9EC">
        <w:rPr/>
        <w:t>together</w:t>
      </w:r>
      <w:r w:rsidR="435FECE2">
        <w:rPr/>
        <w:t xml:space="preserve"> </w:t>
      </w:r>
      <w:r w:rsidR="0E51B9EC">
        <w:rPr/>
        <w:t>shows</w:t>
      </w:r>
      <w:r w:rsidR="435FECE2">
        <w:rPr/>
        <w:t xml:space="preserve"> </w:t>
      </w:r>
      <w:r w:rsidR="0E51B9EC">
        <w:rPr/>
        <w:t>causality:</w:t>
      </w:r>
      <w:r w:rsidR="435FECE2">
        <w:rPr/>
        <w:t xml:space="preserve"> </w:t>
      </w:r>
      <w:r w:rsidR="0E51B9EC">
        <w:rPr/>
        <w:t>solid</w:t>
      </w:r>
      <w:r w:rsidR="435FECE2">
        <w:rPr/>
        <w:t xml:space="preserve"> </w:t>
      </w:r>
      <w:r w:rsidR="0E51B9EC">
        <w:rPr/>
        <w:t>financial</w:t>
      </w:r>
      <w:r w:rsidR="435FECE2">
        <w:rPr/>
        <w:t xml:space="preserve"> </w:t>
      </w:r>
      <w:r w:rsidR="0E51B9EC">
        <w:rPr/>
        <w:t>£2bn</w:t>
      </w:r>
      <w:r w:rsidR="435FECE2">
        <w:rPr/>
        <w:t xml:space="preserve"> </w:t>
      </w:r>
      <w:r w:rsidR="0E51B9EC">
        <w:rPr/>
        <w:t>funds</w:t>
      </w:r>
      <w:r w:rsidR="435FECE2">
        <w:rPr/>
        <w:t xml:space="preserve"> </w:t>
      </w:r>
      <w:r w:rsidR="0E51B9EC">
        <w:rPr/>
        <w:t>loyalty</w:t>
      </w:r>
      <w:r w:rsidR="435FECE2">
        <w:rPr/>
        <w:t xml:space="preserve"> </w:t>
      </w:r>
      <w:r w:rsidR="0E51B9EC">
        <w:rPr/>
        <w:t>via</w:t>
      </w:r>
      <w:r w:rsidR="435FECE2">
        <w:rPr/>
        <w:t xml:space="preserve"> </w:t>
      </w:r>
      <w:r w:rsidR="0E51B9EC">
        <w:rPr/>
        <w:t>Clubcard,</w:t>
      </w:r>
      <w:r w:rsidR="435FECE2">
        <w:rPr/>
        <w:t xml:space="preserve"> </w:t>
      </w:r>
      <w:r w:rsidR="0E51B9EC">
        <w:rPr/>
        <w:t>efficiencies</w:t>
      </w:r>
      <w:r w:rsidR="435FECE2">
        <w:rPr/>
        <w:t xml:space="preserve"> </w:t>
      </w:r>
      <w:r w:rsidR="0E51B9EC">
        <w:rPr/>
        <w:t>via</w:t>
      </w:r>
      <w:r w:rsidR="435FECE2">
        <w:rPr/>
        <w:t xml:space="preserve"> </w:t>
      </w:r>
      <w:r w:rsidR="0E51B9EC">
        <w:rPr/>
        <w:t>automation</w:t>
      </w:r>
      <w:r w:rsidR="435FECE2">
        <w:rPr/>
        <w:t xml:space="preserve"> </w:t>
      </w:r>
      <w:r w:rsidR="0E51B9EC">
        <w:rPr/>
        <w:t>fund</w:t>
      </w:r>
      <w:r w:rsidR="435FECE2">
        <w:rPr/>
        <w:t xml:space="preserve"> </w:t>
      </w:r>
      <w:r w:rsidR="0E51B9EC">
        <w:rPr/>
        <w:t>price</w:t>
      </w:r>
      <w:r w:rsidR="435FECE2">
        <w:rPr/>
        <w:t xml:space="preserve"> </w:t>
      </w:r>
      <w:r w:rsidR="0E51B9EC">
        <w:rPr/>
        <w:t>sustainability</w:t>
      </w:r>
      <w:r w:rsidR="435FECE2">
        <w:rPr/>
        <w:t xml:space="preserve"> </w:t>
      </w:r>
      <w:r w:rsidR="0E51B9EC">
        <w:rPr/>
        <w:t>capex,</w:t>
      </w:r>
      <w:r w:rsidR="435FECE2">
        <w:rPr/>
        <w:t xml:space="preserve"> </w:t>
      </w:r>
      <w:r w:rsidR="0E51B9EC">
        <w:rPr/>
        <w:t>learning</w:t>
      </w:r>
      <w:r w:rsidR="435FECE2">
        <w:rPr/>
        <w:t xml:space="preserve"> </w:t>
      </w:r>
      <w:r w:rsidR="0E51B9EC">
        <w:rPr/>
        <w:t>builds</w:t>
      </w:r>
      <w:r w:rsidR="435FECE2">
        <w:rPr/>
        <w:t xml:space="preserve"> </w:t>
      </w:r>
      <w:r w:rsidR="0E51B9EC">
        <w:rPr/>
        <w:t>moat</w:t>
      </w:r>
      <w:r w:rsidR="435FECE2">
        <w:rPr/>
        <w:t xml:space="preserve"> </w:t>
      </w:r>
      <w:r w:rsidR="0E51B9EC">
        <w:rPr/>
        <w:t>against</w:t>
      </w:r>
      <w:r w:rsidR="435FECE2">
        <w:rPr/>
        <w:t xml:space="preserve"> </w:t>
      </w:r>
      <w:r w:rsidR="55FF5207">
        <w:rPr/>
        <w:t>discounters’</w:t>
      </w:r>
      <w:r w:rsidR="435FECE2">
        <w:rPr/>
        <w:t xml:space="preserve"> </w:t>
      </w:r>
      <w:r w:rsidR="0E51B9EC">
        <w:rPr/>
        <w:t>simplicity</w:t>
      </w:r>
      <w:r w:rsidR="435FECE2">
        <w:rPr/>
        <w:t xml:space="preserve"> </w:t>
      </w:r>
      <w:r w:rsidR="0E51B9EC">
        <w:rPr/>
        <w:t>rather</w:t>
      </w:r>
      <w:r w:rsidR="435FECE2">
        <w:rPr/>
        <w:t xml:space="preserve"> </w:t>
      </w:r>
      <w:r w:rsidR="0E51B9EC">
        <w:rPr/>
        <w:t>than</w:t>
      </w:r>
      <w:r w:rsidR="435FECE2">
        <w:rPr/>
        <w:t xml:space="preserve"> </w:t>
      </w:r>
      <w:r w:rsidR="0E51B9EC">
        <w:rPr/>
        <w:t>data</w:t>
      </w:r>
      <w:r w:rsidR="435FECE2">
        <w:rPr/>
        <w:t xml:space="preserve"> </w:t>
      </w:r>
      <w:r w:rsidR="0E51B9EC">
        <w:rPr/>
        <w:t>complexity</w:t>
      </w:r>
      <w:r w:rsidR="435FECE2">
        <w:rPr/>
        <w:t xml:space="preserve"> </w:t>
      </w:r>
      <w:r w:rsidR="0E51B9EC">
        <w:rPr/>
        <w:t>–</w:t>
      </w:r>
      <w:r w:rsidR="435FECE2">
        <w:rPr/>
        <w:t xml:space="preserve"> </w:t>
      </w:r>
      <w:r w:rsidR="0E51B9EC">
        <w:rPr/>
        <w:t>central</w:t>
      </w:r>
      <w:r w:rsidR="435FECE2">
        <w:rPr/>
        <w:t xml:space="preserve"> </w:t>
      </w:r>
      <w:r w:rsidR="0E51B9EC">
        <w:rPr/>
        <w:t>to</w:t>
      </w:r>
      <w:r w:rsidR="435FECE2">
        <w:rPr/>
        <w:t xml:space="preserve"> </w:t>
      </w:r>
      <w:r w:rsidR="0E51B9EC">
        <w:rPr/>
        <w:t>Kaplan</w:t>
      </w:r>
      <w:r w:rsidR="435FECE2">
        <w:rPr/>
        <w:t xml:space="preserve"> </w:t>
      </w:r>
      <w:r w:rsidR="0E51B9EC">
        <w:rPr/>
        <w:t>Norton.</w:t>
      </w:r>
    </w:p>
    <w:p w:rsidR="00700886" w:rsidP="7D0D8C44" w:rsidRDefault="7BF93C46" w14:paraId="32361CBC" w14:textId="77777777">
      <w:pPr>
        <w:pStyle w:val="Heading2"/>
        <w:jc w:val="both"/>
        <w:rPr>
          <w:rFonts w:ascii="Arial" w:hAnsi="Arial"/>
          <w:color w:val="auto"/>
          <w:sz w:val="24"/>
          <w:szCs w:val="24"/>
        </w:rPr>
      </w:pPr>
      <w:bookmarkStart w:name="_Toc236501129" w:id="33"/>
      <w:bookmarkStart w:name="_Toc476389345" w:id="34"/>
      <w:bookmarkStart w:name="_Toc237366864" w:id="35"/>
      <w:r w:rsidRPr="7D0D8C44" w:rsidR="529427D7">
        <w:rPr>
          <w:rFonts w:ascii="Arial" w:hAnsi="Arial"/>
          <w:color w:val="auto"/>
          <w:sz w:val="24"/>
          <w:szCs w:val="24"/>
        </w:rPr>
        <w:t>4.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Strategic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Choices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and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Implementation</w:t>
      </w:r>
      <w:bookmarkEnd w:id="33"/>
      <w:bookmarkEnd w:id="34"/>
      <w:bookmarkEnd w:id="35"/>
    </w:p>
    <w:p w:rsidR="00700886" w:rsidP="7D0D8C44" w:rsidRDefault="7BF93C46" w14:paraId="3755A693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30" w:id="36"/>
      <w:bookmarkStart w:name="_Toc202893930" w:id="37"/>
      <w:bookmarkStart w:name="_Toc237366865" w:id="38"/>
      <w:r w:rsidRPr="7D0D8C44" w:rsidR="529427D7">
        <w:rPr>
          <w:rFonts w:ascii="Arial" w:hAnsi="Arial"/>
          <w:color w:val="auto"/>
        </w:rPr>
        <w:t>4.1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Business-Level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Strategy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and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Value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Proposition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(250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words)</w:t>
      </w:r>
      <w:bookmarkEnd w:id="36"/>
      <w:bookmarkEnd w:id="37"/>
      <w:bookmarkEnd w:id="38"/>
    </w:p>
    <w:p w:rsidR="00700886" w:rsidP="00F94D1E" w:rsidRDefault="00344F75" w14:paraId="72F3C189" w14:textId="20396926">
      <w:pPr>
        <w:jc w:val="both"/>
      </w:pPr>
      <w:r w:rsidR="0E51B9EC">
        <w:rPr/>
        <w:t>Porter</w:t>
      </w:r>
      <w:r w:rsidR="435FECE2">
        <w:rPr/>
        <w:t xml:space="preserve"> </w:t>
      </w:r>
      <w:r w:rsidR="0E51B9EC">
        <w:rPr/>
        <w:t>(1980)</w:t>
      </w:r>
      <w:r w:rsidR="435FECE2">
        <w:rPr/>
        <w:t xml:space="preserve"> </w:t>
      </w:r>
      <w:r w:rsidR="0E51B9EC">
        <w:rPr/>
        <w:t>three</w:t>
      </w:r>
      <w:r w:rsidR="435FECE2">
        <w:rPr/>
        <w:t xml:space="preserve"> </w:t>
      </w:r>
      <w:r w:rsidR="0E51B9EC">
        <w:rPr/>
        <w:t>generic</w:t>
      </w:r>
      <w:r w:rsidR="435FECE2">
        <w:rPr/>
        <w:t xml:space="preserve"> </w:t>
      </w:r>
      <w:r w:rsidR="0E51B9EC">
        <w:rPr/>
        <w:t>routes</w:t>
      </w:r>
      <w:r w:rsidR="435FECE2">
        <w:rPr/>
        <w:t xml:space="preserve"> </w:t>
      </w:r>
      <w:r w:rsidR="0E51B9EC">
        <w:rPr/>
        <w:t>–</w:t>
      </w:r>
      <w:r w:rsidR="435FECE2">
        <w:rPr/>
        <w:t xml:space="preserve"> </w:t>
      </w:r>
      <w:r w:rsidR="0E51B9EC">
        <w:rPr/>
        <w:t>cost</w:t>
      </w:r>
      <w:r w:rsidR="435FECE2">
        <w:rPr/>
        <w:t xml:space="preserve"> </w:t>
      </w:r>
      <w:r w:rsidR="0E51B9EC">
        <w:rPr/>
        <w:t>leadership</w:t>
      </w:r>
      <w:r w:rsidR="435FECE2">
        <w:rPr/>
        <w:t xml:space="preserve"> </w:t>
      </w:r>
      <w:r w:rsidR="0E51B9EC">
        <w:rPr/>
        <w:t>differentiation</w:t>
      </w:r>
      <w:r w:rsidR="435FECE2">
        <w:rPr/>
        <w:t xml:space="preserve"> </w:t>
      </w:r>
      <w:r w:rsidR="0E51B9EC">
        <w:rPr/>
        <w:t>focus</w:t>
      </w:r>
      <w:r w:rsidR="435FECE2">
        <w:rPr/>
        <w:t xml:space="preserve"> </w:t>
      </w:r>
      <w:r w:rsidR="0E51B9EC">
        <w:rPr/>
        <w:t>–</w:t>
      </w:r>
      <w:r w:rsidR="435FECE2">
        <w:rPr/>
        <w:t xml:space="preserve"> </w:t>
      </w:r>
      <w:r w:rsidR="0E51B9EC">
        <w:rPr/>
        <w:t>warning</w:t>
      </w:r>
      <w:r w:rsidR="435FECE2">
        <w:rPr/>
        <w:t xml:space="preserve"> </w:t>
      </w:r>
      <w:r w:rsidR="0E51B9EC">
        <w:rPr/>
        <w:t>stuck</w:t>
      </w:r>
      <w:r w:rsidR="435FECE2">
        <w:rPr/>
        <w:t xml:space="preserve"> </w:t>
      </w:r>
      <w:r w:rsidR="0E51B9EC">
        <w:rPr/>
        <w:t>in</w:t>
      </w:r>
      <w:r w:rsidR="435FECE2">
        <w:rPr/>
        <w:t xml:space="preserve"> </w:t>
      </w:r>
      <w:r w:rsidR="0E51B9EC">
        <w:rPr/>
        <w:t>middle</w:t>
      </w:r>
      <w:r w:rsidR="435FECE2">
        <w:rPr/>
        <w:t xml:space="preserve"> </w:t>
      </w:r>
      <w:r w:rsidR="0E51B9EC">
        <w:rPr/>
        <w:t>incompatible</w:t>
      </w:r>
      <w:r w:rsidR="435FECE2">
        <w:rPr/>
        <w:t xml:space="preserve"> </w:t>
      </w:r>
      <w:r w:rsidR="0E51B9EC">
        <w:rPr/>
        <w:t>trade-offs.</w:t>
      </w:r>
      <w:r w:rsidR="435FECE2">
        <w:rPr/>
        <w:t xml:space="preserve"> </w:t>
      </w:r>
      <w:r w:rsidR="0E51B9EC">
        <w:rPr/>
        <w:t>Recent</w:t>
      </w:r>
      <w:r w:rsidR="435FECE2">
        <w:rPr/>
        <w:t xml:space="preserve"> </w:t>
      </w:r>
      <w:r w:rsidR="0E51B9EC">
        <w:rPr/>
        <w:t>research</w:t>
      </w:r>
      <w:r w:rsidR="435FECE2">
        <w:rPr/>
        <w:t xml:space="preserve"> </w:t>
      </w:r>
      <w:r w:rsidR="0E51B9EC">
        <w:rPr/>
        <w:t>highlights</w:t>
      </w:r>
      <w:r w:rsidR="435FECE2">
        <w:rPr/>
        <w:t xml:space="preserve"> </w:t>
      </w:r>
      <w:r w:rsidR="0E51B9EC">
        <w:rPr/>
        <w:t>hybrid</w:t>
      </w:r>
      <w:r w:rsidR="435FECE2">
        <w:rPr/>
        <w:t xml:space="preserve"> </w:t>
      </w:r>
      <w:r w:rsidR="0E51B9EC">
        <w:rPr/>
        <w:t>integrated</w:t>
      </w:r>
      <w:r w:rsidR="435FECE2">
        <w:rPr/>
        <w:t xml:space="preserve"> </w:t>
      </w:r>
      <w:r w:rsidR="0E51B9EC">
        <w:rPr/>
        <w:t>cost</w:t>
      </w:r>
      <w:r w:rsidR="435FECE2">
        <w:rPr/>
        <w:t xml:space="preserve"> </w:t>
      </w:r>
      <w:r w:rsidR="0E51B9EC">
        <w:rPr/>
        <w:t>differentiation</w:t>
      </w:r>
      <w:r w:rsidR="435FECE2">
        <w:rPr/>
        <w:t xml:space="preserve"> </w:t>
      </w:r>
      <w:r w:rsidR="0E51B9EC">
        <w:rPr/>
        <w:t>can</w:t>
      </w:r>
      <w:r w:rsidR="435FECE2">
        <w:rPr/>
        <w:t xml:space="preserve"> </w:t>
      </w:r>
      <w:r w:rsidR="0E51B9EC">
        <w:rPr/>
        <w:t>be</w:t>
      </w:r>
      <w:r w:rsidR="435FECE2">
        <w:rPr/>
        <w:t xml:space="preserve"> </w:t>
      </w:r>
      <w:r w:rsidR="0E51B9EC">
        <w:rPr/>
        <w:t>durable</w:t>
      </w:r>
      <w:r w:rsidR="435FECE2">
        <w:rPr/>
        <w:t xml:space="preserve"> </w:t>
      </w:r>
      <w:r w:rsidR="0E51B9EC">
        <w:rPr/>
        <w:t>when</w:t>
      </w:r>
      <w:r w:rsidR="435FECE2">
        <w:rPr/>
        <w:t xml:space="preserve"> </w:t>
      </w:r>
      <w:r w:rsidR="0E51B9EC">
        <w:rPr/>
        <w:t>distinctive</w:t>
      </w:r>
      <w:r w:rsidR="435FECE2">
        <w:rPr/>
        <w:t xml:space="preserve"> </w:t>
      </w:r>
      <w:r w:rsidR="0E51B9EC">
        <w:rPr/>
        <w:t>assets</w:t>
      </w:r>
      <w:r w:rsidR="435FECE2">
        <w:rPr/>
        <w:t xml:space="preserve"> </w:t>
      </w:r>
      <w:r w:rsidR="0E51B9EC">
        <w:rPr/>
        <w:t>scale</w:t>
      </w:r>
      <w:r w:rsidR="435FECE2">
        <w:rPr/>
        <w:t xml:space="preserve"> </w:t>
      </w:r>
      <w:r w:rsidR="0E51B9EC">
        <w:rPr/>
        <w:t>proprietary</w:t>
      </w:r>
      <w:r w:rsidR="435FECE2">
        <w:rPr/>
        <w:t xml:space="preserve"> </w:t>
      </w:r>
      <w:r w:rsidR="0E51B9EC">
        <w:rPr/>
        <w:t>data</w:t>
      </w:r>
      <w:r w:rsidR="435FECE2">
        <w:rPr/>
        <w:t xml:space="preserve"> </w:t>
      </w:r>
      <w:r w:rsidR="0E51B9EC">
        <w:rPr/>
        <w:t>dynamic</w:t>
      </w:r>
      <w:r w:rsidR="435FECE2">
        <w:rPr/>
        <w:t xml:space="preserve"> </w:t>
      </w:r>
      <w:r w:rsidR="0E51B9EC">
        <w:rPr/>
        <w:t>capabilities</w:t>
      </w:r>
      <w:r w:rsidR="435FECE2">
        <w:rPr/>
        <w:t xml:space="preserve"> </w:t>
      </w:r>
      <w:r w:rsidR="0E51B9EC">
        <w:rPr/>
        <w:t>reconfiguration</w:t>
      </w:r>
      <w:r w:rsidR="435FECE2">
        <w:rPr/>
        <w:t xml:space="preserve"> </w:t>
      </w:r>
      <w:r w:rsidR="0E51B9EC">
        <w:rPr/>
        <w:t>(Kim</w:t>
      </w:r>
      <w:r w:rsidR="435FECE2">
        <w:rPr/>
        <w:t xml:space="preserve"> </w:t>
      </w:r>
      <w:r w:rsidR="0E51B9EC">
        <w:rPr/>
        <w:t>et</w:t>
      </w:r>
      <w:r w:rsidR="435FECE2">
        <w:rPr/>
        <w:t xml:space="preserve"> </w:t>
      </w:r>
      <w:r w:rsidR="0E51B9EC">
        <w:rPr/>
        <w:t>al.,</w:t>
      </w:r>
      <w:r w:rsidR="435FECE2">
        <w:rPr/>
        <w:t xml:space="preserve"> </w:t>
      </w:r>
      <w:r w:rsidR="0E51B9EC">
        <w:rPr/>
        <w:t>2014;</w:t>
      </w:r>
      <w:r w:rsidR="435FECE2">
        <w:rPr/>
        <w:t xml:space="preserve"> </w:t>
      </w:r>
      <w:r w:rsidR="0E51B9EC">
        <w:rPr/>
        <w:t>Barney,</w:t>
      </w:r>
      <w:r w:rsidR="435FECE2">
        <w:rPr/>
        <w:t xml:space="preserve"> </w:t>
      </w:r>
      <w:r w:rsidR="0E51B9EC">
        <w:rPr/>
        <w:t>1991;</w:t>
      </w:r>
      <w:r w:rsidR="435FECE2">
        <w:rPr/>
        <w:t xml:space="preserve"> </w:t>
      </w:r>
      <w:r w:rsidR="0E51B9EC">
        <w:rPr/>
        <w:t>Teece</w:t>
      </w:r>
      <w:r w:rsidR="435FECE2">
        <w:rPr/>
        <w:t xml:space="preserve"> </w:t>
      </w:r>
      <w:r w:rsidR="0E51B9EC">
        <w:rPr/>
        <w:t>et</w:t>
      </w:r>
      <w:r w:rsidR="435FECE2">
        <w:rPr/>
        <w:t xml:space="preserve"> </w:t>
      </w:r>
      <w:r w:rsidR="0E51B9EC">
        <w:rPr/>
        <w:t>al.,</w:t>
      </w:r>
      <w:r w:rsidR="435FECE2">
        <w:rPr/>
        <w:t xml:space="preserve"> </w:t>
      </w:r>
      <w:r w:rsidR="0E51B9EC">
        <w:rPr/>
        <w:t>1997).</w:t>
      </w:r>
      <w:r>
        <w:br/>
      </w:r>
      <w:r>
        <w:br/>
      </w:r>
      <w:r w:rsidR="0E51B9EC">
        <w:rPr/>
        <w:t>Tesco</w:t>
      </w:r>
      <w:r w:rsidR="435FECE2">
        <w:rPr/>
        <w:t xml:space="preserve"> </w:t>
      </w:r>
      <w:r w:rsidR="0E51B9EC">
        <w:rPr/>
        <w:t>cost</w:t>
      </w:r>
      <w:r w:rsidR="435FECE2">
        <w:rPr/>
        <w:t xml:space="preserve"> </w:t>
      </w:r>
      <w:r w:rsidR="0E51B9EC">
        <w:rPr/>
        <w:t>leader</w:t>
      </w:r>
      <w:r w:rsidR="0E51B9EC">
        <w:rPr/>
        <w:t>?</w:t>
      </w:r>
      <w:r w:rsidR="435FECE2">
        <w:rPr/>
        <w:t xml:space="preserve"> </w:t>
      </w:r>
      <w:r w:rsidR="0E51B9EC">
        <w:rPr/>
        <w:t>In</w:t>
      </w:r>
      <w:r w:rsidR="435FECE2">
        <w:rPr/>
        <w:t xml:space="preserve"> </w:t>
      </w:r>
      <w:r w:rsidR="0E51B9EC">
        <w:rPr/>
        <w:t>part</w:t>
      </w:r>
      <w:r w:rsidR="435FECE2">
        <w:rPr/>
        <w:t xml:space="preserve"> </w:t>
      </w:r>
      <w:r w:rsidR="0E51B9EC">
        <w:rPr/>
        <w:t>–</w:t>
      </w:r>
      <w:r w:rsidR="435FECE2">
        <w:rPr/>
        <w:t xml:space="preserve"> </w:t>
      </w:r>
      <w:r w:rsidR="0E51B9EC">
        <w:rPr/>
        <w:t>economies</w:t>
      </w:r>
      <w:r w:rsidR="435FECE2">
        <w:rPr/>
        <w:t xml:space="preserve"> </w:t>
      </w:r>
      <w:r w:rsidR="0E51B9EC">
        <w:rPr/>
        <w:t>Save</w:t>
      </w:r>
      <w:r w:rsidR="435FECE2">
        <w:rPr/>
        <w:t xml:space="preserve"> </w:t>
      </w:r>
      <w:r w:rsidR="0E51B9EC">
        <w:rPr/>
        <w:t>to</w:t>
      </w:r>
      <w:r w:rsidR="435FECE2">
        <w:rPr/>
        <w:t xml:space="preserve"> </w:t>
      </w:r>
      <w:r w:rsidR="0E51B9EC">
        <w:rPr/>
        <w:t>Invest</w:t>
      </w:r>
      <w:r w:rsidR="435FECE2">
        <w:rPr/>
        <w:t xml:space="preserve"> </w:t>
      </w:r>
      <w:r w:rsidR="0E51B9EC">
        <w:rPr/>
        <w:t>Aldi</w:t>
      </w:r>
      <w:r w:rsidR="435FECE2">
        <w:rPr/>
        <w:t xml:space="preserve"> </w:t>
      </w:r>
      <w:r w:rsidR="0E51B9EC">
        <w:rPr/>
        <w:t>Price</w:t>
      </w:r>
      <w:r w:rsidR="435FECE2">
        <w:rPr/>
        <w:t xml:space="preserve"> </w:t>
      </w:r>
      <w:r w:rsidR="0E51B9EC">
        <w:rPr/>
        <w:t>Match</w:t>
      </w:r>
      <w:r w:rsidR="435FECE2">
        <w:rPr/>
        <w:t xml:space="preserve"> </w:t>
      </w:r>
      <w:r w:rsidR="0E51B9EC">
        <w:rPr/>
        <w:t>key</w:t>
      </w:r>
      <w:r w:rsidR="435FECE2">
        <w:rPr/>
        <w:t xml:space="preserve"> </w:t>
      </w:r>
      <w:r w:rsidR="0E51B9EC">
        <w:rPr/>
        <w:t>value</w:t>
      </w:r>
      <w:r w:rsidR="435FECE2">
        <w:rPr/>
        <w:t xml:space="preserve"> </w:t>
      </w:r>
      <w:r w:rsidR="0E51B9EC">
        <w:rPr/>
        <w:t>items</w:t>
      </w:r>
      <w:r w:rsidR="435FECE2">
        <w:rPr/>
        <w:t xml:space="preserve"> </w:t>
      </w:r>
      <w:r w:rsidR="0E51B9EC">
        <w:rPr/>
        <w:t>illustrate</w:t>
      </w:r>
      <w:r w:rsidR="435FECE2">
        <w:rPr/>
        <w:t xml:space="preserve"> </w:t>
      </w:r>
      <w:r w:rsidR="0E51B9EC">
        <w:rPr/>
        <w:t>cost</w:t>
      </w:r>
      <w:r w:rsidR="435FECE2">
        <w:rPr/>
        <w:t xml:space="preserve"> </w:t>
      </w:r>
      <w:r w:rsidR="0E51B9EC">
        <w:rPr/>
        <w:t>value</w:t>
      </w:r>
      <w:r w:rsidR="435FECE2">
        <w:rPr/>
        <w:t xml:space="preserve"> </w:t>
      </w:r>
      <w:r w:rsidR="0E51B9EC">
        <w:rPr/>
        <w:t>leadership</w:t>
      </w:r>
      <w:r w:rsidR="435FECE2">
        <w:rPr/>
        <w:t xml:space="preserve"> </w:t>
      </w:r>
      <w:r w:rsidR="0E51B9EC">
        <w:rPr/>
        <w:t>yet</w:t>
      </w:r>
      <w:r w:rsidR="435FECE2">
        <w:rPr/>
        <w:t xml:space="preserve"> </w:t>
      </w:r>
      <w:r w:rsidR="0E51B9EC">
        <w:rPr/>
        <w:t>not</w:t>
      </w:r>
      <w:r w:rsidR="435FECE2">
        <w:rPr/>
        <w:t xml:space="preserve"> </w:t>
      </w:r>
      <w:r w:rsidR="0E51B9EC">
        <w:rPr/>
        <w:t>pure</w:t>
      </w:r>
      <w:r w:rsidR="435FECE2">
        <w:rPr/>
        <w:t xml:space="preserve"> </w:t>
      </w:r>
      <w:r w:rsidR="0E51B9EC">
        <w:rPr/>
        <w:t>discounter</w:t>
      </w:r>
      <w:r w:rsidR="435FECE2">
        <w:rPr/>
        <w:t xml:space="preserve"> </w:t>
      </w:r>
      <w:r w:rsidR="0E51B9EC">
        <w:rPr/>
        <w:t>~2,000</w:t>
      </w:r>
      <w:r w:rsidR="435FECE2">
        <w:rPr/>
        <w:t xml:space="preserve"> </w:t>
      </w:r>
      <w:r w:rsidR="0E51B9EC">
        <w:rPr/>
        <w:t>SKUs</w:t>
      </w:r>
      <w:r w:rsidR="435FECE2">
        <w:rPr/>
        <w:t xml:space="preserve"> </w:t>
      </w:r>
      <w:r w:rsidR="0E51B9EC">
        <w:rPr/>
        <w:t>low</w:t>
      </w:r>
      <w:r w:rsidR="435FECE2">
        <w:rPr/>
        <w:t xml:space="preserve"> </w:t>
      </w:r>
      <w:r w:rsidR="0E51B9EC">
        <w:rPr/>
        <w:t>labour</w:t>
      </w:r>
      <w:r w:rsidR="435FECE2">
        <w:rPr/>
        <w:t xml:space="preserve"> </w:t>
      </w:r>
      <w:r w:rsidR="0E51B9EC">
        <w:rPr/>
        <w:t>heavily</w:t>
      </w:r>
      <w:r w:rsidR="435FECE2">
        <w:rPr/>
        <w:t xml:space="preserve"> </w:t>
      </w:r>
      <w:r w:rsidR="0E51B9EC">
        <w:rPr/>
        <w:t>own-label</w:t>
      </w:r>
      <w:r w:rsidR="435FECE2">
        <w:rPr/>
        <w:t xml:space="preserve"> </w:t>
      </w:r>
      <w:r w:rsidR="0E51B9EC">
        <w:rPr/>
        <w:t>–</w:t>
      </w:r>
      <w:r w:rsidR="435FECE2">
        <w:rPr/>
        <w:t xml:space="preserve"> </w:t>
      </w:r>
      <w:r w:rsidR="0E51B9EC">
        <w:rPr/>
        <w:t>Tesco</w:t>
      </w:r>
      <w:r w:rsidR="435FECE2">
        <w:rPr/>
        <w:t xml:space="preserve"> </w:t>
      </w:r>
      <w:r w:rsidR="0E51B9EC">
        <w:rPr/>
        <w:t>gross</w:t>
      </w:r>
      <w:r w:rsidR="435FECE2">
        <w:rPr/>
        <w:t xml:space="preserve"> </w:t>
      </w:r>
      <w:r w:rsidR="0E51B9EC">
        <w:rPr/>
        <w:t>margins</w:t>
      </w:r>
      <w:r w:rsidR="435FECE2">
        <w:rPr/>
        <w:t xml:space="preserve"> </w:t>
      </w:r>
      <w:r w:rsidR="0E51B9EC">
        <w:rPr/>
        <w:t>higher</w:t>
      </w:r>
      <w:r w:rsidR="435FECE2">
        <w:rPr/>
        <w:t xml:space="preserve"> </w:t>
      </w:r>
      <w:r w:rsidR="0E51B9EC">
        <w:rPr/>
        <w:t>branded</w:t>
      </w:r>
      <w:r w:rsidR="435FECE2">
        <w:rPr/>
        <w:t xml:space="preserve"> </w:t>
      </w:r>
      <w:r w:rsidR="0E51B9EC">
        <w:rPr/>
        <w:t>ranges</w:t>
      </w:r>
      <w:r w:rsidR="435FECE2">
        <w:rPr/>
        <w:t xml:space="preserve"> </w:t>
      </w:r>
      <w:r w:rsidR="0E51B9EC">
        <w:rPr/>
        <w:t>service.</w:t>
      </w:r>
      <w:r w:rsidR="435FECE2">
        <w:rPr/>
        <w:t xml:space="preserve"> </w:t>
      </w:r>
      <w:r w:rsidR="0E51B9EC">
        <w:rPr/>
        <w:t>Differentiated?</w:t>
      </w:r>
      <w:r w:rsidR="435FECE2">
        <w:rPr/>
        <w:t xml:space="preserve"> </w:t>
      </w:r>
      <w:r w:rsidR="0E51B9EC">
        <w:rPr/>
        <w:t>Yes</w:t>
      </w:r>
      <w:r w:rsidR="435FECE2">
        <w:rPr/>
        <w:t xml:space="preserve"> </w:t>
      </w:r>
      <w:r w:rsidR="0E51B9EC">
        <w:rPr/>
        <w:t>assortment</w:t>
      </w:r>
      <w:r w:rsidR="435FECE2">
        <w:rPr/>
        <w:t xml:space="preserve"> </w:t>
      </w:r>
      <w:r w:rsidR="0E51B9EC">
        <w:rPr/>
        <w:t>&gt;45k</w:t>
      </w:r>
      <w:r w:rsidR="435FECE2">
        <w:rPr/>
        <w:t xml:space="preserve"> </w:t>
      </w:r>
      <w:r w:rsidR="0E51B9EC">
        <w:rPr/>
        <w:t>SKUs</w:t>
      </w:r>
      <w:r w:rsidR="435FECE2">
        <w:rPr/>
        <w:t xml:space="preserve"> </w:t>
      </w:r>
      <w:r w:rsidR="0E51B9EC">
        <w:rPr/>
        <w:t>vs</w:t>
      </w:r>
      <w:r w:rsidR="435FECE2">
        <w:rPr/>
        <w:t xml:space="preserve"> </w:t>
      </w:r>
      <w:r w:rsidR="0E51B9EC">
        <w:rPr/>
        <w:t>discounters</w:t>
      </w:r>
      <w:r w:rsidR="435FECE2">
        <w:rPr/>
        <w:t xml:space="preserve"> </w:t>
      </w:r>
      <w:r w:rsidR="0E51B9EC">
        <w:rPr/>
        <w:t>~2k</w:t>
      </w:r>
      <w:r w:rsidR="435FECE2">
        <w:rPr/>
        <w:t xml:space="preserve"> </w:t>
      </w:r>
      <w:r w:rsidR="0E51B9EC">
        <w:rPr/>
        <w:t>convenience</w:t>
      </w:r>
      <w:r w:rsidR="435FECE2">
        <w:rPr/>
        <w:t xml:space="preserve"> </w:t>
      </w:r>
      <w:r w:rsidR="0E51B9EC">
        <w:rPr/>
        <w:t>Express</w:t>
      </w:r>
      <w:r w:rsidR="435FECE2">
        <w:rPr/>
        <w:t xml:space="preserve"> </w:t>
      </w:r>
      <w:r w:rsidR="0E51B9EC">
        <w:rPr/>
        <w:t>large</w:t>
      </w:r>
      <w:r w:rsidR="435FECE2">
        <w:rPr/>
        <w:t xml:space="preserve"> </w:t>
      </w:r>
      <w:r w:rsidR="0E51B9EC">
        <w:rPr/>
        <w:t>stores</w:t>
      </w:r>
      <w:r w:rsidR="435FECE2">
        <w:rPr/>
        <w:t xml:space="preserve"> </w:t>
      </w:r>
      <w:r w:rsidR="0E51B9EC">
        <w:rPr/>
        <w:t>online</w:t>
      </w:r>
      <w:r w:rsidR="435FECE2">
        <w:rPr/>
        <w:t xml:space="preserve"> </w:t>
      </w:r>
      <w:r w:rsidR="0E51B9EC">
        <w:rPr/>
        <w:t>personalised</w:t>
      </w:r>
      <w:r w:rsidR="435FECE2">
        <w:rPr/>
        <w:t xml:space="preserve"> </w:t>
      </w:r>
      <w:r w:rsidR="0E51B9EC">
        <w:rPr/>
        <w:t>Clubcard</w:t>
      </w:r>
      <w:r w:rsidR="435FECE2">
        <w:rPr/>
        <w:t xml:space="preserve"> </w:t>
      </w:r>
      <w:r w:rsidR="0E51B9EC">
        <w:rPr/>
        <w:t>quality</w:t>
      </w:r>
      <w:r w:rsidR="435FECE2">
        <w:rPr/>
        <w:t xml:space="preserve"> </w:t>
      </w:r>
      <w:r w:rsidR="0E51B9EC">
        <w:rPr/>
        <w:t>Finest</w:t>
      </w:r>
      <w:r w:rsidR="435FECE2">
        <w:rPr/>
        <w:t xml:space="preserve"> </w:t>
      </w:r>
      <w:r w:rsidR="0E51B9EC">
        <w:rPr/>
        <w:t>service</w:t>
      </w:r>
      <w:r w:rsidR="435FECE2">
        <w:rPr/>
        <w:t xml:space="preserve"> </w:t>
      </w:r>
      <w:r w:rsidR="0E51B9EC">
        <w:rPr/>
        <w:t>high</w:t>
      </w:r>
      <w:r w:rsidR="435FECE2">
        <w:rPr/>
        <w:t xml:space="preserve"> </w:t>
      </w:r>
      <w:r w:rsidR="0E51B9EC">
        <w:rPr/>
        <w:t>availability</w:t>
      </w:r>
      <w:r w:rsidR="435FECE2">
        <w:rPr/>
        <w:t xml:space="preserve"> </w:t>
      </w:r>
      <w:r w:rsidR="0E51B9EC">
        <w:rPr/>
        <w:t>checkout</w:t>
      </w:r>
      <w:r w:rsidR="435FECE2">
        <w:rPr/>
        <w:t xml:space="preserve"> </w:t>
      </w:r>
      <w:r w:rsidR="0E51B9EC">
        <w:rPr/>
        <w:t>–</w:t>
      </w:r>
      <w:r w:rsidR="435FECE2">
        <w:rPr/>
        <w:t xml:space="preserve"> </w:t>
      </w:r>
      <w:r w:rsidR="0E51B9EC">
        <w:rPr/>
        <w:t>not</w:t>
      </w:r>
      <w:r w:rsidR="435FECE2">
        <w:rPr/>
        <w:t xml:space="preserve"> </w:t>
      </w:r>
      <w:r w:rsidR="0E51B9EC">
        <w:rPr/>
        <w:t>exclusively</w:t>
      </w:r>
      <w:r w:rsidR="435FECE2">
        <w:rPr/>
        <w:t xml:space="preserve"> </w:t>
      </w:r>
      <w:r w:rsidR="0E51B9EC">
        <w:rPr/>
        <w:t>premium</w:t>
      </w:r>
      <w:r w:rsidR="435FECE2">
        <w:rPr/>
        <w:t xml:space="preserve"> </w:t>
      </w:r>
      <w:r w:rsidR="0E51B9EC">
        <w:rPr/>
        <w:t>convenience</w:t>
      </w:r>
      <w:r w:rsidR="435FECE2">
        <w:rPr/>
        <w:t xml:space="preserve"> </w:t>
      </w:r>
      <w:r w:rsidR="0E51B9EC">
        <w:rPr/>
        <w:t>data</w:t>
      </w:r>
      <w:r w:rsidR="435FECE2">
        <w:rPr/>
        <w:t xml:space="preserve"> </w:t>
      </w:r>
      <w:r w:rsidR="0E51B9EC">
        <w:rPr/>
        <w:t>quality</w:t>
      </w:r>
      <w:r w:rsidR="435FECE2">
        <w:rPr/>
        <w:t xml:space="preserve"> </w:t>
      </w:r>
      <w:r w:rsidR="0E51B9EC">
        <w:rPr/>
        <w:t>competitive</w:t>
      </w:r>
      <w:r w:rsidR="435FECE2">
        <w:rPr/>
        <w:t xml:space="preserve"> </w:t>
      </w:r>
      <w:r w:rsidR="0E51B9EC">
        <w:rPr/>
        <w:t>prices.</w:t>
      </w:r>
      <w:r w:rsidR="435FECE2">
        <w:rPr/>
        <w:t xml:space="preserve"> </w:t>
      </w:r>
      <w:r w:rsidR="0E51B9EC">
        <w:rPr/>
        <w:t>Focused?</w:t>
      </w:r>
      <w:r w:rsidR="435FECE2">
        <w:rPr/>
        <w:t xml:space="preserve"> </w:t>
      </w:r>
      <w:r w:rsidR="0E51B9EC">
        <w:rPr/>
        <w:t>No</w:t>
      </w:r>
      <w:r w:rsidR="435FECE2">
        <w:rPr/>
        <w:t xml:space="preserve"> </w:t>
      </w:r>
      <w:r w:rsidR="0E51B9EC">
        <w:rPr/>
        <w:t>–</w:t>
      </w:r>
      <w:r w:rsidR="435FECE2">
        <w:rPr/>
        <w:t xml:space="preserve"> </w:t>
      </w:r>
      <w:r w:rsidR="0E51B9EC">
        <w:rPr/>
        <w:t>broad</w:t>
      </w:r>
      <w:r w:rsidR="435FECE2">
        <w:rPr/>
        <w:t xml:space="preserve"> </w:t>
      </w:r>
      <w:r w:rsidR="0E51B9EC">
        <w:rPr/>
        <w:t>market</w:t>
      </w:r>
      <w:r w:rsidR="435FECE2">
        <w:rPr/>
        <w:t xml:space="preserve"> </w:t>
      </w:r>
      <w:r w:rsidR="0E51B9EC">
        <w:rPr/>
        <w:t>budget</w:t>
      </w:r>
      <w:r w:rsidR="435FECE2">
        <w:rPr/>
        <w:t xml:space="preserve"> </w:t>
      </w:r>
      <w:r w:rsidR="0E51B9EC">
        <w:rPr/>
        <w:t>to</w:t>
      </w:r>
      <w:r w:rsidR="435FECE2">
        <w:rPr/>
        <w:t xml:space="preserve"> </w:t>
      </w:r>
      <w:r w:rsidR="0E51B9EC">
        <w:rPr/>
        <w:t>premium</w:t>
      </w:r>
      <w:r w:rsidR="435FECE2">
        <w:rPr/>
        <w:t xml:space="preserve"> </w:t>
      </w:r>
      <w:r w:rsidR="0E51B9EC">
        <w:rPr/>
        <w:t>Finest</w:t>
      </w:r>
      <w:r w:rsidR="435FECE2">
        <w:rPr/>
        <w:t xml:space="preserve"> </w:t>
      </w:r>
      <w:r w:rsidR="0E51B9EC">
        <w:rPr/>
        <w:t>tiers</w:t>
      </w:r>
      <w:r w:rsidR="435FECE2">
        <w:rPr/>
        <w:t xml:space="preserve"> </w:t>
      </w:r>
      <w:r w:rsidR="0E51B9EC">
        <w:rPr/>
        <w:t>online</w:t>
      </w:r>
      <w:r w:rsidR="435FECE2">
        <w:rPr/>
        <w:t xml:space="preserve"> </w:t>
      </w:r>
      <w:r w:rsidR="0E51B9EC">
        <w:rPr/>
        <w:t>convenience.</w:t>
      </w:r>
      <w:r w:rsidR="435FECE2">
        <w:rPr/>
        <w:t xml:space="preserve"> </w:t>
      </w:r>
      <w:r w:rsidR="0E51B9EC">
        <w:rPr/>
        <w:t>Most</w:t>
      </w:r>
      <w:r w:rsidR="435FECE2">
        <w:rPr/>
        <w:t xml:space="preserve"> </w:t>
      </w:r>
      <w:r w:rsidR="0E51B9EC">
        <w:rPr/>
        <w:t>accurate</w:t>
      </w:r>
      <w:r w:rsidR="435FECE2">
        <w:rPr/>
        <w:t xml:space="preserve"> </w:t>
      </w:r>
      <w:r w:rsidR="0E51B9EC">
        <w:rPr/>
        <w:t>hybrid:</w:t>
      </w:r>
      <w:r w:rsidR="435FECE2">
        <w:rPr/>
        <w:t xml:space="preserve"> </w:t>
      </w:r>
      <w:r w:rsidR="0E51B9EC">
        <w:rPr/>
        <w:t>broad-market</w:t>
      </w:r>
      <w:r w:rsidR="435FECE2">
        <w:rPr/>
        <w:t xml:space="preserve"> </w:t>
      </w:r>
      <w:r w:rsidR="0E51B9EC">
        <w:rPr/>
        <w:t>value</w:t>
      </w:r>
      <w:r w:rsidR="435FECE2">
        <w:rPr/>
        <w:t xml:space="preserve"> </w:t>
      </w:r>
      <w:r w:rsidR="0E51B9EC">
        <w:rPr/>
        <w:t>leadership</w:t>
      </w:r>
      <w:r w:rsidR="435FECE2">
        <w:rPr/>
        <w:t xml:space="preserve"> </w:t>
      </w:r>
      <w:r w:rsidR="0E51B9EC">
        <w:rPr/>
        <w:t>reinforced</w:t>
      </w:r>
      <w:r w:rsidR="435FECE2">
        <w:rPr/>
        <w:t xml:space="preserve"> </w:t>
      </w:r>
      <w:r w:rsidR="0E51B9EC">
        <w:rPr/>
        <w:t>differentiation</w:t>
      </w:r>
      <w:r w:rsidR="435FECE2">
        <w:rPr/>
        <w:t xml:space="preserve"> </w:t>
      </w:r>
      <w:r w:rsidR="0E51B9EC">
        <w:rPr/>
        <w:t>loyalty</w:t>
      </w:r>
      <w:r w:rsidR="435FECE2">
        <w:rPr/>
        <w:t xml:space="preserve"> </w:t>
      </w:r>
      <w:r w:rsidR="0E51B9EC">
        <w:rPr/>
        <w:t>data</w:t>
      </w:r>
      <w:r w:rsidR="435FECE2">
        <w:rPr/>
        <w:t xml:space="preserve"> </w:t>
      </w:r>
      <w:r w:rsidR="0E51B9EC">
        <w:rPr/>
        <w:t>convenience</w:t>
      </w:r>
      <w:r w:rsidR="435FECE2">
        <w:rPr/>
        <w:t xml:space="preserve"> </w:t>
      </w:r>
      <w:r w:rsidR="0E51B9EC">
        <w:rPr/>
        <w:t>breadth</w:t>
      </w:r>
      <w:r w:rsidR="435FECE2">
        <w:rPr/>
        <w:t xml:space="preserve"> </w:t>
      </w:r>
      <w:r w:rsidR="0E51B9EC">
        <w:rPr/>
        <w:t>quality</w:t>
      </w:r>
      <w:r w:rsidR="435FECE2">
        <w:rPr/>
        <w:t xml:space="preserve"> </w:t>
      </w:r>
      <w:r w:rsidR="0E51B9EC">
        <w:rPr/>
        <w:t>omnichannel</w:t>
      </w:r>
      <w:r w:rsidR="435FECE2">
        <w:rPr/>
        <w:t xml:space="preserve"> </w:t>
      </w:r>
      <w:r w:rsidR="0E51B9EC">
        <w:rPr/>
        <w:t>(Tesco</w:t>
      </w:r>
      <w:r w:rsidR="435FECE2">
        <w:rPr/>
        <w:t xml:space="preserve"> </w:t>
      </w:r>
      <w:r w:rsidR="0E51B9EC">
        <w:rPr/>
        <w:t>PLC,</w:t>
      </w:r>
      <w:r w:rsidR="435FECE2">
        <w:rPr/>
        <w:t xml:space="preserve"> </w:t>
      </w:r>
      <w:r w:rsidR="0E51B9EC">
        <w:rPr/>
        <w:t>2025a).</w:t>
      </w:r>
      <w:r w:rsidR="435FECE2">
        <w:rPr/>
        <w:t xml:space="preserve"> </w:t>
      </w:r>
      <w:r w:rsidR="0E51B9EC">
        <w:rPr/>
        <w:t>Avoids</w:t>
      </w:r>
      <w:r w:rsidR="435FECE2">
        <w:rPr/>
        <w:t xml:space="preserve"> </w:t>
      </w:r>
      <w:r w:rsidR="0E51B9EC">
        <w:rPr/>
        <w:t>stuck</w:t>
      </w:r>
      <w:r w:rsidR="435FECE2">
        <w:rPr/>
        <w:t xml:space="preserve"> </w:t>
      </w:r>
      <w:r w:rsidR="0E51B9EC">
        <w:rPr/>
        <w:t>in</w:t>
      </w:r>
      <w:r w:rsidR="435FECE2">
        <w:rPr/>
        <w:t xml:space="preserve"> </w:t>
      </w:r>
      <w:r w:rsidR="0E51B9EC">
        <w:rPr/>
        <w:t>middle</w:t>
      </w:r>
      <w:r w:rsidR="435FECE2">
        <w:rPr/>
        <w:t xml:space="preserve"> </w:t>
      </w:r>
      <w:r w:rsidR="0E51B9EC">
        <w:rPr/>
        <w:t>when</w:t>
      </w:r>
      <w:r w:rsidR="435FECE2">
        <w:rPr/>
        <w:t xml:space="preserve"> </w:t>
      </w:r>
      <w:r w:rsidR="0E51B9EC">
        <w:rPr/>
        <w:t>hybrid</w:t>
      </w:r>
      <w:r w:rsidR="435FECE2">
        <w:rPr/>
        <w:t xml:space="preserve"> </w:t>
      </w:r>
      <w:r w:rsidR="0E51B9EC">
        <w:rPr/>
        <w:t>distinctive</w:t>
      </w:r>
      <w:r w:rsidR="435FECE2">
        <w:rPr/>
        <w:t xml:space="preserve"> </w:t>
      </w:r>
      <w:r w:rsidR="0E51B9EC">
        <w:rPr/>
        <w:t>–</w:t>
      </w:r>
      <w:r w:rsidR="435FECE2">
        <w:rPr/>
        <w:t xml:space="preserve"> </w:t>
      </w:r>
      <w:r w:rsidR="0E51B9EC">
        <w:rPr/>
        <w:t>Tesco</w:t>
      </w:r>
      <w:r w:rsidR="435FECE2">
        <w:rPr/>
        <w:t xml:space="preserve"> </w:t>
      </w:r>
      <w:r w:rsidR="0E51B9EC">
        <w:rPr/>
        <w:t>distinctive</w:t>
      </w:r>
      <w:r w:rsidR="435FECE2">
        <w:rPr/>
        <w:t xml:space="preserve"> </w:t>
      </w:r>
      <w:r w:rsidR="0E51B9EC">
        <w:rPr/>
        <w:t>asset</w:t>
      </w:r>
      <w:r w:rsidR="435FECE2">
        <w:rPr/>
        <w:t xml:space="preserve"> </w:t>
      </w:r>
      <w:r w:rsidR="0E51B9EC">
        <w:rPr/>
        <w:t>Clubcard</w:t>
      </w:r>
      <w:r w:rsidR="435FECE2">
        <w:rPr/>
        <w:t xml:space="preserve"> </w:t>
      </w:r>
      <w:r w:rsidR="0E51B9EC">
        <w:rPr/>
        <w:t>ecosystem</w:t>
      </w:r>
      <w:r w:rsidR="435FECE2">
        <w:rPr/>
        <w:t xml:space="preserve"> </w:t>
      </w:r>
      <w:r w:rsidR="0E51B9EC">
        <w:rPr/>
        <w:t>rare</w:t>
      </w:r>
      <w:r w:rsidR="435FECE2">
        <w:rPr/>
        <w:t xml:space="preserve"> </w:t>
      </w:r>
      <w:r w:rsidR="0E51B9EC">
        <w:rPr/>
        <w:t>challenging</w:t>
      </w:r>
      <w:r w:rsidR="435FECE2">
        <w:rPr/>
        <w:t xml:space="preserve"> </w:t>
      </w:r>
      <w:r w:rsidR="0E51B9EC">
        <w:rPr/>
        <w:t>copy</w:t>
      </w:r>
      <w:r w:rsidR="435FECE2">
        <w:rPr/>
        <w:t xml:space="preserve"> </w:t>
      </w:r>
      <w:r w:rsidR="0E51B9EC">
        <w:rPr/>
        <w:t>combination</w:t>
      </w:r>
      <w:r w:rsidR="435FECE2">
        <w:rPr/>
        <w:t xml:space="preserve"> </w:t>
      </w:r>
      <w:r w:rsidR="0E51B9EC">
        <w:rPr/>
        <w:t>data</w:t>
      </w:r>
      <w:r w:rsidR="435FECE2">
        <w:rPr/>
        <w:t xml:space="preserve"> </w:t>
      </w:r>
      <w:r w:rsidR="0E51B9EC">
        <w:rPr/>
        <w:t>history</w:t>
      </w:r>
      <w:r w:rsidR="435FECE2">
        <w:rPr/>
        <w:t xml:space="preserve"> </w:t>
      </w:r>
      <w:r w:rsidR="0E51B9EC">
        <w:rPr/>
        <w:t>trust</w:t>
      </w:r>
      <w:r w:rsidR="435FECE2">
        <w:rPr/>
        <w:t xml:space="preserve"> </w:t>
      </w:r>
      <w:r w:rsidR="0E51B9EC">
        <w:rPr/>
        <w:t>app</w:t>
      </w:r>
      <w:r w:rsidR="435FECE2">
        <w:rPr/>
        <w:t xml:space="preserve"> </w:t>
      </w:r>
      <w:r w:rsidR="0E51B9EC">
        <w:rPr/>
        <w:t>penetration</w:t>
      </w:r>
      <w:r w:rsidR="435FECE2">
        <w:rPr/>
        <w:t xml:space="preserve"> </w:t>
      </w:r>
      <w:r w:rsidR="0E51B9EC">
        <w:rPr/>
        <w:t>dunnhumby</w:t>
      </w:r>
      <w:r w:rsidR="435FECE2">
        <w:rPr/>
        <w:t xml:space="preserve"> </w:t>
      </w:r>
      <w:r w:rsidR="0E51B9EC">
        <w:rPr/>
        <w:t>IP.</w:t>
      </w:r>
      <w:r>
        <w:br/>
      </w:r>
      <w:r>
        <w:br/>
      </w:r>
      <w:r>
        <w:br/>
      </w:r>
      <w:r w:rsidR="0E51B9EC">
        <w:rPr/>
        <w:t>Value</w:t>
      </w:r>
      <w:r w:rsidR="435FECE2">
        <w:rPr/>
        <w:t xml:space="preserve"> </w:t>
      </w:r>
      <w:r w:rsidR="0E51B9EC">
        <w:rPr/>
        <w:t>proposition</w:t>
      </w:r>
      <w:r w:rsidR="435FECE2">
        <w:rPr/>
        <w:t xml:space="preserve"> </w:t>
      </w:r>
      <w:r w:rsidR="0E51B9EC">
        <w:rPr/>
        <w:t>capturing</w:t>
      </w:r>
      <w:r w:rsidR="435FECE2">
        <w:rPr/>
        <w:t xml:space="preserve"> </w:t>
      </w:r>
      <w:r w:rsidR="0E51B9EC">
        <w:rPr/>
        <w:t>hybrid:</w:t>
      </w:r>
      <w:r w:rsidR="435FECE2">
        <w:rPr/>
        <w:t xml:space="preserve"> </w:t>
      </w:r>
      <w:r w:rsidR="0E51B9EC">
        <w:rPr/>
        <w:t>“Reliable</w:t>
      </w:r>
      <w:r w:rsidR="435FECE2">
        <w:rPr/>
        <w:t xml:space="preserve"> </w:t>
      </w:r>
      <w:r w:rsidR="0E51B9EC">
        <w:rPr/>
        <w:t>everyday</w:t>
      </w:r>
      <w:r w:rsidR="435FECE2">
        <w:rPr/>
        <w:t xml:space="preserve"> </w:t>
      </w:r>
      <w:r w:rsidR="0E51B9EC">
        <w:rPr/>
        <w:t>value,</w:t>
      </w:r>
      <w:r w:rsidR="435FECE2">
        <w:rPr/>
        <w:t xml:space="preserve"> </w:t>
      </w:r>
      <w:r w:rsidR="0E51B9EC">
        <w:rPr/>
        <w:t>quality</w:t>
      </w:r>
      <w:r w:rsidR="435FECE2">
        <w:rPr/>
        <w:t xml:space="preserve"> </w:t>
      </w:r>
      <w:r w:rsidR="0E51B9EC">
        <w:rPr/>
        <w:t>food</w:t>
      </w:r>
      <w:r w:rsidR="435FECE2">
        <w:rPr/>
        <w:t xml:space="preserve"> </w:t>
      </w:r>
      <w:r w:rsidR="0E51B9EC">
        <w:rPr/>
        <w:t>and</w:t>
      </w:r>
      <w:r w:rsidR="435FECE2">
        <w:rPr/>
        <w:t xml:space="preserve"> </w:t>
      </w:r>
      <w:r w:rsidR="0E51B9EC">
        <w:rPr/>
        <w:t>effortless</w:t>
      </w:r>
      <w:r w:rsidR="435FECE2">
        <w:rPr/>
        <w:t xml:space="preserve"> </w:t>
      </w:r>
      <w:r w:rsidR="0E51B9EC">
        <w:rPr/>
        <w:t>convenience,</w:t>
      </w:r>
      <w:r w:rsidR="435FECE2">
        <w:rPr/>
        <w:t xml:space="preserve"> </w:t>
      </w:r>
      <w:r w:rsidR="0E51B9EC">
        <w:rPr/>
        <w:t>personalised</w:t>
      </w:r>
      <w:r w:rsidR="435FECE2">
        <w:rPr/>
        <w:t xml:space="preserve"> </w:t>
      </w:r>
      <w:r w:rsidR="0E51B9EC">
        <w:rPr/>
        <w:t>through</w:t>
      </w:r>
      <w:r w:rsidR="435FECE2">
        <w:rPr/>
        <w:t xml:space="preserve"> </w:t>
      </w:r>
      <w:r w:rsidR="0E51B9EC">
        <w:rPr/>
        <w:t>Clubcard</w:t>
      </w:r>
      <w:r w:rsidR="435FECE2">
        <w:rPr/>
        <w:t xml:space="preserve"> </w:t>
      </w:r>
      <w:r w:rsidR="0E51B9EC">
        <w:rPr/>
        <w:t>and</w:t>
      </w:r>
      <w:r w:rsidR="435FECE2">
        <w:rPr/>
        <w:t xml:space="preserve"> </w:t>
      </w:r>
      <w:r w:rsidR="0E51B9EC">
        <w:rPr/>
        <w:t>delivered</w:t>
      </w:r>
      <w:r w:rsidR="435FECE2">
        <w:rPr/>
        <w:t xml:space="preserve"> </w:t>
      </w:r>
      <w:r w:rsidR="0E51B9EC">
        <w:rPr/>
        <w:t>wherever</w:t>
      </w:r>
      <w:r w:rsidR="435FECE2">
        <w:rPr/>
        <w:t xml:space="preserve"> </w:t>
      </w:r>
      <w:r w:rsidR="0E51B9EC">
        <w:rPr/>
        <w:t>customers</w:t>
      </w:r>
      <w:r w:rsidR="435FECE2">
        <w:rPr/>
        <w:t xml:space="preserve"> </w:t>
      </w:r>
      <w:r w:rsidR="0E51B9EC">
        <w:rPr/>
        <w:t>prefer</w:t>
      </w:r>
      <w:r w:rsidR="435FECE2">
        <w:rPr/>
        <w:t xml:space="preserve"> </w:t>
      </w:r>
      <w:r w:rsidR="0E51B9EC">
        <w:rPr/>
        <w:t>–</w:t>
      </w:r>
      <w:r w:rsidR="435FECE2">
        <w:rPr/>
        <w:t xml:space="preserve"> </w:t>
      </w:r>
      <w:r w:rsidR="0E51B9EC">
        <w:rPr/>
        <w:t>stores,</w:t>
      </w:r>
      <w:r w:rsidR="435FECE2">
        <w:rPr/>
        <w:t xml:space="preserve"> </w:t>
      </w:r>
      <w:r w:rsidR="0E51B9EC">
        <w:rPr/>
        <w:t>online</w:t>
      </w:r>
      <w:r w:rsidR="435FECE2">
        <w:rPr/>
        <w:t xml:space="preserve"> </w:t>
      </w:r>
      <w:r w:rsidR="0E51B9EC">
        <w:rPr/>
        <w:t>or</w:t>
      </w:r>
      <w:r w:rsidR="435FECE2">
        <w:rPr/>
        <w:t xml:space="preserve"> </w:t>
      </w:r>
      <w:r w:rsidR="0E51B9EC">
        <w:rPr/>
        <w:t>rapid</w:t>
      </w:r>
      <w:r w:rsidR="435FECE2">
        <w:rPr/>
        <w:t xml:space="preserve"> </w:t>
      </w:r>
      <w:r w:rsidR="0E51B9EC">
        <w:rPr/>
        <w:t>Whoosh</w:t>
      </w:r>
      <w:r w:rsidR="435FECE2">
        <w:rPr/>
        <w:t xml:space="preserve"> </w:t>
      </w:r>
      <w:r w:rsidR="0E51B9EC">
        <w:rPr/>
        <w:t>–</w:t>
      </w:r>
      <w:r w:rsidR="435FECE2">
        <w:rPr/>
        <w:t xml:space="preserve"> </w:t>
      </w:r>
      <w:r w:rsidR="0E51B9EC">
        <w:rPr/>
        <w:t>serving</w:t>
      </w:r>
      <w:r w:rsidR="435FECE2">
        <w:rPr/>
        <w:t xml:space="preserve"> </w:t>
      </w:r>
      <w:r w:rsidR="0E51B9EC">
        <w:rPr/>
        <w:t>customers,</w:t>
      </w:r>
      <w:r w:rsidR="435FECE2">
        <w:rPr/>
        <w:t xml:space="preserve"> </w:t>
      </w:r>
      <w:r w:rsidR="0E51B9EC">
        <w:rPr/>
        <w:t>communities</w:t>
      </w:r>
      <w:r w:rsidR="435FECE2">
        <w:rPr/>
        <w:t xml:space="preserve"> </w:t>
      </w:r>
      <w:r w:rsidR="0E51B9EC">
        <w:rPr/>
        <w:t>and</w:t>
      </w:r>
      <w:r w:rsidR="435FECE2">
        <w:rPr/>
        <w:t xml:space="preserve"> </w:t>
      </w:r>
      <w:r w:rsidR="0E51B9EC">
        <w:rPr/>
        <w:t>planet</w:t>
      </w:r>
      <w:r w:rsidR="435FECE2">
        <w:rPr/>
        <w:t xml:space="preserve"> </w:t>
      </w:r>
      <w:r w:rsidR="0E51B9EC">
        <w:rPr/>
        <w:t>a</w:t>
      </w:r>
      <w:r w:rsidR="435FECE2">
        <w:rPr/>
        <w:t xml:space="preserve"> </w:t>
      </w:r>
      <w:r w:rsidR="0E51B9EC">
        <w:rPr/>
        <w:t>little</w:t>
      </w:r>
      <w:r w:rsidR="435FECE2">
        <w:rPr/>
        <w:t xml:space="preserve"> </w:t>
      </w:r>
      <w:r w:rsidR="0E51B9EC">
        <w:rPr/>
        <w:t>better</w:t>
      </w:r>
      <w:r w:rsidR="435FECE2">
        <w:rPr/>
        <w:t xml:space="preserve"> </w:t>
      </w:r>
      <w:r w:rsidR="0E51B9EC">
        <w:rPr/>
        <w:t>every</w:t>
      </w:r>
      <w:r w:rsidR="435FECE2">
        <w:rPr/>
        <w:t xml:space="preserve"> </w:t>
      </w:r>
      <w:r w:rsidR="0E51B9EC">
        <w:rPr/>
        <w:t>day.”</w:t>
      </w:r>
      <w:r w:rsidR="435FECE2">
        <w:rPr/>
        <w:t xml:space="preserve"> </w:t>
      </w:r>
      <w:r w:rsidR="0E51B9EC">
        <w:rPr/>
        <w:t>Reconciles</w:t>
      </w:r>
      <w:r w:rsidR="435FECE2">
        <w:rPr/>
        <w:t xml:space="preserve"> </w:t>
      </w:r>
      <w:r w:rsidR="0E51B9EC">
        <w:rPr/>
        <w:t>price-sensitive</w:t>
      </w:r>
      <w:r w:rsidR="435FECE2">
        <w:rPr/>
        <w:t xml:space="preserve"> </w:t>
      </w:r>
      <w:r w:rsidR="0E51B9EC">
        <w:rPr/>
        <w:t>quality-seeking</w:t>
      </w:r>
      <w:r w:rsidR="435FECE2">
        <w:rPr/>
        <w:t xml:space="preserve"> </w:t>
      </w:r>
      <w:r w:rsidR="0E51B9EC">
        <w:rPr/>
        <w:t>balancing</w:t>
      </w:r>
      <w:r w:rsidR="435FECE2">
        <w:rPr/>
        <w:t xml:space="preserve"> </w:t>
      </w:r>
      <w:r w:rsidR="0E51B9EC">
        <w:rPr/>
        <w:t>value</w:t>
      </w:r>
      <w:r w:rsidR="435FECE2">
        <w:rPr/>
        <w:t xml:space="preserve"> </w:t>
      </w:r>
      <w:r w:rsidR="0E51B9EC">
        <w:rPr/>
        <w:t>perception</w:t>
      </w:r>
      <w:r w:rsidR="435FECE2">
        <w:rPr/>
        <w:t xml:space="preserve"> </w:t>
      </w:r>
      <w:r w:rsidR="0E51B9EC">
        <w:rPr/>
        <w:t>Kantar</w:t>
      </w:r>
      <w:r w:rsidR="435FECE2">
        <w:rPr/>
        <w:t xml:space="preserve"> </w:t>
      </w:r>
      <w:r w:rsidR="0E51B9EC">
        <w:rPr/>
        <w:t>(2025)</w:t>
      </w:r>
      <w:r w:rsidR="435FECE2">
        <w:rPr/>
        <w:t xml:space="preserve"> </w:t>
      </w:r>
      <w:r w:rsidR="0E51B9EC">
        <w:rPr/>
        <w:t>80%</w:t>
      </w:r>
      <w:r w:rsidR="435FECE2">
        <w:rPr/>
        <w:t xml:space="preserve"> </w:t>
      </w:r>
      <w:r w:rsidR="0E51B9EC">
        <w:rPr/>
        <w:t>promotional</w:t>
      </w:r>
      <w:r w:rsidR="435FECE2">
        <w:rPr/>
        <w:t xml:space="preserve"> </w:t>
      </w:r>
      <w:r w:rsidR="0E51B9EC">
        <w:rPr/>
        <w:t>spend</w:t>
      </w:r>
      <w:r w:rsidR="435FECE2">
        <w:rPr/>
        <w:t xml:space="preserve"> </w:t>
      </w:r>
      <w:r w:rsidR="0E51B9EC">
        <w:rPr/>
        <w:t>straightforward</w:t>
      </w:r>
      <w:r w:rsidR="435FECE2">
        <w:rPr/>
        <w:t xml:space="preserve"> </w:t>
      </w:r>
      <w:r w:rsidR="0E51B9EC">
        <w:rPr/>
        <w:t>price</w:t>
      </w:r>
      <w:r w:rsidR="435FECE2">
        <w:rPr/>
        <w:t xml:space="preserve"> </w:t>
      </w:r>
      <w:r w:rsidR="0E51B9EC">
        <w:rPr/>
        <w:t>reductions.</w:t>
      </w:r>
      <w:r w:rsidR="435FECE2">
        <w:rPr/>
        <w:t xml:space="preserve"> </w:t>
      </w:r>
      <w:r w:rsidR="0E51B9EC">
        <w:rPr/>
        <w:t>Industry</w:t>
      </w:r>
      <w:r w:rsidR="435FECE2">
        <w:rPr/>
        <w:t xml:space="preserve"> </w:t>
      </w:r>
      <w:r w:rsidR="0E51B9EC">
        <w:rPr/>
        <w:t>attractiveness</w:t>
      </w:r>
      <w:r w:rsidR="435FECE2">
        <w:rPr/>
        <w:t xml:space="preserve"> </w:t>
      </w:r>
      <w:r w:rsidR="0E51B9EC">
        <w:rPr/>
        <w:t>moderate</w:t>
      </w:r>
      <w:r w:rsidR="435FECE2">
        <w:rPr/>
        <w:t xml:space="preserve"> </w:t>
      </w:r>
      <w:r w:rsidR="0E51B9EC">
        <w:rPr/>
        <w:t>–</w:t>
      </w:r>
      <w:r w:rsidR="435FECE2">
        <w:rPr/>
        <w:t xml:space="preserve"> </w:t>
      </w:r>
      <w:r w:rsidR="0E51B9EC">
        <w:rPr/>
        <w:t>large</w:t>
      </w:r>
      <w:r w:rsidR="435FECE2">
        <w:rPr/>
        <w:t xml:space="preserve"> </w:t>
      </w:r>
      <w:r w:rsidR="0E51B9EC">
        <w:rPr/>
        <w:t>essential</w:t>
      </w:r>
      <w:r w:rsidR="435FECE2">
        <w:rPr/>
        <w:t xml:space="preserve"> </w:t>
      </w:r>
      <w:r w:rsidR="0E51B9EC">
        <w:rPr/>
        <w:t>resilient</w:t>
      </w:r>
      <w:r w:rsidR="435FECE2">
        <w:rPr/>
        <w:t xml:space="preserve"> </w:t>
      </w:r>
      <w:r w:rsidR="0E51B9EC">
        <w:rPr/>
        <w:t>positive</w:t>
      </w:r>
      <w:r w:rsidR="435FECE2">
        <w:rPr/>
        <w:t xml:space="preserve"> </w:t>
      </w:r>
      <w:r w:rsidR="0E51B9EC">
        <w:rPr/>
        <w:t>but</w:t>
      </w:r>
      <w:r w:rsidR="435FECE2">
        <w:rPr/>
        <w:t xml:space="preserve"> </w:t>
      </w:r>
      <w:r w:rsidR="0E51B9EC">
        <w:rPr/>
        <w:t>high</w:t>
      </w:r>
      <w:r w:rsidR="435FECE2">
        <w:rPr/>
        <w:t xml:space="preserve"> </w:t>
      </w:r>
      <w:r w:rsidR="0E51B9EC">
        <w:rPr/>
        <w:t>rivalry</w:t>
      </w:r>
      <w:r w:rsidR="435FECE2">
        <w:rPr/>
        <w:t xml:space="preserve"> </w:t>
      </w:r>
      <w:r w:rsidR="0E51B9EC">
        <w:rPr/>
        <w:t>low</w:t>
      </w:r>
      <w:r w:rsidR="435FECE2">
        <w:rPr/>
        <w:t xml:space="preserve"> </w:t>
      </w:r>
      <w:r w:rsidR="0E51B9EC">
        <w:rPr/>
        <w:t>margins</w:t>
      </w:r>
      <w:r w:rsidR="435FECE2">
        <w:rPr/>
        <w:t xml:space="preserve"> </w:t>
      </w:r>
      <w:r w:rsidR="0E51B9EC">
        <w:rPr/>
        <w:t>mounting</w:t>
      </w:r>
      <w:r w:rsidR="435FECE2">
        <w:rPr/>
        <w:t xml:space="preserve"> </w:t>
      </w:r>
      <w:r w:rsidR="0E51B9EC">
        <w:rPr/>
        <w:t>regulatory</w:t>
      </w:r>
      <w:r w:rsidR="435FECE2">
        <w:rPr/>
        <w:t xml:space="preserve"> </w:t>
      </w:r>
      <w:r w:rsidR="0E51B9EC">
        <w:rPr/>
        <w:t>costs.</w:t>
      </w:r>
    </w:p>
    <w:p w:rsidR="00700886" w:rsidP="7D0D8C44" w:rsidRDefault="7BF93C46" w14:paraId="2C784577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31" w:id="39"/>
      <w:bookmarkStart w:name="_Toc351124836" w:id="40"/>
      <w:bookmarkStart w:name="_Toc237366866" w:id="41"/>
      <w:r w:rsidRPr="7D0D8C44" w:rsidR="529427D7">
        <w:rPr>
          <w:rFonts w:ascii="Arial" w:hAnsi="Arial"/>
          <w:color w:val="auto"/>
        </w:rPr>
        <w:t>4.2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Ansoff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Matrix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and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Five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Forces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Validation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(300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words)</w:t>
      </w:r>
      <w:bookmarkEnd w:id="39"/>
      <w:bookmarkEnd w:id="40"/>
      <w:bookmarkEnd w:id="41"/>
    </w:p>
    <w:p w:rsidR="00700886" w:rsidP="00F94D1E" w:rsidRDefault="00344F75" w14:paraId="7B4EA61A" w14:textId="0729E0B3">
      <w:pPr>
        <w:jc w:val="both"/>
      </w:pPr>
      <w:r>
        <w:t>Ansoff</w:t>
      </w:r>
      <w:r w:rsidR="006A6247">
        <w:t xml:space="preserve"> </w:t>
      </w:r>
      <w:r>
        <w:t>(1957)</w:t>
      </w:r>
      <w:r w:rsidR="006A6247">
        <w:t xml:space="preserve"> </w:t>
      </w:r>
      <w:r>
        <w:t>four</w:t>
      </w:r>
      <w:r w:rsidR="006A6247">
        <w:t xml:space="preserve"> </w:t>
      </w:r>
      <w:r>
        <w:t>growth</w:t>
      </w:r>
      <w:r w:rsidR="006A6247">
        <w:t xml:space="preserve"> </w:t>
      </w:r>
      <w:r>
        <w:t>directions</w:t>
      </w:r>
      <w:r w:rsidR="006A6247">
        <w:t xml:space="preserve"> </w:t>
      </w:r>
      <w:r>
        <w:t>Appendix</w:t>
      </w:r>
      <w:r w:rsidR="006A6247">
        <w:t xml:space="preserve"> </w:t>
      </w:r>
      <w:r>
        <w:t>G.</w:t>
      </w:r>
      <w:r w:rsidR="006A6247">
        <w:t xml:space="preserve"> </w:t>
      </w:r>
      <w:r>
        <w:t>Market</w:t>
      </w:r>
      <w:r w:rsidR="006A6247">
        <w:t xml:space="preserve"> </w:t>
      </w:r>
      <w:r>
        <w:t>penetration</w:t>
      </w:r>
      <w:r w:rsidR="006A6247">
        <w:t xml:space="preserve"> </w:t>
      </w:r>
      <w:r>
        <w:t>existing</w:t>
      </w:r>
      <w:r w:rsidR="006A6247">
        <w:t xml:space="preserve"> </w:t>
      </w:r>
      <w:r>
        <w:t>products</w:t>
      </w:r>
      <w:r w:rsidR="006A6247">
        <w:t xml:space="preserve"> </w:t>
      </w:r>
      <w:r>
        <w:t>existing</w:t>
      </w:r>
      <w:r w:rsidR="006A6247">
        <w:t xml:space="preserve"> </w:t>
      </w:r>
      <w:r>
        <w:t>UK</w:t>
      </w:r>
      <w:r w:rsidR="006A6247">
        <w:t xml:space="preserve"> </w:t>
      </w:r>
      <w:r>
        <w:t>market</w:t>
      </w:r>
      <w:r w:rsidR="006A6247">
        <w:t xml:space="preserve"> </w:t>
      </w:r>
      <w:r>
        <w:t>–</w:t>
      </w:r>
      <w:r w:rsidR="006A6247">
        <w:t xml:space="preserve"> </w:t>
      </w:r>
      <w:r>
        <w:t>grow</w:t>
      </w:r>
      <w:r w:rsidR="006A6247">
        <w:t xml:space="preserve"> </w:t>
      </w:r>
      <w:r>
        <w:t>UK</w:t>
      </w:r>
      <w:r w:rsidR="006A6247">
        <w:t xml:space="preserve"> </w:t>
      </w:r>
      <w:r>
        <w:t>grocery</w:t>
      </w:r>
      <w:r w:rsidR="006A6247">
        <w:t xml:space="preserve"> </w:t>
      </w:r>
      <w:r>
        <w:t>share</w:t>
      </w:r>
      <w:r w:rsidR="006A6247">
        <w:t xml:space="preserve"> </w:t>
      </w:r>
      <w:r>
        <w:t>via</w:t>
      </w:r>
      <w:r w:rsidR="006A6247">
        <w:t xml:space="preserve"> </w:t>
      </w:r>
      <w:r>
        <w:t>Clubcard</w:t>
      </w:r>
      <w:r w:rsidR="006A6247">
        <w:t xml:space="preserve"> </w:t>
      </w:r>
      <w:r>
        <w:t>Prices</w:t>
      </w:r>
      <w:r w:rsidR="006A6247">
        <w:t xml:space="preserve"> </w:t>
      </w:r>
      <w:r>
        <w:t>Aldi</w:t>
      </w:r>
      <w:r w:rsidR="006A6247">
        <w:t xml:space="preserve"> </w:t>
      </w:r>
      <w:r>
        <w:t>Price</w:t>
      </w:r>
      <w:r w:rsidR="006A6247">
        <w:t xml:space="preserve"> </w:t>
      </w:r>
      <w:r>
        <w:t>Match</w:t>
      </w:r>
      <w:r w:rsidR="006A6247">
        <w:t xml:space="preserve"> </w:t>
      </w:r>
      <w:r>
        <w:t>quality</w:t>
      </w:r>
      <w:r w:rsidR="006A6247">
        <w:t xml:space="preserve"> </w:t>
      </w:r>
      <w:r>
        <w:t>Tesco</w:t>
      </w:r>
      <w:r w:rsidR="006A6247">
        <w:t xml:space="preserve"> </w:t>
      </w:r>
      <w:r>
        <w:t>+5.9%</w:t>
      </w:r>
      <w:r w:rsidR="006A6247">
        <w:t xml:space="preserve"> </w:t>
      </w:r>
      <w:r>
        <w:t>vs</w:t>
      </w:r>
      <w:r w:rsidR="006A6247">
        <w:t xml:space="preserve"> </w:t>
      </w:r>
      <w:r>
        <w:t>4.1%</w:t>
      </w:r>
      <w:r w:rsidR="006A6247">
        <w:t xml:space="preserve"> </w:t>
      </w:r>
      <w:r>
        <w:t>inflation</w:t>
      </w:r>
      <w:r w:rsidR="006A6247">
        <w:t xml:space="preserve"> </w:t>
      </w:r>
      <w:r>
        <w:t>(Kantar,</w:t>
      </w:r>
      <w:r w:rsidR="006A6247">
        <w:t xml:space="preserve"> </w:t>
      </w:r>
      <w:r>
        <w:t>2025)</w:t>
      </w:r>
      <w:r w:rsidR="006A6247">
        <w:t xml:space="preserve"> </w:t>
      </w:r>
      <w:r>
        <w:t>–</w:t>
      </w:r>
      <w:r w:rsidR="006A6247">
        <w:t xml:space="preserve"> </w:t>
      </w:r>
      <w:r>
        <w:t>low</w:t>
      </w:r>
      <w:r w:rsidR="006A6247">
        <w:t xml:space="preserve"> </w:t>
      </w:r>
      <w:r>
        <w:t>to</w:t>
      </w:r>
      <w:r w:rsidR="006A6247">
        <w:t xml:space="preserve"> </w:t>
      </w:r>
      <w:r>
        <w:t>moderate</w:t>
      </w:r>
      <w:r w:rsidR="006A6247">
        <w:t xml:space="preserve"> </w:t>
      </w:r>
      <w:r>
        <w:t>risk</w:t>
      </w:r>
      <w:r w:rsidR="006A6247">
        <w:t xml:space="preserve"> </w:t>
      </w:r>
      <w:r>
        <w:t>–</w:t>
      </w:r>
      <w:r w:rsidR="006A6247">
        <w:t xml:space="preserve"> </w:t>
      </w:r>
      <w:r>
        <w:t>MOST</w:t>
      </w:r>
      <w:r w:rsidR="006A6247">
        <w:t xml:space="preserve"> </w:t>
      </w:r>
      <w:r>
        <w:t>SUITABLE</w:t>
      </w:r>
      <w:r w:rsidR="006A6247">
        <w:t xml:space="preserve"> </w:t>
      </w:r>
      <w:r>
        <w:t>core</w:t>
      </w:r>
      <w:r w:rsidR="006A6247">
        <w:t xml:space="preserve"> </w:t>
      </w:r>
      <w:r>
        <w:t>market</w:t>
      </w:r>
      <w:r w:rsidR="006A6247">
        <w:t xml:space="preserve"> </w:t>
      </w:r>
      <w:r>
        <w:t>leader</w:t>
      </w:r>
      <w:r w:rsidR="006A6247">
        <w:t xml:space="preserve"> </w:t>
      </w:r>
      <w:r>
        <w:t>lower</w:t>
      </w:r>
      <w:r w:rsidR="006A6247">
        <w:t xml:space="preserve"> </w:t>
      </w:r>
      <w:r>
        <w:t>risk</w:t>
      </w:r>
      <w:r w:rsidR="006A6247">
        <w:t xml:space="preserve"> </w:t>
      </w:r>
      <w:r>
        <w:t>leverages</w:t>
      </w:r>
      <w:r w:rsidR="006A6247">
        <w:t xml:space="preserve"> </w:t>
      </w:r>
      <w:r>
        <w:t>VRIO</w:t>
      </w:r>
      <w:r w:rsidR="006A6247">
        <w:t xml:space="preserve"> </w:t>
      </w:r>
      <w:r>
        <w:t>data</w:t>
      </w:r>
      <w:r w:rsidR="006A6247">
        <w:t xml:space="preserve"> </w:t>
      </w:r>
      <w:r>
        <w:t>advantage</w:t>
      </w:r>
      <w:r w:rsidR="006A6247">
        <w:t xml:space="preserve"> </w:t>
      </w:r>
      <w:r>
        <w:t>1pp</w:t>
      </w:r>
      <w:r w:rsidR="006A6247">
        <w:t xml:space="preserve"> </w:t>
      </w:r>
      <w:r>
        <w:t>share</w:t>
      </w:r>
      <w:r w:rsidR="006A6247">
        <w:t xml:space="preserve"> </w:t>
      </w:r>
      <w:r>
        <w:t>~£2.3bn</w:t>
      </w:r>
      <w:r w:rsidR="006A6247">
        <w:t xml:space="preserve"> </w:t>
      </w:r>
      <w:r>
        <w:t>given</w:t>
      </w:r>
      <w:r w:rsidR="006A6247">
        <w:t xml:space="preserve"> </w:t>
      </w:r>
      <w:r>
        <w:t>£230bn</w:t>
      </w:r>
      <w:r w:rsidR="006A6247">
        <w:t xml:space="preserve"> </w:t>
      </w:r>
      <w:r>
        <w:t>market</w:t>
      </w:r>
      <w:r w:rsidR="006A6247">
        <w:t xml:space="preserve"> </w:t>
      </w:r>
      <w:r>
        <w:t>(</w:t>
      </w:r>
      <w:proofErr w:type="spellStart"/>
      <w:r>
        <w:t>Businesstats</w:t>
      </w:r>
      <w:proofErr w:type="spellEnd"/>
      <w:r>
        <w:t>,</w:t>
      </w:r>
      <w:r w:rsidR="006A6247">
        <w:t xml:space="preserve"> </w:t>
      </w:r>
      <w:r>
        <w:t>2026).</w:t>
      </w:r>
      <w:r w:rsidR="006A6247">
        <w:t xml:space="preserve"> </w:t>
      </w:r>
      <w:r>
        <w:t>Product</w:t>
      </w:r>
      <w:r w:rsidR="006A6247">
        <w:t xml:space="preserve"> </w:t>
      </w:r>
      <w:r>
        <w:t>development</w:t>
      </w:r>
      <w:r w:rsidR="006A6247">
        <w:t xml:space="preserve"> </w:t>
      </w:r>
      <w:r>
        <w:t>new</w:t>
      </w:r>
      <w:r w:rsidR="006A6247">
        <w:t xml:space="preserve"> </w:t>
      </w:r>
      <w:r>
        <w:t>products</w:t>
      </w:r>
      <w:r w:rsidR="006A6247">
        <w:t xml:space="preserve"> </w:t>
      </w:r>
      <w:r>
        <w:t>existing</w:t>
      </w:r>
      <w:r w:rsidR="006A6247">
        <w:t xml:space="preserve"> </w:t>
      </w:r>
      <w:r>
        <w:t>market</w:t>
      </w:r>
      <w:r w:rsidR="006A6247">
        <w:t xml:space="preserve"> </w:t>
      </w:r>
      <w:r>
        <w:t>–</w:t>
      </w:r>
      <w:r w:rsidR="006A6247">
        <w:t xml:space="preserve"> </w:t>
      </w:r>
      <w:r>
        <w:t>additional</w:t>
      </w:r>
      <w:r w:rsidR="006A6247">
        <w:t xml:space="preserve"> </w:t>
      </w:r>
      <w:r>
        <w:t>own-label</w:t>
      </w:r>
      <w:r w:rsidR="006A6247">
        <w:t xml:space="preserve"> </w:t>
      </w:r>
      <w:r>
        <w:t>innovation</w:t>
      </w:r>
      <w:r w:rsidR="006A6247">
        <w:t xml:space="preserve"> </w:t>
      </w:r>
      <w:r>
        <w:t>Finest</w:t>
      </w:r>
      <w:r w:rsidR="006A6247">
        <w:t xml:space="preserve"> </w:t>
      </w:r>
      <w:r>
        <w:t>upgrades</w:t>
      </w:r>
      <w:r w:rsidR="006A6247">
        <w:t xml:space="preserve"> </w:t>
      </w:r>
      <w:r>
        <w:t>healthy</w:t>
      </w:r>
      <w:r w:rsidR="006A6247">
        <w:t xml:space="preserve"> </w:t>
      </w:r>
      <w:r>
        <w:t>sustainable</w:t>
      </w:r>
      <w:r w:rsidR="006A6247">
        <w:t xml:space="preserve"> </w:t>
      </w:r>
      <w:r>
        <w:t>ranges</w:t>
      </w:r>
      <w:r w:rsidR="006A6247">
        <w:t xml:space="preserve"> </w:t>
      </w:r>
      <w:r>
        <w:t>505</w:t>
      </w:r>
      <w:r w:rsidR="006A6247">
        <w:t xml:space="preserve"> </w:t>
      </w:r>
      <w:r>
        <w:t>new/improved</w:t>
      </w:r>
      <w:r w:rsidR="006A6247">
        <w:t xml:space="preserve"> </w:t>
      </w:r>
      <w:r>
        <w:t>marketplace</w:t>
      </w:r>
      <w:r w:rsidR="006A6247">
        <w:t xml:space="preserve"> </w:t>
      </w:r>
      <w:r>
        <w:t>categories</w:t>
      </w:r>
      <w:r w:rsidR="006A6247">
        <w:t xml:space="preserve"> </w:t>
      </w:r>
      <w:r>
        <w:t>–</w:t>
      </w:r>
      <w:r w:rsidR="006A6247">
        <w:t xml:space="preserve"> </w:t>
      </w:r>
      <w:r>
        <w:t>moderate</w:t>
      </w:r>
      <w:r w:rsidR="006A6247">
        <w:t xml:space="preserve"> </w:t>
      </w:r>
      <w:r>
        <w:t>supports</w:t>
      </w:r>
      <w:r w:rsidR="006A6247">
        <w:t xml:space="preserve"> </w:t>
      </w:r>
      <w:r>
        <w:t>differentiation</w:t>
      </w:r>
      <w:r w:rsidR="006A6247">
        <w:t xml:space="preserve"> </w:t>
      </w:r>
      <w:r>
        <w:t>versus</w:t>
      </w:r>
      <w:r w:rsidR="006A6247">
        <w:t xml:space="preserve"> </w:t>
      </w:r>
      <w:r>
        <w:t>discounters</w:t>
      </w:r>
      <w:r w:rsidR="006A6247">
        <w:t xml:space="preserve"> </w:t>
      </w:r>
      <w:r>
        <w:t>improves</w:t>
      </w:r>
      <w:r w:rsidR="006A6247">
        <w:t xml:space="preserve"> </w:t>
      </w:r>
      <w:r>
        <w:t>margin</w:t>
      </w:r>
      <w:r w:rsidR="006A6247">
        <w:t xml:space="preserve"> </w:t>
      </w:r>
      <w:r>
        <w:t>mix</w:t>
      </w:r>
      <w:r w:rsidR="006A6247">
        <w:t xml:space="preserve"> </w:t>
      </w:r>
      <w:r>
        <w:t>aligns</w:t>
      </w:r>
      <w:r w:rsidR="006A6247">
        <w:t xml:space="preserve"> </w:t>
      </w:r>
      <w:r>
        <w:t>Kantar</w:t>
      </w:r>
      <w:r w:rsidR="006A6247">
        <w:t xml:space="preserve"> </w:t>
      </w:r>
      <w:r>
        <w:t>premium</w:t>
      </w:r>
      <w:r w:rsidR="006A6247">
        <w:t xml:space="preserve"> </w:t>
      </w:r>
      <w:r>
        <w:t>fastest</w:t>
      </w:r>
      <w:r w:rsidR="006A6247">
        <w:t xml:space="preserve"> </w:t>
      </w:r>
      <w:r>
        <w:t>growth.</w:t>
      </w:r>
      <w:r w:rsidR="006A6247">
        <w:t xml:space="preserve"> </w:t>
      </w:r>
      <w:r>
        <w:t>Market</w:t>
      </w:r>
      <w:r w:rsidR="006A6247">
        <w:t xml:space="preserve"> </w:t>
      </w:r>
      <w:r>
        <w:t>development</w:t>
      </w:r>
      <w:r w:rsidR="006A6247">
        <w:t xml:space="preserve"> </w:t>
      </w:r>
      <w:r>
        <w:t>existing</w:t>
      </w:r>
      <w:r w:rsidR="006A6247">
        <w:t xml:space="preserve"> </w:t>
      </w:r>
      <w:r>
        <w:t>products</w:t>
      </w:r>
      <w:r w:rsidR="006A6247">
        <w:t xml:space="preserve"> </w:t>
      </w:r>
      <w:r>
        <w:t>new</w:t>
      </w:r>
      <w:r w:rsidR="006A6247">
        <w:t xml:space="preserve"> </w:t>
      </w:r>
      <w:r>
        <w:t>channels</w:t>
      </w:r>
      <w:r w:rsidR="006A6247">
        <w:t xml:space="preserve"> </w:t>
      </w:r>
      <w:r>
        <w:t>UK-only</w:t>
      </w:r>
      <w:r w:rsidR="006A6247">
        <w:t xml:space="preserve"> </w:t>
      </w:r>
      <w:r>
        <w:t>–</w:t>
      </w:r>
      <w:r w:rsidR="006A6247">
        <w:t xml:space="preserve"> </w:t>
      </w:r>
      <w:r>
        <w:t>extension</w:t>
      </w:r>
      <w:r w:rsidR="006A6247">
        <w:t xml:space="preserve"> </w:t>
      </w:r>
      <w:r>
        <w:t>Whoosh</w:t>
      </w:r>
      <w:r w:rsidR="006A6247">
        <w:t xml:space="preserve"> </w:t>
      </w:r>
      <w:r>
        <w:t>rapid</w:t>
      </w:r>
      <w:r w:rsidR="006A6247">
        <w:t xml:space="preserve"> </w:t>
      </w:r>
      <w:r>
        <w:t>1,500</w:t>
      </w:r>
      <w:r w:rsidR="006A6247">
        <w:t xml:space="preserve"> </w:t>
      </w:r>
      <w:r>
        <w:t>upwards</w:t>
      </w:r>
      <w:r w:rsidR="006A6247">
        <w:t xml:space="preserve"> </w:t>
      </w:r>
      <w:r>
        <w:t>new</w:t>
      </w:r>
      <w:r w:rsidR="006A6247">
        <w:t xml:space="preserve"> </w:t>
      </w:r>
      <w:r>
        <w:t>Express</w:t>
      </w:r>
      <w:r w:rsidR="006A6247">
        <w:t xml:space="preserve"> </w:t>
      </w:r>
      <w:r>
        <w:t>underserved</w:t>
      </w:r>
      <w:r w:rsidR="006A6247">
        <w:t xml:space="preserve"> </w:t>
      </w:r>
      <w:r>
        <w:t>Booker</w:t>
      </w:r>
      <w:r w:rsidR="006A6247">
        <w:t xml:space="preserve"> </w:t>
      </w:r>
      <w:r>
        <w:t>wholesale</w:t>
      </w:r>
      <w:r w:rsidR="006A6247">
        <w:t xml:space="preserve"> </w:t>
      </w:r>
      <w:r>
        <w:t>Tesco</w:t>
      </w:r>
      <w:r w:rsidR="006A6247">
        <w:t xml:space="preserve"> </w:t>
      </w:r>
      <w:r>
        <w:t>Media</w:t>
      </w:r>
      <w:r w:rsidR="006A6247">
        <w:t xml:space="preserve"> </w:t>
      </w:r>
      <w:r>
        <w:t>B2B</w:t>
      </w:r>
      <w:r w:rsidR="006A6247">
        <w:t xml:space="preserve"> </w:t>
      </w:r>
      <w:r>
        <w:t>–</w:t>
      </w:r>
      <w:r w:rsidR="006A6247">
        <w:t xml:space="preserve"> </w:t>
      </w:r>
      <w:r>
        <w:t>moderate</w:t>
      </w:r>
      <w:r w:rsidR="006A6247">
        <w:t xml:space="preserve"> </w:t>
      </w:r>
      <w:r>
        <w:t>UK</w:t>
      </w:r>
      <w:r w:rsidR="006A6247">
        <w:t xml:space="preserve"> </w:t>
      </w:r>
      <w:r>
        <w:t>channel</w:t>
      </w:r>
      <w:r w:rsidR="006A6247">
        <w:t xml:space="preserve"> </w:t>
      </w:r>
      <w:r>
        <w:t>development</w:t>
      </w:r>
      <w:r w:rsidR="006A6247">
        <w:t xml:space="preserve"> </w:t>
      </w:r>
      <w:r w:rsidR="00293246">
        <w:t>new</w:t>
      </w:r>
      <w:r w:rsidR="006A6247">
        <w:t xml:space="preserve"> </w:t>
      </w:r>
      <w:r>
        <w:t>country</w:t>
      </w:r>
      <w:r w:rsidR="006A6247">
        <w:t xml:space="preserve"> </w:t>
      </w:r>
      <w:r>
        <w:t>leveraging</w:t>
      </w:r>
      <w:r w:rsidR="006A6247">
        <w:t xml:space="preserve"> </w:t>
      </w:r>
      <w:r>
        <w:t>convenience</w:t>
      </w:r>
      <w:r w:rsidR="006A6247">
        <w:t xml:space="preserve"> </w:t>
      </w:r>
      <w:r>
        <w:t>feasible.</w:t>
      </w:r>
      <w:r w:rsidR="006A6247">
        <w:t xml:space="preserve"> </w:t>
      </w:r>
      <w:r>
        <w:t>Diversification</w:t>
      </w:r>
      <w:r w:rsidR="006A6247">
        <w:t xml:space="preserve"> </w:t>
      </w:r>
      <w:r>
        <w:t>new</w:t>
      </w:r>
      <w:r w:rsidR="006A6247">
        <w:t xml:space="preserve"> </w:t>
      </w:r>
      <w:r>
        <w:t>products</w:t>
      </w:r>
      <w:r w:rsidR="006A6247">
        <w:t xml:space="preserve"> </w:t>
      </w:r>
      <w:r>
        <w:t>new</w:t>
      </w:r>
      <w:r w:rsidR="006A6247">
        <w:t xml:space="preserve"> </w:t>
      </w:r>
      <w:r>
        <w:t>markets</w:t>
      </w:r>
      <w:r w:rsidR="006A6247">
        <w:t xml:space="preserve"> </w:t>
      </w:r>
      <w:r>
        <w:t>outside</w:t>
      </w:r>
      <w:r w:rsidR="006A6247">
        <w:t xml:space="preserve"> </w:t>
      </w:r>
      <w:r>
        <w:t>core</w:t>
      </w:r>
      <w:r w:rsidR="006A6247">
        <w:t xml:space="preserve"> </w:t>
      </w:r>
      <w:r>
        <w:t>–</w:t>
      </w:r>
      <w:r w:rsidR="006A6247">
        <w:t xml:space="preserve"> </w:t>
      </w:r>
      <w:r>
        <w:t>retail</w:t>
      </w:r>
      <w:r w:rsidR="006A6247">
        <w:t xml:space="preserve"> </w:t>
      </w:r>
      <w:r>
        <w:t>media</w:t>
      </w:r>
      <w:r w:rsidR="006A6247">
        <w:t xml:space="preserve"> </w:t>
      </w:r>
      <w:r>
        <w:t>dunnhumby</w:t>
      </w:r>
      <w:r w:rsidR="006A6247">
        <w:t xml:space="preserve"> </w:t>
      </w:r>
      <w:r>
        <w:t>insurance</w:t>
      </w:r>
      <w:r w:rsidR="006A6247">
        <w:t xml:space="preserve"> </w:t>
      </w:r>
      <w:r>
        <w:t>financial</w:t>
      </w:r>
      <w:r w:rsidR="006A6247">
        <w:t xml:space="preserve"> </w:t>
      </w:r>
      <w:r>
        <w:t>partnerships</w:t>
      </w:r>
      <w:r w:rsidR="006A6247">
        <w:t xml:space="preserve"> </w:t>
      </w:r>
      <w:r>
        <w:t>Tesco</w:t>
      </w:r>
      <w:r w:rsidR="006A6247">
        <w:t xml:space="preserve"> </w:t>
      </w:r>
      <w:r>
        <w:t>Mobile</w:t>
      </w:r>
      <w:r w:rsidR="006A6247">
        <w:t xml:space="preserve"> </w:t>
      </w:r>
      <w:r>
        <w:t>marketplace</w:t>
      </w:r>
      <w:r w:rsidR="006A6247">
        <w:t xml:space="preserve"> </w:t>
      </w:r>
      <w:r>
        <w:t>–</w:t>
      </w:r>
      <w:r w:rsidR="006A6247">
        <w:t xml:space="preserve"> </w:t>
      </w:r>
      <w:r>
        <w:t>higher</w:t>
      </w:r>
      <w:r w:rsidR="006A6247">
        <w:t xml:space="preserve"> </w:t>
      </w:r>
      <w:r>
        <w:t>valuable</w:t>
      </w:r>
      <w:r w:rsidR="006A6247">
        <w:t xml:space="preserve"> </w:t>
      </w:r>
      <w:r>
        <w:t>only</w:t>
      </w:r>
      <w:r w:rsidR="006A6247">
        <w:t xml:space="preserve"> </w:t>
      </w:r>
      <w:r>
        <w:t>if</w:t>
      </w:r>
      <w:r w:rsidR="006A6247">
        <w:t xml:space="preserve"> </w:t>
      </w:r>
      <w:r>
        <w:t>reinforces</w:t>
      </w:r>
      <w:r w:rsidR="006A6247">
        <w:t xml:space="preserve"> </w:t>
      </w:r>
      <w:r>
        <w:t>core</w:t>
      </w:r>
      <w:r w:rsidR="006A6247">
        <w:t xml:space="preserve"> </w:t>
      </w:r>
      <w:r>
        <w:t>grocery</w:t>
      </w:r>
      <w:r w:rsidR="006A6247">
        <w:t xml:space="preserve"> </w:t>
      </w:r>
      <w:r>
        <w:t>ecosystem</w:t>
      </w:r>
      <w:r w:rsidR="006A6247">
        <w:t xml:space="preserve"> </w:t>
      </w:r>
      <w:r>
        <w:t>retail</w:t>
      </w:r>
      <w:r w:rsidR="006A6247">
        <w:t xml:space="preserve"> </w:t>
      </w:r>
      <w:r>
        <w:t>media</w:t>
      </w:r>
      <w:r w:rsidR="006A6247">
        <w:t xml:space="preserve"> </w:t>
      </w:r>
      <w:r>
        <w:t>funds</w:t>
      </w:r>
      <w:r w:rsidR="006A6247">
        <w:t xml:space="preserve"> </w:t>
      </w:r>
      <w:r>
        <w:t>price</w:t>
      </w:r>
      <w:r w:rsidR="006A6247">
        <w:t xml:space="preserve"> </w:t>
      </w:r>
      <w:r>
        <w:t>acceptable</w:t>
      </w:r>
      <w:r w:rsidR="006A6247">
        <w:t xml:space="preserve"> </w:t>
      </w:r>
      <w:r>
        <w:t>when</w:t>
      </w:r>
      <w:r w:rsidR="006A6247">
        <w:t xml:space="preserve"> </w:t>
      </w:r>
      <w:r>
        <w:t>related</w:t>
      </w:r>
      <w:r w:rsidR="006A6247">
        <w:t xml:space="preserve"> </w:t>
      </w:r>
      <w:r>
        <w:t>(Ansoff,</w:t>
      </w:r>
      <w:r w:rsidR="006A6247">
        <w:t xml:space="preserve"> </w:t>
      </w:r>
      <w:r>
        <w:t>1957).</w:t>
      </w:r>
      <w:r>
        <w:br/>
      </w:r>
      <w:r>
        <w:br/>
      </w:r>
      <w:r>
        <w:t>Five</w:t>
      </w:r>
      <w:r w:rsidR="006A6247">
        <w:t xml:space="preserve"> </w:t>
      </w:r>
      <w:r>
        <w:t>Forces</w:t>
      </w:r>
      <w:r w:rsidR="006A6247">
        <w:t xml:space="preserve"> </w:t>
      </w:r>
      <w:r>
        <w:t>(Porter,</w:t>
      </w:r>
      <w:r w:rsidR="006A6247">
        <w:t xml:space="preserve"> </w:t>
      </w:r>
      <w:r>
        <w:t>2008):</w:t>
      </w:r>
      <w:r w:rsidR="006A6247">
        <w:t xml:space="preserve"> </w:t>
      </w:r>
      <w:r>
        <w:t>high</w:t>
      </w:r>
      <w:r w:rsidR="006A6247">
        <w:t xml:space="preserve"> </w:t>
      </w:r>
      <w:r>
        <w:t>rivalry</w:t>
      </w:r>
      <w:r w:rsidR="006A6247">
        <w:t xml:space="preserve"> </w:t>
      </w:r>
      <w:r>
        <w:t>strong</w:t>
      </w:r>
      <w:r w:rsidR="006A6247">
        <w:t xml:space="preserve"> </w:t>
      </w:r>
      <w:r>
        <w:t>buyer</w:t>
      </w:r>
      <w:r w:rsidR="006A6247">
        <w:t xml:space="preserve"> </w:t>
      </w:r>
      <w:r>
        <w:t>power</w:t>
      </w:r>
      <w:r w:rsidR="006A6247">
        <w:t xml:space="preserve"> </w:t>
      </w:r>
      <w:r>
        <w:t>require</w:t>
      </w:r>
      <w:r w:rsidR="006A6247">
        <w:t xml:space="preserve"> </w:t>
      </w:r>
      <w:r>
        <w:t>price</w:t>
      </w:r>
      <w:r w:rsidR="006A6247">
        <w:t xml:space="preserve"> </w:t>
      </w:r>
      <w:r>
        <w:t>competitive</w:t>
      </w:r>
      <w:r w:rsidR="006A6247">
        <w:t xml:space="preserve"> </w:t>
      </w:r>
      <w:r>
        <w:t>while</w:t>
      </w:r>
      <w:r w:rsidR="006A6247">
        <w:t xml:space="preserve"> </w:t>
      </w:r>
      <w:r>
        <w:t>differentiating</w:t>
      </w:r>
      <w:r w:rsidR="006A6247">
        <w:t xml:space="preserve"> </w:t>
      </w:r>
      <w:r>
        <w:t>–</w:t>
      </w:r>
      <w:r w:rsidR="006A6247">
        <w:t xml:space="preserve"> </w:t>
      </w:r>
      <w:r>
        <w:t>penetration</w:t>
      </w:r>
      <w:r w:rsidR="006A6247">
        <w:t xml:space="preserve"> </w:t>
      </w:r>
      <w:r>
        <w:t>plus</w:t>
      </w:r>
      <w:r w:rsidR="006A6247">
        <w:t xml:space="preserve"> </w:t>
      </w:r>
      <w:r>
        <w:t>differentiation</w:t>
      </w:r>
      <w:r w:rsidR="006A6247">
        <w:t xml:space="preserve"> </w:t>
      </w:r>
      <w:r>
        <w:t>achieves</w:t>
      </w:r>
      <w:r w:rsidR="006A6247">
        <w:t xml:space="preserve"> </w:t>
      </w:r>
      <w:r>
        <w:t>both.</w:t>
      </w:r>
      <w:r w:rsidR="006A6247">
        <w:t xml:space="preserve"> </w:t>
      </w:r>
      <w:r>
        <w:t>Moderate</w:t>
      </w:r>
      <w:r w:rsidR="006A6247">
        <w:t xml:space="preserve"> </w:t>
      </w:r>
      <w:r>
        <w:t>supplier</w:t>
      </w:r>
      <w:r w:rsidR="006A6247">
        <w:t xml:space="preserve"> </w:t>
      </w:r>
      <w:r>
        <w:t>manageable</w:t>
      </w:r>
      <w:r w:rsidR="006A6247">
        <w:t xml:space="preserve"> </w:t>
      </w:r>
      <w:r>
        <w:t>scale</w:t>
      </w:r>
      <w:r w:rsidR="006A6247">
        <w:t xml:space="preserve"> </w:t>
      </w:r>
      <w:r>
        <w:t>collaborative</w:t>
      </w:r>
      <w:r w:rsidR="006A6247">
        <w:t xml:space="preserve"> </w:t>
      </w:r>
      <w:r>
        <w:t>innovation</w:t>
      </w:r>
      <w:r w:rsidR="006A6247">
        <w:t xml:space="preserve"> </w:t>
      </w:r>
      <w:r>
        <w:t>product</w:t>
      </w:r>
      <w:r w:rsidR="006A6247">
        <w:t xml:space="preserve"> </w:t>
      </w:r>
      <w:r>
        <w:t>development.</w:t>
      </w:r>
      <w:r w:rsidR="006A6247">
        <w:t xml:space="preserve"> </w:t>
      </w:r>
      <w:r>
        <w:t>Threat</w:t>
      </w:r>
      <w:r w:rsidR="006A6247">
        <w:t xml:space="preserve"> </w:t>
      </w:r>
      <w:r>
        <w:t>full-scale</w:t>
      </w:r>
      <w:r w:rsidR="006A6247">
        <w:t xml:space="preserve"> </w:t>
      </w:r>
      <w:r>
        <w:t>national</w:t>
      </w:r>
      <w:r w:rsidR="006A6247">
        <w:t xml:space="preserve"> </w:t>
      </w:r>
      <w:r>
        <w:t>entrants</w:t>
      </w:r>
      <w:r w:rsidR="006A6247">
        <w:t xml:space="preserve"> </w:t>
      </w:r>
      <w:r>
        <w:t>limited</w:t>
      </w:r>
      <w:r w:rsidR="006A6247">
        <w:t xml:space="preserve"> </w:t>
      </w:r>
      <w:r>
        <w:t>supporting</w:t>
      </w:r>
      <w:r w:rsidR="006A6247">
        <w:t xml:space="preserve"> </w:t>
      </w:r>
      <w:r>
        <w:t>focus</w:t>
      </w:r>
      <w:r w:rsidR="006A6247">
        <w:t xml:space="preserve"> </w:t>
      </w:r>
      <w:r>
        <w:t>defending</w:t>
      </w:r>
      <w:r w:rsidR="006A6247">
        <w:t xml:space="preserve"> </w:t>
      </w:r>
      <w:r>
        <w:t>share</w:t>
      </w:r>
      <w:r w:rsidR="006A6247">
        <w:t xml:space="preserve"> </w:t>
      </w:r>
      <w:r w:rsidR="00293246">
        <w:t>worrying</w:t>
      </w:r>
      <w:r w:rsidR="006A6247">
        <w:t xml:space="preserve"> </w:t>
      </w:r>
      <w:r>
        <w:t>large</w:t>
      </w:r>
      <w:r w:rsidR="006A6247">
        <w:t xml:space="preserve"> </w:t>
      </w:r>
      <w:r>
        <w:t>entrants</w:t>
      </w:r>
      <w:r w:rsidR="006A6247">
        <w:t xml:space="preserve"> </w:t>
      </w:r>
      <w:r>
        <w:t>though</w:t>
      </w:r>
      <w:r w:rsidR="006A6247">
        <w:t xml:space="preserve"> </w:t>
      </w:r>
      <w:r>
        <w:t>niche</w:t>
      </w:r>
      <w:r w:rsidR="006A6247">
        <w:t xml:space="preserve"> </w:t>
      </w:r>
      <w:r>
        <w:t>online</w:t>
      </w:r>
      <w:r w:rsidR="006A6247">
        <w:t xml:space="preserve"> </w:t>
      </w:r>
      <w:r>
        <w:t>rapid</w:t>
      </w:r>
      <w:r w:rsidR="006A6247">
        <w:t xml:space="preserve"> </w:t>
      </w:r>
      <w:r>
        <w:t>like</w:t>
      </w:r>
      <w:r w:rsidR="006A6247">
        <w:t xml:space="preserve"> </w:t>
      </w:r>
      <w:r>
        <w:t>Ocado</w:t>
      </w:r>
      <w:r w:rsidR="006A6247">
        <w:t xml:space="preserve"> </w:t>
      </w:r>
      <w:r>
        <w:t>14.9%</w:t>
      </w:r>
      <w:r w:rsidR="006A6247">
        <w:t xml:space="preserve"> </w:t>
      </w:r>
      <w:r>
        <w:t>growth</w:t>
      </w:r>
      <w:r w:rsidR="006A6247">
        <w:t xml:space="preserve"> </w:t>
      </w:r>
      <w:r>
        <w:t>warrants</w:t>
      </w:r>
      <w:r w:rsidR="006A6247">
        <w:t xml:space="preserve"> </w:t>
      </w:r>
      <w:r>
        <w:t>monitoring.</w:t>
      </w:r>
      <w:r w:rsidR="006A6247">
        <w:t xml:space="preserve"> </w:t>
      </w:r>
      <w:r>
        <w:t>Substitutes</w:t>
      </w:r>
      <w:r w:rsidR="006A6247">
        <w:t xml:space="preserve"> </w:t>
      </w:r>
      <w:r>
        <w:t>moderate</w:t>
      </w:r>
      <w:r w:rsidR="006A6247">
        <w:t xml:space="preserve"> </w:t>
      </w:r>
      <w:r>
        <w:t>eating</w:t>
      </w:r>
      <w:r w:rsidR="006A6247">
        <w:t xml:space="preserve"> </w:t>
      </w:r>
      <w:r>
        <w:t>out</w:t>
      </w:r>
      <w:r w:rsidR="006A6247">
        <w:t xml:space="preserve"> </w:t>
      </w:r>
      <w:r>
        <w:t>meal</w:t>
      </w:r>
      <w:r w:rsidR="006A6247">
        <w:t xml:space="preserve"> </w:t>
      </w:r>
      <w:r>
        <w:t>kits</w:t>
      </w:r>
      <w:r w:rsidR="006A6247">
        <w:t xml:space="preserve"> </w:t>
      </w:r>
      <w:r>
        <w:t>delivery</w:t>
      </w:r>
      <w:r w:rsidR="006A6247">
        <w:t xml:space="preserve"> </w:t>
      </w:r>
      <w:r>
        <w:t>mitigated</w:t>
      </w:r>
      <w:r w:rsidR="006A6247">
        <w:t xml:space="preserve"> </w:t>
      </w:r>
      <w:r>
        <w:t>premium</w:t>
      </w:r>
      <w:r w:rsidR="006A6247">
        <w:t xml:space="preserve"> </w:t>
      </w:r>
      <w:r>
        <w:t>own-label</w:t>
      </w:r>
      <w:r w:rsidR="006A6247">
        <w:t xml:space="preserve"> </w:t>
      </w:r>
      <w:r>
        <w:t>convenience.</w:t>
      </w:r>
      <w:r w:rsidR="006A6247">
        <w:t xml:space="preserve"> </w:t>
      </w:r>
      <w:r w:rsidR="000A0A8B">
        <w:t>Therefore,</w:t>
      </w:r>
      <w:r w:rsidR="006A6247">
        <w:t xml:space="preserve"> </w:t>
      </w:r>
      <w:r>
        <w:t>penetration</w:t>
      </w:r>
      <w:r w:rsidR="006A6247">
        <w:t xml:space="preserve"> </w:t>
      </w:r>
      <w:r>
        <w:t>supported</w:t>
      </w:r>
      <w:r w:rsidR="006A6247">
        <w:t xml:space="preserve"> </w:t>
      </w:r>
      <w:r>
        <w:t>product</w:t>
      </w:r>
      <w:r w:rsidR="006A6247">
        <w:t xml:space="preserve"> </w:t>
      </w:r>
      <w:r>
        <w:t>development</w:t>
      </w:r>
      <w:r w:rsidR="006A6247">
        <w:t xml:space="preserve"> </w:t>
      </w:r>
      <w:r>
        <w:t>most</w:t>
      </w:r>
      <w:r w:rsidR="006A6247">
        <w:t xml:space="preserve"> </w:t>
      </w:r>
      <w:r>
        <w:t>appropriate</w:t>
      </w:r>
      <w:r w:rsidR="006A6247">
        <w:t xml:space="preserve"> </w:t>
      </w:r>
      <w:r>
        <w:t>for</w:t>
      </w:r>
      <w:r w:rsidR="006A6247">
        <w:t xml:space="preserve"> </w:t>
      </w:r>
      <w:r>
        <w:t>Tesco</w:t>
      </w:r>
      <w:r w:rsidR="006A6247">
        <w:t xml:space="preserve"> </w:t>
      </w:r>
      <w:r>
        <w:t>UK</w:t>
      </w:r>
      <w:r w:rsidR="006A6247">
        <w:t xml:space="preserve"> </w:t>
      </w:r>
      <w:r>
        <w:t>defending</w:t>
      </w:r>
      <w:r w:rsidR="006A6247">
        <w:t xml:space="preserve"> </w:t>
      </w:r>
      <w:r>
        <w:t>28.0%</w:t>
      </w:r>
      <w:r w:rsidR="006A6247">
        <w:t xml:space="preserve"> </w:t>
      </w:r>
      <w:r>
        <w:t>toward</w:t>
      </w:r>
      <w:r w:rsidR="006A6247">
        <w:t xml:space="preserve"> </w:t>
      </w:r>
      <w:r>
        <w:t>28.5%+</w:t>
      </w:r>
      <w:r w:rsidR="006A6247">
        <w:t xml:space="preserve"> </w:t>
      </w:r>
      <w:r>
        <w:t>while</w:t>
      </w:r>
      <w:r w:rsidR="006A6247">
        <w:t xml:space="preserve"> </w:t>
      </w:r>
      <w:r>
        <w:t>building</w:t>
      </w:r>
      <w:r w:rsidR="006A6247">
        <w:t xml:space="preserve"> </w:t>
      </w:r>
      <w:r>
        <w:t>moat</w:t>
      </w:r>
      <w:r w:rsidR="006A6247">
        <w:t xml:space="preserve"> </w:t>
      </w:r>
      <w:r>
        <w:t>beyond</w:t>
      </w:r>
      <w:r w:rsidR="006A6247">
        <w:t xml:space="preserve"> </w:t>
      </w:r>
      <w:r>
        <w:t>price</w:t>
      </w:r>
      <w:r w:rsidR="006A6247">
        <w:t xml:space="preserve"> </w:t>
      </w:r>
      <w:r>
        <w:t>alone</w:t>
      </w:r>
      <w:r w:rsidR="006A6247">
        <w:t xml:space="preserve"> </w:t>
      </w:r>
      <w:r>
        <w:t>to</w:t>
      </w:r>
      <w:r w:rsidR="006A6247">
        <w:t xml:space="preserve"> </w:t>
      </w:r>
      <w:r>
        <w:t>challenge</w:t>
      </w:r>
      <w:r w:rsidR="006A6247">
        <w:t xml:space="preserve"> </w:t>
      </w:r>
      <w:r>
        <w:t>Aldi</w:t>
      </w:r>
      <w:r w:rsidR="006A6247">
        <w:t xml:space="preserve"> </w:t>
      </w:r>
      <w:r>
        <w:t>Lidl</w:t>
      </w:r>
      <w:r w:rsidR="006A6247">
        <w:t xml:space="preserve"> </w:t>
      </w:r>
      <w:r>
        <w:t>price-only.</w:t>
      </w:r>
    </w:p>
    <w:p w:rsidR="00700886" w:rsidP="7D0D8C44" w:rsidRDefault="7BF93C46" w14:paraId="0DE00F4C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32" w:id="42"/>
      <w:bookmarkStart w:name="_Toc887937878" w:id="43"/>
      <w:bookmarkStart w:name="_Toc237366867" w:id="44"/>
      <w:r w:rsidRPr="7D0D8C44" w:rsidR="529427D7">
        <w:rPr>
          <w:rFonts w:ascii="Arial" w:hAnsi="Arial"/>
          <w:color w:val="auto"/>
        </w:rPr>
        <w:t>4.3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Recommendations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–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How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Strategy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Delivers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Performance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(500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words)</w:t>
      </w:r>
      <w:bookmarkEnd w:id="42"/>
      <w:bookmarkEnd w:id="43"/>
      <w:bookmarkEnd w:id="44"/>
    </w:p>
    <w:p w:rsidR="00700886" w:rsidP="00F94D1E" w:rsidRDefault="00344F75" w14:paraId="01F191A0" w14:textId="290F1E1A">
      <w:pPr>
        <w:jc w:val="both"/>
      </w:pPr>
      <w:r w:rsidR="2F2FABD8">
        <w:rPr/>
        <w:t>Hybrid</w:t>
      </w:r>
      <w:r w:rsidR="77E3ED2B">
        <w:rPr/>
        <w:t xml:space="preserve"> </w:t>
      </w:r>
      <w:r w:rsidR="2F2FABD8">
        <w:rPr/>
        <w:t>operationalised</w:t>
      </w:r>
      <w:r w:rsidR="77E3ED2B">
        <w:rPr/>
        <w:t xml:space="preserve"> </w:t>
      </w:r>
      <w:r w:rsidR="2F2FABD8">
        <w:rPr/>
        <w:t>four</w:t>
      </w:r>
      <w:r w:rsidR="77E3ED2B">
        <w:rPr/>
        <w:t xml:space="preserve"> </w:t>
      </w:r>
      <w:r w:rsidR="2F2FABD8">
        <w:rPr/>
        <w:t>interlocking</w:t>
      </w:r>
      <w:r w:rsidR="77E3ED2B">
        <w:rPr/>
        <w:t xml:space="preserve"> </w:t>
      </w:r>
      <w:r w:rsidR="2F2FABD8">
        <w:rPr/>
        <w:t>recommendations.</w:t>
      </w:r>
      <w:r>
        <w:br/>
      </w:r>
      <w:r w:rsidR="2F2FABD8">
        <w:rPr/>
        <w:t>R1</w:t>
      </w:r>
      <w:r w:rsidR="77E3ED2B">
        <w:rPr/>
        <w:t xml:space="preserve"> </w:t>
      </w:r>
      <w:r w:rsidR="2F2FABD8">
        <w:rPr/>
        <w:t>Data-led</w:t>
      </w:r>
      <w:r w:rsidR="77E3ED2B">
        <w:rPr/>
        <w:t xml:space="preserve"> </w:t>
      </w:r>
      <w:r w:rsidR="2F2FABD8">
        <w:rPr/>
        <w:t>value</w:t>
      </w:r>
      <w:r w:rsidR="77E3ED2B">
        <w:rPr/>
        <w:t xml:space="preserve"> </w:t>
      </w:r>
      <w:r w:rsidR="2F2FABD8">
        <w:rPr/>
        <w:t>loyalty</w:t>
      </w:r>
      <w:r w:rsidR="77E3ED2B">
        <w:rPr/>
        <w:t xml:space="preserve"> </w:t>
      </w:r>
      <w:r w:rsidR="2F2FABD8">
        <w:rPr/>
        <w:t>ecosystem</w:t>
      </w:r>
      <w:r w:rsidR="77E3ED2B">
        <w:rPr/>
        <w:t xml:space="preserve"> </w:t>
      </w:r>
      <w:r w:rsidR="2F2FABD8">
        <w:rPr/>
        <w:t>market</w:t>
      </w:r>
      <w:r w:rsidR="77E3ED2B">
        <w:rPr/>
        <w:t xml:space="preserve"> </w:t>
      </w:r>
      <w:r w:rsidR="2F2FABD8">
        <w:rPr/>
        <w:t>penetration</w:t>
      </w:r>
      <w:r w:rsidR="77E3ED2B">
        <w:rPr/>
        <w:t xml:space="preserve"> </w:t>
      </w:r>
      <w:r w:rsidR="48D5294E">
        <w:rPr/>
        <w:t>minimal</w:t>
      </w:r>
      <w:r w:rsidR="77E3ED2B">
        <w:rPr/>
        <w:t xml:space="preserve"> </w:t>
      </w:r>
      <w:r w:rsidR="48D5294E">
        <w:rPr/>
        <w:t>risk</w:t>
      </w:r>
      <w:r w:rsidR="2F2FABD8">
        <w:rPr/>
        <w:t>:</w:t>
      </w:r>
      <w:r w:rsidR="77E3ED2B">
        <w:rPr/>
        <w:t xml:space="preserve"> </w:t>
      </w:r>
      <w:r w:rsidR="2F2FABD8">
        <w:rPr/>
        <w:t>move</w:t>
      </w:r>
      <w:r w:rsidR="77E3ED2B">
        <w:rPr/>
        <w:t xml:space="preserve"> </w:t>
      </w:r>
      <w:r w:rsidR="2F2FABD8">
        <w:rPr/>
        <w:t>Clubcard</w:t>
      </w:r>
      <w:r w:rsidR="77E3ED2B">
        <w:rPr/>
        <w:t xml:space="preserve"> </w:t>
      </w:r>
      <w:r w:rsidR="2F2FABD8">
        <w:rPr/>
        <w:t>Prices</w:t>
      </w:r>
      <w:r w:rsidR="77E3ED2B">
        <w:rPr/>
        <w:t xml:space="preserve"> </w:t>
      </w:r>
      <w:r w:rsidR="2F2FABD8">
        <w:rPr/>
        <w:t>mass</w:t>
      </w:r>
      <w:r w:rsidR="77E3ED2B">
        <w:rPr/>
        <w:t xml:space="preserve"> </w:t>
      </w:r>
      <w:r w:rsidR="2F2FABD8">
        <w:rPr/>
        <w:t>personalisation</w:t>
      </w:r>
      <w:r w:rsidR="77E3ED2B">
        <w:rPr/>
        <w:t xml:space="preserve"> </w:t>
      </w:r>
      <w:r w:rsidR="2F2FABD8">
        <w:rPr/>
        <w:t>to</w:t>
      </w:r>
      <w:r w:rsidR="77E3ED2B">
        <w:rPr/>
        <w:t xml:space="preserve"> </w:t>
      </w:r>
      <w:r w:rsidR="2F2FABD8">
        <w:rPr/>
        <w:t>one-to-one</w:t>
      </w:r>
      <w:r w:rsidR="77E3ED2B">
        <w:rPr/>
        <w:t xml:space="preserve"> </w:t>
      </w:r>
      <w:r w:rsidR="2F2FABD8">
        <w:rPr/>
        <w:t>AI</w:t>
      </w:r>
      <w:r w:rsidR="77E3ED2B">
        <w:rPr/>
        <w:t xml:space="preserve"> </w:t>
      </w:r>
      <w:r w:rsidR="2F2FABD8">
        <w:rPr/>
        <w:t>propensity</w:t>
      </w:r>
      <w:r w:rsidR="77E3ED2B">
        <w:rPr/>
        <w:t xml:space="preserve"> </w:t>
      </w:r>
      <w:r w:rsidR="2F2FABD8">
        <w:rPr/>
        <w:t>models</w:t>
      </w:r>
      <w:r w:rsidR="77E3ED2B">
        <w:rPr/>
        <w:t xml:space="preserve"> </w:t>
      </w:r>
      <w:r w:rsidR="2F2FABD8">
        <w:rPr/>
        <w:t>&gt;1,000</w:t>
      </w:r>
      <w:r w:rsidR="77E3ED2B">
        <w:rPr/>
        <w:t xml:space="preserve"> </w:t>
      </w:r>
      <w:r w:rsidR="2F2FABD8">
        <w:rPr/>
        <w:t>variants</w:t>
      </w:r>
      <w:r w:rsidR="77E3ED2B">
        <w:rPr/>
        <w:t xml:space="preserve"> </w:t>
      </w:r>
      <w:r w:rsidR="2F2FABD8">
        <w:rPr/>
        <w:t>tailoring</w:t>
      </w:r>
      <w:r w:rsidR="77E3ED2B">
        <w:rPr/>
        <w:t xml:space="preserve"> </w:t>
      </w:r>
      <w:r w:rsidR="2F2FABD8">
        <w:rPr/>
        <w:t>offers</w:t>
      </w:r>
      <w:r w:rsidR="77E3ED2B">
        <w:rPr/>
        <w:t xml:space="preserve"> </w:t>
      </w:r>
      <w:r w:rsidR="2F2FABD8">
        <w:rPr/>
        <w:t>individual</w:t>
      </w:r>
      <w:r w:rsidR="77E3ED2B">
        <w:rPr/>
        <w:t xml:space="preserve"> </w:t>
      </w:r>
      <w:r w:rsidR="2F2FABD8">
        <w:rPr/>
        <w:t>shopper</w:t>
      </w:r>
      <w:r w:rsidR="2F2FABD8">
        <w:rPr/>
        <w:t>.</w:t>
      </w:r>
      <w:r w:rsidR="77E3ED2B">
        <w:rPr/>
        <w:t xml:space="preserve"> </w:t>
      </w:r>
      <w:r w:rsidR="2F2FABD8">
        <w:rPr/>
        <w:t>Scale</w:t>
      </w:r>
      <w:r w:rsidR="77E3ED2B">
        <w:rPr/>
        <w:t xml:space="preserve"> </w:t>
      </w:r>
      <w:r w:rsidR="2F2FABD8">
        <w:rPr/>
        <w:t>retail</w:t>
      </w:r>
      <w:r w:rsidR="77E3ED2B">
        <w:rPr/>
        <w:t xml:space="preserve"> </w:t>
      </w:r>
      <w:r w:rsidR="2F2FABD8">
        <w:rPr/>
        <w:t>media</w:t>
      </w:r>
      <w:r w:rsidR="77E3ED2B">
        <w:rPr/>
        <w:t xml:space="preserve"> </w:t>
      </w:r>
      <w:r w:rsidR="2F2FABD8">
        <w:rPr/>
        <w:t>Tesco</w:t>
      </w:r>
      <w:r w:rsidR="77E3ED2B">
        <w:rPr/>
        <w:t xml:space="preserve"> </w:t>
      </w:r>
      <w:r w:rsidR="2F2FABD8">
        <w:rPr/>
        <w:t>Media</w:t>
      </w:r>
      <w:r w:rsidR="77E3ED2B">
        <w:rPr/>
        <w:t xml:space="preserve"> </w:t>
      </w:r>
      <w:r w:rsidR="2F2FABD8">
        <w:rPr/>
        <w:t>Insights</w:t>
      </w:r>
      <w:r w:rsidR="77E3ED2B">
        <w:rPr/>
        <w:t xml:space="preserve"> </w:t>
      </w:r>
      <w:r w:rsidR="2F2FABD8">
        <w:rPr/>
        <w:t>powered</w:t>
      </w:r>
      <w:r w:rsidR="77E3ED2B">
        <w:rPr/>
        <w:t xml:space="preserve"> </w:t>
      </w:r>
      <w:r w:rsidR="2F2FABD8">
        <w:rPr/>
        <w:t>dunnhumby</w:t>
      </w:r>
      <w:r w:rsidR="77E3ED2B">
        <w:rPr/>
        <w:t xml:space="preserve"> </w:t>
      </w:r>
      <w:r w:rsidR="2A43434B">
        <w:rPr/>
        <w:t>high</w:t>
      </w:r>
      <w:r w:rsidR="77E3ED2B">
        <w:rPr/>
        <w:t xml:space="preserve"> </w:t>
      </w:r>
      <w:r w:rsidR="2A43434B">
        <w:rPr/>
        <w:t>margin</w:t>
      </w:r>
      <w:r w:rsidR="77E3ED2B">
        <w:rPr/>
        <w:t xml:space="preserve"> </w:t>
      </w:r>
      <w:r w:rsidR="2F2FABD8">
        <w:rPr/>
        <w:t>profit</w:t>
      </w:r>
      <w:r w:rsidR="77E3ED2B">
        <w:rPr/>
        <w:t xml:space="preserve"> </w:t>
      </w:r>
      <w:r w:rsidR="2F2FABD8">
        <w:rPr/>
        <w:t>reinvested</w:t>
      </w:r>
      <w:r w:rsidR="77E3ED2B">
        <w:rPr/>
        <w:t xml:space="preserve"> </w:t>
      </w:r>
      <w:r w:rsidR="2F2FABD8">
        <w:rPr/>
        <w:t>price.</w:t>
      </w:r>
      <w:r w:rsidR="77E3ED2B">
        <w:rPr/>
        <w:t xml:space="preserve"> </w:t>
      </w:r>
      <w:r w:rsidR="2F2FABD8">
        <w:rPr/>
        <w:t>Maintain</w:t>
      </w:r>
      <w:r w:rsidR="77E3ED2B">
        <w:rPr/>
        <w:t xml:space="preserve"> </w:t>
      </w:r>
      <w:r w:rsidR="2F2FABD8">
        <w:rPr/>
        <w:t>cautiously</w:t>
      </w:r>
      <w:r w:rsidR="77E3ED2B">
        <w:rPr/>
        <w:t xml:space="preserve"> </w:t>
      </w:r>
      <w:r w:rsidR="2F2FABD8">
        <w:rPr/>
        <w:t>expand</w:t>
      </w:r>
      <w:r w:rsidR="77E3ED2B">
        <w:rPr/>
        <w:t xml:space="preserve"> </w:t>
      </w:r>
      <w:r w:rsidR="2F2FABD8">
        <w:rPr/>
        <w:t>Aldi</w:t>
      </w:r>
      <w:r w:rsidR="77E3ED2B">
        <w:rPr/>
        <w:t xml:space="preserve"> </w:t>
      </w:r>
      <w:r w:rsidR="2F2FABD8">
        <w:rPr/>
        <w:t>Price</w:t>
      </w:r>
      <w:r w:rsidR="77E3ED2B">
        <w:rPr/>
        <w:t xml:space="preserve"> </w:t>
      </w:r>
      <w:r w:rsidR="2F2FABD8">
        <w:rPr/>
        <w:t>Match</w:t>
      </w:r>
      <w:r w:rsidR="77E3ED2B">
        <w:rPr/>
        <w:t xml:space="preserve"> </w:t>
      </w:r>
      <w:r w:rsidR="2F2FABD8">
        <w:rPr/>
        <w:t>~600</w:t>
      </w:r>
      <w:r w:rsidR="77E3ED2B">
        <w:rPr/>
        <w:t xml:space="preserve"> </w:t>
      </w:r>
      <w:r w:rsidR="2F2FABD8">
        <w:rPr/>
        <w:t>to</w:t>
      </w:r>
      <w:r w:rsidR="77E3ED2B">
        <w:rPr/>
        <w:t xml:space="preserve"> </w:t>
      </w:r>
      <w:r w:rsidR="2F2FABD8">
        <w:rPr/>
        <w:t>800</w:t>
      </w:r>
      <w:r w:rsidR="77E3ED2B">
        <w:rPr/>
        <w:t xml:space="preserve"> </w:t>
      </w:r>
      <w:r w:rsidR="2F2FABD8">
        <w:rPr/>
        <w:t>key</w:t>
      </w:r>
      <w:r w:rsidR="77E3ED2B">
        <w:rPr/>
        <w:t xml:space="preserve"> </w:t>
      </w:r>
      <w:r w:rsidR="2F2FABD8">
        <w:rPr/>
        <w:t>value</w:t>
      </w:r>
      <w:r w:rsidR="77E3ED2B">
        <w:rPr/>
        <w:t xml:space="preserve"> </w:t>
      </w:r>
      <w:r w:rsidR="2F2FABD8">
        <w:rPr/>
        <w:t>items.</w:t>
      </w:r>
      <w:r w:rsidR="77E3ED2B">
        <w:rPr/>
        <w:t xml:space="preserve"> </w:t>
      </w:r>
      <w:r w:rsidR="2F2FABD8">
        <w:rPr/>
        <w:t>Theory</w:t>
      </w:r>
      <w:r w:rsidR="77E3ED2B">
        <w:rPr/>
        <w:t xml:space="preserve"> </w:t>
      </w:r>
      <w:r w:rsidR="2F2FABD8">
        <w:rPr/>
        <w:t>sustained</w:t>
      </w:r>
      <w:r w:rsidR="77E3ED2B">
        <w:rPr/>
        <w:t xml:space="preserve"> </w:t>
      </w:r>
      <w:r w:rsidR="2F2FABD8">
        <w:rPr/>
        <w:t>VRIO</w:t>
      </w:r>
      <w:r w:rsidR="77E3ED2B">
        <w:rPr/>
        <w:t xml:space="preserve"> </w:t>
      </w:r>
      <w:r w:rsidR="2F2FABD8">
        <w:rPr/>
        <w:t>–</w:t>
      </w:r>
      <w:r w:rsidR="77E3ED2B">
        <w:rPr/>
        <w:t xml:space="preserve"> </w:t>
      </w:r>
      <w:r w:rsidR="2F2FABD8">
        <w:rPr/>
        <w:t>Clubcard</w:t>
      </w:r>
      <w:r w:rsidR="77E3ED2B">
        <w:rPr/>
        <w:t xml:space="preserve"> </w:t>
      </w:r>
      <w:r w:rsidR="2F2FABD8">
        <w:rPr/>
        <w:t>valuable</w:t>
      </w:r>
      <w:r w:rsidR="77E3ED2B">
        <w:rPr/>
        <w:t xml:space="preserve"> </w:t>
      </w:r>
      <w:r w:rsidR="2F2FABD8">
        <w:rPr/>
        <w:t>efficient</w:t>
      </w:r>
      <w:r w:rsidR="77E3ED2B">
        <w:rPr/>
        <w:t xml:space="preserve"> </w:t>
      </w:r>
      <w:r w:rsidR="2F2FABD8">
        <w:rPr/>
        <w:t>price</w:t>
      </w:r>
      <w:r w:rsidR="77E3ED2B">
        <w:rPr/>
        <w:t xml:space="preserve"> </w:t>
      </w:r>
      <w:r w:rsidR="2F2FABD8">
        <w:rPr/>
        <w:t>investment</w:t>
      </w:r>
      <w:r w:rsidR="77E3ED2B">
        <w:rPr/>
        <w:t xml:space="preserve"> </w:t>
      </w:r>
      <w:r w:rsidR="48D5294E">
        <w:rPr/>
        <w:t>rare</w:t>
      </w:r>
      <w:r w:rsidR="77E3ED2B">
        <w:rPr/>
        <w:t xml:space="preserve"> </w:t>
      </w:r>
      <w:r w:rsidR="2F2FABD8">
        <w:rPr/>
        <w:t>scale</w:t>
      </w:r>
      <w:r w:rsidR="77E3ED2B">
        <w:rPr/>
        <w:t xml:space="preserve"> </w:t>
      </w:r>
      <w:r w:rsidR="2F2FABD8">
        <w:rPr/>
        <w:t>difficult</w:t>
      </w:r>
      <w:r w:rsidR="77E3ED2B">
        <w:rPr/>
        <w:t xml:space="preserve"> </w:t>
      </w:r>
      <w:r w:rsidR="2F2FABD8">
        <w:rPr/>
        <w:t>imitate</w:t>
      </w:r>
      <w:r w:rsidR="77E3ED2B">
        <w:rPr/>
        <w:t xml:space="preserve"> </w:t>
      </w:r>
      <w:r w:rsidR="2F2FABD8">
        <w:rPr/>
        <w:t>combination</w:t>
      </w:r>
      <w:r w:rsidR="77E3ED2B">
        <w:rPr/>
        <w:t xml:space="preserve"> </w:t>
      </w:r>
      <w:r w:rsidR="2F2FABD8">
        <w:rPr/>
        <w:t>base</w:t>
      </w:r>
      <w:r w:rsidR="77E3ED2B">
        <w:rPr/>
        <w:t xml:space="preserve"> </w:t>
      </w:r>
      <w:r w:rsidR="2F2FABD8">
        <w:rPr/>
        <w:t>decades</w:t>
      </w:r>
      <w:r w:rsidR="77E3ED2B">
        <w:rPr/>
        <w:t xml:space="preserve"> </w:t>
      </w:r>
      <w:r w:rsidR="2F2FABD8">
        <w:rPr/>
        <w:t>history</w:t>
      </w:r>
      <w:r w:rsidR="77E3ED2B">
        <w:rPr/>
        <w:t xml:space="preserve"> </w:t>
      </w:r>
      <w:r w:rsidR="2F2FABD8">
        <w:rPr/>
        <w:t>IP</w:t>
      </w:r>
      <w:r w:rsidR="77E3ED2B">
        <w:rPr/>
        <w:t xml:space="preserve"> </w:t>
      </w:r>
      <w:r w:rsidR="48D5294E">
        <w:rPr/>
        <w:t>organized</w:t>
      </w:r>
      <w:r w:rsidR="77E3ED2B">
        <w:rPr/>
        <w:t xml:space="preserve"> </w:t>
      </w:r>
      <w:r w:rsidR="48D5294E">
        <w:rPr/>
        <w:t>resolute</w:t>
      </w:r>
      <w:r w:rsidR="77E3ED2B">
        <w:rPr/>
        <w:t xml:space="preserve"> </w:t>
      </w:r>
      <w:r w:rsidR="2F2FABD8">
        <w:rPr/>
        <w:t>teams</w:t>
      </w:r>
      <w:r w:rsidR="77E3ED2B">
        <w:rPr/>
        <w:t xml:space="preserve"> </w:t>
      </w:r>
      <w:r w:rsidR="2F2FABD8">
        <w:rPr/>
        <w:t>(Barney,</w:t>
      </w:r>
      <w:r w:rsidR="77E3ED2B">
        <w:rPr/>
        <w:t xml:space="preserve"> </w:t>
      </w:r>
      <w:r w:rsidR="2F2FABD8">
        <w:rPr/>
        <w:t>1991).</w:t>
      </w:r>
      <w:r w:rsidR="77E3ED2B">
        <w:rPr/>
        <w:t xml:space="preserve"> </w:t>
      </w:r>
      <w:r w:rsidR="2F2FABD8">
        <w:rPr/>
        <w:t>Reduces</w:t>
      </w:r>
      <w:r w:rsidR="77E3ED2B">
        <w:rPr/>
        <w:t xml:space="preserve"> </w:t>
      </w:r>
      <w:r w:rsidR="2F2FABD8">
        <w:rPr/>
        <w:t>buyer</w:t>
      </w:r>
      <w:r w:rsidR="77E3ED2B">
        <w:rPr/>
        <w:t xml:space="preserve"> </w:t>
      </w:r>
      <w:r w:rsidR="2F2FABD8">
        <w:rPr/>
        <w:t>power</w:t>
      </w:r>
      <w:r w:rsidR="77E3ED2B">
        <w:rPr/>
        <w:t xml:space="preserve"> </w:t>
      </w:r>
      <w:r w:rsidR="2F2FABD8">
        <w:rPr/>
        <w:t>raising</w:t>
      </w:r>
      <w:r w:rsidR="77E3ED2B">
        <w:rPr/>
        <w:t xml:space="preserve"> </w:t>
      </w:r>
      <w:r w:rsidR="2F2FABD8">
        <w:rPr/>
        <w:t>switching</w:t>
      </w:r>
      <w:r w:rsidR="77E3ED2B">
        <w:rPr/>
        <w:t xml:space="preserve"> </w:t>
      </w:r>
      <w:r w:rsidR="2F2FABD8">
        <w:rPr/>
        <w:t>costs</w:t>
      </w:r>
      <w:r w:rsidR="77E3ED2B">
        <w:rPr/>
        <w:t xml:space="preserve"> </w:t>
      </w:r>
      <w:r w:rsidR="2F2FABD8">
        <w:rPr/>
        <w:t>resource-based</w:t>
      </w:r>
      <w:r w:rsidR="77E3ED2B">
        <w:rPr/>
        <w:t xml:space="preserve"> </w:t>
      </w:r>
      <w:r w:rsidR="2F2FABD8">
        <w:rPr/>
        <w:t>logic.</w:t>
      </w:r>
      <w:r w:rsidR="77E3ED2B">
        <w:rPr/>
        <w:t xml:space="preserve"> </w:t>
      </w:r>
      <w:r w:rsidR="2F2FABD8">
        <w:rPr/>
        <w:t>Real-world</w:t>
      </w:r>
      <w:r w:rsidR="77E3ED2B">
        <w:rPr/>
        <w:t xml:space="preserve"> </w:t>
      </w:r>
      <w:r w:rsidR="2F2FABD8">
        <w:rPr/>
        <w:t>Kroger</w:t>
      </w:r>
      <w:r w:rsidR="77E3ED2B">
        <w:rPr/>
        <w:t xml:space="preserve"> </w:t>
      </w:r>
      <w:r w:rsidR="2F2FABD8">
        <w:rPr/>
        <w:t>US</w:t>
      </w:r>
      <w:r w:rsidR="77E3ED2B">
        <w:rPr/>
        <w:t xml:space="preserve"> </w:t>
      </w:r>
      <w:r w:rsidR="2F2FABD8">
        <w:rPr/>
        <w:t>monetising</w:t>
      </w:r>
      <w:r w:rsidR="77E3ED2B">
        <w:rPr/>
        <w:t xml:space="preserve"> </w:t>
      </w:r>
      <w:r w:rsidR="2F2FABD8">
        <w:rPr/>
        <w:t>data</w:t>
      </w:r>
      <w:r w:rsidR="77E3ED2B">
        <w:rPr/>
        <w:t xml:space="preserve"> </w:t>
      </w:r>
      <w:r w:rsidR="2F2FABD8">
        <w:rPr/>
        <w:t>via</w:t>
      </w:r>
      <w:r w:rsidR="77E3ED2B">
        <w:rPr/>
        <w:t xml:space="preserve"> </w:t>
      </w:r>
      <w:r w:rsidR="2F2FABD8">
        <w:rPr/>
        <w:t>84.51°</w:t>
      </w:r>
      <w:r w:rsidR="77E3ED2B">
        <w:rPr/>
        <w:t xml:space="preserve"> </w:t>
      </w:r>
      <w:r w:rsidR="2F2FABD8">
        <w:rPr/>
        <w:t>&gt;$1bn</w:t>
      </w:r>
      <w:r w:rsidR="77E3ED2B">
        <w:rPr/>
        <w:t xml:space="preserve"> </w:t>
      </w:r>
      <w:r w:rsidR="2F2FABD8">
        <w:rPr/>
        <w:t>alternative</w:t>
      </w:r>
      <w:r w:rsidR="77E3ED2B">
        <w:rPr/>
        <w:t xml:space="preserve"> </w:t>
      </w:r>
      <w:r w:rsidR="2F2FABD8">
        <w:rPr/>
        <w:t>profit</w:t>
      </w:r>
      <w:r w:rsidR="77E3ED2B">
        <w:rPr/>
        <w:t xml:space="preserve"> </w:t>
      </w:r>
      <w:r w:rsidR="2F2FABD8">
        <w:rPr/>
        <w:t>supporting</w:t>
      </w:r>
      <w:r w:rsidR="77E3ED2B">
        <w:rPr/>
        <w:t xml:space="preserve"> </w:t>
      </w:r>
      <w:r w:rsidR="2F2FABD8">
        <w:rPr/>
        <w:t>price.</w:t>
      </w:r>
      <w:r w:rsidR="77E3ED2B">
        <w:rPr/>
        <w:t xml:space="preserve"> </w:t>
      </w:r>
      <w:r w:rsidR="2F2FABD8">
        <w:rPr/>
        <w:t>Performance</w:t>
      </w:r>
      <w:r w:rsidR="77E3ED2B">
        <w:rPr/>
        <w:t xml:space="preserve"> </w:t>
      </w:r>
      <w:r w:rsidR="2F2FABD8">
        <w:rPr/>
        <w:t>preserves</w:t>
      </w:r>
      <w:r w:rsidR="77E3ED2B">
        <w:rPr/>
        <w:t xml:space="preserve"> </w:t>
      </w:r>
      <w:r w:rsidR="2F2FABD8">
        <w:rPr/>
        <w:t>value</w:t>
      </w:r>
      <w:r w:rsidR="77E3ED2B">
        <w:rPr/>
        <w:t xml:space="preserve"> </w:t>
      </w:r>
      <w:r w:rsidR="2F2FABD8">
        <w:rPr/>
        <w:t>perception</w:t>
      </w:r>
      <w:r w:rsidR="77E3ED2B">
        <w:rPr/>
        <w:t xml:space="preserve"> </w:t>
      </w:r>
      <w:r w:rsidR="2F2FABD8">
        <w:rPr/>
        <w:t>vs</w:t>
      </w:r>
      <w:r w:rsidR="77E3ED2B">
        <w:rPr/>
        <w:t xml:space="preserve"> </w:t>
      </w:r>
      <w:r w:rsidR="2F2FABD8">
        <w:rPr/>
        <w:t>Aldi</w:t>
      </w:r>
      <w:r w:rsidR="77E3ED2B">
        <w:rPr/>
        <w:t xml:space="preserve"> </w:t>
      </w:r>
      <w:r w:rsidR="2F2FABD8">
        <w:rPr/>
        <w:t>Lidl</w:t>
      </w:r>
      <w:r w:rsidR="77E3ED2B">
        <w:rPr/>
        <w:t xml:space="preserve"> </w:t>
      </w:r>
      <w:r w:rsidR="2F2FABD8">
        <w:rPr/>
        <w:t>grows</w:t>
      </w:r>
      <w:r w:rsidR="77E3ED2B">
        <w:rPr/>
        <w:t xml:space="preserve"> </w:t>
      </w:r>
      <w:r w:rsidR="2F2FABD8">
        <w:rPr/>
        <w:t>lifetime</w:t>
      </w:r>
      <w:r w:rsidR="77E3ED2B">
        <w:rPr/>
        <w:t xml:space="preserve"> </w:t>
      </w:r>
      <w:r w:rsidR="2F2FABD8">
        <w:rPr/>
        <w:t>value</w:t>
      </w:r>
      <w:r w:rsidR="77E3ED2B">
        <w:rPr/>
        <w:t xml:space="preserve"> </w:t>
      </w:r>
      <w:r w:rsidR="2F2FABD8">
        <w:rPr/>
        <w:t>defends</w:t>
      </w:r>
      <w:r w:rsidR="77E3ED2B">
        <w:rPr/>
        <w:t xml:space="preserve"> </w:t>
      </w:r>
      <w:r w:rsidR="2F2FABD8">
        <w:rPr/>
        <w:t>share</w:t>
      </w:r>
      <w:r w:rsidR="77E3ED2B">
        <w:rPr/>
        <w:t xml:space="preserve"> </w:t>
      </w:r>
      <w:r w:rsidR="2F2FABD8">
        <w:rPr/>
        <w:t>28.0%</w:t>
      </w:r>
      <w:r w:rsidR="77E3ED2B">
        <w:rPr/>
        <w:t xml:space="preserve"> </w:t>
      </w:r>
      <w:r w:rsidR="2F2FABD8">
        <w:rPr/>
        <w:t>to</w:t>
      </w:r>
      <w:r w:rsidR="77E3ED2B">
        <w:rPr/>
        <w:t xml:space="preserve"> </w:t>
      </w:r>
      <w:r w:rsidR="2F2FABD8">
        <w:rPr/>
        <w:t>28.5%+</w:t>
      </w:r>
      <w:r w:rsidR="77E3ED2B">
        <w:rPr/>
        <w:t xml:space="preserve"> </w:t>
      </w:r>
      <w:r w:rsidR="2F2FABD8">
        <w:rPr/>
        <w:t>creates</w:t>
      </w:r>
      <w:r w:rsidR="77E3ED2B">
        <w:rPr/>
        <w:t xml:space="preserve"> </w:t>
      </w:r>
      <w:r w:rsidR="2F2FABD8">
        <w:rPr/>
        <w:t>media</w:t>
      </w:r>
      <w:r w:rsidR="77E3ED2B">
        <w:rPr/>
        <w:t xml:space="preserve"> </w:t>
      </w:r>
      <w:r w:rsidR="2F2FABD8">
        <w:rPr/>
        <w:t>profit</w:t>
      </w:r>
      <w:r w:rsidR="77E3ED2B">
        <w:rPr/>
        <w:t xml:space="preserve"> </w:t>
      </w:r>
      <w:r w:rsidR="2F2FABD8">
        <w:rPr/>
        <w:t>protecting</w:t>
      </w:r>
      <w:r w:rsidR="77E3ED2B">
        <w:rPr/>
        <w:t xml:space="preserve"> </w:t>
      </w:r>
      <w:r w:rsidR="2F2FABD8">
        <w:rPr/>
        <w:t>~4.5%</w:t>
      </w:r>
      <w:r w:rsidR="77E3ED2B">
        <w:rPr/>
        <w:t xml:space="preserve"> </w:t>
      </w:r>
      <w:r w:rsidR="2F2FABD8">
        <w:rPr/>
        <w:t>margin.</w:t>
      </w:r>
      <w:r w:rsidR="77E3ED2B">
        <w:rPr/>
        <w:t xml:space="preserve"> </w:t>
      </w:r>
      <w:r w:rsidR="2F2FABD8">
        <w:rPr/>
        <w:t>KPIs</w:t>
      </w:r>
      <w:r w:rsidR="77E3ED2B">
        <w:rPr/>
        <w:t xml:space="preserve"> </w:t>
      </w:r>
      <w:r w:rsidR="2F2FABD8">
        <w:rPr/>
        <w:t>Clubcard</w:t>
      </w:r>
      <w:r w:rsidR="77E3ED2B">
        <w:rPr/>
        <w:t xml:space="preserve"> </w:t>
      </w:r>
      <w:r w:rsidR="2F2FABD8">
        <w:rPr/>
        <w:t>&gt;80%</w:t>
      </w:r>
      <w:r w:rsidR="77E3ED2B">
        <w:rPr/>
        <w:t xml:space="preserve"> </w:t>
      </w:r>
      <w:r w:rsidR="2F2FABD8">
        <w:rPr/>
        <w:t>baskets</w:t>
      </w:r>
      <w:r w:rsidR="77E3ED2B">
        <w:rPr/>
        <w:t xml:space="preserve"> </w:t>
      </w:r>
      <w:r w:rsidR="2F2FABD8">
        <w:rPr/>
        <w:t>app</w:t>
      </w:r>
      <w:r w:rsidR="77E3ED2B">
        <w:rPr/>
        <w:t xml:space="preserve"> </w:t>
      </w:r>
      <w:r w:rsidR="2F2FABD8">
        <w:rPr/>
        <w:t>18m</w:t>
      </w:r>
      <w:r w:rsidR="77E3ED2B">
        <w:rPr/>
        <w:t xml:space="preserve"> </w:t>
      </w:r>
      <w:r w:rsidR="2F2FABD8">
        <w:rPr/>
        <w:t>to</w:t>
      </w:r>
      <w:r w:rsidR="77E3ED2B">
        <w:rPr/>
        <w:t xml:space="preserve"> </w:t>
      </w:r>
      <w:r w:rsidR="2F2FABD8">
        <w:rPr/>
        <w:t>20m</w:t>
      </w:r>
      <w:r w:rsidR="77E3ED2B">
        <w:rPr/>
        <w:t xml:space="preserve"> </w:t>
      </w:r>
      <w:r w:rsidR="2F2FABD8">
        <w:rPr/>
        <w:t>(Tesco</w:t>
      </w:r>
      <w:r w:rsidR="77E3ED2B">
        <w:rPr/>
        <w:t xml:space="preserve"> </w:t>
      </w:r>
      <w:r w:rsidR="2F2FABD8">
        <w:rPr/>
        <w:t>PLC,</w:t>
      </w:r>
      <w:r w:rsidR="77E3ED2B">
        <w:rPr/>
        <w:t xml:space="preserve"> </w:t>
      </w:r>
      <w:r w:rsidR="2F2FABD8">
        <w:rPr/>
        <w:t>2025a).</w:t>
      </w:r>
      <w:r>
        <w:br/>
      </w:r>
      <w:r>
        <w:br/>
      </w:r>
      <w:r w:rsidR="2F2FABD8">
        <w:rPr/>
        <w:t>R2</w:t>
      </w:r>
      <w:r w:rsidR="77E3ED2B">
        <w:rPr/>
        <w:t xml:space="preserve"> </w:t>
      </w:r>
      <w:r w:rsidR="2F2FABD8">
        <w:rPr/>
        <w:t>Differentiated</w:t>
      </w:r>
      <w:r w:rsidR="77E3ED2B">
        <w:rPr/>
        <w:t xml:space="preserve"> </w:t>
      </w:r>
      <w:r w:rsidR="2F2FABD8">
        <w:rPr/>
        <w:t>own-label</w:t>
      </w:r>
      <w:r w:rsidR="77E3ED2B">
        <w:rPr/>
        <w:t xml:space="preserve"> </w:t>
      </w:r>
      <w:r w:rsidR="2F2FABD8">
        <w:rPr/>
        <w:t>healthy</w:t>
      </w:r>
      <w:r w:rsidR="77E3ED2B">
        <w:rPr/>
        <w:t xml:space="preserve"> </w:t>
      </w:r>
      <w:r w:rsidR="2F2FABD8">
        <w:rPr/>
        <w:t>sustainable</w:t>
      </w:r>
      <w:r w:rsidR="77E3ED2B">
        <w:rPr/>
        <w:t xml:space="preserve"> </w:t>
      </w:r>
      <w:r w:rsidR="2F2FABD8">
        <w:rPr/>
        <w:t>ranges</w:t>
      </w:r>
      <w:r w:rsidR="77E3ED2B">
        <w:rPr/>
        <w:t xml:space="preserve"> </w:t>
      </w:r>
      <w:r w:rsidR="2F2FABD8">
        <w:rPr/>
        <w:t>product</w:t>
      </w:r>
      <w:r w:rsidR="77E3ED2B">
        <w:rPr/>
        <w:t xml:space="preserve"> </w:t>
      </w:r>
      <w:r w:rsidR="2F2FABD8">
        <w:rPr/>
        <w:t>development</w:t>
      </w:r>
      <w:r w:rsidR="77E3ED2B">
        <w:rPr/>
        <w:t xml:space="preserve"> </w:t>
      </w:r>
      <w:r w:rsidR="2F2FABD8">
        <w:rPr/>
        <w:t>moderate:</w:t>
      </w:r>
      <w:r w:rsidR="77E3ED2B">
        <w:rPr/>
        <w:t xml:space="preserve"> </w:t>
      </w:r>
      <w:r w:rsidR="2F2FABD8">
        <w:rPr/>
        <w:t>maintain</w:t>
      </w:r>
      <w:r w:rsidR="77E3ED2B">
        <w:rPr/>
        <w:t xml:space="preserve"> </w:t>
      </w:r>
      <w:r w:rsidR="2F2FABD8">
        <w:rPr/>
        <w:t>innovation</w:t>
      </w:r>
      <w:r w:rsidR="77E3ED2B">
        <w:rPr/>
        <w:t xml:space="preserve"> </w:t>
      </w:r>
      <w:r w:rsidR="2F2FABD8">
        <w:rPr/>
        <w:t>&gt;500</w:t>
      </w:r>
      <w:r w:rsidR="77E3ED2B">
        <w:rPr/>
        <w:t xml:space="preserve"> </w:t>
      </w:r>
      <w:r w:rsidR="2F2FABD8">
        <w:rPr/>
        <w:t>new/improved</w:t>
      </w:r>
      <w:r w:rsidR="77E3ED2B">
        <w:rPr/>
        <w:t xml:space="preserve"> </w:t>
      </w:r>
      <w:r w:rsidR="2F2FABD8">
        <w:rPr/>
        <w:t>annually</w:t>
      </w:r>
      <w:r w:rsidR="77E3ED2B">
        <w:rPr/>
        <w:t xml:space="preserve"> </w:t>
      </w:r>
      <w:r w:rsidR="2F2FABD8">
        <w:rPr/>
        <w:t>expand</w:t>
      </w:r>
      <w:r w:rsidR="77E3ED2B">
        <w:rPr/>
        <w:t xml:space="preserve"> </w:t>
      </w:r>
      <w:r w:rsidR="2F2FABD8">
        <w:rPr/>
        <w:t>Finest</w:t>
      </w:r>
      <w:r w:rsidR="77E3ED2B">
        <w:rPr/>
        <w:t xml:space="preserve"> </w:t>
      </w:r>
      <w:r w:rsidR="2F2FABD8">
        <w:rPr/>
        <w:t>premium</w:t>
      </w:r>
      <w:r w:rsidR="77E3ED2B">
        <w:rPr/>
        <w:t xml:space="preserve"> </w:t>
      </w:r>
      <w:r w:rsidR="2F2FABD8">
        <w:rPr/>
        <w:t>positioned</w:t>
      </w:r>
      <w:r w:rsidR="77E3ED2B">
        <w:rPr/>
        <w:t xml:space="preserve"> </w:t>
      </w:r>
      <w:r w:rsidR="2F2FABD8">
        <w:rPr/>
        <w:t>10-15%</w:t>
      </w:r>
      <w:r w:rsidR="77E3ED2B">
        <w:rPr/>
        <w:t xml:space="preserve"> </w:t>
      </w:r>
      <w:r w:rsidR="2F2FABD8">
        <w:rPr/>
        <w:t>below</w:t>
      </w:r>
      <w:r w:rsidR="77E3ED2B">
        <w:rPr/>
        <w:t xml:space="preserve"> </w:t>
      </w:r>
      <w:r w:rsidR="2F2FABD8">
        <w:rPr/>
        <w:t>Waitrose</w:t>
      </w:r>
      <w:r w:rsidR="77E3ED2B">
        <w:rPr/>
        <w:t xml:space="preserve"> </w:t>
      </w:r>
      <w:r w:rsidR="2F2FABD8">
        <w:rPr/>
        <w:t>M&amp;S</w:t>
      </w:r>
      <w:r w:rsidR="77E3ED2B">
        <w:rPr/>
        <w:t xml:space="preserve"> </w:t>
      </w:r>
      <w:r w:rsidR="2F2FABD8">
        <w:rPr/>
        <w:t>accessible</w:t>
      </w:r>
      <w:r w:rsidR="77E3ED2B">
        <w:rPr/>
        <w:t xml:space="preserve"> </w:t>
      </w:r>
      <w:r w:rsidR="2F2FABD8">
        <w:rPr/>
        <w:t>premium.</w:t>
      </w:r>
      <w:r w:rsidR="77E3ED2B">
        <w:rPr/>
        <w:t xml:space="preserve"> </w:t>
      </w:r>
      <w:r w:rsidR="2F2FABD8">
        <w:rPr/>
        <w:t>Continue</w:t>
      </w:r>
      <w:r w:rsidR="77E3ED2B">
        <w:rPr/>
        <w:t xml:space="preserve"> </w:t>
      </w:r>
      <w:r w:rsidR="2F2FABD8">
        <w:rPr/>
        <w:t>healthier</w:t>
      </w:r>
      <w:r w:rsidR="77E3ED2B">
        <w:rPr/>
        <w:t xml:space="preserve"> </w:t>
      </w:r>
      <w:r w:rsidR="2F2FABD8">
        <w:rPr/>
        <w:t>choices</w:t>
      </w:r>
      <w:r w:rsidR="77E3ED2B">
        <w:rPr/>
        <w:t xml:space="preserve"> </w:t>
      </w:r>
      <w:r w:rsidR="2F2FABD8">
        <w:rPr/>
        <w:t>65%</w:t>
      </w:r>
      <w:r w:rsidR="77E3ED2B">
        <w:rPr/>
        <w:t xml:space="preserve"> </w:t>
      </w:r>
      <w:r w:rsidR="2F2FABD8">
        <w:rPr/>
        <w:t>healthy</w:t>
      </w:r>
      <w:r w:rsidR="77E3ED2B">
        <w:rPr/>
        <w:t xml:space="preserve"> </w:t>
      </w:r>
      <w:r w:rsidR="2F2FABD8">
        <w:rPr/>
        <w:t>sales</w:t>
      </w:r>
      <w:r w:rsidR="77E3ED2B">
        <w:rPr/>
        <w:t xml:space="preserve"> </w:t>
      </w:r>
      <w:r w:rsidR="2F2FABD8">
        <w:rPr/>
        <w:t>YoY</w:t>
      </w:r>
      <w:r w:rsidR="77E3ED2B">
        <w:rPr/>
        <w:t xml:space="preserve"> </w:t>
      </w:r>
      <w:r w:rsidR="2F2FABD8">
        <w:rPr/>
        <w:t>growth</w:t>
      </w:r>
      <w:r w:rsidR="77E3ED2B">
        <w:rPr/>
        <w:t xml:space="preserve"> </w:t>
      </w:r>
      <w:r w:rsidR="2F2FABD8">
        <w:rPr/>
        <w:t>2030</w:t>
      </w:r>
      <w:r w:rsidR="77E3ED2B">
        <w:rPr/>
        <w:t xml:space="preserve"> </w:t>
      </w:r>
      <w:r w:rsidR="2F2FABD8">
        <w:rPr/>
        <w:t>sustainable</w:t>
      </w:r>
      <w:r w:rsidR="77E3ED2B">
        <w:rPr/>
        <w:t xml:space="preserve"> </w:t>
      </w:r>
      <w:r w:rsidR="2F2FABD8">
        <w:rPr/>
        <w:t>packaging</w:t>
      </w:r>
      <w:r w:rsidR="77E3ED2B">
        <w:rPr/>
        <w:t xml:space="preserve"> </w:t>
      </w:r>
      <w:r w:rsidR="2F2FABD8">
        <w:rPr/>
        <w:t>validated</w:t>
      </w:r>
      <w:r w:rsidR="77E3ED2B">
        <w:rPr/>
        <w:t xml:space="preserve"> </w:t>
      </w:r>
      <w:r w:rsidR="2F2FABD8">
        <w:rPr/>
        <w:t>avoid</w:t>
      </w:r>
      <w:r w:rsidR="77E3ED2B">
        <w:rPr/>
        <w:t xml:space="preserve"> </w:t>
      </w:r>
      <w:r w:rsidR="2F2FABD8">
        <w:rPr/>
        <w:t>greenwashing</w:t>
      </w:r>
      <w:r w:rsidR="77E3ED2B">
        <w:rPr/>
        <w:t xml:space="preserve"> </w:t>
      </w:r>
      <w:r w:rsidR="2F2FABD8">
        <w:rPr/>
        <w:t>(Tesco</w:t>
      </w:r>
      <w:r w:rsidR="77E3ED2B">
        <w:rPr/>
        <w:t xml:space="preserve"> </w:t>
      </w:r>
      <w:r w:rsidR="2F2FABD8">
        <w:rPr/>
        <w:t>PLC,</w:t>
      </w:r>
      <w:r w:rsidR="77E3ED2B">
        <w:rPr/>
        <w:t xml:space="preserve"> </w:t>
      </w:r>
      <w:r w:rsidR="2F2FABD8">
        <w:rPr/>
        <w:t>2025c).</w:t>
      </w:r>
      <w:r w:rsidR="77E3ED2B">
        <w:rPr/>
        <w:t xml:space="preserve"> </w:t>
      </w:r>
      <w:r w:rsidR="2F2FABD8">
        <w:rPr/>
        <w:t>Theory</w:t>
      </w:r>
      <w:r w:rsidR="77E3ED2B">
        <w:rPr/>
        <w:t xml:space="preserve"> </w:t>
      </w:r>
      <w:r w:rsidR="2F2FABD8">
        <w:rPr/>
        <w:t>differentiation</w:t>
      </w:r>
      <w:r w:rsidR="77E3ED2B">
        <w:rPr/>
        <w:t xml:space="preserve"> </w:t>
      </w:r>
      <w:r w:rsidR="2F2FABD8">
        <w:rPr/>
        <w:t>Porter</w:t>
      </w:r>
      <w:r w:rsidR="77E3ED2B">
        <w:rPr/>
        <w:t xml:space="preserve"> </w:t>
      </w:r>
      <w:r w:rsidR="2F2FABD8">
        <w:rPr/>
        <w:t>(1980)</w:t>
      </w:r>
      <w:r w:rsidR="77E3ED2B">
        <w:rPr/>
        <w:t xml:space="preserve"> </w:t>
      </w:r>
      <w:r w:rsidR="2F2FABD8">
        <w:rPr/>
        <w:t>creating</w:t>
      </w:r>
      <w:r w:rsidR="77E3ED2B">
        <w:rPr/>
        <w:t xml:space="preserve"> </w:t>
      </w:r>
      <w:r w:rsidR="2F2FABD8">
        <w:rPr/>
        <w:t>uniqueness</w:t>
      </w:r>
      <w:r w:rsidR="77E3ED2B">
        <w:rPr/>
        <w:t xml:space="preserve"> </w:t>
      </w:r>
      <w:r w:rsidR="2F2FABD8">
        <w:rPr/>
        <w:t>quality</w:t>
      </w:r>
      <w:r w:rsidR="77E3ED2B">
        <w:rPr/>
        <w:t xml:space="preserve"> </w:t>
      </w:r>
      <w:r w:rsidR="2F2FABD8">
        <w:rPr/>
        <w:t>range</w:t>
      </w:r>
      <w:r w:rsidR="77E3ED2B">
        <w:rPr/>
        <w:t xml:space="preserve"> </w:t>
      </w:r>
      <w:r w:rsidR="2F2FABD8">
        <w:rPr/>
        <w:t>–</w:t>
      </w:r>
      <w:r w:rsidR="77E3ED2B">
        <w:rPr/>
        <w:t xml:space="preserve"> </w:t>
      </w:r>
      <w:r w:rsidR="2F2FABD8">
        <w:rPr/>
        <w:t>own-label</w:t>
      </w:r>
      <w:r w:rsidR="77E3ED2B">
        <w:rPr/>
        <w:t xml:space="preserve"> </w:t>
      </w:r>
      <w:r w:rsidR="2F2FABD8">
        <w:rPr/>
        <w:t>parity</w:t>
      </w:r>
      <w:r w:rsidR="77E3ED2B">
        <w:rPr/>
        <w:t xml:space="preserve"> </w:t>
      </w:r>
      <w:r w:rsidR="2F2FABD8">
        <w:rPr/>
        <w:t>to</w:t>
      </w:r>
      <w:r w:rsidR="77E3ED2B">
        <w:rPr/>
        <w:t xml:space="preserve"> </w:t>
      </w:r>
      <w:r w:rsidR="2F2FABD8">
        <w:rPr/>
        <w:t>temporary</w:t>
      </w:r>
      <w:r w:rsidR="77E3ED2B">
        <w:rPr/>
        <w:t xml:space="preserve"> </w:t>
      </w:r>
      <w:r w:rsidR="2F2FABD8">
        <w:rPr/>
        <w:t>VRIO</w:t>
      </w:r>
      <w:r w:rsidR="77E3ED2B">
        <w:rPr/>
        <w:t xml:space="preserve"> </w:t>
      </w:r>
      <w:r w:rsidR="2F2FABD8">
        <w:rPr/>
        <w:t>demands</w:t>
      </w:r>
      <w:r w:rsidR="77E3ED2B">
        <w:rPr/>
        <w:t xml:space="preserve"> </w:t>
      </w:r>
      <w:r w:rsidR="2F2FABD8">
        <w:rPr/>
        <w:t>relentless</w:t>
      </w:r>
      <w:r w:rsidR="77E3ED2B">
        <w:rPr/>
        <w:t xml:space="preserve"> </w:t>
      </w:r>
      <w:r w:rsidR="2F2FABD8">
        <w:rPr/>
        <w:t>innovation.</w:t>
      </w:r>
      <w:r w:rsidR="77E3ED2B">
        <w:rPr/>
        <w:t xml:space="preserve"> </w:t>
      </w:r>
      <w:r w:rsidR="2F2FABD8">
        <w:rPr/>
        <w:t>Aligns</w:t>
      </w:r>
      <w:r w:rsidR="77E3ED2B">
        <w:rPr/>
        <w:t xml:space="preserve"> </w:t>
      </w:r>
      <w:r w:rsidR="2F2FABD8">
        <w:rPr/>
        <w:t>PESTEL</w:t>
      </w:r>
      <w:r w:rsidR="77E3ED2B">
        <w:rPr/>
        <w:t xml:space="preserve"> </w:t>
      </w:r>
      <w:r w:rsidR="2F2FABD8">
        <w:rPr/>
        <w:t>social</w:t>
      </w:r>
      <w:r w:rsidR="77E3ED2B">
        <w:rPr/>
        <w:t xml:space="preserve"> </w:t>
      </w:r>
      <w:r w:rsidR="2F2FABD8">
        <w:rPr/>
        <w:t>driver</w:t>
      </w:r>
      <w:r w:rsidR="77E3ED2B">
        <w:rPr/>
        <w:t xml:space="preserve"> </w:t>
      </w:r>
      <w:r w:rsidR="2F2FABD8">
        <w:rPr/>
        <w:t>Kantar</w:t>
      </w:r>
      <w:r w:rsidR="77E3ED2B">
        <w:rPr/>
        <w:t xml:space="preserve"> </w:t>
      </w:r>
      <w:r w:rsidR="2F2FABD8">
        <w:rPr/>
        <w:t>premium</w:t>
      </w:r>
      <w:r w:rsidR="77E3ED2B">
        <w:rPr/>
        <w:t xml:space="preserve"> </w:t>
      </w:r>
      <w:r w:rsidR="2F2FABD8">
        <w:rPr/>
        <w:t>fastest</w:t>
      </w:r>
      <w:r w:rsidR="77E3ED2B">
        <w:rPr/>
        <w:t xml:space="preserve"> </w:t>
      </w:r>
      <w:r w:rsidR="2F2FABD8">
        <w:rPr/>
        <w:t>since</w:t>
      </w:r>
      <w:r w:rsidR="77E3ED2B">
        <w:rPr/>
        <w:t xml:space="preserve"> </w:t>
      </w:r>
      <w:r w:rsidR="2F2FABD8">
        <w:rPr/>
        <w:t>Sep</w:t>
      </w:r>
      <w:r w:rsidR="77E3ED2B">
        <w:rPr/>
        <w:t xml:space="preserve"> </w:t>
      </w:r>
      <w:r w:rsidR="2F2FABD8">
        <w:rPr/>
        <w:t>2023</w:t>
      </w:r>
      <w:r w:rsidR="77E3ED2B">
        <w:rPr/>
        <w:t xml:space="preserve"> </w:t>
      </w:r>
      <w:r w:rsidR="2F2FABD8">
        <w:rPr/>
        <w:t>health-conscious</w:t>
      </w:r>
      <w:r w:rsidR="77E3ED2B">
        <w:rPr/>
        <w:t xml:space="preserve"> </w:t>
      </w:r>
      <w:r w:rsidR="2F2FABD8">
        <w:rPr/>
        <w:t>baskets</w:t>
      </w:r>
      <w:r w:rsidR="77E3ED2B">
        <w:rPr/>
        <w:t xml:space="preserve"> </w:t>
      </w:r>
      <w:r w:rsidR="2F2FABD8">
        <w:rPr/>
        <w:t>expanding</w:t>
      </w:r>
      <w:r w:rsidR="77E3ED2B">
        <w:rPr/>
        <w:t xml:space="preserve"> </w:t>
      </w:r>
      <w:r w:rsidR="2F2FABD8">
        <w:rPr/>
        <w:t>sports</w:t>
      </w:r>
      <w:r w:rsidR="77E3ED2B">
        <w:rPr/>
        <w:t xml:space="preserve"> </w:t>
      </w:r>
      <w:r w:rsidR="2F2FABD8">
        <w:rPr/>
        <w:t>nutrition</w:t>
      </w:r>
      <w:r w:rsidR="77E3ED2B">
        <w:rPr/>
        <w:t xml:space="preserve"> </w:t>
      </w:r>
      <w:r w:rsidR="2F2FABD8">
        <w:rPr/>
        <w:t>+45%</w:t>
      </w:r>
      <w:r w:rsidR="77E3ED2B">
        <w:rPr/>
        <w:t xml:space="preserve"> </w:t>
      </w:r>
      <w:r w:rsidR="2F2FABD8">
        <w:rPr/>
        <w:t>cottage</w:t>
      </w:r>
      <w:r w:rsidR="77E3ED2B">
        <w:rPr/>
        <w:t xml:space="preserve"> </w:t>
      </w:r>
      <w:r w:rsidR="2F2FABD8">
        <w:rPr/>
        <w:t>cheese</w:t>
      </w:r>
      <w:r w:rsidR="77E3ED2B">
        <w:rPr/>
        <w:t xml:space="preserve"> </w:t>
      </w:r>
      <w:r w:rsidR="2F2FABD8">
        <w:rPr/>
        <w:t>+30%</w:t>
      </w:r>
      <w:r w:rsidR="77E3ED2B">
        <w:rPr/>
        <w:t xml:space="preserve"> </w:t>
      </w:r>
      <w:r w:rsidR="2F2FABD8">
        <w:rPr/>
        <w:t>prepared</w:t>
      </w:r>
      <w:r w:rsidR="77E3ED2B">
        <w:rPr/>
        <w:t xml:space="preserve"> </w:t>
      </w:r>
      <w:r w:rsidR="2F2FABD8">
        <w:rPr/>
        <w:t>fruit</w:t>
      </w:r>
      <w:r w:rsidR="77E3ED2B">
        <w:rPr/>
        <w:t xml:space="preserve"> </w:t>
      </w:r>
      <w:r w:rsidR="2F2FABD8">
        <w:rPr/>
        <w:t>+22%.</w:t>
      </w:r>
      <w:r w:rsidR="77E3ED2B">
        <w:rPr/>
        <w:t xml:space="preserve"> </w:t>
      </w:r>
      <w:r w:rsidR="2F2FABD8">
        <w:rPr/>
        <w:t>Improves</w:t>
      </w:r>
      <w:r w:rsidR="77E3ED2B">
        <w:rPr/>
        <w:t xml:space="preserve"> </w:t>
      </w:r>
      <w:r w:rsidR="2F2FABD8">
        <w:rPr/>
        <w:t>margin</w:t>
      </w:r>
      <w:r w:rsidR="77E3ED2B">
        <w:rPr/>
        <w:t xml:space="preserve"> </w:t>
      </w:r>
      <w:r w:rsidR="2F2FABD8">
        <w:rPr/>
        <w:t>mix</w:t>
      </w:r>
      <w:r w:rsidR="77E3ED2B">
        <w:rPr/>
        <w:t xml:space="preserve"> </w:t>
      </w:r>
      <w:r w:rsidR="2F2FABD8">
        <w:rPr/>
        <w:t>vs</w:t>
      </w:r>
      <w:r w:rsidR="77E3ED2B">
        <w:rPr/>
        <w:t xml:space="preserve"> </w:t>
      </w:r>
      <w:r>
        <w:br/>
      </w:r>
      <w:r>
        <w:br/>
      </w:r>
      <w:r w:rsidR="2F2FABD8">
        <w:rPr/>
        <w:t>branded</w:t>
      </w:r>
      <w:r w:rsidR="77E3ED2B">
        <w:rPr/>
        <w:t xml:space="preserve"> </w:t>
      </w:r>
      <w:r w:rsidR="2F2FABD8">
        <w:rPr/>
        <w:t>differentiates</w:t>
      </w:r>
      <w:r w:rsidR="77E3ED2B">
        <w:rPr/>
        <w:t xml:space="preserve"> </w:t>
      </w:r>
      <w:r w:rsidR="2F2FABD8">
        <w:rPr/>
        <w:t>discounters</w:t>
      </w:r>
      <w:r w:rsidR="77E3ED2B">
        <w:rPr/>
        <w:t xml:space="preserve"> </w:t>
      </w:r>
      <w:r w:rsidR="2F2FABD8">
        <w:rPr/>
        <w:t>limited</w:t>
      </w:r>
      <w:r w:rsidR="77E3ED2B">
        <w:rPr/>
        <w:t xml:space="preserve"> </w:t>
      </w:r>
      <w:r w:rsidR="2F2FABD8">
        <w:rPr/>
        <w:t>premium</w:t>
      </w:r>
      <w:r w:rsidR="77E3ED2B">
        <w:rPr/>
        <w:t xml:space="preserve"> </w:t>
      </w:r>
      <w:r w:rsidR="2F2FABD8">
        <w:rPr/>
        <w:t>supports</w:t>
      </w:r>
      <w:r w:rsidR="77E3ED2B">
        <w:rPr/>
        <w:t xml:space="preserve"> </w:t>
      </w:r>
      <w:r w:rsidR="2F2FABD8">
        <w:rPr/>
        <w:t>CSR</w:t>
      </w:r>
      <w:r w:rsidR="77E3ED2B">
        <w:rPr/>
        <w:t xml:space="preserve"> </w:t>
      </w:r>
      <w:r w:rsidR="2F2FABD8">
        <w:rPr/>
        <w:t>trial</w:t>
      </w:r>
      <w:r w:rsidR="77E3ED2B">
        <w:rPr/>
        <w:t xml:space="preserve"> </w:t>
      </w:r>
      <w:r w:rsidR="2F2FABD8">
        <w:rPr/>
        <w:t>via</w:t>
      </w:r>
      <w:r w:rsidR="77E3ED2B">
        <w:rPr/>
        <w:t xml:space="preserve"> </w:t>
      </w:r>
      <w:r w:rsidR="2F2FABD8">
        <w:rPr/>
        <w:t>Clubcard</w:t>
      </w:r>
      <w:r w:rsidR="0F81918B">
        <w:rPr/>
        <w:t xml:space="preserve"> </w:t>
      </w:r>
      <w:r w:rsidR="2F2FABD8">
        <w:rPr/>
        <w:t>sampling.</w:t>
      </w:r>
      <w:r>
        <w:br/>
      </w:r>
      <w:r>
        <w:br/>
      </w:r>
      <w:r w:rsidR="2F2FABD8">
        <w:rPr/>
        <w:t>R3</w:t>
      </w:r>
      <w:r w:rsidR="77E3ED2B">
        <w:rPr/>
        <w:t xml:space="preserve"> </w:t>
      </w:r>
      <w:r w:rsidR="2F2FABD8">
        <w:rPr/>
        <w:t>Operational</w:t>
      </w:r>
      <w:r w:rsidR="77E3ED2B">
        <w:rPr/>
        <w:t xml:space="preserve"> </w:t>
      </w:r>
      <w:r w:rsidR="2F2FABD8">
        <w:rPr/>
        <w:t>excellence</w:t>
      </w:r>
      <w:r w:rsidR="77E3ED2B">
        <w:rPr/>
        <w:t xml:space="preserve"> </w:t>
      </w:r>
      <w:r w:rsidR="2F2FABD8">
        <w:rPr/>
        <w:t>Save</w:t>
      </w:r>
      <w:r w:rsidR="77E3ED2B">
        <w:rPr/>
        <w:t xml:space="preserve"> </w:t>
      </w:r>
      <w:r w:rsidR="2F2FABD8">
        <w:rPr/>
        <w:t>to</w:t>
      </w:r>
      <w:r w:rsidR="77E3ED2B">
        <w:rPr/>
        <w:t xml:space="preserve"> </w:t>
      </w:r>
      <w:r w:rsidR="2F2FABD8">
        <w:rPr/>
        <w:t>Invest</w:t>
      </w:r>
      <w:r w:rsidR="77E3ED2B">
        <w:rPr/>
        <w:t xml:space="preserve"> </w:t>
      </w:r>
      <w:r w:rsidR="2F2FABD8">
        <w:rPr/>
        <w:t>waste</w:t>
      </w:r>
      <w:r w:rsidR="77E3ED2B">
        <w:rPr/>
        <w:t xml:space="preserve"> </w:t>
      </w:r>
      <w:r w:rsidR="2F2FABD8">
        <w:rPr/>
        <w:t>reduction</w:t>
      </w:r>
      <w:r w:rsidR="77E3ED2B">
        <w:rPr/>
        <w:t xml:space="preserve"> </w:t>
      </w:r>
      <w:r w:rsidR="2F2FABD8">
        <w:rPr/>
        <w:t>digital</w:t>
      </w:r>
      <w:r w:rsidR="77E3ED2B">
        <w:rPr/>
        <w:t xml:space="preserve"> </w:t>
      </w:r>
      <w:r w:rsidR="2F2FABD8">
        <w:rPr/>
        <w:t>fulfilment</w:t>
      </w:r>
      <w:r w:rsidR="77E3ED2B">
        <w:rPr/>
        <w:t xml:space="preserve"> </w:t>
      </w:r>
      <w:r w:rsidR="2F2FABD8">
        <w:rPr/>
        <w:t>productivity</w:t>
      </w:r>
      <w:r w:rsidR="77E3ED2B">
        <w:rPr/>
        <w:t xml:space="preserve"> </w:t>
      </w:r>
      <w:r w:rsidR="2F2FABD8">
        <w:rPr/>
        <w:t>supports</w:t>
      </w:r>
      <w:r w:rsidR="77E3ED2B">
        <w:rPr/>
        <w:t xml:space="preserve"> </w:t>
      </w:r>
      <w:r w:rsidR="2F2FABD8">
        <w:rPr/>
        <w:t>both</w:t>
      </w:r>
      <w:r w:rsidR="77E3ED2B">
        <w:rPr/>
        <w:t xml:space="preserve"> </w:t>
      </w:r>
      <w:r w:rsidR="2F2FABD8">
        <w:rPr/>
        <w:t>cost</w:t>
      </w:r>
      <w:r w:rsidR="77E3ED2B">
        <w:rPr/>
        <w:t xml:space="preserve"> </w:t>
      </w:r>
      <w:r w:rsidR="2F2FABD8">
        <w:rPr/>
        <w:t>leadership</w:t>
      </w:r>
      <w:r w:rsidR="77E3ED2B">
        <w:rPr/>
        <w:t xml:space="preserve"> </w:t>
      </w:r>
      <w:r w:rsidR="2F2FABD8">
        <w:rPr/>
        <w:t>differentiation:</w:t>
      </w:r>
      <w:r w:rsidR="77E3ED2B">
        <w:rPr/>
        <w:t xml:space="preserve"> </w:t>
      </w:r>
      <w:r w:rsidR="2F2FABD8">
        <w:rPr/>
        <w:t>automate</w:t>
      </w:r>
      <w:r w:rsidR="77E3ED2B">
        <w:rPr/>
        <w:t xml:space="preserve"> </w:t>
      </w:r>
      <w:r w:rsidR="2F2FABD8">
        <w:rPr/>
        <w:t>supply</w:t>
      </w:r>
      <w:r w:rsidR="77E3ED2B">
        <w:rPr/>
        <w:t xml:space="preserve"> </w:t>
      </w:r>
      <w:r w:rsidR="2F2FABD8">
        <w:rPr/>
        <w:t>chain</w:t>
      </w:r>
      <w:r w:rsidR="77E3ED2B">
        <w:rPr/>
        <w:t xml:space="preserve"> </w:t>
      </w:r>
      <w:r w:rsidR="2F2FABD8">
        <w:rPr/>
        <w:t>urban</w:t>
      </w:r>
      <w:r w:rsidR="77E3ED2B">
        <w:rPr/>
        <w:t xml:space="preserve"> </w:t>
      </w:r>
      <w:r w:rsidR="2F2FABD8">
        <w:rPr/>
        <w:t>fulfilment</w:t>
      </w:r>
      <w:r w:rsidR="77E3ED2B">
        <w:rPr/>
        <w:t xml:space="preserve"> </w:t>
      </w:r>
      <w:r w:rsidR="2F2FABD8">
        <w:rPr/>
        <w:t>c</w:t>
      </w:r>
      <w:r w:rsidR="2F2FABD8">
        <w:rPr/>
        <w:t>entres</w:t>
      </w:r>
      <w:r w:rsidR="77E3ED2B">
        <w:rPr/>
        <w:t xml:space="preserve"> </w:t>
      </w:r>
      <w:r w:rsidR="2F2FABD8">
        <w:rPr/>
        <w:t>lowering</w:t>
      </w:r>
      <w:r w:rsidR="77E3ED2B">
        <w:rPr/>
        <w:t xml:space="preserve"> </w:t>
      </w:r>
      <w:r w:rsidR="2F2FABD8">
        <w:rPr/>
        <w:t>online</w:t>
      </w:r>
      <w:r w:rsidR="77E3ED2B">
        <w:rPr/>
        <w:t xml:space="preserve"> </w:t>
      </w:r>
      <w:r w:rsidR="2F2FABD8">
        <w:rPr/>
        <w:t>cost</w:t>
      </w:r>
      <w:r w:rsidR="77E3ED2B">
        <w:rPr/>
        <w:t xml:space="preserve"> </w:t>
      </w:r>
      <w:r w:rsidR="2F2FABD8">
        <w:rPr/>
        <w:t>per</w:t>
      </w:r>
      <w:r w:rsidR="77E3ED2B">
        <w:rPr/>
        <w:t xml:space="preserve"> </w:t>
      </w:r>
      <w:r w:rsidR="2F2FABD8">
        <w:rPr/>
        <w:t>pick</w:t>
      </w:r>
      <w:r w:rsidR="77E3ED2B">
        <w:rPr/>
        <w:t xml:space="preserve"> </w:t>
      </w:r>
      <w:r w:rsidR="2F2FABD8">
        <w:rPr/>
        <w:t>deploy</w:t>
      </w:r>
      <w:r w:rsidR="77E3ED2B">
        <w:rPr/>
        <w:t xml:space="preserve"> </w:t>
      </w:r>
      <w:r w:rsidR="2F2FABD8">
        <w:rPr/>
        <w:t>AI</w:t>
      </w:r>
      <w:r w:rsidR="77E3ED2B">
        <w:rPr/>
        <w:t xml:space="preserve"> </w:t>
      </w:r>
      <w:r w:rsidR="2F2FABD8">
        <w:rPr/>
        <w:t>forecasting</w:t>
      </w:r>
      <w:r w:rsidR="77E3ED2B">
        <w:rPr/>
        <w:t xml:space="preserve"> </w:t>
      </w:r>
      <w:r w:rsidR="2F2FABD8">
        <w:rPr/>
        <w:t>lifting</w:t>
      </w:r>
      <w:r w:rsidR="77E3ED2B">
        <w:rPr/>
        <w:t xml:space="preserve"> </w:t>
      </w:r>
      <w:r w:rsidR="2F2FABD8">
        <w:rPr/>
        <w:t>availability</w:t>
      </w:r>
      <w:r w:rsidR="77E3ED2B">
        <w:rPr/>
        <w:t xml:space="preserve"> </w:t>
      </w:r>
      <w:r w:rsidR="2F2FABD8">
        <w:rPr/>
        <w:t>&gt;98.5%</w:t>
      </w:r>
      <w:r w:rsidR="77E3ED2B">
        <w:rPr/>
        <w:t xml:space="preserve"> </w:t>
      </w:r>
      <w:r w:rsidR="2F2FABD8">
        <w:rPr/>
        <w:t>while</w:t>
      </w:r>
      <w:r w:rsidR="77E3ED2B">
        <w:rPr/>
        <w:t xml:space="preserve"> </w:t>
      </w:r>
      <w:r w:rsidR="2F2FABD8">
        <w:rPr/>
        <w:t>reducing</w:t>
      </w:r>
      <w:r w:rsidR="77E3ED2B">
        <w:rPr/>
        <w:t xml:space="preserve"> </w:t>
      </w:r>
      <w:r w:rsidR="2F2FABD8">
        <w:rPr/>
        <w:t>waste</w:t>
      </w:r>
      <w:r w:rsidR="77E3ED2B">
        <w:rPr/>
        <w:t xml:space="preserve"> </w:t>
      </w:r>
      <w:r w:rsidR="2F2FABD8">
        <w:rPr/>
        <w:t>-15%</w:t>
      </w:r>
      <w:r w:rsidR="77E3ED2B">
        <w:rPr/>
        <w:t xml:space="preserve"> </w:t>
      </w:r>
      <w:r w:rsidR="2F2FABD8">
        <w:rPr/>
        <w:t>toward</w:t>
      </w:r>
      <w:r w:rsidR="77E3ED2B">
        <w:rPr/>
        <w:t xml:space="preserve"> </w:t>
      </w:r>
      <w:r w:rsidR="2F2FABD8">
        <w:rPr/>
        <w:t>50%</w:t>
      </w:r>
      <w:r w:rsidR="77E3ED2B">
        <w:rPr/>
        <w:t xml:space="preserve"> </w:t>
      </w:r>
      <w:r w:rsidR="2F2FABD8">
        <w:rPr/>
        <w:t>target</w:t>
      </w:r>
      <w:r w:rsidR="77E3ED2B">
        <w:rPr/>
        <w:t xml:space="preserve"> </w:t>
      </w:r>
      <w:r w:rsidR="2F2FABD8">
        <w:rPr/>
        <w:t>2030</w:t>
      </w:r>
      <w:r w:rsidR="77E3ED2B">
        <w:rPr/>
        <w:t xml:space="preserve"> </w:t>
      </w:r>
      <w:r w:rsidR="2F2FABD8">
        <w:rPr/>
        <w:t>vs</w:t>
      </w:r>
      <w:r w:rsidR="77E3ED2B">
        <w:rPr/>
        <w:t xml:space="preserve"> </w:t>
      </w:r>
      <w:r w:rsidR="2F2FABD8">
        <w:rPr/>
        <w:t>17/18</w:t>
      </w:r>
      <w:r w:rsidR="77E3ED2B">
        <w:rPr/>
        <w:t xml:space="preserve"> </w:t>
      </w:r>
      <w:r w:rsidR="2F2FABD8">
        <w:rPr/>
        <w:t>baseline</w:t>
      </w:r>
      <w:r w:rsidR="77E3ED2B">
        <w:rPr/>
        <w:t xml:space="preserve"> </w:t>
      </w:r>
      <w:r w:rsidR="2F2FABD8">
        <w:rPr/>
        <w:t>(Tesco</w:t>
      </w:r>
      <w:r w:rsidR="77E3ED2B">
        <w:rPr/>
        <w:t xml:space="preserve"> </w:t>
      </w:r>
      <w:r w:rsidR="2F2FABD8">
        <w:rPr/>
        <w:t>PLC,</w:t>
      </w:r>
      <w:r w:rsidR="77E3ED2B">
        <w:rPr/>
        <w:t xml:space="preserve"> </w:t>
      </w:r>
      <w:r w:rsidR="2F2FABD8">
        <w:rPr/>
        <w:t>2025c).</w:t>
      </w:r>
      <w:r w:rsidR="77E3ED2B">
        <w:rPr/>
        <w:t xml:space="preserve"> </w:t>
      </w:r>
      <w:r w:rsidR="2F2FABD8">
        <w:rPr/>
        <w:t>Continue</w:t>
      </w:r>
      <w:r w:rsidR="77E3ED2B">
        <w:rPr/>
        <w:t xml:space="preserve"> </w:t>
      </w:r>
      <w:r w:rsidR="2F2FABD8">
        <w:rPr/>
        <w:t>LED</w:t>
      </w:r>
      <w:r w:rsidR="77E3ED2B">
        <w:rPr/>
        <w:t xml:space="preserve"> </w:t>
      </w:r>
      <w:r w:rsidR="2F2FABD8">
        <w:rPr/>
        <w:t>fridge</w:t>
      </w:r>
      <w:r w:rsidR="77E3ED2B">
        <w:rPr/>
        <w:t xml:space="preserve"> </w:t>
      </w:r>
      <w:r w:rsidR="2F2FABD8">
        <w:rPr/>
        <w:t>doors</w:t>
      </w:r>
      <w:r w:rsidR="77E3ED2B">
        <w:rPr/>
        <w:t xml:space="preserve"> </w:t>
      </w:r>
      <w:r w:rsidR="2F2FABD8">
        <w:rPr/>
        <w:t>solar</w:t>
      </w:r>
      <w:r w:rsidR="77E3ED2B">
        <w:rPr/>
        <w:t xml:space="preserve"> </w:t>
      </w:r>
      <w:r w:rsidR="2F2FABD8">
        <w:rPr/>
        <w:t>PPA</w:t>
      </w:r>
      <w:r w:rsidR="77E3ED2B">
        <w:rPr/>
        <w:t xml:space="preserve"> </w:t>
      </w:r>
      <w:r w:rsidR="2F2FABD8">
        <w:rPr/>
        <w:t>Cleve</w:t>
      </w:r>
      <w:r w:rsidR="77E3ED2B">
        <w:rPr/>
        <w:t xml:space="preserve"> </w:t>
      </w:r>
      <w:r w:rsidR="2F2FABD8">
        <w:rPr/>
        <w:t>Hill</w:t>
      </w:r>
      <w:r w:rsidR="77E3ED2B">
        <w:rPr/>
        <w:t xml:space="preserve"> </w:t>
      </w:r>
      <w:r w:rsidR="2F2FABD8">
        <w:rPr/>
        <w:t>65%</w:t>
      </w:r>
      <w:r w:rsidR="77E3ED2B">
        <w:rPr/>
        <w:t xml:space="preserve"> </w:t>
      </w:r>
      <w:r w:rsidR="2F2FABD8">
        <w:rPr/>
        <w:t>output</w:t>
      </w:r>
      <w:r w:rsidR="77E3ED2B">
        <w:rPr/>
        <w:t xml:space="preserve"> </w:t>
      </w:r>
      <w:r w:rsidR="2F2FABD8">
        <w:rPr/>
        <w:t>373MW</w:t>
      </w:r>
      <w:r w:rsidR="77E3ED2B">
        <w:rPr/>
        <w:t xml:space="preserve"> </w:t>
      </w:r>
      <w:r w:rsidR="2F2FABD8">
        <w:rPr/>
        <w:t>electrification</w:t>
      </w:r>
      <w:r w:rsidR="77E3ED2B">
        <w:rPr/>
        <w:t xml:space="preserve"> </w:t>
      </w:r>
      <w:r w:rsidR="2F2FABD8">
        <w:rPr/>
        <w:t>home</w:t>
      </w:r>
      <w:r w:rsidR="77E3ED2B">
        <w:rPr/>
        <w:t xml:space="preserve"> </w:t>
      </w:r>
      <w:r w:rsidR="2F2FABD8">
        <w:rPr/>
        <w:t>delivery</w:t>
      </w:r>
      <w:r w:rsidR="77E3ED2B">
        <w:rPr/>
        <w:t xml:space="preserve"> </w:t>
      </w:r>
      <w:r w:rsidR="2F2FABD8">
        <w:rPr/>
        <w:t>fleet</w:t>
      </w:r>
      <w:r w:rsidR="77E3ED2B">
        <w:rPr/>
        <w:t xml:space="preserve"> </w:t>
      </w:r>
      <w:r w:rsidR="2F2FABD8">
        <w:rPr/>
        <w:t>electric</w:t>
      </w:r>
      <w:r w:rsidR="77E3ED2B">
        <w:rPr/>
        <w:t xml:space="preserve"> </w:t>
      </w:r>
      <w:r w:rsidR="2F2FABD8">
        <w:rPr/>
        <w:t>vans.</w:t>
      </w:r>
      <w:r w:rsidR="77E3ED2B">
        <w:rPr/>
        <w:t xml:space="preserve"> </w:t>
      </w:r>
      <w:r w:rsidR="2F2FABD8">
        <w:rPr/>
        <w:t>Target</w:t>
      </w:r>
      <w:r w:rsidR="77E3ED2B">
        <w:rPr/>
        <w:t xml:space="preserve"> </w:t>
      </w:r>
      <w:r w:rsidR="2F2FABD8">
        <w:rPr/>
        <w:t>£600m</w:t>
      </w:r>
      <w:r w:rsidR="77E3ED2B">
        <w:rPr/>
        <w:t xml:space="preserve"> </w:t>
      </w:r>
      <w:r w:rsidR="2F2FABD8">
        <w:rPr/>
        <w:t>annual</w:t>
      </w:r>
      <w:r w:rsidR="77E3ED2B">
        <w:rPr/>
        <w:t xml:space="preserve"> </w:t>
      </w:r>
      <w:r w:rsidR="2F2FABD8">
        <w:rPr/>
        <w:t>savings</w:t>
      </w:r>
      <w:r w:rsidR="77E3ED2B">
        <w:rPr/>
        <w:t xml:space="preserve"> </w:t>
      </w:r>
      <w:r w:rsidR="2F2FABD8">
        <w:rPr/>
        <w:t>reinvestment</w:t>
      </w:r>
      <w:r w:rsidR="77E3ED2B">
        <w:rPr/>
        <w:t xml:space="preserve"> </w:t>
      </w:r>
      <w:r w:rsidR="2F2FABD8">
        <w:rPr/>
        <w:t>50%</w:t>
      </w:r>
      <w:r w:rsidR="77E3ED2B">
        <w:rPr/>
        <w:t xml:space="preserve"> </w:t>
      </w:r>
      <w:r w:rsidR="2F2FABD8">
        <w:rPr/>
        <w:t>price</w:t>
      </w:r>
      <w:r w:rsidR="77E3ED2B">
        <w:rPr/>
        <w:t xml:space="preserve"> </w:t>
      </w:r>
      <w:r w:rsidR="2F2FABD8">
        <w:rPr/>
        <w:t>25%</w:t>
      </w:r>
      <w:r w:rsidR="77E3ED2B">
        <w:rPr/>
        <w:t xml:space="preserve"> </w:t>
      </w:r>
      <w:r w:rsidR="2F2FABD8">
        <w:rPr/>
        <w:t>technology</w:t>
      </w:r>
      <w:r w:rsidR="77E3ED2B">
        <w:rPr/>
        <w:t xml:space="preserve"> </w:t>
      </w:r>
      <w:r w:rsidR="2F2FABD8">
        <w:rPr/>
        <w:t>sustainability</w:t>
      </w:r>
      <w:r w:rsidR="77E3ED2B">
        <w:rPr/>
        <w:t xml:space="preserve"> </w:t>
      </w:r>
      <w:r w:rsidR="2F2FABD8">
        <w:rPr/>
        <w:t>25%</w:t>
      </w:r>
      <w:r w:rsidR="77E3ED2B">
        <w:rPr/>
        <w:t xml:space="preserve"> </w:t>
      </w:r>
      <w:r w:rsidR="2F2FABD8">
        <w:rPr/>
        <w:t>margin</w:t>
      </w:r>
      <w:r w:rsidR="77E3ED2B">
        <w:rPr/>
        <w:t xml:space="preserve"> </w:t>
      </w:r>
      <w:r w:rsidR="2F2FABD8">
        <w:rPr/>
        <w:t>Kaplan</w:t>
      </w:r>
      <w:r w:rsidR="77E3ED2B">
        <w:rPr/>
        <w:t xml:space="preserve"> </w:t>
      </w:r>
      <w:r w:rsidR="2F2FABD8">
        <w:rPr/>
        <w:t>Norton</w:t>
      </w:r>
      <w:r w:rsidR="77E3ED2B">
        <w:rPr/>
        <w:t xml:space="preserve"> </w:t>
      </w:r>
      <w:r w:rsidR="2F2FABD8">
        <w:rPr/>
        <w:t>balanced</w:t>
      </w:r>
      <w:r w:rsidR="77E3ED2B">
        <w:rPr/>
        <w:t xml:space="preserve"> </w:t>
      </w:r>
      <w:r w:rsidR="2F2FABD8">
        <w:rPr/>
        <w:t>approach.</w:t>
      </w:r>
      <w:r w:rsidR="77E3ED2B">
        <w:rPr/>
        <w:t xml:space="preserve"> </w:t>
      </w:r>
      <w:r w:rsidR="2F2FABD8">
        <w:rPr/>
        <w:t>Theory</w:t>
      </w:r>
      <w:r w:rsidR="77E3ED2B">
        <w:rPr/>
        <w:t xml:space="preserve"> </w:t>
      </w:r>
      <w:r w:rsidR="2F2FABD8">
        <w:rPr/>
        <w:t>cost</w:t>
      </w:r>
      <w:r w:rsidR="77E3ED2B">
        <w:rPr/>
        <w:t xml:space="preserve"> </w:t>
      </w:r>
      <w:r w:rsidR="2F2FABD8">
        <w:rPr/>
        <w:t>leadership</w:t>
      </w:r>
      <w:r w:rsidR="77E3ED2B">
        <w:rPr/>
        <w:t xml:space="preserve"> </w:t>
      </w:r>
      <w:r w:rsidR="2F2FABD8">
        <w:rPr/>
        <w:t>economies</w:t>
      </w:r>
      <w:r w:rsidR="77E3ED2B">
        <w:rPr/>
        <w:t xml:space="preserve"> </w:t>
      </w:r>
      <w:r w:rsidR="2F2FABD8">
        <w:rPr/>
        <w:t>scale</w:t>
      </w:r>
      <w:r w:rsidR="77E3ED2B">
        <w:rPr/>
        <w:t xml:space="preserve"> </w:t>
      </w:r>
      <w:r w:rsidR="2F2FABD8">
        <w:rPr/>
        <w:t>(Porter,</w:t>
      </w:r>
      <w:r w:rsidR="77E3ED2B">
        <w:rPr/>
        <w:t xml:space="preserve"> </w:t>
      </w:r>
      <w:r w:rsidR="2F2FABD8">
        <w:rPr/>
        <w:t>1980)</w:t>
      </w:r>
      <w:r w:rsidR="77E3ED2B">
        <w:rPr/>
        <w:t xml:space="preserve"> </w:t>
      </w:r>
      <w:r w:rsidR="2F2FABD8">
        <w:rPr/>
        <w:t>dynamic</w:t>
      </w:r>
      <w:r w:rsidR="77E3ED2B">
        <w:rPr/>
        <w:t xml:space="preserve"> </w:t>
      </w:r>
      <w:r w:rsidR="2F2FABD8">
        <w:rPr/>
        <w:t>capabilities</w:t>
      </w:r>
      <w:r w:rsidR="77E3ED2B">
        <w:rPr/>
        <w:t xml:space="preserve"> </w:t>
      </w:r>
      <w:r w:rsidR="2F2FABD8">
        <w:rPr/>
        <w:t>agility</w:t>
      </w:r>
      <w:r w:rsidR="77E3ED2B">
        <w:rPr/>
        <w:t xml:space="preserve"> </w:t>
      </w:r>
      <w:r w:rsidR="2F2FABD8">
        <w:rPr/>
        <w:t>(Teece</w:t>
      </w:r>
      <w:r w:rsidR="77E3ED2B">
        <w:rPr/>
        <w:t xml:space="preserve"> </w:t>
      </w:r>
      <w:r w:rsidR="2F2FABD8">
        <w:rPr/>
        <w:t>et</w:t>
      </w:r>
      <w:r w:rsidR="77E3ED2B">
        <w:rPr/>
        <w:t xml:space="preserve"> </w:t>
      </w:r>
      <w:r w:rsidR="2F2FABD8">
        <w:rPr/>
        <w:t>al.,</w:t>
      </w:r>
      <w:r w:rsidR="77E3ED2B">
        <w:rPr/>
        <w:t xml:space="preserve"> </w:t>
      </w:r>
      <w:r w:rsidR="2F2FABD8">
        <w:rPr/>
        <w:t>1997)</w:t>
      </w:r>
      <w:r w:rsidR="77E3ED2B">
        <w:rPr/>
        <w:t xml:space="preserve"> </w:t>
      </w:r>
      <w:r w:rsidR="2F2FABD8">
        <w:rPr/>
        <w:t>shared</w:t>
      </w:r>
      <w:r w:rsidR="77E3ED2B">
        <w:rPr/>
        <w:t xml:space="preserve"> </w:t>
      </w:r>
      <w:r w:rsidR="2F2FABD8">
        <w:rPr/>
        <w:t>value</w:t>
      </w:r>
      <w:r w:rsidR="77E3ED2B">
        <w:rPr/>
        <w:t xml:space="preserve"> </w:t>
      </w:r>
      <w:r w:rsidR="2F2FABD8">
        <w:rPr/>
        <w:t>waste</w:t>
      </w:r>
      <w:r w:rsidR="77E3ED2B">
        <w:rPr/>
        <w:t xml:space="preserve"> </w:t>
      </w:r>
      <w:r w:rsidR="2F2FABD8">
        <w:rPr/>
        <w:t>reduction</w:t>
      </w:r>
      <w:r w:rsidR="77E3ED2B">
        <w:rPr/>
        <w:t xml:space="preserve"> </w:t>
      </w:r>
      <w:r w:rsidR="2F2FABD8">
        <w:rPr/>
        <w:t>lowers</w:t>
      </w:r>
      <w:r w:rsidR="77E3ED2B">
        <w:rPr/>
        <w:t xml:space="preserve"> </w:t>
      </w:r>
      <w:r w:rsidR="2F2FABD8">
        <w:rPr/>
        <w:t>costs</w:t>
      </w:r>
      <w:r w:rsidR="77E3ED2B">
        <w:rPr/>
        <w:t xml:space="preserve"> </w:t>
      </w:r>
      <w:r w:rsidR="2F2FABD8">
        <w:rPr/>
        <w:t>s</w:t>
      </w:r>
      <w:r w:rsidR="2F2FABD8">
        <w:rPr/>
        <w:t>upports</w:t>
      </w:r>
      <w:r w:rsidR="77E3ED2B">
        <w:rPr/>
        <w:t xml:space="preserve"> </w:t>
      </w:r>
      <w:r w:rsidR="2F2FABD8">
        <w:rPr/>
        <w:t>planet</w:t>
      </w:r>
      <w:r w:rsidR="77E3ED2B">
        <w:rPr/>
        <w:t xml:space="preserve"> </w:t>
      </w:r>
      <w:r w:rsidR="2F2FABD8">
        <w:rPr/>
        <w:t>(Porter</w:t>
      </w:r>
      <w:r w:rsidR="77E3ED2B">
        <w:rPr/>
        <w:t xml:space="preserve"> </w:t>
      </w:r>
      <w:r w:rsidR="2F2FABD8">
        <w:rPr/>
        <w:t>and</w:t>
      </w:r>
      <w:r w:rsidR="77E3ED2B">
        <w:rPr/>
        <w:t xml:space="preserve"> </w:t>
      </w:r>
      <w:r w:rsidR="2F2FABD8">
        <w:rPr/>
        <w:t>Kramer,</w:t>
      </w:r>
      <w:r w:rsidR="77E3ED2B">
        <w:rPr/>
        <w:t xml:space="preserve"> </w:t>
      </w:r>
      <w:r w:rsidR="2F2FABD8">
        <w:rPr/>
        <w:t>2011).</w:t>
      </w:r>
      <w:r w:rsidR="77E3ED2B">
        <w:rPr/>
        <w:t xml:space="preserve"> </w:t>
      </w:r>
      <w:r w:rsidR="2F2FABD8">
        <w:rPr/>
        <w:t>Critical</w:t>
      </w:r>
      <w:r w:rsidR="77E3ED2B">
        <w:rPr/>
        <w:t xml:space="preserve"> </w:t>
      </w:r>
      <w:r w:rsidR="2F2FABD8">
        <w:rPr/>
        <w:t>when</w:t>
      </w:r>
      <w:r w:rsidR="77E3ED2B">
        <w:rPr/>
        <w:t xml:space="preserve"> </w:t>
      </w:r>
      <w:r w:rsidR="2F2FABD8">
        <w:rPr/>
        <w:t>grocery</w:t>
      </w:r>
      <w:r w:rsidR="77E3ED2B">
        <w:rPr/>
        <w:t xml:space="preserve"> </w:t>
      </w:r>
      <w:r w:rsidR="2F2FABD8">
        <w:rPr/>
        <w:t>inflation</w:t>
      </w:r>
      <w:r w:rsidR="77E3ED2B">
        <w:rPr/>
        <w:t xml:space="preserve"> </w:t>
      </w:r>
      <w:r w:rsidR="2F2FABD8">
        <w:rPr/>
        <w:t>4.1%</w:t>
      </w:r>
      <w:r w:rsidR="77E3ED2B">
        <w:rPr/>
        <w:t xml:space="preserve"> </w:t>
      </w:r>
      <w:r w:rsidR="2F2FABD8">
        <w:rPr/>
        <w:t>wage</w:t>
      </w:r>
      <w:r w:rsidR="77E3ED2B">
        <w:rPr/>
        <w:t xml:space="preserve"> </w:t>
      </w:r>
      <w:r w:rsidR="2F2FABD8">
        <w:rPr/>
        <w:t>inflation</w:t>
      </w:r>
      <w:r w:rsidR="77E3ED2B">
        <w:rPr/>
        <w:t xml:space="preserve"> </w:t>
      </w:r>
      <w:r w:rsidR="2F2FABD8">
        <w:rPr/>
        <w:t>persists</w:t>
      </w:r>
      <w:r w:rsidR="77E3ED2B">
        <w:rPr/>
        <w:t xml:space="preserve"> </w:t>
      </w:r>
      <w:r w:rsidR="2F2FABD8">
        <w:rPr/>
        <w:t>–</w:t>
      </w:r>
      <w:r w:rsidR="77E3ED2B">
        <w:rPr/>
        <w:t xml:space="preserve"> </w:t>
      </w:r>
      <w:r w:rsidR="2F2FABD8">
        <w:rPr/>
        <w:t>metrics</w:t>
      </w:r>
      <w:r w:rsidR="77E3ED2B">
        <w:rPr/>
        <w:t xml:space="preserve"> </w:t>
      </w:r>
      <w:r w:rsidR="2F2FABD8">
        <w:rPr/>
        <w:t>food</w:t>
      </w:r>
      <w:r w:rsidR="77E3ED2B">
        <w:rPr/>
        <w:t xml:space="preserve"> </w:t>
      </w:r>
      <w:r w:rsidR="2F2FABD8">
        <w:rPr/>
        <w:t>waste</w:t>
      </w:r>
      <w:r w:rsidR="77E3ED2B">
        <w:rPr/>
        <w:t xml:space="preserve"> </w:t>
      </w:r>
      <w:r w:rsidR="2F2FABD8">
        <w:rPr/>
        <w:t>tonnage</w:t>
      </w:r>
      <w:r w:rsidR="77E3ED2B">
        <w:rPr/>
        <w:t xml:space="preserve"> </w:t>
      </w:r>
      <w:r w:rsidR="2F2FABD8">
        <w:rPr/>
        <w:t>online</w:t>
      </w:r>
      <w:r w:rsidR="77E3ED2B">
        <w:rPr/>
        <w:t xml:space="preserve"> </w:t>
      </w:r>
      <w:r w:rsidR="2F2FABD8">
        <w:rPr/>
        <w:t>cost</w:t>
      </w:r>
      <w:r w:rsidR="77E3ED2B">
        <w:rPr/>
        <w:t xml:space="preserve"> </w:t>
      </w:r>
      <w:r w:rsidR="2F2FABD8">
        <w:rPr/>
        <w:t>Scope1&amp;2.</w:t>
      </w:r>
      <w:r>
        <w:br/>
      </w:r>
      <w:r>
        <w:br/>
      </w:r>
      <w:r w:rsidR="2F2FABD8">
        <w:rPr/>
        <w:t>R4</w:t>
      </w:r>
      <w:r w:rsidR="77E3ED2B">
        <w:rPr/>
        <w:t xml:space="preserve"> </w:t>
      </w:r>
      <w:r w:rsidR="2F2FABD8">
        <w:rPr/>
        <w:t>Accelerate</w:t>
      </w:r>
      <w:r w:rsidR="77E3ED2B">
        <w:rPr/>
        <w:t xml:space="preserve"> </w:t>
      </w:r>
      <w:r w:rsidR="2F2FABD8">
        <w:rPr/>
        <w:t>credible</w:t>
      </w:r>
      <w:r w:rsidR="77E3ED2B">
        <w:rPr/>
        <w:t xml:space="preserve"> </w:t>
      </w:r>
      <w:r w:rsidR="2F2FABD8">
        <w:rPr/>
        <w:t>Scope3</w:t>
      </w:r>
      <w:r w:rsidR="77E3ED2B">
        <w:rPr/>
        <w:t xml:space="preserve"> </w:t>
      </w:r>
      <w:r w:rsidR="2F2FABD8">
        <w:rPr/>
        <w:t>supplier</w:t>
      </w:r>
      <w:r w:rsidR="77E3ED2B">
        <w:rPr/>
        <w:t xml:space="preserve"> </w:t>
      </w:r>
      <w:r w:rsidR="2F2FABD8">
        <w:rPr/>
        <w:t>d</w:t>
      </w:r>
      <w:r w:rsidR="2F2FABD8">
        <w:rPr/>
        <w:t>ecarbonisation</w:t>
      </w:r>
      <w:r w:rsidR="77E3ED2B">
        <w:rPr/>
        <w:t xml:space="preserve"> </w:t>
      </w:r>
      <w:r w:rsidR="2F2FABD8">
        <w:rPr/>
        <w:t>protective</w:t>
      </w:r>
      <w:r w:rsidR="77E3ED2B">
        <w:rPr/>
        <w:t xml:space="preserve"> </w:t>
      </w:r>
      <w:r w:rsidR="2F2FABD8">
        <w:rPr/>
        <w:t>sustainability:</w:t>
      </w:r>
      <w:r w:rsidR="77E3ED2B">
        <w:rPr/>
        <w:t xml:space="preserve"> </w:t>
      </w:r>
      <w:r w:rsidR="2F2FABD8">
        <w:rPr/>
        <w:t>increase</w:t>
      </w:r>
      <w:r w:rsidR="77E3ED2B">
        <w:rPr/>
        <w:t xml:space="preserve"> </w:t>
      </w:r>
      <w:r w:rsidR="2F2FABD8">
        <w:rPr/>
        <w:t>supplier</w:t>
      </w:r>
      <w:r w:rsidR="77E3ED2B">
        <w:rPr/>
        <w:t xml:space="preserve"> </w:t>
      </w:r>
      <w:r w:rsidR="2F2FABD8">
        <w:rPr/>
        <w:t>net-zero</w:t>
      </w:r>
      <w:r w:rsidR="77E3ED2B">
        <w:rPr/>
        <w:t xml:space="preserve"> </w:t>
      </w:r>
      <w:r w:rsidR="2F2FABD8">
        <w:rPr/>
        <w:t>commitment</w:t>
      </w:r>
      <w:r w:rsidR="77E3ED2B">
        <w:rPr/>
        <w:t xml:space="preserve"> </w:t>
      </w:r>
      <w:r w:rsidR="2F2FABD8">
        <w:rPr/>
        <w:t>current</w:t>
      </w:r>
      <w:r w:rsidR="77E3ED2B">
        <w:rPr/>
        <w:t xml:space="preserve"> </w:t>
      </w:r>
      <w:r w:rsidR="2F2FABD8">
        <w:rPr/>
        <w:t>70%</w:t>
      </w:r>
      <w:r w:rsidR="77E3ED2B">
        <w:rPr/>
        <w:t xml:space="preserve"> </w:t>
      </w:r>
      <w:r w:rsidR="2F2FABD8">
        <w:rPr/>
        <w:t>by</w:t>
      </w:r>
      <w:r w:rsidR="77E3ED2B">
        <w:rPr/>
        <w:t xml:space="preserve"> </w:t>
      </w:r>
      <w:r w:rsidR="2F2FABD8">
        <w:rPr/>
        <w:t>value</w:t>
      </w:r>
      <w:r w:rsidR="77E3ED2B">
        <w:rPr/>
        <w:t xml:space="preserve"> </w:t>
      </w:r>
      <w:r w:rsidR="2F2FABD8">
        <w:rPr/>
        <w:t>(Sustainability</w:t>
      </w:r>
      <w:r w:rsidR="77E3ED2B">
        <w:rPr/>
        <w:t xml:space="preserve"> </w:t>
      </w:r>
      <w:r w:rsidR="2F2FABD8">
        <w:rPr/>
        <w:t>Magazine,</w:t>
      </w:r>
      <w:r w:rsidR="77E3ED2B">
        <w:rPr/>
        <w:t xml:space="preserve"> </w:t>
      </w:r>
      <w:r w:rsidR="2F2FABD8">
        <w:rPr/>
        <w:t>2025)</w:t>
      </w:r>
      <w:r w:rsidR="77E3ED2B">
        <w:rPr/>
        <w:t xml:space="preserve"> </w:t>
      </w:r>
      <w:r w:rsidR="2F2FABD8">
        <w:rPr/>
        <w:t>to</w:t>
      </w:r>
      <w:r w:rsidR="77E3ED2B">
        <w:rPr/>
        <w:t xml:space="preserve"> </w:t>
      </w:r>
      <w:r w:rsidR="2F2FABD8">
        <w:rPr/>
        <w:t>85%</w:t>
      </w:r>
      <w:r w:rsidR="77E3ED2B">
        <w:rPr/>
        <w:t xml:space="preserve"> </w:t>
      </w:r>
      <w:r w:rsidR="2F2FABD8">
        <w:rPr/>
        <w:t>by</w:t>
      </w:r>
      <w:r w:rsidR="77E3ED2B">
        <w:rPr/>
        <w:t xml:space="preserve"> </w:t>
      </w:r>
      <w:r w:rsidR="2F2FABD8">
        <w:rPr/>
        <w:t>2028</w:t>
      </w:r>
      <w:r w:rsidR="77E3ED2B">
        <w:rPr/>
        <w:t xml:space="preserve"> </w:t>
      </w:r>
      <w:r w:rsidR="2F2FABD8">
        <w:rPr/>
        <w:t>practical</w:t>
      </w:r>
      <w:r w:rsidR="77E3ED2B">
        <w:rPr/>
        <w:t xml:space="preserve"> </w:t>
      </w:r>
      <w:r w:rsidR="2F2FABD8">
        <w:rPr/>
        <w:t>support</w:t>
      </w:r>
      <w:r w:rsidR="77E3ED2B">
        <w:rPr/>
        <w:t xml:space="preserve"> </w:t>
      </w:r>
      <w:r w:rsidR="2F2FABD8">
        <w:rPr/>
        <w:t>scaling</w:t>
      </w:r>
      <w:r w:rsidR="77E3ED2B">
        <w:rPr/>
        <w:t xml:space="preserve"> </w:t>
      </w:r>
      <w:r w:rsidR="2F2FABD8">
        <w:rPr/>
        <w:t>low-carbon</w:t>
      </w:r>
      <w:r w:rsidR="77E3ED2B">
        <w:rPr/>
        <w:t xml:space="preserve"> </w:t>
      </w:r>
      <w:r w:rsidR="2F2FABD8">
        <w:rPr/>
        <w:t>f</w:t>
      </w:r>
      <w:r w:rsidR="2F2FABD8">
        <w:rPr/>
        <w:t>ertiliser</w:t>
      </w:r>
      <w:r w:rsidR="77E3ED2B">
        <w:rPr/>
        <w:t xml:space="preserve"> </w:t>
      </w:r>
      <w:r w:rsidR="2F2FABD8">
        <w:rPr/>
        <w:t>completing</w:t>
      </w:r>
      <w:r w:rsidR="77E3ED2B">
        <w:rPr/>
        <w:t xml:space="preserve"> </w:t>
      </w:r>
      <w:r w:rsidR="2F2FABD8">
        <w:rPr/>
        <w:t>deforestation-free</w:t>
      </w:r>
      <w:r w:rsidR="77E3ED2B">
        <w:rPr/>
        <w:t xml:space="preserve"> </w:t>
      </w:r>
      <w:r w:rsidR="2F2FABD8">
        <w:rPr/>
        <w:t>audits</w:t>
      </w:r>
      <w:r w:rsidR="77E3ED2B">
        <w:rPr/>
        <w:t xml:space="preserve"> </w:t>
      </w:r>
      <w:r w:rsidR="2F2FABD8">
        <w:rPr/>
        <w:t>primary</w:t>
      </w:r>
      <w:r w:rsidR="77E3ED2B">
        <w:rPr/>
        <w:t xml:space="preserve"> </w:t>
      </w:r>
      <w:r w:rsidR="2F2FABD8">
        <w:rPr/>
        <w:t>risk</w:t>
      </w:r>
      <w:r w:rsidR="77E3ED2B">
        <w:rPr/>
        <w:t xml:space="preserve"> </w:t>
      </w:r>
      <w:r w:rsidR="2F2FABD8">
        <w:rPr/>
        <w:t>2025</w:t>
      </w:r>
      <w:r w:rsidR="77E3ED2B">
        <w:rPr/>
        <w:t xml:space="preserve"> </w:t>
      </w:r>
      <w:r w:rsidR="2F2FABD8">
        <w:rPr/>
        <w:t>embedding</w:t>
      </w:r>
      <w:r w:rsidR="77E3ED2B">
        <w:rPr/>
        <w:t xml:space="preserve"> </w:t>
      </w:r>
      <w:r w:rsidR="2F2FABD8">
        <w:rPr/>
        <w:t>internal</w:t>
      </w:r>
      <w:r w:rsidR="77E3ED2B">
        <w:rPr/>
        <w:t xml:space="preserve"> </w:t>
      </w:r>
      <w:r w:rsidR="2F2FABD8">
        <w:rPr/>
        <w:t>carbon</w:t>
      </w:r>
      <w:r w:rsidR="77E3ED2B">
        <w:rPr/>
        <w:t xml:space="preserve"> </w:t>
      </w:r>
      <w:r w:rsidR="2F2FABD8">
        <w:rPr/>
        <w:t>price</w:t>
      </w:r>
      <w:r w:rsidR="77E3ED2B">
        <w:rPr/>
        <w:t xml:space="preserve"> </w:t>
      </w:r>
      <w:r w:rsidR="2F2FABD8">
        <w:rPr/>
        <w:t>sourcing</w:t>
      </w:r>
      <w:r w:rsidR="77E3ED2B">
        <w:rPr/>
        <w:t xml:space="preserve"> </w:t>
      </w:r>
      <w:r w:rsidR="2F2FABD8">
        <w:rPr/>
        <w:t>decisions</w:t>
      </w:r>
      <w:r w:rsidR="77E3ED2B">
        <w:rPr/>
        <w:t xml:space="preserve"> </w:t>
      </w:r>
      <w:r w:rsidR="2F2FABD8">
        <w:rPr/>
        <w:t>financial</w:t>
      </w:r>
      <w:r w:rsidR="77E3ED2B">
        <w:rPr/>
        <w:t xml:space="preserve"> </w:t>
      </w:r>
      <w:r w:rsidR="2F2FABD8">
        <w:rPr/>
        <w:t>incentives</w:t>
      </w:r>
      <w:r w:rsidR="77E3ED2B">
        <w:rPr/>
        <w:t xml:space="preserve"> </w:t>
      </w:r>
      <w:r w:rsidR="2F2FABD8">
        <w:rPr/>
        <w:t>carbon</w:t>
      </w:r>
      <w:r w:rsidR="77E3ED2B">
        <w:rPr/>
        <w:t xml:space="preserve"> </w:t>
      </w:r>
      <w:r w:rsidR="2F2FABD8">
        <w:rPr/>
        <w:t>literacy</w:t>
      </w:r>
      <w:r w:rsidR="77E3ED2B">
        <w:rPr/>
        <w:t xml:space="preserve"> </w:t>
      </w:r>
      <w:r w:rsidR="2F2FABD8">
        <w:rPr/>
        <w:t>training.</w:t>
      </w:r>
      <w:r w:rsidR="77E3ED2B">
        <w:rPr/>
        <w:t xml:space="preserve"> </w:t>
      </w:r>
      <w:r w:rsidR="2F2FABD8">
        <w:rPr/>
        <w:t>Theory</w:t>
      </w:r>
      <w:r w:rsidR="77E3ED2B">
        <w:rPr/>
        <w:t xml:space="preserve"> </w:t>
      </w:r>
      <w:r w:rsidR="2F2FABD8">
        <w:rPr/>
        <w:t>stakeholder</w:t>
      </w:r>
      <w:r w:rsidR="77E3ED2B">
        <w:rPr/>
        <w:t xml:space="preserve"> </w:t>
      </w:r>
      <w:r w:rsidR="2F2FABD8">
        <w:rPr/>
        <w:t>environmental</w:t>
      </w:r>
      <w:r w:rsidR="77E3ED2B">
        <w:rPr/>
        <w:t xml:space="preserve"> </w:t>
      </w:r>
      <w:r w:rsidR="2F2FABD8">
        <w:rPr/>
        <w:t>legitimacy</w:t>
      </w:r>
      <w:r w:rsidR="77E3ED2B">
        <w:rPr/>
        <w:t xml:space="preserve"> </w:t>
      </w:r>
      <w:r w:rsidR="2F2FABD8">
        <w:rPr/>
        <w:t>Scope3</w:t>
      </w:r>
      <w:r w:rsidR="77E3ED2B">
        <w:rPr/>
        <w:t xml:space="preserve"> </w:t>
      </w:r>
      <w:r w:rsidR="2F2FABD8">
        <w:rPr/>
        <w:t>&gt;90%</w:t>
      </w:r>
      <w:r w:rsidR="77E3ED2B">
        <w:rPr/>
        <w:t xml:space="preserve"> </w:t>
      </w:r>
      <w:r w:rsidR="2F2FABD8">
        <w:rPr/>
        <w:t>footprint</w:t>
      </w:r>
      <w:r w:rsidR="77E3ED2B">
        <w:rPr/>
        <w:t xml:space="preserve"> </w:t>
      </w:r>
      <w:r w:rsidR="2F2FABD8">
        <w:rPr/>
        <w:t>(Tesco</w:t>
      </w:r>
      <w:r w:rsidR="77E3ED2B">
        <w:rPr/>
        <w:t xml:space="preserve"> </w:t>
      </w:r>
      <w:r w:rsidR="2F2FABD8">
        <w:rPr/>
        <w:t>PLC,</w:t>
      </w:r>
      <w:r w:rsidR="77E3ED2B">
        <w:rPr/>
        <w:t xml:space="preserve"> </w:t>
      </w:r>
      <w:r w:rsidR="2F2FABD8">
        <w:rPr/>
        <w:t>2025c)</w:t>
      </w:r>
      <w:r w:rsidR="77E3ED2B">
        <w:rPr/>
        <w:t xml:space="preserve"> </w:t>
      </w:r>
      <w:r w:rsidR="2F2FABD8">
        <w:rPr/>
        <w:t>SBTi</w:t>
      </w:r>
      <w:r w:rsidR="77E3ED2B">
        <w:rPr/>
        <w:t xml:space="preserve"> </w:t>
      </w:r>
      <w:r w:rsidR="2F2FABD8">
        <w:rPr/>
        <w:t>FLAG</w:t>
      </w:r>
      <w:r w:rsidR="77E3ED2B">
        <w:rPr/>
        <w:t xml:space="preserve"> </w:t>
      </w:r>
      <w:r w:rsidR="2F2FABD8">
        <w:rPr/>
        <w:t>39%</w:t>
      </w:r>
      <w:r w:rsidR="77E3ED2B">
        <w:rPr/>
        <w:t xml:space="preserve"> </w:t>
      </w:r>
      <w:r w:rsidR="2F2FABD8">
        <w:rPr/>
        <w:t>reduction</w:t>
      </w:r>
      <w:r w:rsidR="77E3ED2B">
        <w:rPr/>
        <w:t xml:space="preserve"> </w:t>
      </w:r>
      <w:r w:rsidR="2F2FABD8">
        <w:rPr/>
        <w:t>2032</w:t>
      </w:r>
      <w:r w:rsidR="77E3ED2B">
        <w:rPr/>
        <w:t xml:space="preserve"> </w:t>
      </w:r>
      <w:r w:rsidR="2F2FABD8">
        <w:rPr/>
        <w:t>requires</w:t>
      </w:r>
      <w:r w:rsidR="77E3ED2B">
        <w:rPr/>
        <w:t xml:space="preserve"> </w:t>
      </w:r>
      <w:r w:rsidR="2F2FABD8">
        <w:rPr/>
        <w:t>system-wide</w:t>
      </w:r>
      <w:r w:rsidR="77E3ED2B">
        <w:rPr/>
        <w:t xml:space="preserve"> </w:t>
      </w:r>
      <w:r w:rsidR="2F2FABD8">
        <w:rPr/>
        <w:t>transformation</w:t>
      </w:r>
      <w:r w:rsidR="77E3ED2B">
        <w:rPr/>
        <w:t xml:space="preserve"> </w:t>
      </w:r>
      <w:r w:rsidR="2F2FABD8">
        <w:rPr/>
        <w:t>beyond</w:t>
      </w:r>
      <w:r w:rsidR="77E3ED2B">
        <w:rPr/>
        <w:t xml:space="preserve"> </w:t>
      </w:r>
      <w:r w:rsidR="2F2FABD8">
        <w:rPr/>
        <w:t>direct</w:t>
      </w:r>
      <w:r w:rsidR="77E3ED2B">
        <w:rPr/>
        <w:t xml:space="preserve"> </w:t>
      </w:r>
      <w:r w:rsidR="2F2FABD8">
        <w:rPr/>
        <w:t>control</w:t>
      </w:r>
      <w:r w:rsidR="77E3ED2B">
        <w:rPr/>
        <w:t xml:space="preserve"> </w:t>
      </w:r>
      <w:r w:rsidR="2F2FABD8">
        <w:rPr/>
        <w:t>(Climate</w:t>
      </w:r>
      <w:r w:rsidR="77E3ED2B">
        <w:rPr/>
        <w:t xml:space="preserve"> </w:t>
      </w:r>
      <w:r w:rsidR="2F2FABD8">
        <w:rPr/>
        <w:t>Action,</w:t>
      </w:r>
      <w:r w:rsidR="77E3ED2B">
        <w:rPr/>
        <w:t xml:space="preserve"> </w:t>
      </w:r>
      <w:r w:rsidR="2F2FABD8">
        <w:rPr/>
        <w:t>2023).</w:t>
      </w:r>
      <w:r w:rsidR="77E3ED2B">
        <w:rPr/>
        <w:t xml:space="preserve"> </w:t>
      </w:r>
      <w:r w:rsidR="2F2FABD8">
        <w:rPr/>
        <w:t>Safeguards</w:t>
      </w:r>
      <w:r w:rsidR="77E3ED2B">
        <w:rPr/>
        <w:t xml:space="preserve"> </w:t>
      </w:r>
      <w:r w:rsidR="2F2FABD8">
        <w:rPr/>
        <w:t>supply</w:t>
      </w:r>
      <w:r w:rsidR="77E3ED2B">
        <w:rPr/>
        <w:t xml:space="preserve"> </w:t>
      </w:r>
      <w:r w:rsidR="2F2FABD8">
        <w:rPr/>
        <w:t>resilience</w:t>
      </w:r>
      <w:r w:rsidR="77E3ED2B">
        <w:rPr/>
        <w:t xml:space="preserve"> </w:t>
      </w:r>
      <w:r w:rsidR="2F2FABD8">
        <w:rPr/>
        <w:t>reduces</w:t>
      </w:r>
      <w:r w:rsidR="77E3ED2B">
        <w:rPr/>
        <w:t xml:space="preserve"> </w:t>
      </w:r>
      <w:r w:rsidR="2F2FABD8">
        <w:rPr/>
        <w:t>EPR</w:t>
      </w:r>
      <w:r w:rsidR="77E3ED2B">
        <w:rPr/>
        <w:t xml:space="preserve"> </w:t>
      </w:r>
      <w:r w:rsidR="2F2FABD8">
        <w:rPr/>
        <w:t>costs</w:t>
      </w:r>
      <w:r w:rsidR="77E3ED2B">
        <w:rPr/>
        <w:t xml:space="preserve"> </w:t>
      </w:r>
      <w:r w:rsidR="2F2FABD8">
        <w:rPr/>
        <w:t>strengthens</w:t>
      </w:r>
      <w:r w:rsidR="77E3ED2B">
        <w:rPr/>
        <w:t xml:space="preserve"> </w:t>
      </w:r>
      <w:r w:rsidR="2F2FABD8">
        <w:rPr/>
        <w:t>trust</w:t>
      </w:r>
      <w:r w:rsidR="77E3ED2B">
        <w:rPr/>
        <w:t xml:space="preserve"> </w:t>
      </w:r>
      <w:r w:rsidR="2F2FABD8">
        <w:rPr/>
        <w:t>addresses</w:t>
      </w:r>
      <w:r w:rsidR="77E3ED2B">
        <w:rPr/>
        <w:t xml:space="preserve"> </w:t>
      </w:r>
      <w:r w:rsidR="2F2FABD8">
        <w:rPr/>
        <w:t>critique</w:t>
      </w:r>
      <w:r w:rsidR="77E3ED2B">
        <w:rPr/>
        <w:t xml:space="preserve"> </w:t>
      </w:r>
      <w:r w:rsidR="2F2FABD8">
        <w:rPr/>
        <w:t>assurance</w:t>
      </w:r>
      <w:r w:rsidR="77E3ED2B">
        <w:rPr/>
        <w:t xml:space="preserve"> </w:t>
      </w:r>
      <w:r w:rsidR="2F2FABD8">
        <w:rPr/>
        <w:t>only</w:t>
      </w:r>
      <w:r w:rsidR="77E3ED2B">
        <w:rPr/>
        <w:t xml:space="preserve"> </w:t>
      </w:r>
      <w:r w:rsidR="2F2FABD8">
        <w:rPr/>
        <w:t>selected</w:t>
      </w:r>
      <w:r w:rsidR="77E3ED2B">
        <w:rPr/>
        <w:t xml:space="preserve"> </w:t>
      </w:r>
      <w:r w:rsidR="2F2FABD8">
        <w:rPr/>
        <w:t>categories</w:t>
      </w:r>
      <w:r w:rsidR="77E3ED2B">
        <w:rPr/>
        <w:t xml:space="preserve"> </w:t>
      </w:r>
      <w:r w:rsidR="2F2FABD8">
        <w:rPr/>
        <w:t>expanding</w:t>
      </w:r>
      <w:r w:rsidR="77E3ED2B">
        <w:rPr/>
        <w:t xml:space="preserve"> </w:t>
      </w:r>
      <w:r w:rsidR="2F2FABD8">
        <w:rPr/>
        <w:t>assurance</w:t>
      </w:r>
      <w:r w:rsidR="77E3ED2B">
        <w:rPr/>
        <w:t xml:space="preserve"> </w:t>
      </w:r>
      <w:r w:rsidR="2F2FABD8">
        <w:rPr/>
        <w:t>(</w:t>
      </w:r>
      <w:r w:rsidR="2F2FABD8">
        <w:rPr/>
        <w:t>C</w:t>
      </w:r>
      <w:r w:rsidR="2F2FABD8">
        <w:rPr/>
        <w:t>SRReporters</w:t>
      </w:r>
      <w:r w:rsidR="2F2FABD8">
        <w:rPr/>
        <w:t>,</w:t>
      </w:r>
      <w:r w:rsidR="77E3ED2B">
        <w:rPr/>
        <w:t xml:space="preserve"> </w:t>
      </w:r>
      <w:r w:rsidR="2F2FABD8">
        <w:rPr/>
        <w:t>2026).</w:t>
      </w:r>
      <w:r w:rsidR="77E3ED2B">
        <w:rPr/>
        <w:t xml:space="preserve"> </w:t>
      </w:r>
      <w:r w:rsidR="2F2FABD8">
        <w:rPr/>
        <w:t>Together</w:t>
      </w:r>
      <w:r w:rsidR="77E3ED2B">
        <w:rPr/>
        <w:t xml:space="preserve"> </w:t>
      </w:r>
      <w:r w:rsidR="2F2FABD8">
        <w:rPr/>
        <w:t>reinforce</w:t>
      </w:r>
      <w:r w:rsidR="77E3ED2B">
        <w:rPr/>
        <w:t xml:space="preserve"> </w:t>
      </w:r>
      <w:r w:rsidR="2F2FABD8">
        <w:rPr/>
        <w:t>flywheel:</w:t>
      </w:r>
      <w:r w:rsidR="77E3ED2B">
        <w:rPr/>
        <w:t xml:space="preserve"> </w:t>
      </w:r>
      <w:r w:rsidR="2F2FABD8">
        <w:rPr/>
        <w:t>scale</w:t>
      </w:r>
      <w:r w:rsidR="77E3ED2B">
        <w:rPr/>
        <w:t xml:space="preserve"> </w:t>
      </w:r>
      <w:r w:rsidR="2F2FABD8">
        <w:rPr/>
        <w:t>enables</w:t>
      </w:r>
      <w:r w:rsidR="77E3ED2B">
        <w:rPr/>
        <w:t xml:space="preserve"> </w:t>
      </w:r>
      <w:r w:rsidR="2F2FABD8">
        <w:rPr/>
        <w:t>data</w:t>
      </w:r>
      <w:r w:rsidR="77E3ED2B">
        <w:rPr/>
        <w:t xml:space="preserve"> </w:t>
      </w:r>
      <w:r w:rsidR="2F2FABD8">
        <w:rPr/>
        <w:t>collection</w:t>
      </w:r>
      <w:r w:rsidR="77E3ED2B">
        <w:rPr/>
        <w:t xml:space="preserve"> </w:t>
      </w:r>
      <w:r w:rsidR="2F2FABD8">
        <w:rPr/>
        <w:t>data</w:t>
      </w:r>
      <w:r w:rsidR="77E3ED2B">
        <w:rPr/>
        <w:t xml:space="preserve"> </w:t>
      </w:r>
      <w:r w:rsidR="2F2FABD8">
        <w:rPr/>
        <w:t>enables</w:t>
      </w:r>
      <w:r w:rsidR="77E3ED2B">
        <w:rPr/>
        <w:t xml:space="preserve"> </w:t>
      </w:r>
      <w:r w:rsidR="2F2FABD8">
        <w:rPr/>
        <w:t>p</w:t>
      </w:r>
      <w:r w:rsidR="2F2FABD8">
        <w:rPr/>
        <w:t>ersonalised</w:t>
      </w:r>
      <w:r w:rsidR="77E3ED2B">
        <w:rPr/>
        <w:t xml:space="preserve"> </w:t>
      </w:r>
      <w:r w:rsidR="2F2FABD8">
        <w:rPr/>
        <w:t>value</w:t>
      </w:r>
      <w:r w:rsidR="77E3ED2B">
        <w:rPr/>
        <w:t xml:space="preserve"> </w:t>
      </w:r>
      <w:r w:rsidR="2F2FABD8">
        <w:rPr/>
        <w:t>drives</w:t>
      </w:r>
      <w:r w:rsidR="77E3ED2B">
        <w:rPr/>
        <w:t xml:space="preserve"> </w:t>
      </w:r>
      <w:r w:rsidR="2F2FABD8">
        <w:rPr/>
        <w:t>loyalty</w:t>
      </w:r>
      <w:r w:rsidR="77E3ED2B">
        <w:rPr/>
        <w:t xml:space="preserve"> </w:t>
      </w:r>
      <w:r w:rsidR="2F2FABD8">
        <w:rPr/>
        <w:t>increases</w:t>
      </w:r>
      <w:r w:rsidR="77E3ED2B">
        <w:rPr/>
        <w:t xml:space="preserve"> </w:t>
      </w:r>
      <w:r w:rsidR="2F2FABD8">
        <w:rPr/>
        <w:t>share</w:t>
      </w:r>
      <w:r w:rsidR="77E3ED2B">
        <w:rPr/>
        <w:t xml:space="preserve"> </w:t>
      </w:r>
      <w:r w:rsidR="2F2FABD8">
        <w:rPr/>
        <w:t>28%</w:t>
      </w:r>
      <w:r w:rsidR="77E3ED2B">
        <w:rPr/>
        <w:t xml:space="preserve"> </w:t>
      </w:r>
      <w:r w:rsidR="2F2FABD8">
        <w:rPr/>
        <w:t>to</w:t>
      </w:r>
      <w:r w:rsidR="77E3ED2B">
        <w:rPr/>
        <w:t xml:space="preserve"> </w:t>
      </w:r>
      <w:r w:rsidR="2F2FABD8">
        <w:rPr/>
        <w:t>28.5%</w:t>
      </w:r>
      <w:r w:rsidR="77E3ED2B">
        <w:rPr/>
        <w:t xml:space="preserve"> </w:t>
      </w:r>
      <w:r w:rsidR="2F2FABD8">
        <w:rPr/>
        <w:t>beyond</w:t>
      </w:r>
      <w:r w:rsidR="77E3ED2B">
        <w:rPr/>
        <w:t xml:space="preserve"> </w:t>
      </w:r>
      <w:r w:rsidR="2F2FABD8">
        <w:rPr/>
        <w:t>drives</w:t>
      </w:r>
      <w:r w:rsidR="77E3ED2B">
        <w:rPr/>
        <w:t xml:space="preserve"> </w:t>
      </w:r>
      <w:r w:rsidR="2F2FABD8">
        <w:rPr/>
        <w:t>economics</w:t>
      </w:r>
      <w:r w:rsidR="77E3ED2B">
        <w:rPr/>
        <w:t xml:space="preserve"> </w:t>
      </w:r>
      <w:r w:rsidR="2F2FABD8">
        <w:rPr/>
        <w:t>generates</w:t>
      </w:r>
      <w:r w:rsidR="77E3ED2B">
        <w:rPr/>
        <w:t xml:space="preserve"> </w:t>
      </w:r>
      <w:r w:rsidR="2F2FABD8">
        <w:rPr/>
        <w:t>profit</w:t>
      </w:r>
      <w:r w:rsidR="77E3ED2B">
        <w:rPr/>
        <w:t xml:space="preserve"> </w:t>
      </w:r>
      <w:r w:rsidR="2F2FABD8">
        <w:rPr/>
        <w:t>free</w:t>
      </w:r>
      <w:r w:rsidR="77E3ED2B">
        <w:rPr/>
        <w:t xml:space="preserve"> </w:t>
      </w:r>
      <w:r w:rsidR="2F2FABD8">
        <w:rPr/>
        <w:t>cash</w:t>
      </w:r>
      <w:r w:rsidR="77E3ED2B">
        <w:rPr/>
        <w:t xml:space="preserve"> </w:t>
      </w:r>
      <w:r w:rsidR="2F2FABD8">
        <w:rPr/>
        <w:t>flow</w:t>
      </w:r>
      <w:r w:rsidR="77E3ED2B">
        <w:rPr/>
        <w:t xml:space="preserve"> </w:t>
      </w:r>
      <w:r w:rsidR="2F2FABD8">
        <w:rPr/>
        <w:t>£1.957bn</w:t>
      </w:r>
      <w:r w:rsidR="77E3ED2B">
        <w:rPr/>
        <w:t xml:space="preserve"> </w:t>
      </w:r>
      <w:r w:rsidR="2F2FABD8">
        <w:rPr/>
        <w:t>FY25/26</w:t>
      </w:r>
      <w:r w:rsidR="77E3ED2B">
        <w:rPr/>
        <w:t xml:space="preserve"> </w:t>
      </w:r>
      <w:r w:rsidR="2F2FABD8">
        <w:rPr/>
        <w:t>(Tesco</w:t>
      </w:r>
      <w:r w:rsidR="77E3ED2B">
        <w:rPr/>
        <w:t xml:space="preserve"> </w:t>
      </w:r>
      <w:r w:rsidR="2F2FABD8">
        <w:rPr/>
        <w:t>PLC,</w:t>
      </w:r>
      <w:r w:rsidR="77E3ED2B">
        <w:rPr/>
        <w:t xml:space="preserve"> </w:t>
      </w:r>
      <w:r w:rsidR="2F2FABD8">
        <w:rPr/>
        <w:t>2026)</w:t>
      </w:r>
      <w:r w:rsidR="77E3ED2B">
        <w:rPr/>
        <w:t xml:space="preserve"> </w:t>
      </w:r>
      <w:r w:rsidR="2F2FABD8">
        <w:rPr/>
        <w:t>funding</w:t>
      </w:r>
      <w:r w:rsidR="77E3ED2B">
        <w:rPr/>
        <w:t xml:space="preserve"> </w:t>
      </w:r>
      <w:r w:rsidR="2F2FABD8">
        <w:rPr/>
        <w:t>sustainability</w:t>
      </w:r>
      <w:r w:rsidR="77E3ED2B">
        <w:rPr/>
        <w:t xml:space="preserve"> </w:t>
      </w:r>
      <w:r w:rsidR="2F2FABD8">
        <w:rPr/>
        <w:t>innovation</w:t>
      </w:r>
      <w:r w:rsidR="77E3ED2B">
        <w:rPr/>
        <w:t xml:space="preserve"> </w:t>
      </w:r>
      <w:r w:rsidR="2F2FABD8">
        <w:rPr/>
        <w:t>reinforcing</w:t>
      </w:r>
      <w:r w:rsidR="77E3ED2B">
        <w:rPr/>
        <w:t xml:space="preserve"> </w:t>
      </w:r>
      <w:r w:rsidR="2F2FABD8">
        <w:rPr/>
        <w:t>advantage</w:t>
      </w:r>
      <w:r w:rsidR="77E3ED2B">
        <w:rPr/>
        <w:t xml:space="preserve"> </w:t>
      </w:r>
      <w:r w:rsidR="2F2FABD8">
        <w:rPr/>
        <w:t>loop</w:t>
      </w:r>
      <w:r w:rsidR="77E3ED2B">
        <w:rPr/>
        <w:t xml:space="preserve"> </w:t>
      </w:r>
      <w:r w:rsidR="2F2FABD8">
        <w:rPr/>
        <w:t>similar</w:t>
      </w:r>
      <w:r w:rsidR="77E3ED2B">
        <w:rPr/>
        <w:t xml:space="preserve"> </w:t>
      </w:r>
      <w:r w:rsidR="2F2FABD8">
        <w:rPr/>
        <w:t>platform</w:t>
      </w:r>
      <w:r w:rsidR="77E3ED2B">
        <w:rPr/>
        <w:t xml:space="preserve"> </w:t>
      </w:r>
      <w:r w:rsidR="2F2FABD8">
        <w:rPr/>
        <w:t>Amazon.</w:t>
      </w:r>
    </w:p>
    <w:p w:rsidR="00700886" w:rsidP="7D0D8C44" w:rsidRDefault="7BF93C46" w14:paraId="75603615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33" w:id="45"/>
      <w:bookmarkStart w:name="_Toc2118146563" w:id="46"/>
      <w:bookmarkStart w:name="_Toc237366868" w:id="47"/>
      <w:r w:rsidRPr="7D0D8C44" w:rsidR="529427D7">
        <w:rPr>
          <w:rFonts w:ascii="Arial" w:hAnsi="Arial"/>
          <w:color w:val="auto"/>
        </w:rPr>
        <w:t>4.4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SAFe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Evaluation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(200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words)</w:t>
      </w:r>
      <w:bookmarkEnd w:id="45"/>
      <w:bookmarkEnd w:id="46"/>
      <w:bookmarkEnd w:id="47"/>
    </w:p>
    <w:p w:rsidR="00700886" w:rsidP="00F94D1E" w:rsidRDefault="00344F75" w14:paraId="4D77470D" w14:textId="3230B7F9">
      <w:pPr>
        <w:jc w:val="both"/>
      </w:pPr>
      <w:proofErr w:type="spellStart"/>
      <w:r>
        <w:t>SAFe</w:t>
      </w:r>
      <w:proofErr w:type="spellEnd"/>
      <w:r w:rsidR="006A6247">
        <w:t xml:space="preserve"> </w:t>
      </w:r>
      <w:r>
        <w:t>Suitability</w:t>
      </w:r>
      <w:r w:rsidR="006A6247">
        <w:t xml:space="preserve"> </w:t>
      </w:r>
      <w:r>
        <w:t>Acceptability</w:t>
      </w:r>
      <w:r w:rsidR="006A6247">
        <w:t xml:space="preserve"> </w:t>
      </w:r>
      <w:r>
        <w:t>Feasibility</w:t>
      </w:r>
      <w:r w:rsidR="006A6247">
        <w:t xml:space="preserve"> </w:t>
      </w:r>
      <w:r>
        <w:t>(Johnson</w:t>
      </w:r>
      <w:r w:rsidR="006A6247">
        <w:t xml:space="preserve"> </w:t>
      </w:r>
      <w:r>
        <w:t>et</w:t>
      </w:r>
      <w:r w:rsidR="006A6247">
        <w:t xml:space="preserve"> </w:t>
      </w:r>
      <w:r>
        <w:t>al.,</w:t>
      </w:r>
      <w:r w:rsidR="006A6247">
        <w:t xml:space="preserve"> </w:t>
      </w:r>
      <w:r>
        <w:t>2020)</w:t>
      </w:r>
      <w:r w:rsidR="006A6247">
        <w:t xml:space="preserve"> </w:t>
      </w:r>
      <w:r>
        <w:t>full</w:t>
      </w:r>
      <w:r w:rsidR="006A6247">
        <w:t xml:space="preserve"> </w:t>
      </w:r>
      <w:r>
        <w:t>matrix</w:t>
      </w:r>
      <w:r w:rsidR="006A6247">
        <w:t xml:space="preserve"> </w:t>
      </w:r>
      <w:r>
        <w:t>Appendix</w:t>
      </w:r>
      <w:r w:rsidR="006A6247">
        <w:t xml:space="preserve"> </w:t>
      </w:r>
      <w:r>
        <w:t>H.</w:t>
      </w:r>
      <w:r w:rsidR="006A6247">
        <w:t xml:space="preserve"> </w:t>
      </w:r>
      <w:r>
        <w:t>R1</w:t>
      </w:r>
      <w:r w:rsidR="006A6247">
        <w:t xml:space="preserve"> </w:t>
      </w:r>
      <w:r>
        <w:t>data-led</w:t>
      </w:r>
      <w:r w:rsidR="006A6247">
        <w:t xml:space="preserve"> </w:t>
      </w:r>
      <w:r>
        <w:t>value</w:t>
      </w:r>
      <w:r w:rsidR="006A6247">
        <w:t xml:space="preserve"> </w:t>
      </w:r>
      <w:r>
        <w:t>loyalty:</w:t>
      </w:r>
      <w:r w:rsidR="006A6247">
        <w:t xml:space="preserve"> </w:t>
      </w:r>
      <w:r>
        <w:t>S</w:t>
      </w:r>
      <w:r w:rsidR="006A6247">
        <w:t xml:space="preserve"> </w:t>
      </w:r>
      <w:r>
        <w:t>High</w:t>
      </w:r>
      <w:r w:rsidR="006A6247">
        <w:t xml:space="preserve"> </w:t>
      </w:r>
      <w:r>
        <w:t>economic</w:t>
      </w:r>
      <w:r w:rsidR="006A6247">
        <w:t xml:space="preserve"> </w:t>
      </w:r>
      <w:r>
        <w:t>pressure</w:t>
      </w:r>
      <w:r w:rsidR="006A6247">
        <w:t xml:space="preserve"> </w:t>
      </w:r>
      <w:r>
        <w:t>3.4-4.4%</w:t>
      </w:r>
      <w:r w:rsidR="006A6247">
        <w:t xml:space="preserve"> </w:t>
      </w:r>
      <w:r>
        <w:t>inflation</w:t>
      </w:r>
      <w:r w:rsidR="006A6247">
        <w:t xml:space="preserve"> </w:t>
      </w:r>
      <w:r>
        <w:t>rivalry</w:t>
      </w:r>
      <w:r w:rsidR="006A6247">
        <w:t xml:space="preserve"> </w:t>
      </w:r>
      <w:r>
        <w:t>discounter,</w:t>
      </w:r>
      <w:r w:rsidR="006A6247">
        <w:t xml:space="preserve"> </w:t>
      </w:r>
      <w:r>
        <w:t>Fits</w:t>
      </w:r>
      <w:r w:rsidR="006A6247">
        <w:t xml:space="preserve"> </w:t>
      </w:r>
      <w:r>
        <w:t>hybrid.</w:t>
      </w:r>
      <w:r w:rsidR="006A6247">
        <w:t xml:space="preserve"> </w:t>
      </w:r>
      <w:r>
        <w:t>A</w:t>
      </w:r>
      <w:r w:rsidR="006A6247">
        <w:t xml:space="preserve"> </w:t>
      </w:r>
      <w:r>
        <w:t>Shareholders</w:t>
      </w:r>
      <w:r w:rsidR="006A6247">
        <w:t xml:space="preserve"> </w:t>
      </w:r>
      <w:r>
        <w:t>positive</w:t>
      </w:r>
      <w:r w:rsidR="006A6247">
        <w:t xml:space="preserve"> </w:t>
      </w:r>
      <w:r>
        <w:t>high-margin</w:t>
      </w:r>
      <w:r w:rsidR="006A6247">
        <w:t xml:space="preserve"> </w:t>
      </w:r>
      <w:r>
        <w:t>media</w:t>
      </w:r>
      <w:r w:rsidR="006A6247">
        <w:t xml:space="preserve"> </w:t>
      </w:r>
      <w:r>
        <w:t>protects</w:t>
      </w:r>
      <w:r w:rsidR="006A6247">
        <w:t xml:space="preserve"> </w:t>
      </w:r>
      <w:r>
        <w:t>profit</w:t>
      </w:r>
      <w:r w:rsidR="006A6247">
        <w:t xml:space="preserve"> </w:t>
      </w:r>
      <w:r>
        <w:t>customers</w:t>
      </w:r>
      <w:r w:rsidR="006A6247">
        <w:t xml:space="preserve"> </w:t>
      </w:r>
      <w:proofErr w:type="spellStart"/>
      <w:r>
        <w:t>personalised</w:t>
      </w:r>
      <w:proofErr w:type="spellEnd"/>
      <w:r w:rsidR="006A6247">
        <w:t xml:space="preserve"> </w:t>
      </w:r>
      <w:r>
        <w:t>savings</w:t>
      </w:r>
      <w:r w:rsidR="006A6247">
        <w:t xml:space="preserve"> </w:t>
      </w:r>
      <w:r>
        <w:t>suppliers</w:t>
      </w:r>
      <w:r w:rsidR="006A6247">
        <w:t xml:space="preserve"> </w:t>
      </w:r>
      <w:r>
        <w:t>moderate</w:t>
      </w:r>
      <w:r w:rsidR="006A6247">
        <w:t xml:space="preserve"> </w:t>
      </w:r>
      <w:r>
        <w:t>need</w:t>
      </w:r>
      <w:r w:rsidR="006A6247">
        <w:t xml:space="preserve"> </w:t>
      </w:r>
      <w:r>
        <w:t>transparent</w:t>
      </w:r>
      <w:r w:rsidR="006A6247">
        <w:t xml:space="preserve"> </w:t>
      </w:r>
      <w:r>
        <w:t>data</w:t>
      </w:r>
      <w:r w:rsidR="006A6247">
        <w:t xml:space="preserve"> </w:t>
      </w:r>
      <w:r>
        <w:t>GSCOP.</w:t>
      </w:r>
      <w:r w:rsidR="006A6247">
        <w:t xml:space="preserve"> </w:t>
      </w:r>
      <w:r>
        <w:t>F</w:t>
      </w:r>
      <w:r w:rsidR="006A6247">
        <w:t xml:space="preserve"> </w:t>
      </w:r>
      <w:r>
        <w:t>High</w:t>
      </w:r>
      <w:r w:rsidR="006A6247">
        <w:t xml:space="preserve"> </w:t>
      </w:r>
      <w:r>
        <w:t>18m</w:t>
      </w:r>
      <w:r w:rsidR="006A6247">
        <w:t xml:space="preserve"> </w:t>
      </w:r>
      <w:r>
        <w:t>app</w:t>
      </w:r>
      <w:r w:rsidR="006A6247">
        <w:t xml:space="preserve"> </w:t>
      </w:r>
      <w:r>
        <w:t>dunnhumby</w:t>
      </w:r>
      <w:r w:rsidR="006A6247">
        <w:t xml:space="preserve"> </w:t>
      </w:r>
      <w:r>
        <w:t>expertise</w:t>
      </w:r>
      <w:r w:rsidR="006A6247">
        <w:t xml:space="preserve"> </w:t>
      </w:r>
      <w:r>
        <w:t>FCF</w:t>
      </w:r>
      <w:r w:rsidR="006A6247">
        <w:t xml:space="preserve"> </w:t>
      </w:r>
      <w:r>
        <w:t>£1.957bn</w:t>
      </w:r>
      <w:r w:rsidR="006A6247">
        <w:t xml:space="preserve"> </w:t>
      </w:r>
      <w:r>
        <w:t>development</w:t>
      </w:r>
      <w:r w:rsidR="006A6247">
        <w:t xml:space="preserve"> </w:t>
      </w:r>
      <w:r>
        <w:t>(Tesco</w:t>
      </w:r>
      <w:r w:rsidR="006A6247">
        <w:t xml:space="preserve"> </w:t>
      </w:r>
      <w:r>
        <w:t>PLC,</w:t>
      </w:r>
      <w:r w:rsidR="006A6247">
        <w:t xml:space="preserve"> </w:t>
      </w:r>
      <w:r>
        <w:t>2025a;</w:t>
      </w:r>
      <w:r w:rsidR="006A6247">
        <w:t xml:space="preserve"> </w:t>
      </w:r>
      <w:r>
        <w:t>2026).</w:t>
      </w:r>
      <w:r w:rsidR="006A6247">
        <w:t xml:space="preserve"> </w:t>
      </w:r>
      <w:r>
        <w:t>R2</w:t>
      </w:r>
      <w:r w:rsidR="006A6247">
        <w:t xml:space="preserve"> </w:t>
      </w:r>
      <w:r>
        <w:t>own-label</w:t>
      </w:r>
      <w:r w:rsidR="006A6247">
        <w:t xml:space="preserve"> </w:t>
      </w:r>
      <w:r>
        <w:t>healthy:</w:t>
      </w:r>
      <w:r w:rsidR="006A6247">
        <w:t xml:space="preserve"> </w:t>
      </w:r>
      <w:r>
        <w:t>S</w:t>
      </w:r>
      <w:r w:rsidR="006A6247">
        <w:t xml:space="preserve"> </w:t>
      </w:r>
      <w:r>
        <w:t>High</w:t>
      </w:r>
      <w:r w:rsidR="006A6247">
        <w:t xml:space="preserve"> </w:t>
      </w:r>
      <w:r>
        <w:t>differentiates</w:t>
      </w:r>
      <w:r w:rsidR="006A6247">
        <w:t xml:space="preserve"> </w:t>
      </w:r>
      <w:r>
        <w:t>discounters</w:t>
      </w:r>
      <w:r w:rsidR="006A6247">
        <w:t xml:space="preserve"> </w:t>
      </w:r>
      <w:r>
        <w:t>social</w:t>
      </w:r>
      <w:r w:rsidR="006A6247">
        <w:t xml:space="preserve"> </w:t>
      </w:r>
      <w:r>
        <w:t>trend</w:t>
      </w:r>
      <w:r w:rsidR="006A6247">
        <w:t xml:space="preserve"> </w:t>
      </w:r>
      <w:r>
        <w:t>premium</w:t>
      </w:r>
      <w:r w:rsidR="006A6247">
        <w:t xml:space="preserve"> </w:t>
      </w:r>
      <w:r>
        <w:t>fastest</w:t>
      </w:r>
      <w:r w:rsidR="006A6247">
        <w:t xml:space="preserve"> </w:t>
      </w:r>
      <w:r>
        <w:t>since</w:t>
      </w:r>
      <w:r w:rsidR="006A6247">
        <w:t xml:space="preserve"> </w:t>
      </w:r>
      <w:r>
        <w:t>Sep</w:t>
      </w:r>
      <w:r w:rsidR="006A6247">
        <w:t xml:space="preserve"> </w:t>
      </w:r>
      <w:r>
        <w:t>2023,</w:t>
      </w:r>
      <w:r w:rsidR="006A6247">
        <w:t xml:space="preserve"> </w:t>
      </w:r>
      <w:r>
        <w:t>A</w:t>
      </w:r>
      <w:r w:rsidR="006A6247">
        <w:t xml:space="preserve"> </w:t>
      </w:r>
      <w:r>
        <w:t>customers</w:t>
      </w:r>
      <w:r w:rsidR="006A6247">
        <w:t xml:space="preserve"> </w:t>
      </w:r>
      <w:r>
        <w:t>positive</w:t>
      </w:r>
      <w:r w:rsidR="006A6247">
        <w:t xml:space="preserve"> </w:t>
      </w:r>
      <w:r>
        <w:t>if</w:t>
      </w:r>
      <w:r w:rsidR="006A6247">
        <w:t xml:space="preserve"> </w:t>
      </w:r>
      <w:r>
        <w:t>competitive</w:t>
      </w:r>
      <w:r w:rsidR="006A6247">
        <w:t xml:space="preserve"> </w:t>
      </w:r>
      <w:r>
        <w:t>10-15%</w:t>
      </w:r>
      <w:r w:rsidR="006A6247">
        <w:t xml:space="preserve"> </w:t>
      </w:r>
      <w:r>
        <w:t>below</w:t>
      </w:r>
      <w:r w:rsidR="006A6247">
        <w:t xml:space="preserve"> </w:t>
      </w:r>
      <w:r>
        <w:t>Waitrose</w:t>
      </w:r>
      <w:r w:rsidR="006A6247">
        <w:t xml:space="preserve"> </w:t>
      </w:r>
      <w:r>
        <w:t>investors</w:t>
      </w:r>
      <w:r w:rsidR="006A6247">
        <w:t xml:space="preserve"> </w:t>
      </w:r>
      <w:proofErr w:type="spellStart"/>
      <w:r>
        <w:t>favour</w:t>
      </w:r>
      <w:proofErr w:type="spellEnd"/>
      <w:r w:rsidR="006A6247">
        <w:t xml:space="preserve"> </w:t>
      </w:r>
      <w:r>
        <w:t>margin</w:t>
      </w:r>
      <w:r w:rsidR="006A6247">
        <w:t xml:space="preserve"> </w:t>
      </w:r>
      <w:r>
        <w:t>mix</w:t>
      </w:r>
      <w:r w:rsidR="006A6247">
        <w:t xml:space="preserve"> </w:t>
      </w:r>
      <w:r>
        <w:t>suppliers</w:t>
      </w:r>
      <w:r w:rsidR="006A6247">
        <w:t xml:space="preserve"> </w:t>
      </w:r>
      <w:r>
        <w:t>need</w:t>
      </w:r>
      <w:r w:rsidR="006A6247">
        <w:t xml:space="preserve"> </w:t>
      </w:r>
      <w:r>
        <w:t>fair</w:t>
      </w:r>
      <w:r w:rsidR="006A6247">
        <w:t xml:space="preserve"> </w:t>
      </w:r>
      <w:r>
        <w:t>share,</w:t>
      </w:r>
      <w:r w:rsidR="006A6247">
        <w:t xml:space="preserve"> </w:t>
      </w:r>
      <w:r>
        <w:t>F</w:t>
      </w:r>
      <w:r w:rsidR="006A6247">
        <w:t xml:space="preserve"> </w:t>
      </w:r>
      <w:r>
        <w:t>Moderate</w:t>
      </w:r>
      <w:r w:rsidR="006A6247">
        <w:t xml:space="preserve"> </w:t>
      </w:r>
      <w:r>
        <w:t>to</w:t>
      </w:r>
      <w:r w:rsidR="006A6247">
        <w:t xml:space="preserve"> </w:t>
      </w:r>
      <w:r>
        <w:t>high</w:t>
      </w:r>
      <w:r w:rsidR="006A6247">
        <w:t xml:space="preserve"> </w:t>
      </w:r>
      <w:r>
        <w:t>extensive</w:t>
      </w:r>
      <w:r w:rsidR="006A6247">
        <w:t xml:space="preserve"> </w:t>
      </w:r>
      <w:r>
        <w:t>supplier</w:t>
      </w:r>
      <w:r w:rsidR="006A6247">
        <w:t xml:space="preserve"> </w:t>
      </w:r>
      <w:r>
        <w:t>base</w:t>
      </w:r>
      <w:r w:rsidR="006A6247">
        <w:t xml:space="preserve"> </w:t>
      </w:r>
      <w:r>
        <w:t>505</w:t>
      </w:r>
      <w:r w:rsidR="006A6247">
        <w:t xml:space="preserve"> </w:t>
      </w:r>
      <w:r>
        <w:t>products</w:t>
      </w:r>
      <w:r w:rsidR="006A6247">
        <w:t xml:space="preserve"> </w:t>
      </w:r>
      <w:r>
        <w:t>capex</w:t>
      </w:r>
      <w:r w:rsidR="006A6247">
        <w:t xml:space="preserve"> </w:t>
      </w:r>
      <w:r>
        <w:t>£1.5bn</w:t>
      </w:r>
      <w:r w:rsidR="006A6247">
        <w:t xml:space="preserve"> </w:t>
      </w:r>
      <w:r>
        <w:t>feasible.</w:t>
      </w:r>
      <w:r w:rsidR="006A6247">
        <w:t xml:space="preserve"> </w:t>
      </w:r>
      <w:r>
        <w:t>R3</w:t>
      </w:r>
      <w:r w:rsidR="006A6247">
        <w:t xml:space="preserve"> </w:t>
      </w:r>
      <w:r>
        <w:t>efficiency</w:t>
      </w:r>
      <w:r w:rsidR="006A6247">
        <w:t xml:space="preserve"> </w:t>
      </w:r>
      <w:r>
        <w:t>waste:</w:t>
      </w:r>
      <w:r w:rsidR="006A6247">
        <w:t xml:space="preserve"> </w:t>
      </w:r>
      <w:r>
        <w:t>S</w:t>
      </w:r>
      <w:r w:rsidR="006A6247">
        <w:t xml:space="preserve"> </w:t>
      </w:r>
      <w:r w:rsidR="000A0A8B">
        <w:t>High-cost</w:t>
      </w:r>
      <w:r w:rsidR="006A6247">
        <w:t xml:space="preserve"> </w:t>
      </w:r>
      <w:r>
        <w:t>sustainability</w:t>
      </w:r>
      <w:r w:rsidR="006A6247">
        <w:t xml:space="preserve"> </w:t>
      </w:r>
      <w:r>
        <w:t>pressures</w:t>
      </w:r>
      <w:r w:rsidR="006A6247">
        <w:t xml:space="preserve"> </w:t>
      </w:r>
      <w:r>
        <w:t>wages</w:t>
      </w:r>
      <w:r w:rsidR="006A6247">
        <w:t xml:space="preserve"> </w:t>
      </w:r>
      <w:r>
        <w:t>energy</w:t>
      </w:r>
      <w:r w:rsidR="006A6247">
        <w:t xml:space="preserve"> </w:t>
      </w:r>
      <w:r>
        <w:t>EPR,</w:t>
      </w:r>
      <w:r w:rsidR="006A6247">
        <w:t xml:space="preserve"> </w:t>
      </w:r>
      <w:r>
        <w:t>A</w:t>
      </w:r>
      <w:r w:rsidR="006A6247">
        <w:t xml:space="preserve"> </w:t>
      </w:r>
      <w:r>
        <w:t>investors</w:t>
      </w:r>
      <w:r w:rsidR="006A6247">
        <w:t xml:space="preserve"> </w:t>
      </w:r>
      <w:r>
        <w:t>welcome</w:t>
      </w:r>
      <w:r w:rsidR="006A6247">
        <w:t xml:space="preserve"> </w:t>
      </w:r>
      <w:r>
        <w:t>£600m</w:t>
      </w:r>
      <w:r w:rsidR="006A6247">
        <w:t xml:space="preserve"> </w:t>
      </w:r>
      <w:r>
        <w:t>savings</w:t>
      </w:r>
      <w:r w:rsidR="006A6247">
        <w:t xml:space="preserve"> </w:t>
      </w:r>
      <w:r>
        <w:t>suppliers</w:t>
      </w:r>
      <w:r w:rsidR="006A6247">
        <w:t xml:space="preserve"> </w:t>
      </w:r>
      <w:r>
        <w:t>wary</w:t>
      </w:r>
      <w:r w:rsidR="006A6247">
        <w:t xml:space="preserve"> </w:t>
      </w:r>
      <w:r>
        <w:t>cost</w:t>
      </w:r>
      <w:r w:rsidR="006A6247">
        <w:t xml:space="preserve"> </w:t>
      </w:r>
      <w:r>
        <w:t>pass-through</w:t>
      </w:r>
      <w:r w:rsidR="006A6247">
        <w:t xml:space="preserve"> </w:t>
      </w:r>
      <w:r>
        <w:t>collaborative</w:t>
      </w:r>
      <w:r w:rsidR="006A6247">
        <w:t xml:space="preserve"> </w:t>
      </w:r>
      <w:r>
        <w:t>needed</w:t>
      </w:r>
      <w:r w:rsidR="006A6247">
        <w:t xml:space="preserve"> </w:t>
      </w:r>
      <w:r>
        <w:t>communities</w:t>
      </w:r>
      <w:r w:rsidR="006A6247">
        <w:t xml:space="preserve"> </w:t>
      </w:r>
      <w:r>
        <w:t>benefit</w:t>
      </w:r>
      <w:r w:rsidR="006A6247">
        <w:t xml:space="preserve"> </w:t>
      </w:r>
      <w:r>
        <w:t>60m</w:t>
      </w:r>
      <w:r w:rsidR="006A6247">
        <w:t xml:space="preserve"> </w:t>
      </w:r>
      <w:r>
        <w:t>meals,</w:t>
      </w:r>
      <w:r w:rsidR="006A6247">
        <w:t xml:space="preserve"> </w:t>
      </w:r>
      <w:r>
        <w:t>F</w:t>
      </w:r>
      <w:r w:rsidR="006A6247">
        <w:t xml:space="preserve"> </w:t>
      </w:r>
      <w:r>
        <w:t>Moderate</w:t>
      </w:r>
      <w:r w:rsidR="006A6247">
        <w:t xml:space="preserve"> </w:t>
      </w:r>
      <w:r>
        <w:t>complex</w:t>
      </w:r>
      <w:r w:rsidR="006A6247">
        <w:t xml:space="preserve"> </w:t>
      </w:r>
      <w:r>
        <w:t>retrofit</w:t>
      </w:r>
      <w:r w:rsidR="006A6247">
        <w:t xml:space="preserve"> </w:t>
      </w:r>
      <w:r>
        <w:t>automation</w:t>
      </w:r>
      <w:r w:rsidR="006A6247">
        <w:t xml:space="preserve"> </w:t>
      </w:r>
      <w:r>
        <w:t>culture</w:t>
      </w:r>
      <w:r w:rsidR="006A6247">
        <w:t xml:space="preserve"> </w:t>
      </w:r>
      <w:r>
        <w:t>change</w:t>
      </w:r>
      <w:r w:rsidR="006A6247">
        <w:t xml:space="preserve"> </w:t>
      </w:r>
      <w:r>
        <w:t>feasible</w:t>
      </w:r>
      <w:r w:rsidR="006A6247">
        <w:t xml:space="preserve"> </w:t>
      </w:r>
      <w:r>
        <w:t>resources.</w:t>
      </w:r>
      <w:r w:rsidR="006A6247">
        <w:t xml:space="preserve"> </w:t>
      </w:r>
      <w:r>
        <w:t>R4</w:t>
      </w:r>
      <w:r w:rsidR="006A6247">
        <w:t xml:space="preserve"> </w:t>
      </w:r>
      <w:r>
        <w:t>Scope3</w:t>
      </w:r>
      <w:r w:rsidR="006A6247">
        <w:t xml:space="preserve"> </w:t>
      </w:r>
      <w:proofErr w:type="spellStart"/>
      <w:r>
        <w:t>decarbonisation</w:t>
      </w:r>
      <w:proofErr w:type="spellEnd"/>
      <w:r w:rsidR="006A6247">
        <w:t xml:space="preserve"> </w:t>
      </w:r>
      <w:r>
        <w:t>70%</w:t>
      </w:r>
      <w:r w:rsidR="006A6247">
        <w:t xml:space="preserve"> </w:t>
      </w:r>
      <w:r>
        <w:t>to</w:t>
      </w:r>
      <w:r w:rsidR="006A6247">
        <w:t xml:space="preserve"> </w:t>
      </w:r>
      <w:r>
        <w:t>85%:</w:t>
      </w:r>
      <w:r w:rsidR="006A6247">
        <w:t xml:space="preserve"> </w:t>
      </w:r>
      <w:r>
        <w:t>S</w:t>
      </w:r>
      <w:r w:rsidR="006A6247">
        <w:t xml:space="preserve"> </w:t>
      </w:r>
      <w:r>
        <w:t>High</w:t>
      </w:r>
      <w:r w:rsidR="006A6247">
        <w:t xml:space="preserve"> </w:t>
      </w:r>
      <w:r>
        <w:t>environmental</w:t>
      </w:r>
      <w:r w:rsidR="006A6247">
        <w:t xml:space="preserve"> </w:t>
      </w:r>
      <w:r>
        <w:t>PESTEL</w:t>
      </w:r>
      <w:r w:rsidR="006A6247">
        <w:t xml:space="preserve"> </w:t>
      </w:r>
      <w:r>
        <w:t>CSR</w:t>
      </w:r>
      <w:r w:rsidR="006A6247">
        <w:t xml:space="preserve"> </w:t>
      </w:r>
      <w:r>
        <w:t>SBTi</w:t>
      </w:r>
      <w:r w:rsidR="006A6247">
        <w:t xml:space="preserve"> </w:t>
      </w:r>
      <w:r>
        <w:t>2035/2050</w:t>
      </w:r>
      <w:r w:rsidR="006A6247">
        <w:t xml:space="preserve"> </w:t>
      </w:r>
      <w:r>
        <w:t>validated,</w:t>
      </w:r>
      <w:r w:rsidR="006A6247">
        <w:t xml:space="preserve"> </w:t>
      </w:r>
      <w:proofErr w:type="spellStart"/>
      <w:r>
        <w:t>A</w:t>
      </w:r>
      <w:proofErr w:type="spellEnd"/>
      <w:r w:rsidR="006A6247">
        <w:t xml:space="preserve"> </w:t>
      </w:r>
      <w:r>
        <w:t>investor</w:t>
      </w:r>
      <w:r w:rsidR="006A6247">
        <w:t xml:space="preserve"> </w:t>
      </w:r>
      <w:r>
        <w:t>positive</w:t>
      </w:r>
      <w:r w:rsidR="006A6247">
        <w:t xml:space="preserve"> </w:t>
      </w:r>
      <w:r>
        <w:t>long</w:t>
      </w:r>
      <w:r w:rsidR="006A6247">
        <w:t xml:space="preserve"> </w:t>
      </w:r>
      <w:r>
        <w:t>term</w:t>
      </w:r>
      <w:r w:rsidR="006A6247">
        <w:t xml:space="preserve"> </w:t>
      </w:r>
      <w:r>
        <w:t>TCFD</w:t>
      </w:r>
      <w:r w:rsidR="006A6247">
        <w:t xml:space="preserve"> </w:t>
      </w:r>
      <w:r>
        <w:t>customer</w:t>
      </w:r>
      <w:r w:rsidR="006A6247">
        <w:t xml:space="preserve"> </w:t>
      </w:r>
      <w:r>
        <w:t>supportive</w:t>
      </w:r>
      <w:r w:rsidR="006A6247">
        <w:t xml:space="preserve"> </w:t>
      </w:r>
      <w:r>
        <w:t>but</w:t>
      </w:r>
      <w:r w:rsidR="006A6247">
        <w:t xml:space="preserve"> </w:t>
      </w:r>
      <w:r>
        <w:t>price</w:t>
      </w:r>
      <w:r w:rsidR="006A6247">
        <w:t xml:space="preserve"> </w:t>
      </w:r>
      <w:r>
        <w:t>sensitive</w:t>
      </w:r>
      <w:r w:rsidR="006A6247">
        <w:t xml:space="preserve"> </w:t>
      </w:r>
      <w:r>
        <w:t>avoid</w:t>
      </w:r>
      <w:r w:rsidR="006A6247">
        <w:t xml:space="preserve"> </w:t>
      </w:r>
      <w:r>
        <w:t>green</w:t>
      </w:r>
      <w:r w:rsidR="006A6247">
        <w:t xml:space="preserve"> </w:t>
      </w:r>
      <w:r>
        <w:t>premium</w:t>
      </w:r>
      <w:r w:rsidR="006A6247">
        <w:t xml:space="preserve"> </w:t>
      </w:r>
      <w:r>
        <w:t>supplier</w:t>
      </w:r>
      <w:r w:rsidR="006A6247">
        <w:t xml:space="preserve"> </w:t>
      </w:r>
      <w:r>
        <w:t>mixed</w:t>
      </w:r>
      <w:r w:rsidR="006A6247">
        <w:t xml:space="preserve"> </w:t>
      </w:r>
      <w:r>
        <w:t>larger</w:t>
      </w:r>
      <w:r w:rsidR="006A6247">
        <w:t xml:space="preserve"> </w:t>
      </w:r>
      <w:r>
        <w:t>capable</w:t>
      </w:r>
      <w:r w:rsidR="006A6247">
        <w:t xml:space="preserve"> </w:t>
      </w:r>
      <w:r>
        <w:t>smaller</w:t>
      </w:r>
      <w:r w:rsidR="006A6247">
        <w:t xml:space="preserve"> </w:t>
      </w:r>
      <w:r>
        <w:t>need</w:t>
      </w:r>
      <w:r w:rsidR="006A6247">
        <w:t xml:space="preserve"> </w:t>
      </w:r>
      <w:r>
        <w:t>support,</w:t>
      </w:r>
      <w:r w:rsidR="006A6247">
        <w:t xml:space="preserve"> </w:t>
      </w:r>
      <w:r>
        <w:t>F</w:t>
      </w:r>
      <w:r w:rsidR="006A6247">
        <w:t xml:space="preserve"> </w:t>
      </w:r>
      <w:r>
        <w:t>Low</w:t>
      </w:r>
      <w:r w:rsidR="006A6247">
        <w:t xml:space="preserve"> </w:t>
      </w:r>
      <w:r>
        <w:t>to</w:t>
      </w:r>
      <w:r w:rsidR="006A6247">
        <w:t xml:space="preserve"> </w:t>
      </w:r>
      <w:r>
        <w:t>moderate</w:t>
      </w:r>
      <w:r w:rsidR="006A6247">
        <w:t xml:space="preserve"> </w:t>
      </w:r>
      <w:r>
        <w:t>complexity</w:t>
      </w:r>
      <w:r w:rsidR="006A6247">
        <w:t xml:space="preserve"> </w:t>
      </w:r>
      <w:r>
        <w:t>90%</w:t>
      </w:r>
      <w:r w:rsidR="006A6247">
        <w:t xml:space="preserve"> </w:t>
      </w:r>
      <w:r>
        <w:t>beyond</w:t>
      </w:r>
      <w:r w:rsidR="006A6247">
        <w:t xml:space="preserve"> </w:t>
      </w:r>
      <w:r>
        <w:t>direct</w:t>
      </w:r>
      <w:r w:rsidR="006A6247">
        <w:t xml:space="preserve"> </w:t>
      </w:r>
      <w:r>
        <w:t>control</w:t>
      </w:r>
      <w:r w:rsidR="006A6247">
        <w:t xml:space="preserve"> </w:t>
      </w:r>
      <w:r>
        <w:t>feasible</w:t>
      </w:r>
      <w:r w:rsidR="006A6247">
        <w:t xml:space="preserve"> </w:t>
      </w:r>
      <w:r>
        <w:t>partnership</w:t>
      </w:r>
      <w:r w:rsidR="006A6247">
        <w:t xml:space="preserve"> </w:t>
      </w:r>
      <w:r>
        <w:t>internal</w:t>
      </w:r>
      <w:r w:rsidR="006A6247">
        <w:t xml:space="preserve"> </w:t>
      </w:r>
      <w:r>
        <w:t>carbon</w:t>
      </w:r>
      <w:r w:rsidR="006A6247">
        <w:t xml:space="preserve"> </w:t>
      </w:r>
      <w:r>
        <w:t>pricing</w:t>
      </w:r>
      <w:r w:rsidR="006A6247">
        <w:t xml:space="preserve"> </w:t>
      </w:r>
      <w:r>
        <w:t>incentives.</w:t>
      </w:r>
      <w:r w:rsidR="006A6247">
        <w:t xml:space="preserve"> </w:t>
      </w:r>
      <w:r>
        <w:t>Portfolio</w:t>
      </w:r>
      <w:r w:rsidR="006A6247">
        <w:t xml:space="preserve"> </w:t>
      </w:r>
      <w:r>
        <w:t>balanced</w:t>
      </w:r>
      <w:r w:rsidR="006A6247">
        <w:t xml:space="preserve"> </w:t>
      </w:r>
      <w:r>
        <w:t>low/moderate</w:t>
      </w:r>
      <w:r w:rsidR="006A6247">
        <w:t xml:space="preserve"> </w:t>
      </w:r>
      <w:r>
        <w:t>risk</w:t>
      </w:r>
      <w:r w:rsidR="006A6247">
        <w:t xml:space="preserve"> </w:t>
      </w:r>
      <w:r>
        <w:t>penetration</w:t>
      </w:r>
      <w:r w:rsidR="006A6247">
        <w:t xml:space="preserve"> </w:t>
      </w:r>
      <w:r>
        <w:t>to</w:t>
      </w:r>
      <w:r w:rsidR="006A6247">
        <w:t xml:space="preserve"> </w:t>
      </w:r>
      <w:r>
        <w:t>higher</w:t>
      </w:r>
      <w:r w:rsidR="006A6247">
        <w:t xml:space="preserve"> </w:t>
      </w:r>
      <w:r>
        <w:t>risk</w:t>
      </w:r>
      <w:r w:rsidR="006A6247">
        <w:t xml:space="preserve"> </w:t>
      </w:r>
      <w:r>
        <w:t>Scope3</w:t>
      </w:r>
      <w:r w:rsidR="006A6247">
        <w:t xml:space="preserve"> </w:t>
      </w:r>
      <w:r>
        <w:t>appropriate</w:t>
      </w:r>
      <w:r w:rsidR="006A6247">
        <w:t xml:space="preserve"> </w:t>
      </w:r>
      <w:r>
        <w:t>market</w:t>
      </w:r>
      <w:r w:rsidR="006A6247">
        <w:t xml:space="preserve"> </w:t>
      </w:r>
      <w:r>
        <w:t>leader</w:t>
      </w:r>
      <w:r w:rsidR="006A6247">
        <w:t xml:space="preserve"> </w:t>
      </w:r>
      <w:r>
        <w:t>defending</w:t>
      </w:r>
      <w:r w:rsidR="006A6247">
        <w:t xml:space="preserve"> </w:t>
      </w:r>
      <w:r>
        <w:t>profitable</w:t>
      </w:r>
      <w:r w:rsidR="006A6247">
        <w:t xml:space="preserve"> </w:t>
      </w:r>
      <w:r>
        <w:t>leadership</w:t>
      </w:r>
      <w:r w:rsidR="006A6247">
        <w:t xml:space="preserve"> </w:t>
      </w:r>
      <w:r>
        <w:t>moderate</w:t>
      </w:r>
      <w:r w:rsidR="006A6247">
        <w:t xml:space="preserve"> </w:t>
      </w:r>
      <w:r>
        <w:t>attractiveness</w:t>
      </w:r>
      <w:r w:rsidR="006A6247">
        <w:t xml:space="preserve"> </w:t>
      </w:r>
      <w:r>
        <w:t>requires</w:t>
      </w:r>
      <w:r w:rsidR="006A6247">
        <w:t xml:space="preserve"> </w:t>
      </w:r>
      <w:r w:rsidR="000A0A8B">
        <w:t>defense</w:t>
      </w:r>
      <w:r w:rsidR="006A6247">
        <w:t xml:space="preserve"> </w:t>
      </w:r>
      <w:r>
        <w:t>plus</w:t>
      </w:r>
      <w:r w:rsidR="006A6247">
        <w:t xml:space="preserve"> </w:t>
      </w:r>
      <w:r w:rsidR="000A0A8B">
        <w:t>futureproofing</w:t>
      </w:r>
      <w:r>
        <w:t>.</w:t>
      </w:r>
    </w:p>
    <w:p w:rsidR="00700886" w:rsidP="7D0D8C44" w:rsidRDefault="7BF93C46" w14:paraId="1256A436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34" w:id="48"/>
      <w:bookmarkStart w:name="_Toc52813132" w:id="49"/>
      <w:bookmarkStart w:name="_Toc237366869" w:id="50"/>
      <w:r w:rsidRPr="7D0D8C44" w:rsidR="529427D7">
        <w:rPr>
          <w:rFonts w:ascii="Arial" w:hAnsi="Arial"/>
          <w:color w:val="auto"/>
        </w:rPr>
        <w:t>4.5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Implementation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Challenges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and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Mitigation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(250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words)</w:t>
      </w:r>
      <w:bookmarkEnd w:id="48"/>
      <w:bookmarkEnd w:id="49"/>
      <w:bookmarkEnd w:id="50"/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2874"/>
        <w:gridCol w:w="2873"/>
        <w:gridCol w:w="2873"/>
      </w:tblGrid>
      <w:tr w:rsidR="00700886" w:rsidTr="00700886" w14:paraId="5FE0D66C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00886" w:rsidP="00F94D1E" w:rsidRDefault="00344F75" w14:paraId="13E9A181" w14:textId="77777777">
            <w:pPr>
              <w:spacing w:line="240" w:lineRule="auto"/>
              <w:jc w:val="both"/>
            </w:pPr>
            <w:r>
              <w:rPr>
                <w:sz w:val="18"/>
              </w:rPr>
              <w:t>Challenge</w:t>
            </w:r>
          </w:p>
        </w:tc>
        <w:tc>
          <w:tcPr>
            <w:tcW w:w="2880" w:type="dxa"/>
          </w:tcPr>
          <w:p w:rsidR="00700886" w:rsidP="00F94D1E" w:rsidRDefault="00344F75" w14:paraId="31FF54C8" w14:textId="77777777">
            <w:pPr>
              <w:spacing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8"/>
              </w:rPr>
              <w:t>Description</w:t>
            </w:r>
          </w:p>
        </w:tc>
        <w:tc>
          <w:tcPr>
            <w:tcW w:w="2880" w:type="dxa"/>
          </w:tcPr>
          <w:p w:rsidR="00700886" w:rsidP="00F94D1E" w:rsidRDefault="00344F75" w14:paraId="62786163" w14:textId="77777777">
            <w:pPr>
              <w:spacing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8"/>
              </w:rPr>
              <w:t>Mitigation</w:t>
            </w:r>
          </w:p>
        </w:tc>
      </w:tr>
      <w:tr w:rsidR="00700886" w:rsidTr="00700886" w14:paraId="7E9F3FE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00886" w:rsidP="00F94D1E" w:rsidRDefault="00344F75" w14:paraId="36166DEF" w14:textId="77777777">
            <w:pPr>
              <w:spacing w:line="240" w:lineRule="auto"/>
              <w:jc w:val="both"/>
            </w:pPr>
            <w:r>
              <w:rPr>
                <w:sz w:val="16"/>
              </w:rPr>
              <w:t>Margin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erosion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vs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discounters</w:t>
            </w:r>
          </w:p>
        </w:tc>
        <w:tc>
          <w:tcPr>
            <w:tcW w:w="2880" w:type="dxa"/>
          </w:tcPr>
          <w:p w:rsidR="00700886" w:rsidP="00F94D1E" w:rsidRDefault="00344F75" w14:paraId="474874A2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6"/>
              </w:rPr>
              <w:t>Aldi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11.1%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Lidl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8.1%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record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combined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8.4%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growth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Kantar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2025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compress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margins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price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matching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costly</w:t>
            </w:r>
          </w:p>
        </w:tc>
        <w:tc>
          <w:tcPr>
            <w:tcW w:w="2880" w:type="dxa"/>
          </w:tcPr>
          <w:p w:rsidR="00700886" w:rsidP="00F94D1E" w:rsidRDefault="00344F75" w14:paraId="667A2DF3" w14:textId="093838AC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6"/>
              </w:rPr>
              <w:t>Fund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price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via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Save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Invest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high-margin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media</w:t>
            </w:r>
            <w:r w:rsidR="006A6247">
              <w:rPr>
                <w:sz w:val="16"/>
              </w:rPr>
              <w:t xml:space="preserve"> </w:t>
            </w:r>
            <w:r w:rsidR="000A0A8B">
              <w:rPr>
                <w:sz w:val="16"/>
              </w:rPr>
              <w:t>does</w:t>
            </w:r>
            <w:r w:rsidR="006A6247">
              <w:rPr>
                <w:sz w:val="16"/>
              </w:rPr>
              <w:t xml:space="preserve"> </w:t>
            </w:r>
            <w:r w:rsidR="000A0A8B">
              <w:rPr>
                <w:sz w:val="16"/>
              </w:rPr>
              <w:t>not</w:t>
            </w:r>
            <w:r w:rsidR="006A6247">
              <w:rPr>
                <w:sz w:val="16"/>
              </w:rPr>
              <w:t xml:space="preserve"> </w:t>
            </w:r>
            <w:r w:rsidR="000A0A8B">
              <w:rPr>
                <w:sz w:val="16"/>
              </w:rPr>
              <w:t>margin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sacrifice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confine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Price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Match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key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items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~800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elasticity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analytics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disciplined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dynamic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pricing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cost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leadership</w:t>
            </w:r>
          </w:p>
        </w:tc>
      </w:tr>
      <w:tr w:rsidR="00700886" w:rsidTr="00700886" w14:paraId="4598FF2D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00886" w:rsidP="00F94D1E" w:rsidRDefault="00344F75" w14:paraId="42536BD8" w14:textId="77777777">
            <w:pPr>
              <w:spacing w:line="240" w:lineRule="auto"/>
              <w:jc w:val="both"/>
            </w:pPr>
            <w:r>
              <w:rPr>
                <w:sz w:val="16"/>
              </w:rPr>
              <w:t>Supplier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resistance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GSCOP</w:t>
            </w:r>
          </w:p>
        </w:tc>
        <w:tc>
          <w:tcPr>
            <w:tcW w:w="2880" w:type="dxa"/>
          </w:tcPr>
          <w:p w:rsidR="00700886" w:rsidP="00F94D1E" w:rsidRDefault="00344F75" w14:paraId="7FAE32DE" w14:textId="77777777">
            <w:pPr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sz w:val="16"/>
              </w:rPr>
              <w:t>Sharing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costs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sustainability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innovation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may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viewed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unfair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risks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Adjudicator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dispute</w:t>
            </w:r>
          </w:p>
        </w:tc>
        <w:tc>
          <w:tcPr>
            <w:tcW w:w="2880" w:type="dxa"/>
          </w:tcPr>
          <w:p w:rsidR="00700886" w:rsidP="00F94D1E" w:rsidRDefault="00344F75" w14:paraId="1B771742" w14:textId="77777777">
            <w:pPr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sz w:val="16"/>
              </w:rPr>
              <w:t>Transparent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joint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business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plans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cost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transparency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long-term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contracts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suppliers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investing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sustainability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agronomic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support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low-carbon</w:t>
            </w:r>
            <w:r w:rsidR="006A6247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fertiliser</w:t>
            </w:r>
            <w:proofErr w:type="spellEnd"/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GCA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self-assessment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stewardship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Freeman</w:t>
            </w:r>
          </w:p>
        </w:tc>
      </w:tr>
      <w:tr w:rsidR="00700886" w:rsidTr="00700886" w14:paraId="657B89D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00886" w:rsidP="00F94D1E" w:rsidRDefault="00344F75" w14:paraId="7218AD2C" w14:textId="77777777">
            <w:pPr>
              <w:spacing w:line="240" w:lineRule="auto"/>
              <w:jc w:val="both"/>
            </w:pPr>
            <w:r>
              <w:rPr>
                <w:sz w:val="16"/>
              </w:rPr>
              <w:t>Tech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cyber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security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risk</w:t>
            </w:r>
          </w:p>
        </w:tc>
        <w:tc>
          <w:tcPr>
            <w:tcW w:w="2880" w:type="dxa"/>
          </w:tcPr>
          <w:p w:rsidR="00700886" w:rsidP="00F94D1E" w:rsidRDefault="00344F75" w14:paraId="45E06C0C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rPr>
                <w:sz w:val="16"/>
              </w:rPr>
              <w:t>Personalisation</w:t>
            </w:r>
            <w:proofErr w:type="spellEnd"/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relies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large-scale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sector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incidents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M&amp;S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Co-op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2025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GDPR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vulnerability</w:t>
            </w:r>
          </w:p>
        </w:tc>
        <w:tc>
          <w:tcPr>
            <w:tcW w:w="2880" w:type="dxa"/>
          </w:tcPr>
          <w:p w:rsidR="00700886" w:rsidP="00F94D1E" w:rsidRDefault="00344F75" w14:paraId="5B4447AA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6"/>
              </w:rPr>
              <w:t>Phased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agile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roadmap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parallel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hardening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Zero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Trust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mandatory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awareness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DPIA</w:t>
            </w:r>
            <w:r w:rsidR="006A6247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personalisation</w:t>
            </w:r>
            <w:proofErr w:type="spellEnd"/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resilient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cloud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expanded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assurance</w:t>
            </w:r>
          </w:p>
        </w:tc>
      </w:tr>
      <w:tr w:rsidR="00700886" w:rsidTr="00700886" w14:paraId="23CEC57E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00886" w:rsidP="00F94D1E" w:rsidRDefault="00344F75" w14:paraId="7139A72E" w14:textId="77777777">
            <w:pPr>
              <w:spacing w:line="240" w:lineRule="auto"/>
              <w:jc w:val="both"/>
            </w:pPr>
            <w:r>
              <w:rPr>
                <w:sz w:val="16"/>
              </w:rPr>
              <w:t>Value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vs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sustainability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tension</w:t>
            </w:r>
          </w:p>
        </w:tc>
        <w:tc>
          <w:tcPr>
            <w:tcW w:w="2880" w:type="dxa"/>
          </w:tcPr>
          <w:p w:rsidR="00700886" w:rsidP="00F94D1E" w:rsidRDefault="00344F75" w14:paraId="2BE5639A" w14:textId="77777777">
            <w:pPr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sz w:val="16"/>
              </w:rPr>
              <w:t>Customers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highly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price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sensitive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80%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promo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price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cuts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Kantar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2025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may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pay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green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premium</w:t>
            </w:r>
          </w:p>
        </w:tc>
        <w:tc>
          <w:tcPr>
            <w:tcW w:w="2880" w:type="dxa"/>
          </w:tcPr>
          <w:p w:rsidR="00700886" w:rsidP="00F94D1E" w:rsidRDefault="00344F75" w14:paraId="11A44039" w14:textId="77777777">
            <w:pPr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sz w:val="16"/>
              </w:rPr>
              <w:t>Communicate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helpful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little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swaps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affordable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sustainable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premium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priced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avoid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greenwashing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third-party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SBTi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assurance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healthy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sales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65%</w:t>
            </w:r>
          </w:p>
        </w:tc>
      </w:tr>
      <w:tr w:rsidR="00700886" w:rsidTr="00700886" w14:paraId="672ECB1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700886" w:rsidP="00F94D1E" w:rsidRDefault="00344F75" w14:paraId="19D28A17" w14:textId="77777777">
            <w:pPr>
              <w:spacing w:line="240" w:lineRule="auto"/>
              <w:jc w:val="both"/>
            </w:pPr>
            <w:proofErr w:type="spellStart"/>
            <w:r>
              <w:rPr>
                <w:sz w:val="16"/>
              </w:rPr>
              <w:t>Organisational</w:t>
            </w:r>
            <w:proofErr w:type="spellEnd"/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change</w:t>
            </w:r>
          </w:p>
        </w:tc>
        <w:tc>
          <w:tcPr>
            <w:tcW w:w="2880" w:type="dxa"/>
          </w:tcPr>
          <w:p w:rsidR="00700886" w:rsidP="00F94D1E" w:rsidRDefault="00344F75" w14:paraId="4C78F698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6"/>
              </w:rPr>
              <w:t>Automation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concerns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job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security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change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fatigue</w:t>
            </w:r>
          </w:p>
        </w:tc>
        <w:tc>
          <w:tcPr>
            <w:tcW w:w="2880" w:type="dxa"/>
          </w:tcPr>
          <w:p w:rsidR="00700886" w:rsidP="00F94D1E" w:rsidRDefault="00344F75" w14:paraId="5CA5CD12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6"/>
              </w:rPr>
              <w:t>Link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scorecard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incentives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Value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Quality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Service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sustainability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metrics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forums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reskill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redeploy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pickers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customer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service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leadership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Learning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Growth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Kaplan</w:t>
            </w:r>
            <w:r w:rsidR="006A6247">
              <w:rPr>
                <w:sz w:val="16"/>
              </w:rPr>
              <w:t xml:space="preserve"> </w:t>
            </w:r>
            <w:r>
              <w:rPr>
                <w:sz w:val="16"/>
              </w:rPr>
              <w:t>Norton</w:t>
            </w:r>
          </w:p>
        </w:tc>
      </w:tr>
    </w:tbl>
    <w:p w:rsidR="00700886" w:rsidP="00F94D1E" w:rsidRDefault="00700886" w14:paraId="41C8F396" w14:textId="77777777">
      <w:pPr>
        <w:jc w:val="both"/>
      </w:pPr>
    </w:p>
    <w:p w:rsidR="00700886" w:rsidP="00F94D1E" w:rsidRDefault="00344F75" w14:paraId="40483E33" w14:textId="5801D99B">
      <w:pPr>
        <w:jc w:val="both"/>
      </w:pPr>
      <w:r>
        <w:t>Timeline:</w:t>
      </w:r>
      <w:r w:rsidR="006A6247">
        <w:t xml:space="preserve"> </w:t>
      </w:r>
      <w:r>
        <w:t>Year</w:t>
      </w:r>
      <w:r w:rsidR="006A6247">
        <w:t xml:space="preserve"> </w:t>
      </w:r>
      <w:r>
        <w:t>One</w:t>
      </w:r>
      <w:r w:rsidR="006A6247">
        <w:t xml:space="preserve"> </w:t>
      </w:r>
      <w:r>
        <w:t>2025/26</w:t>
      </w:r>
      <w:r w:rsidR="006A6247">
        <w:t xml:space="preserve"> </w:t>
      </w:r>
      <w:r>
        <w:t>Q2-Q4</w:t>
      </w:r>
      <w:r w:rsidR="006A6247">
        <w:t xml:space="preserve"> </w:t>
      </w:r>
      <w:r>
        <w:t>deepen</w:t>
      </w:r>
      <w:r w:rsidR="006A6247">
        <w:t xml:space="preserve"> </w:t>
      </w:r>
      <w:r>
        <w:t>Clubcard</w:t>
      </w:r>
      <w:r w:rsidR="006A6247">
        <w:t xml:space="preserve"> </w:t>
      </w:r>
      <w:proofErr w:type="spellStart"/>
      <w:r>
        <w:t>personalisation</w:t>
      </w:r>
      <w:proofErr w:type="spellEnd"/>
      <w:r w:rsidR="006A6247">
        <w:t xml:space="preserve"> </w:t>
      </w:r>
      <w:r>
        <w:t>AI</w:t>
      </w:r>
      <w:r w:rsidR="006A6247">
        <w:t xml:space="preserve"> </w:t>
      </w:r>
      <w:r>
        <w:t>extend</w:t>
      </w:r>
      <w:r w:rsidR="006A6247">
        <w:t xml:space="preserve"> </w:t>
      </w:r>
      <w:r>
        <w:t>key</w:t>
      </w:r>
      <w:r w:rsidR="006A6247">
        <w:t xml:space="preserve"> </w:t>
      </w:r>
      <w:r>
        <w:t>value</w:t>
      </w:r>
      <w:r w:rsidR="006A6247">
        <w:t xml:space="preserve"> </w:t>
      </w:r>
      <w:r>
        <w:t>price</w:t>
      </w:r>
      <w:r w:rsidR="006A6247">
        <w:t xml:space="preserve"> </w:t>
      </w:r>
      <w:r>
        <w:t>matching</w:t>
      </w:r>
      <w:r w:rsidR="006A6247">
        <w:t xml:space="preserve"> </w:t>
      </w:r>
      <w:r>
        <w:t>700</w:t>
      </w:r>
      <w:r w:rsidR="006A6247">
        <w:t xml:space="preserve"> </w:t>
      </w:r>
      <w:r>
        <w:t>lines</w:t>
      </w:r>
      <w:r w:rsidR="006A6247">
        <w:t xml:space="preserve"> </w:t>
      </w:r>
      <w:r>
        <w:t>deliver</w:t>
      </w:r>
      <w:r w:rsidR="006A6247">
        <w:t xml:space="preserve"> </w:t>
      </w:r>
      <w:r>
        <w:t>£500m</w:t>
      </w:r>
      <w:r w:rsidR="006A6247">
        <w:t xml:space="preserve"> </w:t>
      </w:r>
      <w:r>
        <w:t>savings</w:t>
      </w:r>
      <w:r w:rsidR="006A6247">
        <w:t xml:space="preserve"> </w:t>
      </w:r>
      <w:r>
        <w:t>advance</w:t>
      </w:r>
      <w:r w:rsidR="006A6247">
        <w:t xml:space="preserve"> </w:t>
      </w:r>
      <w:r>
        <w:t>renewable</w:t>
      </w:r>
      <w:r w:rsidR="006A6247">
        <w:t xml:space="preserve"> </w:t>
      </w:r>
      <w:r>
        <w:t>rollout</w:t>
      </w:r>
      <w:r w:rsidR="006A6247">
        <w:t xml:space="preserve"> </w:t>
      </w:r>
      <w:r>
        <w:t>strengthen</w:t>
      </w:r>
      <w:r w:rsidR="006A6247">
        <w:t xml:space="preserve"> </w:t>
      </w:r>
      <w:r>
        <w:t>cyber</w:t>
      </w:r>
      <w:r w:rsidR="006A6247">
        <w:t xml:space="preserve"> </w:t>
      </w:r>
      <w:proofErr w:type="spellStart"/>
      <w:r>
        <w:t>defences</w:t>
      </w:r>
      <w:proofErr w:type="spellEnd"/>
      <w:r w:rsidR="006A6247">
        <w:t xml:space="preserve"> </w:t>
      </w:r>
      <w:r>
        <w:t>KPIs</w:t>
      </w:r>
      <w:r w:rsidR="006A6247">
        <w:t xml:space="preserve"> </w:t>
      </w:r>
      <w:r>
        <w:t>share</w:t>
      </w:r>
      <w:r w:rsidR="006A6247">
        <w:t xml:space="preserve"> </w:t>
      </w:r>
      <w:r>
        <w:t>28.2%</w:t>
      </w:r>
      <w:r w:rsidR="006A6247">
        <w:t xml:space="preserve"> </w:t>
      </w:r>
      <w:r>
        <w:t>app</w:t>
      </w:r>
      <w:r w:rsidR="006A6247">
        <w:t xml:space="preserve"> </w:t>
      </w:r>
      <w:r>
        <w:t>19m.</w:t>
      </w:r>
      <w:r w:rsidR="006A6247">
        <w:t xml:space="preserve"> </w:t>
      </w:r>
      <w:r>
        <w:t>Year</w:t>
      </w:r>
      <w:r w:rsidR="006A6247">
        <w:t xml:space="preserve"> </w:t>
      </w:r>
      <w:r>
        <w:t>Two</w:t>
      </w:r>
      <w:r w:rsidR="006A6247">
        <w:t xml:space="preserve"> </w:t>
      </w:r>
      <w:r>
        <w:t>2026/27</w:t>
      </w:r>
      <w:r w:rsidR="006A6247">
        <w:t xml:space="preserve"> </w:t>
      </w:r>
      <w:r>
        <w:t>deliver</w:t>
      </w:r>
      <w:r w:rsidR="006A6247">
        <w:t xml:space="preserve"> </w:t>
      </w:r>
      <w:r>
        <w:t>500</w:t>
      </w:r>
      <w:r w:rsidR="006A6247">
        <w:t xml:space="preserve"> </w:t>
      </w:r>
      <w:r>
        <w:t>new</w:t>
      </w:r>
      <w:r w:rsidR="006A6247">
        <w:t xml:space="preserve"> </w:t>
      </w:r>
      <w:r>
        <w:t>own-label</w:t>
      </w:r>
      <w:r w:rsidR="006A6247">
        <w:t xml:space="preserve"> </w:t>
      </w:r>
      <w:r>
        <w:t>roll</w:t>
      </w:r>
      <w:r w:rsidR="006A6247">
        <w:t xml:space="preserve"> </w:t>
      </w:r>
      <w:r>
        <w:t>out</w:t>
      </w:r>
      <w:r w:rsidR="006A6247">
        <w:t xml:space="preserve"> </w:t>
      </w:r>
      <w:r>
        <w:t>two</w:t>
      </w:r>
      <w:r w:rsidR="006A6247">
        <w:t xml:space="preserve"> </w:t>
      </w:r>
      <w:r>
        <w:t>additional</w:t>
      </w:r>
      <w:r w:rsidR="006A6247">
        <w:t xml:space="preserve"> </w:t>
      </w:r>
      <w:r>
        <w:t>urban</w:t>
      </w:r>
      <w:r w:rsidR="006A6247">
        <w:t xml:space="preserve"> </w:t>
      </w:r>
      <w:r>
        <w:t>fulfilment</w:t>
      </w:r>
      <w:r w:rsidR="006A6247">
        <w:t xml:space="preserve"> </w:t>
      </w:r>
      <w:proofErr w:type="spellStart"/>
      <w:r>
        <w:t>centres</w:t>
      </w:r>
      <w:proofErr w:type="spellEnd"/>
      <w:r w:rsidR="006A6247">
        <w:t xml:space="preserve"> </w:t>
      </w:r>
      <w:r>
        <w:t>extend</w:t>
      </w:r>
      <w:r w:rsidR="006A6247">
        <w:t xml:space="preserve"> </w:t>
      </w:r>
      <w:r>
        <w:t>Whoosh</w:t>
      </w:r>
      <w:r w:rsidR="006A6247">
        <w:t xml:space="preserve"> </w:t>
      </w:r>
      <w:r>
        <w:t>1,500</w:t>
      </w:r>
      <w:r w:rsidR="006A6247">
        <w:t xml:space="preserve"> </w:t>
      </w:r>
      <w:r>
        <w:t>to</w:t>
      </w:r>
      <w:r w:rsidR="006A6247">
        <w:t xml:space="preserve"> </w:t>
      </w:r>
      <w:r>
        <w:t>2,000</w:t>
      </w:r>
      <w:r w:rsidR="006A6247">
        <w:t xml:space="preserve"> </w:t>
      </w:r>
      <w:r>
        <w:t>increase</w:t>
      </w:r>
      <w:r w:rsidR="006A6247">
        <w:t xml:space="preserve"> </w:t>
      </w:r>
      <w:r>
        <w:t>supplier</w:t>
      </w:r>
      <w:r w:rsidR="006A6247">
        <w:t xml:space="preserve"> </w:t>
      </w:r>
      <w:r>
        <w:t>cohort</w:t>
      </w:r>
      <w:r w:rsidR="006A6247">
        <w:t xml:space="preserve"> </w:t>
      </w:r>
      <w:r>
        <w:t>80%</w:t>
      </w:r>
      <w:r w:rsidR="006A6247">
        <w:t xml:space="preserve"> </w:t>
      </w:r>
      <w:r>
        <w:t>committed</w:t>
      </w:r>
      <w:r w:rsidR="006A6247">
        <w:t xml:space="preserve"> </w:t>
      </w:r>
      <w:r>
        <w:t>net-zero</w:t>
      </w:r>
      <w:r w:rsidR="006A6247">
        <w:t xml:space="preserve"> </w:t>
      </w:r>
      <w:r>
        <w:t>reduce</w:t>
      </w:r>
      <w:r w:rsidR="006A6247">
        <w:t xml:space="preserve"> </w:t>
      </w:r>
      <w:r>
        <w:t>food</w:t>
      </w:r>
      <w:r w:rsidR="006A6247">
        <w:t xml:space="preserve"> </w:t>
      </w:r>
      <w:r>
        <w:t>waste</w:t>
      </w:r>
      <w:r w:rsidR="006A6247">
        <w:t xml:space="preserve"> </w:t>
      </w:r>
      <w:r>
        <w:t>20%</w:t>
      </w:r>
      <w:r w:rsidR="006A6247">
        <w:t xml:space="preserve"> </w:t>
      </w:r>
      <w:r>
        <w:t>indicators</w:t>
      </w:r>
      <w:r w:rsidR="006A6247">
        <w:t xml:space="preserve"> </w:t>
      </w:r>
      <w:r>
        <w:t>share</w:t>
      </w:r>
      <w:r w:rsidR="006A6247">
        <w:t xml:space="preserve"> </w:t>
      </w:r>
      <w:r>
        <w:t>28.5%</w:t>
      </w:r>
      <w:r w:rsidR="006A6247">
        <w:t xml:space="preserve"> </w:t>
      </w:r>
      <w:r>
        <w:t>NPS</w:t>
      </w:r>
      <w:r w:rsidR="006A6247">
        <w:t xml:space="preserve"> </w:t>
      </w:r>
      <w:r>
        <w:t>+3.</w:t>
      </w:r>
      <w:r w:rsidR="006A6247">
        <w:t xml:space="preserve"> </w:t>
      </w:r>
      <w:r>
        <w:t>Year</w:t>
      </w:r>
      <w:r w:rsidR="006A6247">
        <w:t xml:space="preserve"> </w:t>
      </w:r>
      <w:r>
        <w:t>Three</w:t>
      </w:r>
      <w:r w:rsidR="006A6247">
        <w:t xml:space="preserve"> </w:t>
      </w:r>
      <w:r>
        <w:t>2027/28</w:t>
      </w:r>
      <w:r w:rsidR="006A6247">
        <w:t xml:space="preserve"> </w:t>
      </w:r>
      <w:r>
        <w:t>evaluate</w:t>
      </w:r>
      <w:r w:rsidR="006A6247">
        <w:t xml:space="preserve"> </w:t>
      </w:r>
      <w:r>
        <w:t>share</w:t>
      </w:r>
      <w:r w:rsidR="006A6247">
        <w:t xml:space="preserve"> </w:t>
      </w:r>
      <w:r>
        <w:t>28.5%+</w:t>
      </w:r>
      <w:r w:rsidR="006A6247">
        <w:t xml:space="preserve"> </w:t>
      </w:r>
      <w:r>
        <w:t>NPS</w:t>
      </w:r>
      <w:r w:rsidR="006A6247">
        <w:t xml:space="preserve"> </w:t>
      </w:r>
      <w:r>
        <w:t>+5</w:t>
      </w:r>
      <w:r w:rsidR="006A6247">
        <w:t xml:space="preserve"> </w:t>
      </w:r>
      <w:r>
        <w:t>food</w:t>
      </w:r>
      <w:r w:rsidR="006A6247">
        <w:t xml:space="preserve"> </w:t>
      </w:r>
      <w:r>
        <w:t>waste</w:t>
      </w:r>
      <w:r w:rsidR="006A6247">
        <w:t xml:space="preserve"> </w:t>
      </w:r>
      <w:r>
        <w:t>30%</w:t>
      </w:r>
      <w:r w:rsidR="006A6247">
        <w:t xml:space="preserve"> </w:t>
      </w:r>
      <w:r>
        <w:t>vs</w:t>
      </w:r>
      <w:r w:rsidR="006A6247">
        <w:t xml:space="preserve"> </w:t>
      </w:r>
      <w:r>
        <w:t>17/18</w:t>
      </w:r>
      <w:r w:rsidR="006A6247">
        <w:t xml:space="preserve"> </w:t>
      </w:r>
      <w:r>
        <w:t>baseline</w:t>
      </w:r>
      <w:r w:rsidR="006A6247">
        <w:t xml:space="preserve"> </w:t>
      </w:r>
      <w:r>
        <w:t>Scope1&amp;2</w:t>
      </w:r>
      <w:r w:rsidR="006A6247">
        <w:t xml:space="preserve"> </w:t>
      </w:r>
      <w:r>
        <w:t>75%</w:t>
      </w:r>
      <w:r w:rsidR="006A6247">
        <w:t xml:space="preserve"> </w:t>
      </w:r>
      <w:r>
        <w:t>interim</w:t>
      </w:r>
      <w:r w:rsidR="006A6247">
        <w:t xml:space="preserve"> </w:t>
      </w:r>
      <w:r>
        <w:t>toward</w:t>
      </w:r>
      <w:r w:rsidR="006A6247">
        <w:t xml:space="preserve"> </w:t>
      </w:r>
      <w:r>
        <w:t>85%</w:t>
      </w:r>
      <w:r w:rsidR="006A6247">
        <w:t xml:space="preserve"> </w:t>
      </w:r>
      <w:r>
        <w:t>2030</w:t>
      </w:r>
      <w:r w:rsidR="006A6247">
        <w:t xml:space="preserve"> </w:t>
      </w:r>
      <w:r>
        <w:t>supplier</w:t>
      </w:r>
      <w:r w:rsidR="006A6247">
        <w:t xml:space="preserve"> </w:t>
      </w:r>
      <w:r>
        <w:t>85%</w:t>
      </w:r>
      <w:r w:rsidR="006A6247">
        <w:t xml:space="preserve"> </w:t>
      </w:r>
      <w:r>
        <w:t>retail</w:t>
      </w:r>
      <w:r w:rsidR="006A6247">
        <w:t xml:space="preserve"> </w:t>
      </w:r>
      <w:r>
        <w:t>media</w:t>
      </w:r>
      <w:r w:rsidR="006A6247">
        <w:t xml:space="preserve"> </w:t>
      </w:r>
      <w:r>
        <w:t>profit</w:t>
      </w:r>
      <w:r w:rsidR="006A6247">
        <w:t xml:space="preserve"> </w:t>
      </w:r>
      <w:r>
        <w:t>target.</w:t>
      </w:r>
      <w:r w:rsidR="006A6247">
        <w:t xml:space="preserve"> </w:t>
      </w:r>
      <w:r>
        <w:t>Risk</w:t>
      </w:r>
      <w:r w:rsidR="006A6247">
        <w:t xml:space="preserve"> </w:t>
      </w:r>
      <w:r w:rsidR="000A0A8B">
        <w:t>register-maintained</w:t>
      </w:r>
      <w:r w:rsidR="006A6247">
        <w:t xml:space="preserve"> </w:t>
      </w:r>
      <w:r>
        <w:t>annex</w:t>
      </w:r>
      <w:r w:rsidR="006A6247">
        <w:t xml:space="preserve"> </w:t>
      </w:r>
      <w:r>
        <w:t>Board</w:t>
      </w:r>
      <w:r w:rsidR="006A6247">
        <w:t xml:space="preserve"> </w:t>
      </w:r>
      <w:r>
        <w:t>governance.</w:t>
      </w:r>
    </w:p>
    <w:p w:rsidR="00700886" w:rsidP="7D0D8C44" w:rsidRDefault="7BF93C46" w14:paraId="45148767" w14:textId="77777777">
      <w:pPr>
        <w:pStyle w:val="Heading2"/>
        <w:jc w:val="both"/>
        <w:rPr>
          <w:rFonts w:ascii="Arial" w:hAnsi="Arial"/>
          <w:color w:val="auto"/>
          <w:sz w:val="24"/>
          <w:szCs w:val="24"/>
        </w:rPr>
      </w:pPr>
      <w:bookmarkStart w:name="_Toc236501135" w:id="51"/>
      <w:bookmarkStart w:name="_Toc1767220035" w:id="52"/>
      <w:bookmarkStart w:name="_Toc237366870" w:id="53"/>
      <w:r w:rsidRPr="7D0D8C44" w:rsidR="529427D7">
        <w:rPr>
          <w:rFonts w:ascii="Arial" w:hAnsi="Arial"/>
          <w:color w:val="auto"/>
          <w:sz w:val="24"/>
          <w:szCs w:val="24"/>
        </w:rPr>
        <w:t>Section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2: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Reflective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Account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–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Gibbs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Cycle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(700</w:t>
      </w:r>
      <w:r w:rsidRPr="7D0D8C44" w:rsidR="780EC55A">
        <w:rPr>
          <w:rFonts w:ascii="Arial" w:hAnsi="Arial"/>
          <w:color w:val="auto"/>
          <w:sz w:val="24"/>
          <w:szCs w:val="24"/>
        </w:rPr>
        <w:t xml:space="preserve"> </w:t>
      </w:r>
      <w:r w:rsidRPr="7D0D8C44" w:rsidR="529427D7">
        <w:rPr>
          <w:rFonts w:ascii="Arial" w:hAnsi="Arial"/>
          <w:color w:val="auto"/>
          <w:sz w:val="24"/>
          <w:szCs w:val="24"/>
        </w:rPr>
        <w:t>words)</w:t>
      </w:r>
      <w:bookmarkEnd w:id="51"/>
      <w:bookmarkEnd w:id="52"/>
      <w:bookmarkEnd w:id="53"/>
    </w:p>
    <w:p w:rsidR="00700886" w:rsidP="7D0D8C44" w:rsidRDefault="7BF93C46" w14:paraId="02F99ED9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36" w:id="54"/>
      <w:bookmarkStart w:name="_Toc493944747" w:id="55"/>
      <w:bookmarkStart w:name="_Toc237366871" w:id="56"/>
      <w:r w:rsidRPr="7D0D8C44" w:rsidR="529427D7">
        <w:rPr>
          <w:rFonts w:ascii="Arial" w:hAnsi="Arial"/>
          <w:color w:val="auto"/>
        </w:rPr>
        <w:t>Description</w:t>
      </w:r>
      <w:bookmarkEnd w:id="54"/>
      <w:bookmarkEnd w:id="55"/>
      <w:bookmarkEnd w:id="56"/>
    </w:p>
    <w:p w:rsidR="00700886" w:rsidP="00F94D1E" w:rsidRDefault="00344F75" w14:paraId="1207A692" w14:textId="783234CD">
      <w:pPr>
        <w:jc w:val="both"/>
      </w:pPr>
      <w:r>
        <w:t>Assignment</w:t>
      </w:r>
      <w:r w:rsidR="006A6247">
        <w:t xml:space="preserve"> </w:t>
      </w:r>
      <w:r>
        <w:t>required</w:t>
      </w:r>
      <w:r w:rsidR="006A6247">
        <w:t xml:space="preserve"> </w:t>
      </w:r>
      <w:r>
        <w:t>external</w:t>
      </w:r>
      <w:r w:rsidR="006A6247">
        <w:t xml:space="preserve"> </w:t>
      </w:r>
      <w:r>
        <w:t>consultant</w:t>
      </w:r>
      <w:r w:rsidR="006A6247">
        <w:t xml:space="preserve"> </w:t>
      </w:r>
      <w:r>
        <w:t>role</w:t>
      </w:r>
      <w:r w:rsidR="006A6247">
        <w:t xml:space="preserve"> </w:t>
      </w:r>
      <w:r>
        <w:t>reporting</w:t>
      </w:r>
      <w:r w:rsidR="006A6247">
        <w:t xml:space="preserve"> </w:t>
      </w:r>
      <w:r>
        <w:t>Tesco</w:t>
      </w:r>
      <w:r w:rsidR="006A6247">
        <w:t xml:space="preserve"> </w:t>
      </w:r>
      <w:r>
        <w:t>Board</w:t>
      </w:r>
      <w:r w:rsidR="006A6247">
        <w:t xml:space="preserve"> </w:t>
      </w:r>
      <w:r>
        <w:t>concentrated</w:t>
      </w:r>
      <w:r w:rsidR="006A6247">
        <w:t xml:space="preserve"> </w:t>
      </w:r>
      <w:r>
        <w:t>focus</w:t>
      </w:r>
      <w:r w:rsidR="006A6247">
        <w:t xml:space="preserve"> </w:t>
      </w:r>
      <w:r>
        <w:t>UK</w:t>
      </w:r>
      <w:r w:rsidR="006A6247">
        <w:t xml:space="preserve"> </w:t>
      </w:r>
      <w:r>
        <w:t>grocery</w:t>
      </w:r>
      <w:r w:rsidR="006A6247">
        <w:t xml:space="preserve"> </w:t>
      </w:r>
      <w:r>
        <w:t>bridging</w:t>
      </w:r>
      <w:r w:rsidR="006A6247">
        <w:t xml:space="preserve"> </w:t>
      </w:r>
      <w:r>
        <w:t>theory</w:t>
      </w:r>
      <w:r w:rsidR="006A6247">
        <w:t xml:space="preserve"> </w:t>
      </w:r>
      <w:r>
        <w:t>practical.</w:t>
      </w:r>
      <w:r w:rsidR="006A6247">
        <w:t xml:space="preserve"> </w:t>
      </w:r>
      <w:r>
        <w:t>Work</w:t>
      </w:r>
      <w:r w:rsidR="006A6247">
        <w:t xml:space="preserve"> </w:t>
      </w:r>
      <w:r>
        <w:t>began</w:t>
      </w:r>
      <w:r w:rsidR="006A6247">
        <w:t xml:space="preserve"> </w:t>
      </w:r>
      <w:r>
        <w:t>careful</w:t>
      </w:r>
      <w:r w:rsidR="006A6247">
        <w:t xml:space="preserve"> </w:t>
      </w:r>
      <w:r>
        <w:t>review</w:t>
      </w:r>
      <w:r w:rsidR="006A6247">
        <w:t xml:space="preserve"> </w:t>
      </w:r>
      <w:r>
        <w:t>brief</w:t>
      </w:r>
      <w:r w:rsidR="006A6247">
        <w:t xml:space="preserve"> </w:t>
      </w:r>
      <w:r>
        <w:t>two</w:t>
      </w:r>
      <w:r w:rsidR="006A6247">
        <w:t xml:space="preserve"> </w:t>
      </w:r>
      <w:r>
        <w:t>sections:</w:t>
      </w:r>
      <w:r w:rsidR="006A6247">
        <w:t xml:space="preserve"> </w:t>
      </w:r>
      <w:r>
        <w:t>Section</w:t>
      </w:r>
      <w:r w:rsidR="006A6247">
        <w:t xml:space="preserve"> </w:t>
      </w:r>
      <w:r>
        <w:t>One</w:t>
      </w:r>
      <w:r w:rsidR="006A6247">
        <w:t xml:space="preserve"> </w:t>
      </w:r>
      <w:proofErr w:type="spellStart"/>
      <w:r>
        <w:t>approx</w:t>
      </w:r>
      <w:proofErr w:type="spellEnd"/>
      <w:r w:rsidR="006A6247">
        <w:t xml:space="preserve"> </w:t>
      </w:r>
      <w:r>
        <w:t>4,200</w:t>
      </w:r>
      <w:r w:rsidR="006A6247">
        <w:t xml:space="preserve"> </w:t>
      </w:r>
      <w:r>
        <w:t>words</w:t>
      </w:r>
      <w:r w:rsidR="006A6247">
        <w:t xml:space="preserve"> </w:t>
      </w:r>
      <w:r>
        <w:t>org</w:t>
      </w:r>
      <w:r w:rsidR="006A6247">
        <w:t xml:space="preserve"> </w:t>
      </w:r>
      <w:r>
        <w:t>context</w:t>
      </w:r>
      <w:r w:rsidR="006A6247">
        <w:t xml:space="preserve"> </w:t>
      </w:r>
      <w:r>
        <w:t>400</w:t>
      </w:r>
      <w:r w:rsidR="006A6247">
        <w:t xml:space="preserve"> </w:t>
      </w:r>
      <w:r>
        <w:t>external</w:t>
      </w:r>
      <w:r w:rsidR="006A6247">
        <w:t xml:space="preserve"> </w:t>
      </w:r>
      <w:r>
        <w:t>internal</w:t>
      </w:r>
      <w:r w:rsidR="006A6247">
        <w:t xml:space="preserve"> </w:t>
      </w:r>
      <w:r>
        <w:t>1,800</w:t>
      </w:r>
      <w:r w:rsidR="006A6247">
        <w:t xml:space="preserve"> </w:t>
      </w:r>
      <w:r>
        <w:t>CSR</w:t>
      </w:r>
      <w:r w:rsidR="006A6247">
        <w:t xml:space="preserve"> </w:t>
      </w:r>
      <w:r>
        <w:t>Scorecard</w:t>
      </w:r>
      <w:r w:rsidR="006A6247">
        <w:t xml:space="preserve"> </w:t>
      </w:r>
      <w:r>
        <w:t>1,000</w:t>
      </w:r>
      <w:r w:rsidR="006A6247">
        <w:t xml:space="preserve"> </w:t>
      </w:r>
      <w:r>
        <w:t>strategic</w:t>
      </w:r>
      <w:r w:rsidR="006A6247">
        <w:t xml:space="preserve"> </w:t>
      </w:r>
      <w:r>
        <w:t>choices</w:t>
      </w:r>
      <w:r w:rsidR="006A6247">
        <w:t xml:space="preserve"> </w:t>
      </w:r>
      <w:r>
        <w:t>1,000;</w:t>
      </w:r>
      <w:r w:rsidR="006A6247">
        <w:t xml:space="preserve"> </w:t>
      </w:r>
      <w:r>
        <w:t>Section</w:t>
      </w:r>
      <w:r w:rsidR="006A6247">
        <w:t xml:space="preserve"> </w:t>
      </w:r>
      <w:r>
        <w:t>Two</w:t>
      </w:r>
      <w:r w:rsidR="006A6247">
        <w:t xml:space="preserve"> </w:t>
      </w:r>
      <w:r>
        <w:t>800</w:t>
      </w:r>
      <w:r w:rsidR="006A6247">
        <w:t xml:space="preserve"> </w:t>
      </w:r>
      <w:r>
        <w:t>words</w:t>
      </w:r>
      <w:r w:rsidR="006A6247">
        <w:t xml:space="preserve"> </w:t>
      </w:r>
      <w:r>
        <w:t>reflective</w:t>
      </w:r>
      <w:r w:rsidR="006A6247">
        <w:t xml:space="preserve"> </w:t>
      </w:r>
      <w:r>
        <w:t>Gibbs</w:t>
      </w:r>
      <w:r w:rsidR="006A6247">
        <w:t xml:space="preserve"> </w:t>
      </w:r>
      <w:r>
        <w:t>or</w:t>
      </w:r>
      <w:r w:rsidR="006A6247">
        <w:t xml:space="preserve"> </w:t>
      </w:r>
      <w:r>
        <w:t>Kolb.</w:t>
      </w:r>
      <w:r w:rsidR="006A6247">
        <w:t xml:space="preserve"> </w:t>
      </w:r>
      <w:r>
        <w:t>Tesco</w:t>
      </w:r>
      <w:r w:rsidR="006A6247">
        <w:t xml:space="preserve"> </w:t>
      </w:r>
      <w:r>
        <w:t>chosen</w:t>
      </w:r>
      <w:r w:rsidR="006A6247">
        <w:t xml:space="preserve"> </w:t>
      </w:r>
      <w:r>
        <w:t>trading</w:t>
      </w:r>
      <w:r w:rsidR="006A6247">
        <w:t xml:space="preserve"> </w:t>
      </w:r>
      <w:r>
        <w:t>since</w:t>
      </w:r>
      <w:r w:rsidR="006A6247">
        <w:t xml:space="preserve"> </w:t>
      </w:r>
      <w:r>
        <w:t>1919</w:t>
      </w:r>
      <w:r w:rsidR="006A6247">
        <w:t xml:space="preserve"> </w:t>
      </w:r>
      <w:r>
        <w:t>meeting</w:t>
      </w:r>
      <w:r w:rsidR="006A6247">
        <w:t xml:space="preserve"> </w:t>
      </w:r>
      <w:r>
        <w:t>five-year</w:t>
      </w:r>
      <w:r w:rsidR="006A6247">
        <w:t xml:space="preserve"> </w:t>
      </w:r>
      <w:r>
        <w:t>threshold</w:t>
      </w:r>
      <w:r w:rsidR="006A6247">
        <w:t xml:space="preserve"> </w:t>
      </w:r>
      <w:r>
        <w:t>data</w:t>
      </w:r>
      <w:r w:rsidR="006A6247">
        <w:t xml:space="preserve"> </w:t>
      </w:r>
      <w:r>
        <w:t>richly</w:t>
      </w:r>
      <w:r w:rsidR="006A6247">
        <w:t xml:space="preserve"> </w:t>
      </w:r>
      <w:r>
        <w:t>available</w:t>
      </w:r>
      <w:r w:rsidR="006A6247">
        <w:t xml:space="preserve"> </w:t>
      </w:r>
      <w:r>
        <w:t>defensible</w:t>
      </w:r>
      <w:r w:rsidR="006A6247">
        <w:t xml:space="preserve"> </w:t>
      </w:r>
      <w:r>
        <w:t>single-market</w:t>
      </w:r>
      <w:r w:rsidR="006A6247">
        <w:t xml:space="preserve"> </w:t>
      </w:r>
      <w:r>
        <w:t>case</w:t>
      </w:r>
      <w:r w:rsidR="006A6247">
        <w:t xml:space="preserve"> </w:t>
      </w:r>
      <w:r>
        <w:t>analogous</w:t>
      </w:r>
      <w:r w:rsidR="006A6247">
        <w:t xml:space="preserve"> </w:t>
      </w:r>
      <w:r>
        <w:t>Coca-Cola</w:t>
      </w:r>
      <w:r w:rsidR="006A6247">
        <w:t xml:space="preserve"> </w:t>
      </w:r>
      <w:r>
        <w:t>example</w:t>
      </w:r>
      <w:r w:rsidR="006A6247">
        <w:t xml:space="preserve"> </w:t>
      </w:r>
      <w:r w:rsidR="00293246">
        <w:t>specific</w:t>
      </w:r>
      <w:r w:rsidR="006A6247">
        <w:t xml:space="preserve"> </w:t>
      </w:r>
      <w:r w:rsidR="00293246">
        <w:t>product</w:t>
      </w:r>
      <w:r w:rsidR="006A6247">
        <w:t xml:space="preserve"> </w:t>
      </w:r>
      <w:r>
        <w:t>geography.</w:t>
      </w:r>
      <w:r w:rsidR="006A6247">
        <w:t xml:space="preserve"> </w:t>
      </w:r>
      <w:r>
        <w:t>Market</w:t>
      </w:r>
      <w:r w:rsidR="006A6247">
        <w:t xml:space="preserve"> </w:t>
      </w:r>
      <w:r w:rsidR="000A0A8B">
        <w:t>shares</w:t>
      </w:r>
      <w:r w:rsidR="006A6247">
        <w:t xml:space="preserve"> </w:t>
      </w:r>
      <w:r>
        <w:t>28.0%</w:t>
      </w:r>
      <w:r w:rsidR="006A6247">
        <w:t xml:space="preserve"> </w:t>
      </w:r>
      <w:r>
        <w:t>May</w:t>
      </w:r>
      <w:r w:rsidR="006A6247">
        <w:t xml:space="preserve"> </w:t>
      </w:r>
      <w:r>
        <w:t>2025</w:t>
      </w:r>
      <w:r w:rsidR="006A6247">
        <w:t xml:space="preserve"> </w:t>
      </w:r>
      <w:r>
        <w:t>and</w:t>
      </w:r>
      <w:r w:rsidR="006A6247">
        <w:t xml:space="preserve"> </w:t>
      </w:r>
      <w:r>
        <w:t>28.3%</w:t>
      </w:r>
      <w:r w:rsidR="006A6247">
        <w:t xml:space="preserve"> </w:t>
      </w:r>
      <w:r>
        <w:t>Feb</w:t>
      </w:r>
      <w:r w:rsidR="006A6247">
        <w:t xml:space="preserve"> </w:t>
      </w:r>
      <w:r>
        <w:t>2025</w:t>
      </w:r>
      <w:r w:rsidR="006A6247">
        <w:t xml:space="preserve"> </w:t>
      </w:r>
      <w:r>
        <w:t>(Kantar,</w:t>
      </w:r>
      <w:r w:rsidR="006A6247">
        <w:t xml:space="preserve"> </w:t>
      </w:r>
      <w:r>
        <w:t>2025;</w:t>
      </w:r>
      <w:r w:rsidR="006A6247">
        <w:t xml:space="preserve"> </w:t>
      </w:r>
      <w:r>
        <w:t>Tesco</w:t>
      </w:r>
      <w:r w:rsidR="006A6247">
        <w:t xml:space="preserve"> </w:t>
      </w:r>
      <w:r>
        <w:t>PLC,</w:t>
      </w:r>
      <w:r w:rsidR="006A6247">
        <w:t xml:space="preserve"> </w:t>
      </w:r>
      <w:r>
        <w:t>2025a)</w:t>
      </w:r>
      <w:r w:rsidR="006A6247">
        <w:t xml:space="preserve"> </w:t>
      </w:r>
      <w:r>
        <w:t>sales</w:t>
      </w:r>
      <w:r w:rsidR="006A6247">
        <w:t xml:space="preserve"> </w:t>
      </w:r>
      <w:r>
        <w:t>£63.636bn</w:t>
      </w:r>
      <w:r w:rsidR="006A6247">
        <w:t xml:space="preserve"> </w:t>
      </w:r>
      <w:r>
        <w:t>supported</w:t>
      </w:r>
      <w:r w:rsidR="006A6247">
        <w:t xml:space="preserve"> </w:t>
      </w:r>
      <w:r>
        <w:t>selection.</w:t>
      </w:r>
      <w:r w:rsidR="006A6247">
        <w:t xml:space="preserve"> </w:t>
      </w:r>
      <w:r>
        <w:t>Data</w:t>
      </w:r>
      <w:r w:rsidR="006A6247">
        <w:t xml:space="preserve"> </w:t>
      </w:r>
      <w:r>
        <w:t>collection</w:t>
      </w:r>
      <w:r w:rsidR="006A6247">
        <w:t xml:space="preserve"> </w:t>
      </w:r>
      <w:r>
        <w:t>started</w:t>
      </w:r>
      <w:r w:rsidR="006A6247">
        <w:t xml:space="preserve"> </w:t>
      </w:r>
      <w:r>
        <w:t>research</w:t>
      </w:r>
      <w:r w:rsidR="006A6247">
        <w:t xml:space="preserve"> </w:t>
      </w:r>
      <w:r>
        <w:t>matrix</w:t>
      </w:r>
      <w:r w:rsidR="006A6247">
        <w:t xml:space="preserve"> </w:t>
      </w:r>
      <w:r>
        <w:t>evidence</w:t>
      </w:r>
      <w:r w:rsidR="006A6247">
        <w:t xml:space="preserve"> </w:t>
      </w:r>
      <w:r>
        <w:t>bank</w:t>
      </w:r>
      <w:r w:rsidR="006A6247">
        <w:t xml:space="preserve"> </w:t>
      </w:r>
      <w:r>
        <w:t>verified</w:t>
      </w:r>
      <w:r w:rsidR="006A6247">
        <w:t xml:space="preserve"> </w:t>
      </w:r>
      <w:r>
        <w:t>primary</w:t>
      </w:r>
      <w:r w:rsidR="006A6247">
        <w:t xml:space="preserve"> </w:t>
      </w:r>
      <w:r>
        <w:t>sources:</w:t>
      </w:r>
      <w:r w:rsidR="006A6247">
        <w:t xml:space="preserve"> </w:t>
      </w:r>
      <w:r>
        <w:t>Annual</w:t>
      </w:r>
      <w:r w:rsidR="006A6247">
        <w:t xml:space="preserve"> </w:t>
      </w:r>
      <w:r>
        <w:t>Report</w:t>
      </w:r>
      <w:r w:rsidR="006A6247">
        <w:t xml:space="preserve"> </w:t>
      </w:r>
      <w:r>
        <w:t>Financial</w:t>
      </w:r>
      <w:r w:rsidR="006A6247">
        <w:t xml:space="preserve"> </w:t>
      </w:r>
      <w:r>
        <w:t>Statements</w:t>
      </w:r>
      <w:r w:rsidR="006A6247">
        <w:t xml:space="preserve"> </w:t>
      </w:r>
      <w:r>
        <w:t>2025,</w:t>
      </w:r>
      <w:r w:rsidR="006A6247">
        <w:t xml:space="preserve"> </w:t>
      </w:r>
      <w:r>
        <w:t>Sustainability</w:t>
      </w:r>
      <w:r w:rsidR="006A6247">
        <w:t xml:space="preserve"> </w:t>
      </w:r>
      <w:r>
        <w:t>Report</w:t>
      </w:r>
      <w:r w:rsidR="006A6247">
        <w:t xml:space="preserve"> </w:t>
      </w:r>
      <w:r>
        <w:t>2025,</w:t>
      </w:r>
      <w:r w:rsidR="006A6247">
        <w:t xml:space="preserve"> </w:t>
      </w:r>
      <w:r>
        <w:t>Preliminary</w:t>
      </w:r>
      <w:r w:rsidR="006A6247">
        <w:t xml:space="preserve"> </w:t>
      </w:r>
      <w:r>
        <w:t>Results</w:t>
      </w:r>
      <w:r w:rsidR="006A6247">
        <w:t xml:space="preserve"> </w:t>
      </w:r>
      <w:r>
        <w:t>FY25/26</w:t>
      </w:r>
      <w:r w:rsidR="006A6247">
        <w:t xml:space="preserve"> </w:t>
      </w:r>
      <w:r>
        <w:t>sales</w:t>
      </w:r>
      <w:r w:rsidR="006A6247">
        <w:t xml:space="preserve"> </w:t>
      </w:r>
      <w:r>
        <w:t>£66.588bn</w:t>
      </w:r>
      <w:r w:rsidR="006A6247">
        <w:t xml:space="preserve"> </w:t>
      </w:r>
      <w:r>
        <w:t>profit</w:t>
      </w:r>
      <w:r w:rsidR="006A6247">
        <w:t xml:space="preserve"> </w:t>
      </w:r>
      <w:r>
        <w:t>£3.152bn</w:t>
      </w:r>
      <w:r w:rsidR="006A6247">
        <w:t xml:space="preserve"> </w:t>
      </w:r>
      <w:r>
        <w:t>FCF</w:t>
      </w:r>
      <w:r w:rsidR="006A6247">
        <w:t xml:space="preserve"> </w:t>
      </w:r>
      <w:r>
        <w:t>£1.957bn,</w:t>
      </w:r>
      <w:r w:rsidR="006A6247">
        <w:t xml:space="preserve"> </w:t>
      </w:r>
      <w:r>
        <w:t>Kantar</w:t>
      </w:r>
      <w:r w:rsidR="006A6247">
        <w:t xml:space="preserve"> </w:t>
      </w:r>
      <w:r>
        <w:t>Worldpanel</w:t>
      </w:r>
      <w:r w:rsidR="006A6247">
        <w:t xml:space="preserve"> </w:t>
      </w:r>
      <w:r>
        <w:t>grocery</w:t>
      </w:r>
      <w:r w:rsidR="006A6247">
        <w:t xml:space="preserve"> </w:t>
      </w:r>
      <w:r>
        <w:t>share</w:t>
      </w:r>
      <w:r w:rsidR="006A6247">
        <w:t xml:space="preserve"> </w:t>
      </w:r>
      <w:r>
        <w:t>inflation</w:t>
      </w:r>
      <w:r w:rsidR="006A6247">
        <w:t xml:space="preserve"> </w:t>
      </w:r>
      <w:r>
        <w:t>4.1%</w:t>
      </w:r>
      <w:r w:rsidR="006A6247">
        <w:t xml:space="preserve"> </w:t>
      </w:r>
      <w:r>
        <w:t>four</w:t>
      </w:r>
      <w:r w:rsidR="006A6247">
        <w:t xml:space="preserve"> </w:t>
      </w:r>
      <w:r>
        <w:t>weeks,</w:t>
      </w:r>
      <w:r w:rsidR="006A6247">
        <w:t xml:space="preserve"> </w:t>
      </w:r>
      <w:r>
        <w:t>ONS</w:t>
      </w:r>
      <w:r w:rsidR="006A6247">
        <w:t xml:space="preserve"> </w:t>
      </w:r>
      <w:r>
        <w:t>CPI</w:t>
      </w:r>
      <w:r w:rsidR="006A6247">
        <w:t xml:space="preserve"> </w:t>
      </w:r>
      <w:r>
        <w:t>Bulletin</w:t>
      </w:r>
      <w:r w:rsidR="006A6247">
        <w:t xml:space="preserve"> </w:t>
      </w:r>
      <w:r>
        <w:t>May</w:t>
      </w:r>
      <w:r w:rsidR="006A6247">
        <w:t xml:space="preserve"> </w:t>
      </w:r>
      <w:r>
        <w:t>2025</w:t>
      </w:r>
      <w:r w:rsidR="006A6247">
        <w:t xml:space="preserve"> </w:t>
      </w:r>
      <w:r>
        <w:t>CPI</w:t>
      </w:r>
      <w:r w:rsidR="006A6247">
        <w:t xml:space="preserve"> </w:t>
      </w:r>
      <w:r>
        <w:t>3.4%</w:t>
      </w:r>
      <w:r w:rsidR="006A6247">
        <w:t xml:space="preserve"> </w:t>
      </w:r>
      <w:r>
        <w:t>food</w:t>
      </w:r>
      <w:r w:rsidR="006A6247">
        <w:t xml:space="preserve"> </w:t>
      </w:r>
      <w:r>
        <w:t>component</w:t>
      </w:r>
      <w:r w:rsidR="006A6247">
        <w:t xml:space="preserve"> </w:t>
      </w:r>
      <w:r>
        <w:t>elevated,</w:t>
      </w:r>
      <w:r w:rsidR="006A6247">
        <w:t xml:space="preserve"> </w:t>
      </w:r>
      <w:r>
        <w:t>SBTi</w:t>
      </w:r>
      <w:r w:rsidR="006A6247">
        <w:t xml:space="preserve"> </w:t>
      </w:r>
      <w:r>
        <w:t>validation</w:t>
      </w:r>
      <w:r w:rsidR="006A6247">
        <w:t xml:space="preserve"> </w:t>
      </w:r>
      <w:r>
        <w:t>Climate</w:t>
      </w:r>
      <w:r w:rsidR="006A6247">
        <w:t xml:space="preserve"> </w:t>
      </w:r>
      <w:r>
        <w:t>Action</w:t>
      </w:r>
      <w:r w:rsidR="006A6247">
        <w:t xml:space="preserve"> </w:t>
      </w:r>
      <w:r>
        <w:t>ESG</w:t>
      </w:r>
      <w:r w:rsidR="006A6247">
        <w:t xml:space="preserve"> </w:t>
      </w:r>
      <w:r>
        <w:t>Today,</w:t>
      </w:r>
      <w:r w:rsidR="006A6247">
        <w:t xml:space="preserve"> </w:t>
      </w:r>
      <w:r>
        <w:t>critical</w:t>
      </w:r>
      <w:r w:rsidR="006A6247">
        <w:t xml:space="preserve"> </w:t>
      </w:r>
      <w:r>
        <w:t>commentary</w:t>
      </w:r>
      <w:r w:rsidR="006A6247">
        <w:t xml:space="preserve"> </w:t>
      </w:r>
      <w:proofErr w:type="spellStart"/>
      <w:r>
        <w:t>CSRReporters</w:t>
      </w:r>
      <w:proofErr w:type="spellEnd"/>
      <w:r w:rsidR="006A6247">
        <w:t xml:space="preserve"> </w:t>
      </w:r>
      <w:r>
        <w:t>68%</w:t>
      </w:r>
      <w:r w:rsidR="006A6247">
        <w:t xml:space="preserve"> </w:t>
      </w:r>
      <w:r>
        <w:t>vs</w:t>
      </w:r>
      <w:r w:rsidR="006A6247">
        <w:t xml:space="preserve"> </w:t>
      </w:r>
      <w:r>
        <w:t>baseline</w:t>
      </w:r>
      <w:r w:rsidR="006A6247">
        <w:t xml:space="preserve"> </w:t>
      </w:r>
      <w:r>
        <w:t>Sustainability</w:t>
      </w:r>
      <w:r w:rsidR="006A6247">
        <w:t xml:space="preserve"> </w:t>
      </w:r>
      <w:r>
        <w:t>Magazine</w:t>
      </w:r>
      <w:r w:rsidR="006A6247">
        <w:t xml:space="preserve"> </w:t>
      </w:r>
      <w:r>
        <w:t>solar</w:t>
      </w:r>
      <w:r w:rsidR="006A6247">
        <w:t xml:space="preserve"> </w:t>
      </w:r>
      <w:r>
        <w:t>PPA</w:t>
      </w:r>
      <w:r w:rsidR="006A6247">
        <w:t xml:space="preserve"> </w:t>
      </w:r>
      <w:r>
        <w:t>supplier</w:t>
      </w:r>
      <w:r w:rsidR="006A6247">
        <w:t xml:space="preserve"> </w:t>
      </w:r>
      <w:r>
        <w:t>commitment.</w:t>
      </w:r>
      <w:r w:rsidR="006A6247">
        <w:t xml:space="preserve"> </w:t>
      </w:r>
      <w:r>
        <w:t>Tables:</w:t>
      </w:r>
      <w:r w:rsidR="006A6247">
        <w:t xml:space="preserve"> </w:t>
      </w:r>
      <w:r>
        <w:t>PESTEL</w:t>
      </w:r>
      <w:r w:rsidR="006A6247">
        <w:t xml:space="preserve"> </w:t>
      </w:r>
      <w:r>
        <w:t>opportunity</w:t>
      </w:r>
      <w:r w:rsidR="006A6247">
        <w:t xml:space="preserve"> </w:t>
      </w:r>
      <w:r>
        <w:t>threat,</w:t>
      </w:r>
      <w:r w:rsidR="006A6247">
        <w:t xml:space="preserve"> </w:t>
      </w:r>
      <w:r>
        <w:t>VRIO</w:t>
      </w:r>
      <w:r w:rsidR="006A6247">
        <w:t xml:space="preserve"> </w:t>
      </w:r>
      <w:r>
        <w:t>scoring,</w:t>
      </w:r>
      <w:r w:rsidR="006A6247">
        <w:t xml:space="preserve"> </w:t>
      </w:r>
      <w:r>
        <w:t>SWOT</w:t>
      </w:r>
      <w:r w:rsidR="006A6247">
        <w:t xml:space="preserve"> </w:t>
      </w:r>
      <w:r>
        <w:t>linking,</w:t>
      </w:r>
      <w:r w:rsidR="006A6247">
        <w:t xml:space="preserve"> </w:t>
      </w:r>
      <w:r>
        <w:t>Scorecard</w:t>
      </w:r>
      <w:r w:rsidR="006A6247">
        <w:t xml:space="preserve"> </w:t>
      </w:r>
      <w:r>
        <w:t>KPIs,</w:t>
      </w:r>
      <w:r w:rsidR="006A6247">
        <w:t xml:space="preserve"> </w:t>
      </w:r>
      <w:r>
        <w:t>Ansoff</w:t>
      </w:r>
      <w:r w:rsidR="006A6247">
        <w:t xml:space="preserve"> </w:t>
      </w:r>
      <w:r>
        <w:t>risk,</w:t>
      </w:r>
      <w:r w:rsidR="006A6247">
        <w:t xml:space="preserve"> </w:t>
      </w:r>
      <w:proofErr w:type="spellStart"/>
      <w:r>
        <w:t>SAFe</w:t>
      </w:r>
      <w:proofErr w:type="spellEnd"/>
      <w:r w:rsidR="006A6247">
        <w:t xml:space="preserve"> </w:t>
      </w:r>
      <w:r>
        <w:t>suitability.</w:t>
      </w:r>
      <w:r w:rsidR="006A6247">
        <w:t xml:space="preserve"> </w:t>
      </w:r>
      <w:r>
        <w:t>Drafting</w:t>
      </w:r>
      <w:r w:rsidR="006A6247">
        <w:t xml:space="preserve"> </w:t>
      </w:r>
      <w:r>
        <w:t>followed</w:t>
      </w:r>
      <w:r w:rsidR="006A6247">
        <w:t xml:space="preserve"> </w:t>
      </w:r>
      <w:r>
        <w:t>mandated</w:t>
      </w:r>
      <w:r w:rsidR="006A6247">
        <w:t xml:space="preserve"> </w:t>
      </w:r>
      <w:r>
        <w:t>structure</w:t>
      </w:r>
      <w:r w:rsidR="006A6247">
        <w:t xml:space="preserve"> </w:t>
      </w:r>
      <w:r>
        <w:t>consciously</w:t>
      </w:r>
      <w:r w:rsidR="006A6247">
        <w:t xml:space="preserve"> </w:t>
      </w:r>
      <w:r>
        <w:t>connecting</w:t>
      </w:r>
      <w:r w:rsidR="006A6247">
        <w:t xml:space="preserve"> </w:t>
      </w:r>
      <w:r>
        <w:t>Porter</w:t>
      </w:r>
      <w:r w:rsidR="006A6247">
        <w:t xml:space="preserve"> </w:t>
      </w:r>
      <w:r>
        <w:t>1980</w:t>
      </w:r>
      <w:r w:rsidR="006A6247">
        <w:t xml:space="preserve"> </w:t>
      </w:r>
      <w:r>
        <w:t>generic</w:t>
      </w:r>
      <w:r w:rsidR="006A6247">
        <w:t xml:space="preserve"> </w:t>
      </w:r>
      <w:r>
        <w:t>2008</w:t>
      </w:r>
      <w:r w:rsidR="006A6247">
        <w:t xml:space="preserve"> </w:t>
      </w:r>
      <w:r>
        <w:t>Five</w:t>
      </w:r>
      <w:r w:rsidR="006A6247">
        <w:t xml:space="preserve"> </w:t>
      </w:r>
      <w:r>
        <w:t>Forces</w:t>
      </w:r>
      <w:r w:rsidR="006A6247">
        <w:t xml:space="preserve"> </w:t>
      </w:r>
      <w:r>
        <w:t>Barney</w:t>
      </w:r>
      <w:r w:rsidR="006A6247">
        <w:t xml:space="preserve"> </w:t>
      </w:r>
      <w:r>
        <w:t>1991</w:t>
      </w:r>
      <w:r w:rsidR="006A6247">
        <w:t xml:space="preserve"> </w:t>
      </w:r>
      <w:r>
        <w:t>VRIO</w:t>
      </w:r>
      <w:r w:rsidR="006A6247">
        <w:t xml:space="preserve"> </w:t>
      </w:r>
      <w:r>
        <w:t>Ansoff</w:t>
      </w:r>
      <w:r w:rsidR="006A6247">
        <w:t xml:space="preserve"> </w:t>
      </w:r>
      <w:r>
        <w:t>1957</w:t>
      </w:r>
      <w:r w:rsidR="006A6247">
        <w:t xml:space="preserve"> </w:t>
      </w:r>
      <w:r>
        <w:t>Kaplan</w:t>
      </w:r>
      <w:r w:rsidR="006A6247">
        <w:t xml:space="preserve"> </w:t>
      </w:r>
      <w:r>
        <w:t>Norton</w:t>
      </w:r>
      <w:r w:rsidR="006A6247">
        <w:t xml:space="preserve"> </w:t>
      </w:r>
      <w:r>
        <w:t>1992</w:t>
      </w:r>
      <w:r w:rsidR="006A6247">
        <w:t xml:space="preserve"> </w:t>
      </w:r>
      <w:r>
        <w:t>Scorecard</w:t>
      </w:r>
      <w:r w:rsidR="006A6247">
        <w:t xml:space="preserve"> </w:t>
      </w:r>
      <w:r>
        <w:t>Johnson</w:t>
      </w:r>
      <w:r w:rsidR="006A6247">
        <w:t xml:space="preserve"> </w:t>
      </w:r>
      <w:r>
        <w:t>et</w:t>
      </w:r>
      <w:r w:rsidR="006A6247">
        <w:t xml:space="preserve"> </w:t>
      </w:r>
      <w:r>
        <w:t>al.</w:t>
      </w:r>
      <w:r w:rsidR="006A6247">
        <w:t xml:space="preserve"> </w:t>
      </w:r>
      <w:r>
        <w:t>2020</w:t>
      </w:r>
      <w:r w:rsidR="006A6247">
        <w:t xml:space="preserve"> </w:t>
      </w:r>
      <w:proofErr w:type="spellStart"/>
      <w:r>
        <w:t>SAFe</w:t>
      </w:r>
      <w:proofErr w:type="spellEnd"/>
      <w:r w:rsidR="006A6247">
        <w:t xml:space="preserve"> </w:t>
      </w:r>
      <w:r>
        <w:t>Freeman</w:t>
      </w:r>
      <w:r w:rsidR="006A6247">
        <w:t xml:space="preserve"> </w:t>
      </w:r>
      <w:r>
        <w:t>stakeholder</w:t>
      </w:r>
      <w:r w:rsidR="006A6247">
        <w:t xml:space="preserve"> </w:t>
      </w:r>
      <w:r>
        <w:t>Porter</w:t>
      </w:r>
      <w:r w:rsidR="006A6247">
        <w:t xml:space="preserve"> </w:t>
      </w:r>
      <w:r>
        <w:t>Kramer</w:t>
      </w:r>
      <w:r w:rsidR="006A6247">
        <w:t xml:space="preserve"> </w:t>
      </w:r>
      <w:r>
        <w:t>shared</w:t>
      </w:r>
      <w:r w:rsidR="006A6247">
        <w:t xml:space="preserve"> </w:t>
      </w:r>
      <w:r>
        <w:t>value</w:t>
      </w:r>
      <w:r w:rsidR="006A6247">
        <w:t xml:space="preserve"> </w:t>
      </w:r>
      <w:r>
        <w:t>Aguilar</w:t>
      </w:r>
      <w:r w:rsidR="006A6247">
        <w:t xml:space="preserve"> </w:t>
      </w:r>
      <w:r>
        <w:t>PESTEL</w:t>
      </w:r>
      <w:r w:rsidR="006A6247">
        <w:t xml:space="preserve"> </w:t>
      </w:r>
      <w:r>
        <w:t>Gibbs</w:t>
      </w:r>
      <w:r w:rsidR="006A6247">
        <w:t xml:space="preserve"> </w:t>
      </w:r>
      <w:r>
        <w:t>reflection</w:t>
      </w:r>
      <w:r w:rsidR="006A6247">
        <w:t xml:space="preserve"> </w:t>
      </w:r>
      <w:r>
        <w:t>with</w:t>
      </w:r>
      <w:r w:rsidR="006A6247">
        <w:t xml:space="preserve"> </w:t>
      </w:r>
      <w:r>
        <w:t>Tesco-specific</w:t>
      </w:r>
      <w:r w:rsidR="006A6247">
        <w:t xml:space="preserve"> </w:t>
      </w:r>
      <w:r>
        <w:t>18m</w:t>
      </w:r>
      <w:r w:rsidR="006A6247">
        <w:t xml:space="preserve"> </w:t>
      </w:r>
      <w:r>
        <w:t>app</w:t>
      </w:r>
      <w:r w:rsidR="006A6247">
        <w:t xml:space="preserve"> </w:t>
      </w:r>
      <w:r>
        <w:t>Whoosh</w:t>
      </w:r>
      <w:r w:rsidR="006A6247">
        <w:t xml:space="preserve"> </w:t>
      </w:r>
      <w:r>
        <w:t>1,500</w:t>
      </w:r>
      <w:r w:rsidR="006A6247">
        <w:t xml:space="preserve"> </w:t>
      </w:r>
      <w:r>
        <w:t>Aldi</w:t>
      </w:r>
      <w:r w:rsidR="006A6247">
        <w:t xml:space="preserve"> </w:t>
      </w:r>
      <w:r>
        <w:t>Price</w:t>
      </w:r>
      <w:r w:rsidR="006A6247">
        <w:t xml:space="preserve"> </w:t>
      </w:r>
      <w:r>
        <w:t>Match.</w:t>
      </w:r>
      <w:r w:rsidR="006A6247">
        <w:t xml:space="preserve"> </w:t>
      </w:r>
      <w:r>
        <w:t>Balanced</w:t>
      </w:r>
      <w:r w:rsidR="006A6247">
        <w:t xml:space="preserve"> </w:t>
      </w:r>
      <w:r>
        <w:t>Scorecard</w:t>
      </w:r>
      <w:r w:rsidR="006A6247">
        <w:t xml:space="preserve"> </w:t>
      </w:r>
      <w:r>
        <w:t>from</w:t>
      </w:r>
      <w:r w:rsidR="006A6247">
        <w:t xml:space="preserve"> </w:t>
      </w:r>
      <w:r>
        <w:t>Annual</w:t>
      </w:r>
      <w:r w:rsidR="006A6247">
        <w:t xml:space="preserve"> </w:t>
      </w:r>
      <w:r>
        <w:t>Report</w:t>
      </w:r>
      <w:r w:rsidR="006A6247">
        <w:t xml:space="preserve"> </w:t>
      </w:r>
      <w:r>
        <w:t>objectives.</w:t>
      </w:r>
      <w:r w:rsidR="006A6247">
        <w:t xml:space="preserve"> </w:t>
      </w:r>
      <w:r>
        <w:t>Recommendations</w:t>
      </w:r>
      <w:r w:rsidR="006A6247">
        <w:t xml:space="preserve"> </w:t>
      </w:r>
      <w:r>
        <w:t>assessed</w:t>
      </w:r>
      <w:r w:rsidR="006A6247">
        <w:t xml:space="preserve"> </w:t>
      </w:r>
      <w:proofErr w:type="spellStart"/>
      <w:r>
        <w:t>SAFe</w:t>
      </w:r>
      <w:proofErr w:type="spellEnd"/>
      <w:r>
        <w:t>.</w:t>
      </w:r>
    </w:p>
    <w:p w:rsidR="00700886" w:rsidP="7D0D8C44" w:rsidRDefault="7BF93C46" w14:paraId="5139F8D1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37" w:id="57"/>
      <w:bookmarkStart w:name="_Toc2066089728" w:id="58"/>
      <w:bookmarkStart w:name="_Toc237366872" w:id="59"/>
      <w:r w:rsidRPr="7D0D8C44" w:rsidR="529427D7">
        <w:rPr>
          <w:rFonts w:ascii="Arial" w:hAnsi="Arial"/>
          <w:color w:val="auto"/>
        </w:rPr>
        <w:t>Feelings</w:t>
      </w:r>
      <w:bookmarkEnd w:id="57"/>
      <w:bookmarkEnd w:id="58"/>
      <w:bookmarkEnd w:id="59"/>
    </w:p>
    <w:p w:rsidR="00700886" w:rsidP="00F94D1E" w:rsidRDefault="00344F75" w14:paraId="4E0A4F1D" w14:textId="6826631A">
      <w:pPr>
        <w:jc w:val="both"/>
      </w:pPr>
      <w:r>
        <w:t>Initially</w:t>
      </w:r>
      <w:r w:rsidR="006A6247">
        <w:t xml:space="preserve"> </w:t>
      </w:r>
      <w:r>
        <w:t>confident</w:t>
      </w:r>
      <w:r w:rsidR="006A6247">
        <w:t xml:space="preserve"> </w:t>
      </w:r>
      <w:r>
        <w:t>familiar</w:t>
      </w:r>
      <w:r w:rsidR="006A6247">
        <w:t xml:space="preserve"> </w:t>
      </w:r>
      <w:r>
        <w:t>brand</w:t>
      </w:r>
      <w:r w:rsidR="006A6247">
        <w:t xml:space="preserve"> </w:t>
      </w:r>
      <w:r>
        <w:t>but</w:t>
      </w:r>
      <w:r w:rsidR="006A6247">
        <w:t xml:space="preserve"> </w:t>
      </w:r>
      <w:r>
        <w:t>quickly</w:t>
      </w:r>
      <w:r w:rsidR="006A6247">
        <w:t xml:space="preserve"> </w:t>
      </w:r>
      <w:r>
        <w:t>humility</w:t>
      </w:r>
      <w:r w:rsidR="006A6247">
        <w:t xml:space="preserve"> </w:t>
      </w:r>
      <w:r>
        <w:t>breadth</w:t>
      </w:r>
      <w:r w:rsidR="006A6247">
        <w:t xml:space="preserve"> </w:t>
      </w:r>
      <w:r>
        <w:t>scope.</w:t>
      </w:r>
      <w:r w:rsidR="006A6247">
        <w:t xml:space="preserve"> </w:t>
      </w:r>
      <w:r>
        <w:t>Volatility</w:t>
      </w:r>
      <w:r w:rsidR="006A6247">
        <w:t xml:space="preserve"> </w:t>
      </w:r>
      <w:r>
        <w:t>PESTEL</w:t>
      </w:r>
      <w:r w:rsidR="006A6247">
        <w:t xml:space="preserve"> </w:t>
      </w:r>
      <w:r>
        <w:t>data</w:t>
      </w:r>
      <w:r w:rsidR="006A6247">
        <w:t xml:space="preserve"> </w:t>
      </w:r>
      <w:r>
        <w:t>anxiety:</w:t>
      </w:r>
      <w:r w:rsidR="006A6247">
        <w:t xml:space="preserve"> </w:t>
      </w:r>
      <w:r>
        <w:t>grocery</w:t>
      </w:r>
      <w:r w:rsidR="006A6247">
        <w:t xml:space="preserve"> </w:t>
      </w:r>
      <w:r>
        <w:t>inflation</w:t>
      </w:r>
      <w:r w:rsidR="006A6247">
        <w:t xml:space="preserve"> </w:t>
      </w:r>
      <w:r>
        <w:t>varied</w:t>
      </w:r>
      <w:r w:rsidR="006A6247">
        <w:t xml:space="preserve"> </w:t>
      </w:r>
      <w:r>
        <w:t>Kantar</w:t>
      </w:r>
      <w:r w:rsidR="006A6247">
        <w:t xml:space="preserve"> </w:t>
      </w:r>
      <w:r>
        <w:t>vs</w:t>
      </w:r>
      <w:r w:rsidR="006A6247">
        <w:t xml:space="preserve"> </w:t>
      </w:r>
      <w:r>
        <w:t>ONS</w:t>
      </w:r>
      <w:r w:rsidR="006A6247">
        <w:t xml:space="preserve"> </w:t>
      </w:r>
      <w:r>
        <w:t>headline</w:t>
      </w:r>
      <w:r w:rsidR="006A6247">
        <w:t xml:space="preserve"> </w:t>
      </w:r>
      <w:r>
        <w:t>CPI</w:t>
      </w:r>
      <w:r w:rsidR="006A6247">
        <w:t xml:space="preserve"> </w:t>
      </w:r>
      <w:r>
        <w:t>CPIH</w:t>
      </w:r>
      <w:r w:rsidR="006A6247">
        <w:t xml:space="preserve"> </w:t>
      </w:r>
      <w:r>
        <w:t>grocery-specific</w:t>
      </w:r>
      <w:r w:rsidR="006A6247">
        <w:t xml:space="preserve"> </w:t>
      </w:r>
      <w:r>
        <w:t>(ONS,</w:t>
      </w:r>
      <w:r w:rsidR="006A6247">
        <w:t xml:space="preserve"> </w:t>
      </w:r>
      <w:r>
        <w:t>2025;</w:t>
      </w:r>
      <w:r w:rsidR="006A6247">
        <w:t xml:space="preserve"> </w:t>
      </w:r>
      <w:r>
        <w:t>Kantar,</w:t>
      </w:r>
      <w:r w:rsidR="006A6247">
        <w:t xml:space="preserve"> </w:t>
      </w:r>
      <w:r>
        <w:t>2025)</w:t>
      </w:r>
      <w:r w:rsidR="006A6247">
        <w:t xml:space="preserve"> </w:t>
      </w:r>
      <w:r>
        <w:t>–</w:t>
      </w:r>
      <w:r w:rsidR="006A6247">
        <w:t xml:space="preserve"> </w:t>
      </w:r>
      <w:r>
        <w:t>uncertainty</w:t>
      </w:r>
      <w:r w:rsidR="006A6247">
        <w:t xml:space="preserve"> </w:t>
      </w:r>
      <w:r>
        <w:t>accurate</w:t>
      </w:r>
      <w:r w:rsidR="006A6247">
        <w:t xml:space="preserve"> </w:t>
      </w:r>
      <w:r>
        <w:t>definition.</w:t>
      </w:r>
      <w:r w:rsidR="006A6247">
        <w:t xml:space="preserve"> </w:t>
      </w:r>
      <w:r>
        <w:t>Second</w:t>
      </w:r>
      <w:r w:rsidR="006A6247">
        <w:t xml:space="preserve"> </w:t>
      </w:r>
      <w:r>
        <w:t>feeling</w:t>
      </w:r>
      <w:r w:rsidR="006A6247">
        <w:t xml:space="preserve"> </w:t>
      </w:r>
      <w:r>
        <w:t>ethical</w:t>
      </w:r>
      <w:r w:rsidR="006A6247">
        <w:t xml:space="preserve"> </w:t>
      </w:r>
      <w:r>
        <w:t>awareness.</w:t>
      </w:r>
      <w:r w:rsidR="006A6247">
        <w:t xml:space="preserve"> </w:t>
      </w:r>
      <w:r>
        <w:t>Matrix</w:t>
      </w:r>
      <w:r w:rsidR="006A6247">
        <w:t xml:space="preserve"> </w:t>
      </w:r>
      <w:r>
        <w:t>stated</w:t>
      </w:r>
      <w:r w:rsidR="006A6247">
        <w:t xml:space="preserve"> </w:t>
      </w:r>
      <w:r>
        <w:t>GenAI</w:t>
      </w:r>
      <w:r w:rsidR="006A6247">
        <w:t xml:space="preserve"> </w:t>
      </w:r>
      <w:r>
        <w:t>allowed</w:t>
      </w:r>
      <w:r w:rsidR="006A6247">
        <w:t xml:space="preserve"> </w:t>
      </w:r>
      <w:r>
        <w:t>research</w:t>
      </w:r>
      <w:r w:rsidR="006A6247">
        <w:t xml:space="preserve"> </w:t>
      </w:r>
      <w:r>
        <w:t>proofreading</w:t>
      </w:r>
      <w:r w:rsidR="006A6247">
        <w:t xml:space="preserve"> </w:t>
      </w:r>
      <w:r>
        <w:t>not</w:t>
      </w:r>
      <w:r w:rsidR="006A6247">
        <w:t xml:space="preserve"> </w:t>
      </w:r>
      <w:r>
        <w:t>writing</w:t>
      </w:r>
      <w:r w:rsidR="006A6247">
        <w:t xml:space="preserve"> </w:t>
      </w:r>
      <w:r>
        <w:t>submitted</w:t>
      </w:r>
      <w:r w:rsidR="006A6247">
        <w:t xml:space="preserve"> </w:t>
      </w:r>
      <w:r>
        <w:t>report</w:t>
      </w:r>
      <w:r w:rsidR="006A6247">
        <w:t xml:space="preserve"> </w:t>
      </w:r>
      <w:r>
        <w:t>structure.</w:t>
      </w:r>
      <w:r w:rsidR="006A6247">
        <w:t xml:space="preserve"> </w:t>
      </w:r>
      <w:r>
        <w:t>As</w:t>
      </w:r>
      <w:r w:rsidR="006A6247">
        <w:t xml:space="preserve"> </w:t>
      </w:r>
      <w:r>
        <w:t>AI</w:t>
      </w:r>
      <w:r w:rsidR="006A6247">
        <w:t xml:space="preserve"> </w:t>
      </w:r>
      <w:r>
        <w:t>assistant</w:t>
      </w:r>
      <w:r w:rsidR="006A6247">
        <w:t xml:space="preserve"> </w:t>
      </w:r>
      <w:r>
        <w:t>prompted</w:t>
      </w:r>
      <w:r w:rsidR="006A6247">
        <w:t xml:space="preserve"> </w:t>
      </w:r>
      <w:r>
        <w:t>responsibility</w:t>
      </w:r>
      <w:r w:rsidR="006A6247">
        <w:t xml:space="preserve"> </w:t>
      </w:r>
      <w:r>
        <w:t>support</w:t>
      </w:r>
      <w:r w:rsidR="006A6247">
        <w:t xml:space="preserve"> </w:t>
      </w:r>
      <w:r>
        <w:t>learning</w:t>
      </w:r>
      <w:r w:rsidR="006A6247">
        <w:t xml:space="preserve"> </w:t>
      </w:r>
      <w:r w:rsidR="000A0A8B">
        <w:t>does</w:t>
      </w:r>
      <w:r w:rsidR="006A6247">
        <w:t xml:space="preserve"> </w:t>
      </w:r>
      <w:r w:rsidR="000A0A8B">
        <w:t>not</w:t>
      </w:r>
      <w:r w:rsidR="006A6247">
        <w:t xml:space="preserve"> </w:t>
      </w:r>
      <w:r w:rsidR="000A0A8B">
        <w:t>replace</w:t>
      </w:r>
      <w:r w:rsidR="006A6247">
        <w:t xml:space="preserve"> </w:t>
      </w:r>
      <w:r>
        <w:t>–</w:t>
      </w:r>
      <w:r w:rsidR="006A6247">
        <w:t xml:space="preserve"> </w:t>
      </w:r>
      <w:r>
        <w:t>ensuring</w:t>
      </w:r>
      <w:r w:rsidR="006A6247">
        <w:t xml:space="preserve"> </w:t>
      </w:r>
      <w:r>
        <w:t>draft</w:t>
      </w:r>
      <w:r w:rsidR="006A6247">
        <w:t xml:space="preserve"> </w:t>
      </w:r>
      <w:r>
        <w:t>for</w:t>
      </w:r>
      <w:r w:rsidR="006A6247">
        <w:t xml:space="preserve"> </w:t>
      </w:r>
      <w:r>
        <w:t>student</w:t>
      </w:r>
      <w:r w:rsidR="006A6247">
        <w:t xml:space="preserve"> </w:t>
      </w:r>
      <w:r>
        <w:t>rewrite</w:t>
      </w:r>
      <w:r w:rsidR="006A6247">
        <w:t xml:space="preserve"> </w:t>
      </w:r>
      <w:r>
        <w:t>own</w:t>
      </w:r>
      <w:r w:rsidR="006A6247">
        <w:t xml:space="preserve"> </w:t>
      </w:r>
      <w:r>
        <w:t>words</w:t>
      </w:r>
      <w:r w:rsidR="006A6247">
        <w:t xml:space="preserve"> </w:t>
      </w:r>
      <w:r>
        <w:t>re-check</w:t>
      </w:r>
      <w:r w:rsidR="006A6247">
        <w:t xml:space="preserve"> </w:t>
      </w:r>
      <w:r>
        <w:t>citations</w:t>
      </w:r>
      <w:r w:rsidR="006A6247">
        <w:t xml:space="preserve"> </w:t>
      </w:r>
      <w:r>
        <w:t>aligning</w:t>
      </w:r>
      <w:r w:rsidR="006A6247">
        <w:t xml:space="preserve"> </w:t>
      </w:r>
      <w:r>
        <w:t>academic</w:t>
      </w:r>
      <w:r w:rsidR="006A6247">
        <w:t xml:space="preserve"> </w:t>
      </w:r>
      <w:r>
        <w:t>integrity</w:t>
      </w:r>
      <w:r w:rsidR="006A6247">
        <w:t xml:space="preserve"> </w:t>
      </w:r>
      <w:r>
        <w:t>(Saunders</w:t>
      </w:r>
      <w:r w:rsidR="006A6247">
        <w:t xml:space="preserve"> </w:t>
      </w:r>
      <w:r>
        <w:t>et</w:t>
      </w:r>
      <w:r w:rsidR="006A6247">
        <w:t xml:space="preserve"> </w:t>
      </w:r>
      <w:r>
        <w:t>al.,</w:t>
      </w:r>
      <w:r w:rsidR="006A6247">
        <w:t xml:space="preserve"> </w:t>
      </w:r>
      <w:r>
        <w:t>2019).</w:t>
      </w:r>
      <w:r w:rsidR="006A6247">
        <w:t xml:space="preserve"> </w:t>
      </w:r>
      <w:r>
        <w:t>Duty</w:t>
      </w:r>
      <w:r w:rsidR="006A6247">
        <w:t xml:space="preserve"> </w:t>
      </w:r>
      <w:r>
        <w:t>consultant</w:t>
      </w:r>
      <w:r w:rsidR="006A6247">
        <w:t xml:space="preserve"> </w:t>
      </w:r>
      <w:r>
        <w:t>role</w:t>
      </w:r>
      <w:r w:rsidR="006A6247">
        <w:t xml:space="preserve"> </w:t>
      </w:r>
      <w:r>
        <w:t>unbiased</w:t>
      </w:r>
      <w:r w:rsidR="006A6247">
        <w:t xml:space="preserve"> </w:t>
      </w:r>
      <w:r>
        <w:t>evidence</w:t>
      </w:r>
      <w:r w:rsidR="006A6247">
        <w:t xml:space="preserve"> </w:t>
      </w:r>
      <w:r>
        <w:t>not</w:t>
      </w:r>
      <w:r w:rsidR="006A6247">
        <w:t xml:space="preserve"> </w:t>
      </w:r>
      <w:r>
        <w:t>promotional.</w:t>
      </w:r>
      <w:r w:rsidR="006A6247">
        <w:t xml:space="preserve"> </w:t>
      </w:r>
      <w:r>
        <w:t>Positive</w:t>
      </w:r>
      <w:r w:rsidR="006A6247">
        <w:t xml:space="preserve"> </w:t>
      </w:r>
      <w:r>
        <w:t>feelings</w:t>
      </w:r>
      <w:r w:rsidR="006A6247">
        <w:t xml:space="preserve"> </w:t>
      </w:r>
      <w:r>
        <w:t>when</w:t>
      </w:r>
      <w:r w:rsidR="006A6247">
        <w:t xml:space="preserve"> </w:t>
      </w:r>
      <w:r>
        <w:t>VRIO</w:t>
      </w:r>
      <w:r w:rsidR="006A6247">
        <w:t xml:space="preserve"> </w:t>
      </w:r>
      <w:r>
        <w:t>clarified</w:t>
      </w:r>
      <w:r w:rsidR="006A6247">
        <w:t xml:space="preserve"> </w:t>
      </w:r>
      <w:r>
        <w:t>sustained</w:t>
      </w:r>
      <w:r w:rsidR="006A6247">
        <w:t xml:space="preserve"> </w:t>
      </w:r>
      <w:r>
        <w:t>advantage</w:t>
      </w:r>
      <w:r w:rsidR="006A6247">
        <w:t xml:space="preserve"> </w:t>
      </w:r>
      <w:r>
        <w:t>–</w:t>
      </w:r>
      <w:r w:rsidR="006A6247">
        <w:t xml:space="preserve"> </w:t>
      </w:r>
      <w:r>
        <w:t>Clubcard</w:t>
      </w:r>
      <w:r w:rsidR="006A6247">
        <w:t xml:space="preserve"> </w:t>
      </w:r>
      <w:r>
        <w:t>data</w:t>
      </w:r>
      <w:r w:rsidR="006A6247">
        <w:t xml:space="preserve"> </w:t>
      </w:r>
      <w:r>
        <w:t>genuine</w:t>
      </w:r>
      <w:r w:rsidR="006A6247">
        <w:t xml:space="preserve"> </w:t>
      </w:r>
      <w:r>
        <w:t>sustained</w:t>
      </w:r>
      <w:r w:rsidR="006A6247">
        <w:t xml:space="preserve"> </w:t>
      </w:r>
      <w:r>
        <w:t>advantage</w:t>
      </w:r>
      <w:r w:rsidR="006A6247">
        <w:t xml:space="preserve"> </w:t>
      </w:r>
      <w:r>
        <w:t>insightful</w:t>
      </w:r>
      <w:r w:rsidR="006A6247">
        <w:t xml:space="preserve"> </w:t>
      </w:r>
      <w:r>
        <w:t>linking</w:t>
      </w:r>
      <w:r w:rsidR="006A6247">
        <w:t xml:space="preserve"> </w:t>
      </w:r>
      <w:r>
        <w:t>modern</w:t>
      </w:r>
      <w:r w:rsidR="006A6247">
        <w:t xml:space="preserve"> </w:t>
      </w:r>
      <w:r>
        <w:t>RBV</w:t>
      </w:r>
      <w:r w:rsidR="006A6247">
        <w:t xml:space="preserve"> </w:t>
      </w:r>
      <w:r>
        <w:t>beyond</w:t>
      </w:r>
      <w:r w:rsidR="006A6247">
        <w:t xml:space="preserve"> </w:t>
      </w:r>
      <w:r>
        <w:t>Porter</w:t>
      </w:r>
      <w:r w:rsidR="006A6247">
        <w:t xml:space="preserve"> </w:t>
      </w:r>
      <w:r>
        <w:t>stuck</w:t>
      </w:r>
      <w:r w:rsidR="006A6247">
        <w:t xml:space="preserve"> </w:t>
      </w:r>
      <w:r>
        <w:t>middle.</w:t>
      </w:r>
      <w:r w:rsidR="006A6247">
        <w:t xml:space="preserve"> </w:t>
      </w:r>
      <w:r>
        <w:t>Frustration</w:t>
      </w:r>
      <w:r w:rsidR="006A6247">
        <w:t xml:space="preserve"> </w:t>
      </w:r>
      <w:r>
        <w:t>SWOT</w:t>
      </w:r>
      <w:r w:rsidR="006A6247">
        <w:t xml:space="preserve"> </w:t>
      </w:r>
      <w:r>
        <w:t>generic</w:t>
      </w:r>
      <w:r w:rsidR="006A6247">
        <w:t xml:space="preserve"> </w:t>
      </w:r>
      <w:r>
        <w:t>list</w:t>
      </w:r>
      <w:r w:rsidR="006A6247">
        <w:t xml:space="preserve"> </w:t>
      </w:r>
      <w:r>
        <w:t>requiring</w:t>
      </w:r>
      <w:r w:rsidR="006A6247">
        <w:t xml:space="preserve"> </w:t>
      </w:r>
      <w:r>
        <w:t>effort</w:t>
      </w:r>
      <w:r w:rsidR="006A6247">
        <w:t xml:space="preserve"> </w:t>
      </w:r>
      <w:r>
        <w:t>trace</w:t>
      </w:r>
      <w:r w:rsidR="006A6247">
        <w:t xml:space="preserve"> </w:t>
      </w:r>
      <w:r>
        <w:t>evidence</w:t>
      </w:r>
      <w:r w:rsidR="006A6247">
        <w:t xml:space="preserve"> </w:t>
      </w:r>
      <w:r>
        <w:t>PESTEL</w:t>
      </w:r>
      <w:r w:rsidR="006A6247">
        <w:t xml:space="preserve"> </w:t>
      </w:r>
      <w:r>
        <w:t>VRIO</w:t>
      </w:r>
      <w:r w:rsidR="006A6247">
        <w:t xml:space="preserve"> </w:t>
      </w:r>
      <w:r>
        <w:t>Sustainability</w:t>
      </w:r>
      <w:r w:rsidR="006A6247">
        <w:t xml:space="preserve"> </w:t>
      </w:r>
      <w:r>
        <w:t>targets</w:t>
      </w:r>
      <w:r w:rsidR="006A6247">
        <w:t xml:space="preserve"> </w:t>
      </w:r>
      <w:r>
        <w:t>2035</w:t>
      </w:r>
      <w:r w:rsidR="006A6247">
        <w:t xml:space="preserve"> </w:t>
      </w:r>
      <w:r>
        <w:t>2050.</w:t>
      </w:r>
      <w:r w:rsidR="006A6247">
        <w:t xml:space="preserve"> </w:t>
      </w:r>
      <w:r>
        <w:t>Word</w:t>
      </w:r>
      <w:r w:rsidR="006A6247">
        <w:t xml:space="preserve"> </w:t>
      </w:r>
      <w:r>
        <w:t>count</w:t>
      </w:r>
      <w:r w:rsidR="006A6247">
        <w:t xml:space="preserve"> </w:t>
      </w:r>
      <w:r>
        <w:t>discipline</w:t>
      </w:r>
      <w:r w:rsidR="006A6247">
        <w:t xml:space="preserve"> </w:t>
      </w:r>
      <w:r>
        <w:t>difficult</w:t>
      </w:r>
      <w:r w:rsidR="006A6247">
        <w:t xml:space="preserve"> </w:t>
      </w:r>
      <w:r>
        <w:t>balancing</w:t>
      </w:r>
      <w:r w:rsidR="006A6247">
        <w:t xml:space="preserve"> </w:t>
      </w:r>
      <w:r>
        <w:t>1,800</w:t>
      </w:r>
      <w:r w:rsidR="006A6247">
        <w:t xml:space="preserve"> </w:t>
      </w:r>
      <w:r>
        <w:t>allocation</w:t>
      </w:r>
      <w:r w:rsidR="006A6247">
        <w:t xml:space="preserve"> </w:t>
      </w:r>
      <w:r>
        <w:t>PESTEL</w:t>
      </w:r>
      <w:r w:rsidR="006A6247">
        <w:t xml:space="preserve"> </w:t>
      </w:r>
      <w:r>
        <w:t>VRIO</w:t>
      </w:r>
      <w:r w:rsidR="006A6247">
        <w:t xml:space="preserve"> </w:t>
      </w:r>
      <w:r>
        <w:t>SWOT,</w:t>
      </w:r>
      <w:r w:rsidR="006A6247">
        <w:t xml:space="preserve"> </w:t>
      </w:r>
      <w:r>
        <w:t>now</w:t>
      </w:r>
      <w:r w:rsidR="006A6247">
        <w:t xml:space="preserve"> </w:t>
      </w:r>
      <w:r>
        <w:t>need</w:t>
      </w:r>
      <w:r w:rsidR="006A6247">
        <w:t xml:space="preserve"> </w:t>
      </w:r>
      <w:r>
        <w:t>further</w:t>
      </w:r>
      <w:r w:rsidR="006A6247">
        <w:t xml:space="preserve"> </w:t>
      </w:r>
      <w:r>
        <w:t>condensation</w:t>
      </w:r>
      <w:r w:rsidR="006A6247">
        <w:t xml:space="preserve"> </w:t>
      </w:r>
      <w:r>
        <w:t>to</w:t>
      </w:r>
      <w:r w:rsidR="006A6247">
        <w:t xml:space="preserve"> </w:t>
      </w:r>
      <w:r>
        <w:t>5,000-5,800</w:t>
      </w:r>
      <w:r w:rsidR="006A6247">
        <w:t xml:space="preserve"> </w:t>
      </w:r>
      <w:r>
        <w:t>forced</w:t>
      </w:r>
      <w:r w:rsidR="006A6247">
        <w:t xml:space="preserve"> </w:t>
      </w:r>
      <w:r>
        <w:t>selectivity</w:t>
      </w:r>
      <w:r w:rsidR="006A6247">
        <w:t xml:space="preserve"> </w:t>
      </w:r>
      <w:r>
        <w:t>–</w:t>
      </w:r>
      <w:r w:rsidR="006A6247">
        <w:t xml:space="preserve"> </w:t>
      </w:r>
      <w:r>
        <w:t>challenging</w:t>
      </w:r>
      <w:r w:rsidR="006A6247">
        <w:t xml:space="preserve"> </w:t>
      </w:r>
      <w:r>
        <w:t>but</w:t>
      </w:r>
      <w:r w:rsidR="006A6247">
        <w:t xml:space="preserve"> </w:t>
      </w:r>
      <w:r>
        <w:t>improved</w:t>
      </w:r>
      <w:r w:rsidR="006A6247">
        <w:t xml:space="preserve"> </w:t>
      </w:r>
      <w:r>
        <w:t>conciseness.</w:t>
      </w:r>
    </w:p>
    <w:p w:rsidR="00700886" w:rsidP="7D0D8C44" w:rsidRDefault="7BF93C46" w14:paraId="16D9E787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38" w:id="60"/>
      <w:bookmarkStart w:name="_Toc374541456" w:id="61"/>
      <w:bookmarkStart w:name="_Toc237366873" w:id="62"/>
      <w:r w:rsidRPr="7D0D8C44" w:rsidR="529427D7">
        <w:rPr>
          <w:rFonts w:ascii="Arial" w:hAnsi="Arial"/>
          <w:color w:val="auto"/>
        </w:rPr>
        <w:t>Evaluation</w:t>
      </w:r>
      <w:bookmarkEnd w:id="60"/>
      <w:bookmarkEnd w:id="61"/>
      <w:bookmarkEnd w:id="62"/>
    </w:p>
    <w:p w:rsidR="00700886" w:rsidP="00F94D1E" w:rsidRDefault="00344F75" w14:paraId="627FDE36" w14:textId="26544D9D">
      <w:pPr>
        <w:jc w:val="both"/>
      </w:pPr>
      <w:r>
        <w:t>Positive:</w:t>
      </w:r>
      <w:r w:rsidR="006A6247">
        <w:t xml:space="preserve"> </w:t>
      </w:r>
      <w:r>
        <w:t>evidence</w:t>
      </w:r>
      <w:r w:rsidR="006A6247">
        <w:t xml:space="preserve"> </w:t>
      </w:r>
      <w:r>
        <w:t>bank</w:t>
      </w:r>
      <w:r w:rsidR="006A6247">
        <w:t xml:space="preserve"> </w:t>
      </w:r>
      <w:r>
        <w:t>effective</w:t>
      </w:r>
      <w:r w:rsidR="006A6247">
        <w:t xml:space="preserve"> </w:t>
      </w:r>
      <w:r>
        <w:t>rapid</w:t>
      </w:r>
      <w:r w:rsidR="006A6247">
        <w:t xml:space="preserve"> </w:t>
      </w:r>
      <w:r>
        <w:t>credible</w:t>
      </w:r>
      <w:r w:rsidR="006A6247">
        <w:t xml:space="preserve"> </w:t>
      </w:r>
      <w:r>
        <w:t>sources</w:t>
      </w:r>
      <w:r w:rsidR="006A6247">
        <w:t xml:space="preserve"> </w:t>
      </w:r>
      <w:r>
        <w:t>Kantar</w:t>
      </w:r>
      <w:r w:rsidR="006A6247">
        <w:t xml:space="preserve"> </w:t>
      </w:r>
      <w:r>
        <w:t>share</w:t>
      </w:r>
      <w:r w:rsidR="006A6247">
        <w:t xml:space="preserve"> </w:t>
      </w:r>
      <w:r>
        <w:t>28.0%</w:t>
      </w:r>
      <w:r w:rsidR="006A6247">
        <w:t xml:space="preserve"> </w:t>
      </w:r>
      <w:r>
        <w:t>Tesco</w:t>
      </w:r>
      <w:r w:rsidR="006A6247">
        <w:t xml:space="preserve"> </w:t>
      </w:r>
      <w:r>
        <w:t>sales</w:t>
      </w:r>
      <w:r w:rsidR="006A6247">
        <w:t xml:space="preserve"> </w:t>
      </w:r>
      <w:r>
        <w:t>£63.6bn.</w:t>
      </w:r>
      <w:r w:rsidR="006A6247">
        <w:t xml:space="preserve"> </w:t>
      </w:r>
      <w:r>
        <w:t>Balanced</w:t>
      </w:r>
      <w:r w:rsidR="006A6247">
        <w:t xml:space="preserve"> </w:t>
      </w:r>
      <w:r>
        <w:t>Scorecard</w:t>
      </w:r>
      <w:r w:rsidR="006A6247">
        <w:t xml:space="preserve"> </w:t>
      </w:r>
      <w:r>
        <w:t>prevented</w:t>
      </w:r>
      <w:r w:rsidR="006A6247">
        <w:t xml:space="preserve"> </w:t>
      </w:r>
      <w:r>
        <w:t>purely</w:t>
      </w:r>
      <w:r w:rsidR="006A6247">
        <w:t xml:space="preserve"> </w:t>
      </w:r>
      <w:r>
        <w:t>financial</w:t>
      </w:r>
      <w:r w:rsidR="006A6247">
        <w:t xml:space="preserve"> </w:t>
      </w:r>
      <w:r>
        <w:t>ensuring</w:t>
      </w:r>
      <w:r w:rsidR="006A6247">
        <w:t xml:space="preserve"> </w:t>
      </w:r>
      <w:r>
        <w:t>CSR</w:t>
      </w:r>
      <w:r w:rsidR="006A6247">
        <w:t xml:space="preserve"> </w:t>
      </w:r>
      <w:r>
        <w:t>targets.</w:t>
      </w:r>
      <w:r w:rsidR="006A6247">
        <w:t xml:space="preserve"> </w:t>
      </w:r>
      <w:proofErr w:type="spellStart"/>
      <w:r>
        <w:t>SAFe</w:t>
      </w:r>
      <w:proofErr w:type="spellEnd"/>
      <w:r w:rsidR="006A6247">
        <w:t xml:space="preserve"> </w:t>
      </w:r>
      <w:r>
        <w:t>structured</w:t>
      </w:r>
      <w:r w:rsidR="006A6247">
        <w:t xml:space="preserve"> </w:t>
      </w:r>
      <w:r>
        <w:t>validation</w:t>
      </w:r>
      <w:r w:rsidR="006A6247">
        <w:t xml:space="preserve"> </w:t>
      </w:r>
      <w:r>
        <w:t>beyond</w:t>
      </w:r>
      <w:r w:rsidR="006A6247">
        <w:t xml:space="preserve"> </w:t>
      </w:r>
      <w:r>
        <w:t>proposing</w:t>
      </w:r>
      <w:r w:rsidR="006A6247">
        <w:t xml:space="preserve"> </w:t>
      </w:r>
      <w:r>
        <w:t>–</w:t>
      </w:r>
      <w:r w:rsidR="006A6247">
        <w:t xml:space="preserve"> </w:t>
      </w:r>
      <w:r>
        <w:t>suitability</w:t>
      </w:r>
      <w:r w:rsidR="006A6247">
        <w:t xml:space="preserve"> </w:t>
      </w:r>
      <w:r>
        <w:t>high</w:t>
      </w:r>
      <w:r w:rsidR="006A6247">
        <w:t xml:space="preserve"> </w:t>
      </w:r>
      <w:r>
        <w:t>data-led</w:t>
      </w:r>
      <w:r w:rsidR="006A6247">
        <w:t xml:space="preserve"> </w:t>
      </w:r>
      <w:r>
        <w:t>value</w:t>
      </w:r>
      <w:r w:rsidR="006A6247">
        <w:t xml:space="preserve"> </w:t>
      </w:r>
      <w:r>
        <w:t>given</w:t>
      </w:r>
      <w:r w:rsidR="006A6247">
        <w:t xml:space="preserve"> </w:t>
      </w:r>
      <w:r>
        <w:t>economic</w:t>
      </w:r>
      <w:r w:rsidR="006A6247">
        <w:t xml:space="preserve"> </w:t>
      </w:r>
      <w:r>
        <w:t>pressures</w:t>
      </w:r>
      <w:r w:rsidR="006A6247">
        <w:t xml:space="preserve"> </w:t>
      </w:r>
      <w:r>
        <w:t>discounter</w:t>
      </w:r>
      <w:r w:rsidR="006A6247">
        <w:t xml:space="preserve"> </w:t>
      </w:r>
      <w:r>
        <w:t>threat.</w:t>
      </w:r>
      <w:r w:rsidR="006A6247">
        <w:t xml:space="preserve"> </w:t>
      </w:r>
      <w:r>
        <w:t>Less</w:t>
      </w:r>
      <w:r w:rsidR="006A6247">
        <w:t xml:space="preserve"> </w:t>
      </w:r>
      <w:r>
        <w:t>successful</w:t>
      </w:r>
      <w:r w:rsidR="006A6247">
        <w:t xml:space="preserve"> </w:t>
      </w:r>
      <w:r>
        <w:t>double-</w:t>
      </w:r>
      <w:r>
        <w:t>counting</w:t>
      </w:r>
      <w:r w:rsidR="006A6247">
        <w:t xml:space="preserve"> </w:t>
      </w:r>
      <w:r>
        <w:t>opportunities</w:t>
      </w:r>
      <w:r w:rsidR="006A6247">
        <w:t xml:space="preserve"> </w:t>
      </w:r>
      <w:r>
        <w:t>strengths</w:t>
      </w:r>
      <w:r w:rsidR="006A6247">
        <w:t xml:space="preserve"> </w:t>
      </w:r>
      <w:r>
        <w:t>within</w:t>
      </w:r>
      <w:r w:rsidR="006A6247">
        <w:t xml:space="preserve"> </w:t>
      </w:r>
      <w:r>
        <w:t>SWOT</w:t>
      </w:r>
      <w:r w:rsidR="006A6247">
        <w:t xml:space="preserve"> </w:t>
      </w:r>
      <w:r>
        <w:t>needing</w:t>
      </w:r>
      <w:r w:rsidR="006A6247">
        <w:t xml:space="preserve"> </w:t>
      </w:r>
      <w:r>
        <w:t>reframing</w:t>
      </w:r>
      <w:r w:rsidR="006A6247">
        <w:t xml:space="preserve"> </w:t>
      </w:r>
      <w:r>
        <w:t>internal</w:t>
      </w:r>
      <w:r w:rsidR="006A6247">
        <w:t xml:space="preserve"> </w:t>
      </w:r>
      <w:r>
        <w:t>external</w:t>
      </w:r>
      <w:r w:rsidR="006A6247">
        <w:t xml:space="preserve"> </w:t>
      </w:r>
      <w:r>
        <w:t>(Johnson</w:t>
      </w:r>
      <w:r w:rsidR="006A6247">
        <w:t xml:space="preserve"> </w:t>
      </w:r>
      <w:r>
        <w:t>et</w:t>
      </w:r>
      <w:r w:rsidR="006A6247">
        <w:t xml:space="preserve"> </w:t>
      </w:r>
      <w:r>
        <w:t>al.,</w:t>
      </w:r>
      <w:r w:rsidR="006A6247">
        <w:t xml:space="preserve"> </w:t>
      </w:r>
      <w:r>
        <w:t>2020).</w:t>
      </w:r>
      <w:r w:rsidR="006A6247">
        <w:t xml:space="preserve"> </w:t>
      </w:r>
      <w:r>
        <w:t>First</w:t>
      </w:r>
      <w:r w:rsidR="006A6247">
        <w:t xml:space="preserve"> </w:t>
      </w:r>
      <w:r>
        <w:t>draft</w:t>
      </w:r>
      <w:r w:rsidR="006A6247">
        <w:t xml:space="preserve"> </w:t>
      </w:r>
      <w:r>
        <w:t>overstated</w:t>
      </w:r>
      <w:r w:rsidR="006A6247">
        <w:t xml:space="preserve"> </w:t>
      </w:r>
      <w:r>
        <w:t>net-zero</w:t>
      </w:r>
      <w:r w:rsidR="006A6247">
        <w:t xml:space="preserve"> </w:t>
      </w:r>
      <w:r>
        <w:t>overstated</w:t>
      </w:r>
      <w:r w:rsidR="006A6247">
        <w:t xml:space="preserve"> </w:t>
      </w:r>
      <w:r>
        <w:t>68%</w:t>
      </w:r>
      <w:r w:rsidR="006A6247">
        <w:t xml:space="preserve"> </w:t>
      </w:r>
      <w:r>
        <w:t>reduction</w:t>
      </w:r>
      <w:r w:rsidR="006A6247">
        <w:t xml:space="preserve"> </w:t>
      </w:r>
      <w:r>
        <w:t>Scope1&amp;2</w:t>
      </w:r>
      <w:r w:rsidR="006A6247">
        <w:t xml:space="preserve"> </w:t>
      </w:r>
      <w:r>
        <w:t>versus</w:t>
      </w:r>
      <w:r w:rsidR="006A6247">
        <w:t xml:space="preserve"> </w:t>
      </w:r>
      <w:r>
        <w:t>baseline</w:t>
      </w:r>
      <w:r w:rsidR="006A6247">
        <w:t xml:space="preserve"> </w:t>
      </w:r>
      <w:r>
        <w:t>but</w:t>
      </w:r>
      <w:r w:rsidR="006A6247">
        <w:t xml:space="preserve"> </w:t>
      </w:r>
      <w:r>
        <w:t>downplayed</w:t>
      </w:r>
      <w:r w:rsidR="006A6247">
        <w:t xml:space="preserve"> </w:t>
      </w:r>
      <w:r>
        <w:t>assurance</w:t>
      </w:r>
      <w:r w:rsidR="006A6247">
        <w:t xml:space="preserve"> </w:t>
      </w:r>
      <w:r>
        <w:t>only</w:t>
      </w:r>
      <w:r w:rsidR="006A6247">
        <w:t xml:space="preserve"> </w:t>
      </w:r>
      <w:r>
        <w:t>selected</w:t>
      </w:r>
      <w:r w:rsidR="006A6247">
        <w:t xml:space="preserve"> </w:t>
      </w:r>
      <w:r>
        <w:t>categories</w:t>
      </w:r>
      <w:r w:rsidR="006A6247">
        <w:t xml:space="preserve"> </w:t>
      </w:r>
      <w:proofErr w:type="spellStart"/>
      <w:r>
        <w:t>CSRReporters</w:t>
      </w:r>
      <w:proofErr w:type="spellEnd"/>
      <w:r w:rsidR="006A6247">
        <w:t xml:space="preserve"> </w:t>
      </w:r>
      <w:r>
        <w:t>2026</w:t>
      </w:r>
      <w:r w:rsidR="006A6247">
        <w:t xml:space="preserve"> </w:t>
      </w:r>
      <w:r>
        <w:t>–</w:t>
      </w:r>
      <w:r w:rsidR="006A6247">
        <w:t xml:space="preserve"> </w:t>
      </w:r>
      <w:r>
        <w:t>underplaying</w:t>
      </w:r>
      <w:r w:rsidR="006A6247">
        <w:t xml:space="preserve"> </w:t>
      </w:r>
      <w:r>
        <w:t>feasibility</w:t>
      </w:r>
      <w:r w:rsidR="006A6247">
        <w:t xml:space="preserve"> </w:t>
      </w:r>
      <w:r>
        <w:t>complexity.</w:t>
      </w:r>
      <w:r w:rsidR="006A6247">
        <w:t xml:space="preserve"> </w:t>
      </w:r>
      <w:r>
        <w:t>Word</w:t>
      </w:r>
      <w:r w:rsidR="006A6247">
        <w:t xml:space="preserve"> </w:t>
      </w:r>
      <w:r>
        <w:t>count</w:t>
      </w:r>
      <w:r w:rsidR="006A6247">
        <w:t xml:space="preserve"> </w:t>
      </w:r>
      <w:r>
        <w:t>management</w:t>
      </w:r>
      <w:r w:rsidR="006A6247">
        <w:t xml:space="preserve"> </w:t>
      </w:r>
      <w:r>
        <w:t>problematic</w:t>
      </w:r>
      <w:r w:rsidR="006A6247">
        <w:t xml:space="preserve"> </w:t>
      </w:r>
      <w:r>
        <w:t>external</w:t>
      </w:r>
      <w:r w:rsidR="006A6247">
        <w:t xml:space="preserve"> </w:t>
      </w:r>
      <w:r>
        <w:t>analysis</w:t>
      </w:r>
      <w:r w:rsidR="006A6247">
        <w:t xml:space="preserve"> </w:t>
      </w:r>
      <w:r>
        <w:t>easily</w:t>
      </w:r>
      <w:r w:rsidR="006A6247">
        <w:t xml:space="preserve"> </w:t>
      </w:r>
      <w:r>
        <w:t>exceeding</w:t>
      </w:r>
      <w:r w:rsidR="006A6247">
        <w:t xml:space="preserve"> </w:t>
      </w:r>
      <w:r>
        <w:t>2,000</w:t>
      </w:r>
      <w:r w:rsidR="006A6247">
        <w:t xml:space="preserve"> </w:t>
      </w:r>
      <w:r>
        <w:t>words</w:t>
      </w:r>
      <w:r w:rsidR="006A6247">
        <w:t xml:space="preserve"> </w:t>
      </w:r>
      <w:r>
        <w:t>and</w:t>
      </w:r>
      <w:r w:rsidR="006A6247">
        <w:t xml:space="preserve"> </w:t>
      </w:r>
      <w:r w:rsidR="000A0A8B">
        <w:t>overall,</w:t>
      </w:r>
      <w:r w:rsidR="006A6247">
        <w:t xml:space="preserve"> </w:t>
      </w:r>
      <w:r>
        <w:t>7,696</w:t>
      </w:r>
      <w:r w:rsidR="006A6247">
        <w:t xml:space="preserve"> </w:t>
      </w:r>
      <w:r>
        <w:t>vs</w:t>
      </w:r>
      <w:r w:rsidR="006A6247">
        <w:t xml:space="preserve"> </w:t>
      </w:r>
      <w:r>
        <w:t>target</w:t>
      </w:r>
      <w:r w:rsidR="006A6247">
        <w:t xml:space="preserve"> </w:t>
      </w:r>
      <w:r>
        <w:t>5,000-5,800</w:t>
      </w:r>
      <w:r w:rsidR="006A6247">
        <w:t xml:space="preserve"> </w:t>
      </w:r>
      <w:r>
        <w:t>required</w:t>
      </w:r>
      <w:r w:rsidR="006A6247">
        <w:t xml:space="preserve"> </w:t>
      </w:r>
      <w:r>
        <w:t>cutting</w:t>
      </w:r>
      <w:r w:rsidR="006A6247">
        <w:t xml:space="preserve"> </w:t>
      </w:r>
      <w:r>
        <w:t>~2,000</w:t>
      </w:r>
      <w:r w:rsidR="006A6247">
        <w:t xml:space="preserve"> </w:t>
      </w:r>
      <w:r>
        <w:t>words</w:t>
      </w:r>
      <w:r w:rsidR="006A6247">
        <w:t xml:space="preserve"> </w:t>
      </w:r>
      <w:r>
        <w:t>–</w:t>
      </w:r>
      <w:r w:rsidR="006A6247">
        <w:t xml:space="preserve"> </w:t>
      </w:r>
      <w:r>
        <w:t>required</w:t>
      </w:r>
      <w:r w:rsidR="006A6247">
        <w:t xml:space="preserve"> </w:t>
      </w:r>
      <w:proofErr w:type="spellStart"/>
      <w:r>
        <w:t>prioritising</w:t>
      </w:r>
      <w:proofErr w:type="spellEnd"/>
      <w:r w:rsidR="006A6247">
        <w:t xml:space="preserve"> </w:t>
      </w:r>
      <w:r>
        <w:t>most</w:t>
      </w:r>
      <w:r w:rsidR="006A6247">
        <w:t xml:space="preserve"> </w:t>
      </w:r>
      <w:r>
        <w:t>impactful</w:t>
      </w:r>
      <w:r w:rsidR="006A6247">
        <w:t xml:space="preserve"> </w:t>
      </w:r>
      <w:r>
        <w:t>evidence.</w:t>
      </w:r>
      <w:r w:rsidR="006A6247">
        <w:t xml:space="preserve"> </w:t>
      </w:r>
      <w:r>
        <w:t>Also</w:t>
      </w:r>
      <w:r w:rsidR="006A6247">
        <w:t xml:space="preserve"> </w:t>
      </w:r>
      <w:r>
        <w:t>omitted</w:t>
      </w:r>
      <w:r w:rsidR="006A6247">
        <w:t xml:space="preserve"> </w:t>
      </w:r>
      <w:r>
        <w:t>implementation</w:t>
      </w:r>
      <w:r w:rsidR="006A6247">
        <w:t xml:space="preserve"> </w:t>
      </w:r>
      <w:r>
        <w:t>challenges</w:t>
      </w:r>
      <w:r w:rsidR="006A6247">
        <w:t xml:space="preserve"> </w:t>
      </w:r>
      <w:r>
        <w:t>initially</w:t>
      </w:r>
      <w:r w:rsidR="006A6247">
        <w:t xml:space="preserve"> </w:t>
      </w:r>
      <w:r>
        <w:t>essential</w:t>
      </w:r>
      <w:r w:rsidR="006A6247">
        <w:t xml:space="preserve"> </w:t>
      </w:r>
      <w:r>
        <w:t>credibility.</w:t>
      </w:r>
      <w:r w:rsidR="006A6247">
        <w:t xml:space="preserve"> </w:t>
      </w:r>
      <w:r>
        <w:t>Reliance</w:t>
      </w:r>
      <w:r w:rsidR="006A6247">
        <w:t xml:space="preserve"> </w:t>
      </w:r>
      <w:r>
        <w:t>2025</w:t>
      </w:r>
      <w:r w:rsidR="006A6247">
        <w:t xml:space="preserve"> </w:t>
      </w:r>
      <w:r>
        <w:t>data</w:t>
      </w:r>
      <w:r w:rsidR="006A6247">
        <w:t xml:space="preserve"> </w:t>
      </w:r>
      <w:r>
        <w:t>mid-2026</w:t>
      </w:r>
      <w:r w:rsidR="006A6247">
        <w:t xml:space="preserve"> </w:t>
      </w:r>
      <w:r>
        <w:t>needed</w:t>
      </w:r>
      <w:r w:rsidR="006A6247">
        <w:t xml:space="preserve"> </w:t>
      </w:r>
      <w:r>
        <w:t>more</w:t>
      </w:r>
      <w:r w:rsidR="006A6247">
        <w:t xml:space="preserve"> </w:t>
      </w:r>
      <w:r>
        <w:t>recent</w:t>
      </w:r>
      <w:r w:rsidR="006A6247">
        <w:t xml:space="preserve"> </w:t>
      </w:r>
      <w:r>
        <w:t>updates</w:t>
      </w:r>
      <w:r w:rsidR="006A6247">
        <w:t xml:space="preserve"> </w:t>
      </w:r>
      <w:r>
        <w:t>preliminary</w:t>
      </w:r>
      <w:r w:rsidR="006A6247">
        <w:t xml:space="preserve"> </w:t>
      </w:r>
      <w:r>
        <w:t>FY25/26</w:t>
      </w:r>
      <w:r w:rsidR="006A6247">
        <w:t xml:space="preserve"> </w:t>
      </w:r>
      <w:r>
        <w:t>figures.</w:t>
      </w:r>
      <w:r w:rsidR="006A6247">
        <w:t xml:space="preserve"> </w:t>
      </w:r>
      <w:r>
        <w:t>Harvard</w:t>
      </w:r>
      <w:r w:rsidR="006A6247">
        <w:t xml:space="preserve"> </w:t>
      </w:r>
      <w:r>
        <w:t>referencing</w:t>
      </w:r>
      <w:r w:rsidR="006A6247">
        <w:t xml:space="preserve"> </w:t>
      </w:r>
      <w:r>
        <w:t>inconsistent</w:t>
      </w:r>
      <w:r w:rsidR="006A6247">
        <w:t xml:space="preserve"> </w:t>
      </w:r>
      <w:r>
        <w:t>needed</w:t>
      </w:r>
      <w:r w:rsidR="006A6247">
        <w:t xml:space="preserve"> </w:t>
      </w:r>
      <w:proofErr w:type="spellStart"/>
      <w:r>
        <w:t>standardising</w:t>
      </w:r>
      <w:proofErr w:type="spellEnd"/>
      <w:r w:rsidR="006A6247">
        <w:t xml:space="preserve"> </w:t>
      </w:r>
      <w:r>
        <w:t>Tesco</w:t>
      </w:r>
      <w:r w:rsidR="006A6247">
        <w:t xml:space="preserve"> </w:t>
      </w:r>
      <w:r>
        <w:t>PLC</w:t>
      </w:r>
      <w:r w:rsidR="006A6247">
        <w:t xml:space="preserve"> </w:t>
      </w:r>
      <w:r>
        <w:t>2025a</w:t>
      </w:r>
      <w:r w:rsidR="006A6247">
        <w:t xml:space="preserve"> </w:t>
      </w:r>
      <w:r>
        <w:t>annual</w:t>
      </w:r>
      <w:r w:rsidR="006A6247">
        <w:t xml:space="preserve"> </w:t>
      </w:r>
      <w:r>
        <w:t>2025c</w:t>
      </w:r>
      <w:r w:rsidR="006A6247">
        <w:t xml:space="preserve"> </w:t>
      </w:r>
      <w:r>
        <w:t>sustainability</w:t>
      </w:r>
      <w:r w:rsidR="006A6247">
        <w:t xml:space="preserve"> </w:t>
      </w:r>
      <w:r>
        <w:t>Kantar</w:t>
      </w:r>
      <w:r w:rsidR="006A6247">
        <w:t xml:space="preserve"> </w:t>
      </w:r>
      <w:r>
        <w:t>ONS.</w:t>
      </w:r>
    </w:p>
    <w:p w:rsidR="00700886" w:rsidP="7D0D8C44" w:rsidRDefault="7BF93C46" w14:paraId="79B66ACA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39" w:id="63"/>
      <w:bookmarkStart w:name="_Toc1530051261" w:id="64"/>
      <w:bookmarkStart w:name="_Toc237366874" w:id="65"/>
      <w:r w:rsidRPr="7D0D8C44" w:rsidR="529427D7">
        <w:rPr>
          <w:rFonts w:ascii="Arial" w:hAnsi="Arial"/>
          <w:color w:val="auto"/>
        </w:rPr>
        <w:t>Analysis</w:t>
      </w:r>
      <w:bookmarkEnd w:id="63"/>
      <w:bookmarkEnd w:id="64"/>
      <w:bookmarkEnd w:id="65"/>
    </w:p>
    <w:p w:rsidR="00700886" w:rsidP="00F94D1E" w:rsidRDefault="00344F75" w14:paraId="58B0BC52" w14:textId="4EA33621">
      <w:pPr>
        <w:jc w:val="both"/>
      </w:pPr>
      <w:r>
        <w:t>Evaluation</w:t>
      </w:r>
      <w:r w:rsidR="006A6247">
        <w:t xml:space="preserve"> </w:t>
      </w:r>
      <w:r>
        <w:t>reveals</w:t>
      </w:r>
      <w:r w:rsidR="006A6247">
        <w:t xml:space="preserve"> </w:t>
      </w:r>
      <w:r>
        <w:t>three</w:t>
      </w:r>
      <w:r w:rsidR="006A6247">
        <w:t xml:space="preserve"> </w:t>
      </w:r>
      <w:r>
        <w:t>learning</w:t>
      </w:r>
      <w:r w:rsidR="006A6247">
        <w:t xml:space="preserve"> </w:t>
      </w:r>
      <w:r>
        <w:t>insights.</w:t>
      </w:r>
      <w:r w:rsidR="006A6247">
        <w:t xml:space="preserve"> </w:t>
      </w:r>
      <w:r>
        <w:t>First</w:t>
      </w:r>
      <w:r w:rsidR="006A6247">
        <w:t xml:space="preserve"> </w:t>
      </w:r>
      <w:r>
        <w:t>frameworks</w:t>
      </w:r>
      <w:r w:rsidR="006A6247">
        <w:t xml:space="preserve"> </w:t>
      </w:r>
      <w:r>
        <w:t>mutually</w:t>
      </w:r>
      <w:r w:rsidR="006A6247">
        <w:t xml:space="preserve"> </w:t>
      </w:r>
      <w:r>
        <w:t>dependent</w:t>
      </w:r>
      <w:r w:rsidR="006A6247">
        <w:t xml:space="preserve"> </w:t>
      </w:r>
      <w:r>
        <w:t>not</w:t>
      </w:r>
      <w:r w:rsidR="006A6247">
        <w:t xml:space="preserve"> </w:t>
      </w:r>
      <w:r>
        <w:t>silos.</w:t>
      </w:r>
      <w:r w:rsidR="006A6247">
        <w:t xml:space="preserve"> </w:t>
      </w:r>
      <w:r>
        <w:t>Economic</w:t>
      </w:r>
      <w:r w:rsidR="006A6247">
        <w:t xml:space="preserve"> </w:t>
      </w:r>
      <w:r>
        <w:t>pressure</w:t>
      </w:r>
      <w:r w:rsidR="006A6247">
        <w:t xml:space="preserve"> </w:t>
      </w:r>
      <w:r>
        <w:t>PESTEL</w:t>
      </w:r>
      <w:r w:rsidR="006A6247">
        <w:t xml:space="preserve"> </w:t>
      </w:r>
      <w:r>
        <w:t>4.1%</w:t>
      </w:r>
      <w:r w:rsidR="006A6247">
        <w:t xml:space="preserve"> </w:t>
      </w:r>
      <w:r>
        <w:t>grocery</w:t>
      </w:r>
      <w:r w:rsidR="006A6247">
        <w:t xml:space="preserve"> </w:t>
      </w:r>
      <w:r>
        <w:t>inflation</w:t>
      </w:r>
      <w:r w:rsidR="006A6247">
        <w:t xml:space="preserve"> </w:t>
      </w:r>
      <w:r>
        <w:t>directly</w:t>
      </w:r>
      <w:r w:rsidR="006A6247">
        <w:t xml:space="preserve"> </w:t>
      </w:r>
      <w:r>
        <w:t>informs</w:t>
      </w:r>
      <w:r w:rsidR="006A6247">
        <w:t xml:space="preserve"> </w:t>
      </w:r>
      <w:r>
        <w:t>Five</w:t>
      </w:r>
      <w:r w:rsidR="006A6247">
        <w:t xml:space="preserve"> </w:t>
      </w:r>
      <w:r>
        <w:t>Forces</w:t>
      </w:r>
      <w:r w:rsidR="006A6247">
        <w:t xml:space="preserve"> </w:t>
      </w:r>
      <w:r>
        <w:t>buyer</w:t>
      </w:r>
      <w:r w:rsidR="006A6247">
        <w:t xml:space="preserve"> </w:t>
      </w:r>
      <w:r>
        <w:t>power</w:t>
      </w:r>
      <w:r w:rsidR="006A6247">
        <w:t xml:space="preserve"> </w:t>
      </w:r>
      <w:r>
        <w:t>rivalry</w:t>
      </w:r>
      <w:r w:rsidR="006A6247">
        <w:t xml:space="preserve"> </w:t>
      </w:r>
      <w:r>
        <w:t>high</w:t>
      </w:r>
      <w:r w:rsidR="006A6247">
        <w:t xml:space="preserve"> </w:t>
      </w:r>
      <w:r>
        <w:t>then</w:t>
      </w:r>
      <w:r w:rsidR="006A6247">
        <w:t xml:space="preserve"> </w:t>
      </w:r>
      <w:r>
        <w:t>highlights</w:t>
      </w:r>
      <w:r w:rsidR="006A6247">
        <w:t xml:space="preserve"> </w:t>
      </w:r>
      <w:r>
        <w:t>VRIO</w:t>
      </w:r>
      <w:r w:rsidR="006A6247">
        <w:t xml:space="preserve"> </w:t>
      </w:r>
      <w:r>
        <w:t>value</w:t>
      </w:r>
      <w:r w:rsidR="006A6247">
        <w:t xml:space="preserve"> </w:t>
      </w:r>
      <w:r>
        <w:t>Clubcard</w:t>
      </w:r>
      <w:r w:rsidR="006A6247">
        <w:t xml:space="preserve"> </w:t>
      </w:r>
      <w:proofErr w:type="spellStart"/>
      <w:r>
        <w:t>personalisation</w:t>
      </w:r>
      <w:proofErr w:type="spellEnd"/>
      <w:r w:rsidR="006A6247">
        <w:t xml:space="preserve"> </w:t>
      </w:r>
      <w:r>
        <w:t>raising</w:t>
      </w:r>
      <w:r w:rsidR="006A6247">
        <w:t xml:space="preserve"> </w:t>
      </w:r>
      <w:r>
        <w:t>switching</w:t>
      </w:r>
      <w:r w:rsidR="006A6247">
        <w:t xml:space="preserve"> </w:t>
      </w:r>
      <w:r>
        <w:t>costs.</w:t>
      </w:r>
      <w:r w:rsidR="006A6247">
        <w:t xml:space="preserve"> </w:t>
      </w:r>
      <w:r>
        <w:t>SWOT</w:t>
      </w:r>
      <w:r w:rsidR="006A6247">
        <w:t xml:space="preserve"> </w:t>
      </w:r>
      <w:r>
        <w:t>without</w:t>
      </w:r>
      <w:r w:rsidR="006A6247">
        <w:t xml:space="preserve"> </w:t>
      </w:r>
      <w:r>
        <w:t>links</w:t>
      </w:r>
      <w:r w:rsidR="006A6247">
        <w:t xml:space="preserve"> </w:t>
      </w:r>
      <w:r>
        <w:t>back</w:t>
      </w:r>
      <w:r w:rsidR="006A6247">
        <w:t xml:space="preserve"> </w:t>
      </w:r>
      <w:r>
        <w:t>PESTEL</w:t>
      </w:r>
      <w:r w:rsidR="006A6247">
        <w:t xml:space="preserve"> </w:t>
      </w:r>
      <w:r>
        <w:t>VRIO</w:t>
      </w:r>
      <w:r w:rsidR="006A6247">
        <w:t xml:space="preserve"> </w:t>
      </w:r>
      <w:r>
        <w:t>becomes</w:t>
      </w:r>
      <w:r w:rsidR="006A6247">
        <w:t xml:space="preserve"> </w:t>
      </w:r>
      <w:r>
        <w:t>descriptive</w:t>
      </w:r>
      <w:r w:rsidR="006A6247">
        <w:t xml:space="preserve"> </w:t>
      </w:r>
      <w:r>
        <w:t>not</w:t>
      </w:r>
      <w:r w:rsidR="006A6247">
        <w:t xml:space="preserve"> </w:t>
      </w:r>
      <w:r>
        <w:t>critical</w:t>
      </w:r>
      <w:r w:rsidR="006A6247">
        <w:t xml:space="preserve"> </w:t>
      </w:r>
      <w:r>
        <w:t>–</w:t>
      </w:r>
      <w:r w:rsidR="006A6247">
        <w:t xml:space="preserve"> </w:t>
      </w:r>
      <w:r>
        <w:t>genuine</w:t>
      </w:r>
      <w:r w:rsidR="006A6247">
        <w:t xml:space="preserve"> </w:t>
      </w:r>
      <w:r>
        <w:t>critical</w:t>
      </w:r>
      <w:r w:rsidR="006A6247">
        <w:t xml:space="preserve"> </w:t>
      </w:r>
      <w:r>
        <w:t>analysis</w:t>
      </w:r>
      <w:r w:rsidR="006A6247">
        <w:t xml:space="preserve"> </w:t>
      </w:r>
      <w:r>
        <w:t>tracing</w:t>
      </w:r>
      <w:r w:rsidR="006A6247">
        <w:t xml:space="preserve"> </w:t>
      </w:r>
      <w:r>
        <w:t>chain</w:t>
      </w:r>
      <w:r w:rsidR="006A6247">
        <w:t xml:space="preserve"> </w:t>
      </w:r>
      <w:r>
        <w:t>(Johnson</w:t>
      </w:r>
      <w:r w:rsidR="006A6247">
        <w:t xml:space="preserve"> </w:t>
      </w:r>
      <w:r>
        <w:t>et</w:t>
      </w:r>
      <w:r w:rsidR="006A6247">
        <w:t xml:space="preserve"> </w:t>
      </w:r>
      <w:r>
        <w:t>al.,</w:t>
      </w:r>
      <w:r w:rsidR="006A6247">
        <w:t xml:space="preserve"> </w:t>
      </w:r>
      <w:r>
        <w:t>2020).</w:t>
      </w:r>
      <w:r w:rsidR="006A6247">
        <w:t xml:space="preserve"> </w:t>
      </w:r>
      <w:r>
        <w:t>Why</w:t>
      </w:r>
      <w:r w:rsidR="006A6247">
        <w:t xml:space="preserve"> </w:t>
      </w:r>
      <w:r>
        <w:t>brief</w:t>
      </w:r>
      <w:r w:rsidR="006A6247">
        <w:t xml:space="preserve"> </w:t>
      </w:r>
      <w:r>
        <w:t>expects</w:t>
      </w:r>
      <w:r w:rsidR="006A6247">
        <w:t xml:space="preserve"> </w:t>
      </w:r>
      <w:r>
        <w:t>bridging</w:t>
      </w:r>
      <w:r w:rsidR="006A6247">
        <w:t xml:space="preserve"> </w:t>
      </w:r>
      <w:r>
        <w:t>theory</w:t>
      </w:r>
      <w:r w:rsidR="006A6247">
        <w:t xml:space="preserve"> </w:t>
      </w:r>
      <w:r>
        <w:t>practice.</w:t>
      </w:r>
      <w:r w:rsidR="006A6247">
        <w:t xml:space="preserve"> </w:t>
      </w:r>
      <w:r>
        <w:t>Second</w:t>
      </w:r>
      <w:r w:rsidR="006A6247">
        <w:t xml:space="preserve"> </w:t>
      </w:r>
      <w:r>
        <w:t>hybrid</w:t>
      </w:r>
      <w:r w:rsidR="006A6247">
        <w:t xml:space="preserve"> </w:t>
      </w:r>
      <w:r>
        <w:t>strategies</w:t>
      </w:r>
      <w:r w:rsidR="006A6247">
        <w:t xml:space="preserve"> </w:t>
      </w:r>
      <w:r>
        <w:t>theoretical</w:t>
      </w:r>
      <w:r w:rsidR="006A6247">
        <w:t xml:space="preserve"> </w:t>
      </w:r>
      <w:r>
        <w:t>evolution.</w:t>
      </w:r>
      <w:r w:rsidR="006A6247">
        <w:t xml:space="preserve"> </w:t>
      </w:r>
      <w:r>
        <w:t>Tesco</w:t>
      </w:r>
      <w:r w:rsidR="006A6247">
        <w:t xml:space="preserve"> </w:t>
      </w:r>
      <w:r>
        <w:t>pursuing</w:t>
      </w:r>
      <w:r w:rsidR="006A6247">
        <w:t xml:space="preserve"> </w:t>
      </w:r>
      <w:r>
        <w:t>both</w:t>
      </w:r>
      <w:r w:rsidR="006A6247">
        <w:t xml:space="preserve"> </w:t>
      </w:r>
      <w:r>
        <w:t>cost</w:t>
      </w:r>
      <w:r w:rsidR="006A6247">
        <w:t xml:space="preserve"> </w:t>
      </w:r>
      <w:r>
        <w:t>leadership</w:t>
      </w:r>
      <w:r w:rsidR="006A6247">
        <w:t xml:space="preserve"> </w:t>
      </w:r>
      <w:r>
        <w:t>scale</w:t>
      </w:r>
      <w:r w:rsidR="006A6247">
        <w:t xml:space="preserve"> </w:t>
      </w:r>
      <w:r>
        <w:t>Aldi</w:t>
      </w:r>
      <w:r w:rsidR="006A6247">
        <w:t xml:space="preserve"> </w:t>
      </w:r>
      <w:r>
        <w:t>Price</w:t>
      </w:r>
      <w:r w:rsidR="006A6247">
        <w:t xml:space="preserve"> </w:t>
      </w:r>
      <w:r>
        <w:t>Match</w:t>
      </w:r>
      <w:r w:rsidR="006A6247">
        <w:t xml:space="preserve"> </w:t>
      </w:r>
      <w:r>
        <w:t>differentiation</w:t>
      </w:r>
      <w:r w:rsidR="006A6247">
        <w:t xml:space="preserve"> </w:t>
      </w:r>
      <w:r>
        <w:t>Finest</w:t>
      </w:r>
      <w:r w:rsidR="006A6247">
        <w:t xml:space="preserve"> </w:t>
      </w:r>
      <w:r>
        <w:t>convenience</w:t>
      </w:r>
      <w:r w:rsidR="006A6247">
        <w:t xml:space="preserve"> </w:t>
      </w:r>
      <w:proofErr w:type="spellStart"/>
      <w:r>
        <w:t>personalisation</w:t>
      </w:r>
      <w:proofErr w:type="spellEnd"/>
      <w:r w:rsidR="006A6247">
        <w:t xml:space="preserve"> </w:t>
      </w:r>
      <w:r>
        <w:t>might</w:t>
      </w:r>
      <w:r w:rsidR="006A6247">
        <w:t xml:space="preserve"> </w:t>
      </w:r>
      <w:r>
        <w:t>appear</w:t>
      </w:r>
      <w:r w:rsidR="006A6247">
        <w:t xml:space="preserve"> </w:t>
      </w:r>
      <w:r>
        <w:t>stuck</w:t>
      </w:r>
      <w:r w:rsidR="006A6247">
        <w:t xml:space="preserve"> </w:t>
      </w:r>
      <w:r>
        <w:t>middle</w:t>
      </w:r>
      <w:r w:rsidR="006A6247">
        <w:t xml:space="preserve"> </w:t>
      </w:r>
      <w:r>
        <w:t>Porter</w:t>
      </w:r>
      <w:r w:rsidR="006A6247">
        <w:t xml:space="preserve"> </w:t>
      </w:r>
      <w:r w:rsidR="000A0A8B">
        <w:t>1980,</w:t>
      </w:r>
      <w:r w:rsidR="006A6247">
        <w:t xml:space="preserve"> </w:t>
      </w:r>
      <w:r>
        <w:t>yet</w:t>
      </w:r>
      <w:r w:rsidR="006A6247">
        <w:t xml:space="preserve"> </w:t>
      </w:r>
      <w:r>
        <w:t>Barney</w:t>
      </w:r>
      <w:r w:rsidR="006A6247">
        <w:t xml:space="preserve"> </w:t>
      </w:r>
      <w:r>
        <w:t>RBV</w:t>
      </w:r>
      <w:r w:rsidR="006A6247">
        <w:t xml:space="preserve"> </w:t>
      </w:r>
      <w:r>
        <w:t>explains</w:t>
      </w:r>
      <w:r w:rsidR="006A6247">
        <w:t xml:space="preserve"> </w:t>
      </w:r>
      <w:r>
        <w:t>sustainability</w:t>
      </w:r>
      <w:r w:rsidR="006A6247">
        <w:t xml:space="preserve"> </w:t>
      </w:r>
      <w:r>
        <w:t>ownership</w:t>
      </w:r>
      <w:r w:rsidR="006A6247">
        <w:t xml:space="preserve"> </w:t>
      </w:r>
      <w:r>
        <w:t>rare</w:t>
      </w:r>
      <w:r w:rsidR="006A6247">
        <w:t xml:space="preserve"> </w:t>
      </w:r>
      <w:r>
        <w:t>data</w:t>
      </w:r>
      <w:r w:rsidR="006A6247">
        <w:t xml:space="preserve"> </w:t>
      </w:r>
      <w:r>
        <w:t>resource</w:t>
      </w:r>
      <w:r w:rsidR="006A6247">
        <w:t xml:space="preserve"> </w:t>
      </w:r>
      <w:r>
        <w:t>dynamic</w:t>
      </w:r>
      <w:r w:rsidR="006A6247">
        <w:t xml:space="preserve"> </w:t>
      </w:r>
      <w:r>
        <w:t>capabilities</w:t>
      </w:r>
      <w:r w:rsidR="006A6247">
        <w:t xml:space="preserve"> </w:t>
      </w:r>
      <w:r>
        <w:t>reconfigure</w:t>
      </w:r>
      <w:r w:rsidR="006A6247">
        <w:t xml:space="preserve"> </w:t>
      </w:r>
      <w:r>
        <w:t>(Teece</w:t>
      </w:r>
      <w:r w:rsidR="006A6247">
        <w:t xml:space="preserve"> </w:t>
      </w:r>
      <w:r>
        <w:t>et</w:t>
      </w:r>
      <w:r w:rsidR="006A6247">
        <w:t xml:space="preserve"> </w:t>
      </w:r>
      <w:r>
        <w:t>al.,</w:t>
      </w:r>
      <w:r w:rsidR="006A6247">
        <w:t xml:space="preserve"> </w:t>
      </w:r>
      <w:r>
        <w:t>1997).</w:t>
      </w:r>
      <w:r w:rsidR="006A6247">
        <w:t xml:space="preserve"> </w:t>
      </w:r>
      <w:r>
        <w:t>Clubcard</w:t>
      </w:r>
      <w:r w:rsidR="006A6247">
        <w:t xml:space="preserve"> </w:t>
      </w:r>
      <w:r>
        <w:t>inimitable</w:t>
      </w:r>
      <w:r w:rsidR="006A6247">
        <w:t xml:space="preserve"> </w:t>
      </w:r>
      <w:r>
        <w:t>bundle</w:t>
      </w:r>
      <w:r w:rsidR="006A6247">
        <w:t xml:space="preserve"> </w:t>
      </w:r>
      <w:r>
        <w:t>data</w:t>
      </w:r>
      <w:r w:rsidR="006A6247">
        <w:t xml:space="preserve"> </w:t>
      </w:r>
      <w:r>
        <w:t>trust</w:t>
      </w:r>
      <w:r w:rsidR="006A6247">
        <w:t xml:space="preserve"> </w:t>
      </w:r>
      <w:r>
        <w:t>app</w:t>
      </w:r>
      <w:r w:rsidR="006A6247">
        <w:t xml:space="preserve"> </w:t>
      </w:r>
      <w:r>
        <w:t>penetration</w:t>
      </w:r>
      <w:r w:rsidR="006A6247">
        <w:t xml:space="preserve"> </w:t>
      </w:r>
      <w:r>
        <w:t>dunnhumby</w:t>
      </w:r>
      <w:r w:rsidR="006A6247">
        <w:t xml:space="preserve"> </w:t>
      </w:r>
      <w:r>
        <w:t>IP</w:t>
      </w:r>
      <w:r w:rsidR="006A6247">
        <w:t xml:space="preserve"> </w:t>
      </w:r>
      <w:r>
        <w:t>cannot</w:t>
      </w:r>
      <w:r w:rsidR="006A6247">
        <w:t xml:space="preserve"> </w:t>
      </w:r>
      <w:r>
        <w:t>replicate</w:t>
      </w:r>
      <w:r w:rsidR="006A6247">
        <w:t xml:space="preserve"> </w:t>
      </w:r>
      <w:r>
        <w:t>overnight</w:t>
      </w:r>
      <w:r w:rsidR="006A6247">
        <w:t xml:space="preserve"> </w:t>
      </w:r>
      <w:r>
        <w:t>by</w:t>
      </w:r>
      <w:r w:rsidR="006A6247">
        <w:t xml:space="preserve"> </w:t>
      </w:r>
      <w:r>
        <w:t>Aldi.</w:t>
      </w:r>
      <w:r w:rsidR="006A6247">
        <w:t xml:space="preserve"> </w:t>
      </w:r>
      <w:r>
        <w:t>Justifies</w:t>
      </w:r>
      <w:r w:rsidR="006A6247">
        <w:t xml:space="preserve"> </w:t>
      </w:r>
      <w:r>
        <w:t>hybrid</w:t>
      </w:r>
      <w:r w:rsidR="006A6247">
        <w:t xml:space="preserve"> </w:t>
      </w:r>
      <w:r>
        <w:t>Kim</w:t>
      </w:r>
      <w:r w:rsidR="006A6247">
        <w:t xml:space="preserve"> </w:t>
      </w:r>
      <w:r>
        <w:t>et</w:t>
      </w:r>
      <w:r w:rsidR="006A6247">
        <w:t xml:space="preserve"> </w:t>
      </w:r>
      <w:r>
        <w:t>al.</w:t>
      </w:r>
      <w:r w:rsidR="006A6247">
        <w:t xml:space="preserve"> </w:t>
      </w:r>
      <w:r>
        <w:t>(2014).</w:t>
      </w:r>
      <w:r w:rsidR="006A6247">
        <w:t xml:space="preserve"> </w:t>
      </w:r>
      <w:r>
        <w:t>Third</w:t>
      </w:r>
      <w:r w:rsidR="006A6247">
        <w:t xml:space="preserve"> </w:t>
      </w:r>
      <w:r>
        <w:t>CSR</w:t>
      </w:r>
      <w:r w:rsidR="006A6247">
        <w:t xml:space="preserve"> </w:t>
      </w:r>
      <w:r>
        <w:t>alignment</w:t>
      </w:r>
      <w:r w:rsidR="006A6247">
        <w:t xml:space="preserve"> </w:t>
      </w:r>
      <w:r>
        <w:t>shared</w:t>
      </w:r>
      <w:r w:rsidR="006A6247">
        <w:t xml:space="preserve"> </w:t>
      </w:r>
      <w:r>
        <w:t>value</w:t>
      </w:r>
      <w:r w:rsidR="006A6247">
        <w:t xml:space="preserve"> </w:t>
      </w:r>
      <w:r>
        <w:t>Porter</w:t>
      </w:r>
      <w:r w:rsidR="006A6247">
        <w:t xml:space="preserve"> </w:t>
      </w:r>
      <w:r>
        <w:t>Kramer</w:t>
      </w:r>
      <w:r w:rsidR="006A6247">
        <w:t xml:space="preserve"> </w:t>
      </w:r>
      <w:r>
        <w:t>–</w:t>
      </w:r>
      <w:r w:rsidR="006A6247">
        <w:t xml:space="preserve"> </w:t>
      </w:r>
      <w:r>
        <w:t>waste</w:t>
      </w:r>
      <w:r w:rsidR="006A6247">
        <w:t xml:space="preserve"> </w:t>
      </w:r>
      <w:r>
        <w:t>reduction</w:t>
      </w:r>
      <w:r w:rsidR="006A6247">
        <w:t xml:space="preserve"> </w:t>
      </w:r>
      <w:r>
        <w:t>saves</w:t>
      </w:r>
      <w:r w:rsidR="006A6247">
        <w:t xml:space="preserve"> </w:t>
      </w:r>
      <w:r>
        <w:t>cost</w:t>
      </w:r>
      <w:r w:rsidR="006A6247">
        <w:t xml:space="preserve"> </w:t>
      </w:r>
      <w:r>
        <w:t>renewable</w:t>
      </w:r>
      <w:r w:rsidR="006A6247">
        <w:t xml:space="preserve"> </w:t>
      </w:r>
      <w:r>
        <w:t>PPA</w:t>
      </w:r>
      <w:r w:rsidR="006A6247">
        <w:t xml:space="preserve"> </w:t>
      </w:r>
      <w:r>
        <w:t>reduces</w:t>
      </w:r>
      <w:r w:rsidR="006A6247">
        <w:t xml:space="preserve"> </w:t>
      </w:r>
      <w:r>
        <w:t>volatility</w:t>
      </w:r>
      <w:r w:rsidR="006A6247">
        <w:t xml:space="preserve"> </w:t>
      </w:r>
      <w:r>
        <w:t>65%</w:t>
      </w:r>
      <w:r w:rsidR="006A6247">
        <w:t xml:space="preserve"> </w:t>
      </w:r>
      <w:r>
        <w:t>output</w:t>
      </w:r>
      <w:r w:rsidR="006A6247">
        <w:t xml:space="preserve"> </w:t>
      </w:r>
      <w:r>
        <w:t>373MW</w:t>
      </w:r>
      <w:r w:rsidR="006A6247">
        <w:t xml:space="preserve"> </w:t>
      </w:r>
      <w:r>
        <w:t>Cleve</w:t>
      </w:r>
      <w:r w:rsidR="006A6247">
        <w:t xml:space="preserve"> </w:t>
      </w:r>
      <w:r>
        <w:t>Hill.</w:t>
      </w:r>
      <w:r w:rsidR="006A6247">
        <w:t xml:space="preserve"> </w:t>
      </w:r>
      <w:r w:rsidR="000A0A8B">
        <w:t>However,</w:t>
      </w:r>
      <w:r w:rsidR="006A6247">
        <w:t xml:space="preserve"> </w:t>
      </w:r>
      <w:r>
        <w:t>Scope3</w:t>
      </w:r>
      <w:r w:rsidR="006A6247">
        <w:t xml:space="preserve"> </w:t>
      </w:r>
      <w:r>
        <w:t>challenge</w:t>
      </w:r>
      <w:r w:rsidR="006A6247">
        <w:t xml:space="preserve"> </w:t>
      </w:r>
      <w:r>
        <w:t>exposes</w:t>
      </w:r>
      <w:r w:rsidR="006A6247">
        <w:t xml:space="preserve"> </w:t>
      </w:r>
      <w:r>
        <w:t>limits</w:t>
      </w:r>
      <w:r w:rsidR="006A6247">
        <w:t xml:space="preserve"> </w:t>
      </w:r>
      <w:r>
        <w:t>shared</w:t>
      </w:r>
      <w:r w:rsidR="006A6247">
        <w:t xml:space="preserve"> </w:t>
      </w:r>
      <w:r>
        <w:t>value</w:t>
      </w:r>
      <w:r w:rsidR="006A6247">
        <w:t xml:space="preserve"> </w:t>
      </w:r>
      <w:r>
        <w:t>requires</w:t>
      </w:r>
      <w:r w:rsidR="006A6247">
        <w:t xml:space="preserve"> </w:t>
      </w:r>
      <w:r>
        <w:t>supplier</w:t>
      </w:r>
      <w:r w:rsidR="006A6247">
        <w:t xml:space="preserve"> </w:t>
      </w:r>
      <w:r>
        <w:t>co-investment</w:t>
      </w:r>
      <w:r w:rsidR="006A6247">
        <w:t xml:space="preserve"> </w:t>
      </w:r>
      <w:r>
        <w:t>no</w:t>
      </w:r>
      <w:r w:rsidR="006A6247">
        <w:t xml:space="preserve"> </w:t>
      </w:r>
      <w:r>
        <w:t>immediate</w:t>
      </w:r>
      <w:r w:rsidR="006A6247">
        <w:t xml:space="preserve"> </w:t>
      </w:r>
      <w:r>
        <w:t>return</w:t>
      </w:r>
      <w:r w:rsidR="006A6247">
        <w:t xml:space="preserve"> </w:t>
      </w:r>
      <w:r>
        <w:t>Tesco</w:t>
      </w:r>
      <w:r w:rsidR="006A6247">
        <w:t xml:space="preserve"> </w:t>
      </w:r>
      <w:r>
        <w:t>creating</w:t>
      </w:r>
      <w:r w:rsidR="006A6247">
        <w:t xml:space="preserve"> </w:t>
      </w:r>
      <w:r>
        <w:t>acceptability</w:t>
      </w:r>
      <w:r w:rsidR="006A6247">
        <w:t xml:space="preserve"> </w:t>
      </w:r>
      <w:r>
        <w:t>feasibility</w:t>
      </w:r>
      <w:r w:rsidR="006A6247">
        <w:t xml:space="preserve"> </w:t>
      </w:r>
      <w:r>
        <w:t>trade-offs</w:t>
      </w:r>
      <w:r w:rsidR="006A6247">
        <w:t xml:space="preserve"> </w:t>
      </w:r>
      <w:proofErr w:type="spellStart"/>
      <w:r>
        <w:t>SAFe</w:t>
      </w:r>
      <w:proofErr w:type="spellEnd"/>
      <w:r w:rsidR="006A6247">
        <w:t xml:space="preserve"> </w:t>
      </w:r>
      <w:r>
        <w:t>low</w:t>
      </w:r>
      <w:r w:rsidR="006A6247">
        <w:t xml:space="preserve"> </w:t>
      </w:r>
      <w:r>
        <w:t>to</w:t>
      </w:r>
      <w:r w:rsidR="006A6247">
        <w:t xml:space="preserve"> </w:t>
      </w:r>
      <w:r>
        <w:t>moderate</w:t>
      </w:r>
      <w:r w:rsidR="006A6247">
        <w:t xml:space="preserve"> </w:t>
      </w:r>
      <w:r>
        <w:t>feasibility.</w:t>
      </w:r>
      <w:r w:rsidR="006A6247">
        <w:t xml:space="preserve"> </w:t>
      </w:r>
      <w:r>
        <w:t>Consultant</w:t>
      </w:r>
      <w:r w:rsidR="006A6247">
        <w:t xml:space="preserve"> </w:t>
      </w:r>
      <w:r>
        <w:t>role-play</w:t>
      </w:r>
      <w:r w:rsidR="006A6247">
        <w:t xml:space="preserve"> </w:t>
      </w:r>
      <w:r>
        <w:t>board</w:t>
      </w:r>
      <w:r w:rsidR="006A6247">
        <w:t xml:space="preserve"> </w:t>
      </w:r>
      <w:r>
        <w:t>report</w:t>
      </w:r>
      <w:r w:rsidR="006A6247">
        <w:t xml:space="preserve"> </w:t>
      </w:r>
      <w:r>
        <w:t>concise</w:t>
      </w:r>
      <w:r w:rsidR="006A6247">
        <w:t xml:space="preserve"> </w:t>
      </w:r>
      <w:r>
        <w:t>recommendations</w:t>
      </w:r>
      <w:r w:rsidR="006A6247">
        <w:t xml:space="preserve"> </w:t>
      </w:r>
      <w:r>
        <w:t>mitigations</w:t>
      </w:r>
      <w:r w:rsidR="006A6247">
        <w:t xml:space="preserve"> </w:t>
      </w:r>
      <w:r>
        <w:t>not</w:t>
      </w:r>
      <w:r w:rsidR="006A6247">
        <w:t xml:space="preserve"> </w:t>
      </w:r>
      <w:r>
        <w:t>academic</w:t>
      </w:r>
      <w:r w:rsidR="006A6247">
        <w:t xml:space="preserve"> </w:t>
      </w:r>
      <w:r>
        <w:t>essay</w:t>
      </w:r>
      <w:r w:rsidR="006A6247">
        <w:t xml:space="preserve"> </w:t>
      </w:r>
      <w:r>
        <w:t>–</w:t>
      </w:r>
      <w:r w:rsidR="006A6247">
        <w:t xml:space="preserve"> </w:t>
      </w:r>
      <w:r>
        <w:t>language</w:t>
      </w:r>
      <w:r w:rsidR="006A6247">
        <w:t xml:space="preserve"> </w:t>
      </w:r>
      <w:r>
        <w:t>descriptive</w:t>
      </w:r>
      <w:r w:rsidR="006A6247">
        <w:t xml:space="preserve"> </w:t>
      </w:r>
      <w:r>
        <w:t>to</w:t>
      </w:r>
      <w:r w:rsidR="006A6247">
        <w:t xml:space="preserve"> </w:t>
      </w:r>
      <w:r>
        <w:t>prescriptive</w:t>
      </w:r>
      <w:r w:rsidR="006A6247">
        <w:t xml:space="preserve"> </w:t>
      </w:r>
      <w:r>
        <w:t>should</w:t>
      </w:r>
      <w:r w:rsidR="006A6247">
        <w:t xml:space="preserve"> </w:t>
      </w:r>
      <w:r>
        <w:t>statements.</w:t>
      </w:r>
      <w:r w:rsidR="006A6247">
        <w:t xml:space="preserve"> </w:t>
      </w:r>
      <w:r>
        <w:t>Balancing</w:t>
      </w:r>
      <w:r w:rsidR="006A6247">
        <w:t xml:space="preserve"> </w:t>
      </w:r>
      <w:r>
        <w:t>citation</w:t>
      </w:r>
      <w:r w:rsidR="006A6247">
        <w:t xml:space="preserve"> </w:t>
      </w:r>
      <w:r>
        <w:t>theory</w:t>
      </w:r>
      <w:r w:rsidR="006A6247">
        <w:t xml:space="preserve"> </w:t>
      </w:r>
      <w:r>
        <w:t>practical</w:t>
      </w:r>
      <w:r w:rsidR="006A6247">
        <w:t xml:space="preserve"> </w:t>
      </w:r>
      <w:r>
        <w:t>evidence</w:t>
      </w:r>
      <w:r w:rsidR="006A6247">
        <w:t xml:space="preserve"> </w:t>
      </w:r>
      <w:r>
        <w:t>key</w:t>
      </w:r>
      <w:r w:rsidR="006A6247">
        <w:t xml:space="preserve"> </w:t>
      </w:r>
      <w:r>
        <w:t>consulting</w:t>
      </w:r>
      <w:r w:rsidR="006A6247">
        <w:t xml:space="preserve"> </w:t>
      </w:r>
      <w:r>
        <w:t>skill</w:t>
      </w:r>
      <w:r w:rsidR="006A6247">
        <w:t xml:space="preserve"> </w:t>
      </w:r>
      <w:r>
        <w:t>–</w:t>
      </w:r>
      <w:r w:rsidR="006A6247">
        <w:t xml:space="preserve"> </w:t>
      </w:r>
      <w:r>
        <w:t>too</w:t>
      </w:r>
      <w:r w:rsidR="006A6247">
        <w:t xml:space="preserve"> </w:t>
      </w:r>
      <w:r>
        <w:t>much</w:t>
      </w:r>
      <w:r w:rsidR="006A6247">
        <w:t xml:space="preserve"> </w:t>
      </w:r>
      <w:r>
        <w:t>theory</w:t>
      </w:r>
      <w:r w:rsidR="006A6247">
        <w:t xml:space="preserve"> </w:t>
      </w:r>
      <w:r>
        <w:t>loses</w:t>
      </w:r>
      <w:r w:rsidR="006A6247">
        <w:t xml:space="preserve"> </w:t>
      </w:r>
      <w:r>
        <w:t>executives</w:t>
      </w:r>
      <w:r w:rsidR="006A6247">
        <w:t xml:space="preserve"> </w:t>
      </w:r>
      <w:r>
        <w:t>too</w:t>
      </w:r>
      <w:r w:rsidR="006A6247">
        <w:t xml:space="preserve"> </w:t>
      </w:r>
      <w:r>
        <w:t>little</w:t>
      </w:r>
      <w:r w:rsidR="006A6247">
        <w:t xml:space="preserve"> </w:t>
      </w:r>
      <w:r>
        <w:t>fails</w:t>
      </w:r>
      <w:r w:rsidR="006A6247">
        <w:t xml:space="preserve"> </w:t>
      </w:r>
      <w:r>
        <w:t>MBA</w:t>
      </w:r>
      <w:r w:rsidR="006A6247">
        <w:t xml:space="preserve"> </w:t>
      </w:r>
      <w:proofErr w:type="spellStart"/>
      <w:r>
        <w:t>rigour</w:t>
      </w:r>
      <w:proofErr w:type="spellEnd"/>
      <w:r>
        <w:t>.</w:t>
      </w:r>
    </w:p>
    <w:p w:rsidR="00700886" w:rsidP="7D0D8C44" w:rsidRDefault="7BF93C46" w14:paraId="2B2A7A39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40" w:id="66"/>
      <w:bookmarkStart w:name="_Toc193887352" w:id="67"/>
      <w:bookmarkStart w:name="_Toc237366875" w:id="68"/>
      <w:r w:rsidRPr="7D0D8C44" w:rsidR="529427D7">
        <w:rPr>
          <w:rFonts w:ascii="Arial" w:hAnsi="Arial"/>
          <w:color w:val="auto"/>
        </w:rPr>
        <w:t>Conclusion</w:t>
      </w:r>
      <w:bookmarkEnd w:id="66"/>
      <w:bookmarkEnd w:id="67"/>
      <w:bookmarkEnd w:id="68"/>
    </w:p>
    <w:p w:rsidR="00700886" w:rsidP="00F94D1E" w:rsidRDefault="00344F75" w14:paraId="0AFB5522" w14:textId="091C368B">
      <w:pPr>
        <w:jc w:val="both"/>
      </w:pPr>
      <w:r>
        <w:t>In</w:t>
      </w:r>
      <w:r w:rsidR="006A6247">
        <w:t xml:space="preserve"> </w:t>
      </w:r>
      <w:r>
        <w:t>conclusion</w:t>
      </w:r>
      <w:r w:rsidR="006A6247">
        <w:t xml:space="preserve"> </w:t>
      </w:r>
      <w:r>
        <w:t>process</w:t>
      </w:r>
      <w:r w:rsidR="006A6247">
        <w:t xml:space="preserve"> </w:t>
      </w:r>
      <w:r>
        <w:t>resulted</w:t>
      </w:r>
      <w:r w:rsidR="006A6247">
        <w:t xml:space="preserve"> </w:t>
      </w:r>
      <w:r>
        <w:t>coherent</w:t>
      </w:r>
      <w:r w:rsidR="006A6247">
        <w:t xml:space="preserve"> </w:t>
      </w:r>
      <w:r>
        <w:t>strategy</w:t>
      </w:r>
      <w:r w:rsidR="006A6247">
        <w:t xml:space="preserve"> </w:t>
      </w:r>
      <w:r>
        <w:t>but</w:t>
      </w:r>
      <w:r w:rsidR="006A6247">
        <w:t xml:space="preserve"> </w:t>
      </w:r>
      <w:r>
        <w:t>improvements</w:t>
      </w:r>
      <w:r w:rsidR="006A6247">
        <w:t xml:space="preserve"> </w:t>
      </w:r>
      <w:r>
        <w:t>remain.</w:t>
      </w:r>
      <w:r w:rsidR="006A6247">
        <w:t xml:space="preserve"> </w:t>
      </w:r>
      <w:r>
        <w:t>Could</w:t>
      </w:r>
      <w:r w:rsidR="006A6247">
        <w:t xml:space="preserve"> </w:t>
      </w:r>
      <w:r>
        <w:t>have</w:t>
      </w:r>
      <w:r w:rsidR="006A6247">
        <w:t xml:space="preserve"> </w:t>
      </w:r>
      <w:r>
        <w:t>used</w:t>
      </w:r>
      <w:r w:rsidR="006A6247">
        <w:t xml:space="preserve"> </w:t>
      </w:r>
      <w:r>
        <w:t>Ansoff</w:t>
      </w:r>
      <w:r w:rsidR="006A6247">
        <w:t xml:space="preserve"> </w:t>
      </w:r>
      <w:r>
        <w:t>more</w:t>
      </w:r>
      <w:r w:rsidR="006A6247">
        <w:t xml:space="preserve"> </w:t>
      </w:r>
      <w:r>
        <w:t>quantitatively</w:t>
      </w:r>
      <w:r w:rsidR="006A6247">
        <w:t xml:space="preserve"> </w:t>
      </w:r>
      <w:r>
        <w:t>estimating</w:t>
      </w:r>
      <w:r w:rsidR="006A6247">
        <w:t xml:space="preserve"> </w:t>
      </w:r>
      <w:r>
        <w:t>penetration</w:t>
      </w:r>
      <w:r w:rsidR="006A6247">
        <w:t xml:space="preserve"> </w:t>
      </w:r>
      <w:r>
        <w:t>upside</w:t>
      </w:r>
      <w:r w:rsidR="006A6247">
        <w:t xml:space="preserve"> </w:t>
      </w:r>
      <w:r>
        <w:t>total</w:t>
      </w:r>
      <w:r w:rsidR="006A6247">
        <w:t xml:space="preserve"> </w:t>
      </w:r>
      <w:r>
        <w:t>market</w:t>
      </w:r>
      <w:r w:rsidR="006A6247">
        <w:t xml:space="preserve"> </w:t>
      </w:r>
      <w:r>
        <w:t>£230-240bn</w:t>
      </w:r>
      <w:r w:rsidR="006A6247">
        <w:t xml:space="preserve"> </w:t>
      </w:r>
      <w:r>
        <w:t>Tesco</w:t>
      </w:r>
      <w:r w:rsidR="006A6247">
        <w:t xml:space="preserve"> </w:t>
      </w:r>
      <w:r>
        <w:t>28%</w:t>
      </w:r>
      <w:r w:rsidR="006A6247">
        <w:t xml:space="preserve"> </w:t>
      </w:r>
      <w:r>
        <w:t>share</w:t>
      </w:r>
      <w:r w:rsidR="006A6247">
        <w:t xml:space="preserve"> </w:t>
      </w:r>
      <w:r>
        <w:t>implying</w:t>
      </w:r>
      <w:r w:rsidR="006A6247">
        <w:t xml:space="preserve"> </w:t>
      </w:r>
      <w:r>
        <w:t>1pp</w:t>
      </w:r>
      <w:r w:rsidR="006A6247">
        <w:t xml:space="preserve"> </w:t>
      </w:r>
      <w:r>
        <w:t>~£2.3bn</w:t>
      </w:r>
      <w:r w:rsidR="006A6247">
        <w:t xml:space="preserve"> </w:t>
      </w:r>
      <w:r>
        <w:t>sales</w:t>
      </w:r>
      <w:r w:rsidR="006A6247">
        <w:t xml:space="preserve"> </w:t>
      </w:r>
      <w:r>
        <w:t>(</w:t>
      </w:r>
      <w:proofErr w:type="spellStart"/>
      <w:r>
        <w:t>Businesstats</w:t>
      </w:r>
      <w:proofErr w:type="spellEnd"/>
      <w:r>
        <w:t>,</w:t>
      </w:r>
      <w:r w:rsidR="006A6247">
        <w:t xml:space="preserve"> </w:t>
      </w:r>
      <w:r>
        <w:t>2026)</w:t>
      </w:r>
      <w:r w:rsidR="006A6247">
        <w:t xml:space="preserve"> </w:t>
      </w:r>
      <w:r>
        <w:t>–</w:t>
      </w:r>
      <w:r w:rsidR="006A6247">
        <w:t xml:space="preserve"> </w:t>
      </w:r>
      <w:r>
        <w:t>material</w:t>
      </w:r>
      <w:r w:rsidR="006A6247">
        <w:t xml:space="preserve"> </w:t>
      </w:r>
      <w:r>
        <w:t>reinforcing</w:t>
      </w:r>
      <w:r w:rsidR="006A6247">
        <w:t xml:space="preserve"> </w:t>
      </w:r>
      <w:r>
        <w:t>priority</w:t>
      </w:r>
      <w:r w:rsidR="006A6247">
        <w:t xml:space="preserve"> </w:t>
      </w:r>
      <w:r>
        <w:t>skill</w:t>
      </w:r>
      <w:r w:rsidR="006A6247">
        <w:t xml:space="preserve"> </w:t>
      </w:r>
      <w:r>
        <w:t>development</w:t>
      </w:r>
      <w:r w:rsidR="006A6247">
        <w:t xml:space="preserve"> </w:t>
      </w:r>
      <w:r>
        <w:t>financial</w:t>
      </w:r>
      <w:r w:rsidR="006A6247">
        <w:t xml:space="preserve"> </w:t>
      </w:r>
      <w:r>
        <w:t>modelling.</w:t>
      </w:r>
      <w:r w:rsidR="006A6247">
        <w:t xml:space="preserve"> </w:t>
      </w:r>
      <w:r>
        <w:t>Could</w:t>
      </w:r>
      <w:r w:rsidR="006A6247">
        <w:t xml:space="preserve"> </w:t>
      </w:r>
      <w:r>
        <w:t>integrated</w:t>
      </w:r>
      <w:r w:rsidR="006A6247">
        <w:t xml:space="preserve"> </w:t>
      </w:r>
      <w:r>
        <w:t>deeper</w:t>
      </w:r>
      <w:r w:rsidR="006A6247">
        <w:t xml:space="preserve"> </w:t>
      </w:r>
      <w:r>
        <w:t>financial</w:t>
      </w:r>
      <w:r w:rsidR="006A6247">
        <w:t xml:space="preserve"> </w:t>
      </w:r>
      <w:r>
        <w:t>ratio</w:t>
      </w:r>
      <w:r w:rsidR="006A6247">
        <w:t xml:space="preserve"> </w:t>
      </w:r>
      <w:r>
        <w:t>ROCE</w:t>
      </w:r>
      <w:r w:rsidR="006A6247">
        <w:t xml:space="preserve"> </w:t>
      </w:r>
      <w:r>
        <w:t>working</w:t>
      </w:r>
      <w:r w:rsidR="006A6247">
        <w:t xml:space="preserve"> </w:t>
      </w:r>
      <w:r>
        <w:t>capital</w:t>
      </w:r>
      <w:r w:rsidR="006A6247">
        <w:t xml:space="preserve"> </w:t>
      </w:r>
      <w:r w:rsidR="00293246">
        <w:t>sales</w:t>
      </w:r>
      <w:r w:rsidR="006A6247">
        <w:t xml:space="preserve"> </w:t>
      </w:r>
      <w:r w:rsidR="00293246">
        <w:t>profit</w:t>
      </w:r>
      <w:r w:rsidR="006A6247">
        <w:t xml:space="preserve"> </w:t>
      </w:r>
      <w:r>
        <w:t>trends.</w:t>
      </w:r>
      <w:r w:rsidR="006A6247">
        <w:t xml:space="preserve"> </w:t>
      </w:r>
      <w:r>
        <w:t>Learned</w:t>
      </w:r>
      <w:r w:rsidR="006A6247">
        <w:t xml:space="preserve"> </w:t>
      </w:r>
      <w:r>
        <w:t>value</w:t>
      </w:r>
      <w:r w:rsidR="006A6247">
        <w:t xml:space="preserve"> </w:t>
      </w:r>
      <w:r>
        <w:t>systematic</w:t>
      </w:r>
      <w:r w:rsidR="006A6247">
        <w:t xml:space="preserve"> </w:t>
      </w:r>
      <w:r>
        <w:t>note-taking</w:t>
      </w:r>
      <w:r w:rsidR="006A6247">
        <w:t xml:space="preserve"> </w:t>
      </w:r>
      <w:r>
        <w:t>source</w:t>
      </w:r>
      <w:r w:rsidR="006A6247">
        <w:t xml:space="preserve"> </w:t>
      </w:r>
      <w:r>
        <w:t>file</w:t>
      </w:r>
      <w:r w:rsidR="006A6247">
        <w:t xml:space="preserve"> </w:t>
      </w:r>
      <w:r>
        <w:t>Harvard</w:t>
      </w:r>
      <w:r w:rsidR="006A6247">
        <w:t xml:space="preserve"> </w:t>
      </w:r>
      <w:r>
        <w:t>citations</w:t>
      </w:r>
      <w:r w:rsidR="006A6247">
        <w:t xml:space="preserve"> </w:t>
      </w:r>
      <w:r>
        <w:t>progressed</w:t>
      </w:r>
      <w:r w:rsidR="006A6247">
        <w:t xml:space="preserve"> </w:t>
      </w:r>
      <w:r>
        <w:t>reducing</w:t>
      </w:r>
      <w:r w:rsidR="006A6247">
        <w:t xml:space="preserve"> </w:t>
      </w:r>
      <w:r>
        <w:t>retrofit.</w:t>
      </w:r>
      <w:r w:rsidR="006A6247">
        <w:t xml:space="preserve"> </w:t>
      </w:r>
      <w:proofErr w:type="spellStart"/>
      <w:r>
        <w:t>Recognised</w:t>
      </w:r>
      <w:proofErr w:type="spellEnd"/>
      <w:r w:rsidR="006A6247">
        <w:t xml:space="preserve"> </w:t>
      </w:r>
      <w:r>
        <w:t>importance</w:t>
      </w:r>
      <w:r w:rsidR="006A6247">
        <w:t xml:space="preserve"> </w:t>
      </w:r>
      <w:r>
        <w:t>differentiating</w:t>
      </w:r>
      <w:r w:rsidR="006A6247">
        <w:t xml:space="preserve"> </w:t>
      </w:r>
      <w:r>
        <w:t>suggested</w:t>
      </w:r>
      <w:r w:rsidR="006A6247">
        <w:t xml:space="preserve"> </w:t>
      </w:r>
      <w:r>
        <w:t>phrasing</w:t>
      </w:r>
      <w:r w:rsidR="006A6247">
        <w:t xml:space="preserve"> </w:t>
      </w:r>
      <w:r>
        <w:t>evidence</w:t>
      </w:r>
      <w:r w:rsidR="006A6247">
        <w:t xml:space="preserve"> </w:t>
      </w:r>
      <w:r>
        <w:t>bank</w:t>
      </w:r>
      <w:r w:rsidR="006A6247">
        <w:t xml:space="preserve"> </w:t>
      </w:r>
      <w:r>
        <w:t>hybrid</w:t>
      </w:r>
      <w:r w:rsidR="006A6247">
        <w:t xml:space="preserve"> </w:t>
      </w:r>
      <w:r>
        <w:t>strategy</w:t>
      </w:r>
      <w:r w:rsidR="006A6247">
        <w:t xml:space="preserve"> </w:t>
      </w:r>
      <w:r>
        <w:t>own</w:t>
      </w:r>
      <w:r w:rsidR="006A6247">
        <w:t xml:space="preserve"> </w:t>
      </w:r>
      <w:r>
        <w:t>wording</w:t>
      </w:r>
      <w:r w:rsidR="006A6247">
        <w:t xml:space="preserve"> </w:t>
      </w:r>
      <w:r>
        <w:t>paraphrasing</w:t>
      </w:r>
      <w:r w:rsidR="006A6247">
        <w:t xml:space="preserve"> </w:t>
      </w:r>
      <w:r>
        <w:t>vital</w:t>
      </w:r>
      <w:r w:rsidR="006A6247">
        <w:t xml:space="preserve"> </w:t>
      </w:r>
      <w:r>
        <w:t>originality.</w:t>
      </w:r>
      <w:r w:rsidR="006A6247">
        <w:t xml:space="preserve"> </w:t>
      </w:r>
      <w:r>
        <w:t>More</w:t>
      </w:r>
      <w:r w:rsidR="006A6247">
        <w:t xml:space="preserve"> </w:t>
      </w:r>
      <w:r>
        <w:t>confident</w:t>
      </w:r>
      <w:r w:rsidR="006A6247">
        <w:t xml:space="preserve"> </w:t>
      </w:r>
      <w:r>
        <w:t>applying</w:t>
      </w:r>
      <w:r w:rsidR="006A6247">
        <w:t xml:space="preserve"> </w:t>
      </w:r>
      <w:r>
        <w:t>VRIO</w:t>
      </w:r>
      <w:r w:rsidR="006A6247">
        <w:t xml:space="preserve"> </w:t>
      </w:r>
      <w:proofErr w:type="spellStart"/>
      <w:r>
        <w:t>SAFe</w:t>
      </w:r>
      <w:proofErr w:type="spellEnd"/>
      <w:r w:rsidR="006A6247">
        <w:t xml:space="preserve"> </w:t>
      </w:r>
      <w:r>
        <w:t>complex</w:t>
      </w:r>
      <w:r w:rsidR="006A6247">
        <w:t xml:space="preserve"> </w:t>
      </w:r>
      <w:r>
        <w:t>retailer</w:t>
      </w:r>
      <w:r w:rsidR="006A6247">
        <w:t xml:space="preserve"> </w:t>
      </w:r>
      <w:r>
        <w:t>appreciating</w:t>
      </w:r>
      <w:r w:rsidR="006A6247">
        <w:t xml:space="preserve"> </w:t>
      </w:r>
      <w:r>
        <w:t>subjectivity</w:t>
      </w:r>
      <w:r w:rsidR="006A6247">
        <w:t xml:space="preserve"> </w:t>
      </w:r>
      <w:r>
        <w:t>Rare</w:t>
      </w:r>
      <w:r w:rsidR="006A6247">
        <w:t xml:space="preserve"> </w:t>
      </w:r>
      <w:r>
        <w:t>Inimitable</w:t>
      </w:r>
      <w:r w:rsidR="006A6247">
        <w:t xml:space="preserve"> </w:t>
      </w:r>
      <w:r>
        <w:t>judgments</w:t>
      </w:r>
      <w:r w:rsidR="006A6247">
        <w:t xml:space="preserve"> </w:t>
      </w:r>
      <w:r>
        <w:t>requiring</w:t>
      </w:r>
      <w:r w:rsidR="006A6247">
        <w:t xml:space="preserve"> </w:t>
      </w:r>
      <w:r>
        <w:t>justification</w:t>
      </w:r>
      <w:r w:rsidR="006A6247">
        <w:t xml:space="preserve"> </w:t>
      </w:r>
      <w:r w:rsidR="00293246">
        <w:t>tick-box</w:t>
      </w:r>
      <w:r>
        <w:t>.</w:t>
      </w:r>
      <w:r w:rsidR="006A6247">
        <w:t xml:space="preserve"> </w:t>
      </w:r>
      <w:r>
        <w:t>Condensing</w:t>
      </w:r>
      <w:r w:rsidR="006A6247">
        <w:t xml:space="preserve"> </w:t>
      </w:r>
      <w:r>
        <w:t>from</w:t>
      </w:r>
      <w:r w:rsidR="006A6247">
        <w:t xml:space="preserve"> </w:t>
      </w:r>
      <w:r>
        <w:t>7,696</w:t>
      </w:r>
      <w:r w:rsidR="006A6247">
        <w:t xml:space="preserve"> </w:t>
      </w:r>
      <w:r>
        <w:t>to</w:t>
      </w:r>
      <w:r w:rsidR="006A6247">
        <w:t xml:space="preserve"> </w:t>
      </w:r>
      <w:r>
        <w:t>~5,400</w:t>
      </w:r>
      <w:r w:rsidR="006A6247">
        <w:t xml:space="preserve"> </w:t>
      </w:r>
      <w:r>
        <w:t>words</w:t>
      </w:r>
      <w:r w:rsidR="006A6247">
        <w:t xml:space="preserve"> </w:t>
      </w:r>
      <w:r>
        <w:t>improved</w:t>
      </w:r>
      <w:r w:rsidR="006A6247">
        <w:t xml:space="preserve"> </w:t>
      </w:r>
      <w:r>
        <w:t>ability</w:t>
      </w:r>
      <w:r w:rsidR="006A6247">
        <w:t xml:space="preserve"> </w:t>
      </w:r>
      <w:proofErr w:type="spellStart"/>
      <w:r>
        <w:t>prioritise</w:t>
      </w:r>
      <w:proofErr w:type="spellEnd"/>
      <w:r w:rsidR="006A6247">
        <w:t xml:space="preserve"> </w:t>
      </w:r>
      <w:r>
        <w:t>impactful</w:t>
      </w:r>
      <w:r w:rsidR="006A6247">
        <w:t xml:space="preserve"> </w:t>
      </w:r>
      <w:r>
        <w:t>evidence</w:t>
      </w:r>
      <w:r w:rsidR="006A6247">
        <w:t xml:space="preserve"> </w:t>
      </w:r>
      <w:r>
        <w:t>over</w:t>
      </w:r>
      <w:r w:rsidR="006A6247">
        <w:t xml:space="preserve"> </w:t>
      </w:r>
      <w:r>
        <w:t>exhaustive</w:t>
      </w:r>
      <w:r w:rsidR="006A6247">
        <w:t xml:space="preserve"> </w:t>
      </w:r>
      <w:r>
        <w:t>listing</w:t>
      </w:r>
      <w:r w:rsidR="006A6247">
        <w:t xml:space="preserve"> </w:t>
      </w:r>
      <w:r>
        <w:t>–</w:t>
      </w:r>
      <w:r w:rsidR="006A6247">
        <w:t xml:space="preserve"> </w:t>
      </w:r>
      <w:r>
        <w:t>essential</w:t>
      </w:r>
      <w:r w:rsidR="006A6247">
        <w:t xml:space="preserve"> </w:t>
      </w:r>
      <w:r>
        <w:t>Board</w:t>
      </w:r>
      <w:r w:rsidR="006A6247">
        <w:t xml:space="preserve"> </w:t>
      </w:r>
      <w:r>
        <w:t>skill.</w:t>
      </w:r>
    </w:p>
    <w:p w:rsidR="00700886" w:rsidP="7D0D8C44" w:rsidRDefault="7BF93C46" w14:paraId="4EBC748D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41" w:id="69"/>
      <w:bookmarkStart w:name="_Toc1913121930" w:id="70"/>
      <w:bookmarkStart w:name="_Toc237366876" w:id="71"/>
      <w:r w:rsidRPr="7D0D8C44" w:rsidR="529427D7">
        <w:rPr>
          <w:rFonts w:ascii="Arial" w:hAnsi="Arial"/>
          <w:color w:val="auto"/>
        </w:rPr>
        <w:t>Action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Plan</w:t>
      </w:r>
      <w:bookmarkEnd w:id="69"/>
      <w:bookmarkEnd w:id="70"/>
      <w:bookmarkEnd w:id="71"/>
    </w:p>
    <w:p w:rsidR="00700886" w:rsidP="00F94D1E" w:rsidRDefault="00344F75" w14:paraId="2824D087" w14:textId="416B4F4A">
      <w:pPr>
        <w:jc w:val="both"/>
      </w:pPr>
      <w:r>
        <w:t>If</w:t>
      </w:r>
      <w:r w:rsidR="006A6247">
        <w:t xml:space="preserve"> </w:t>
      </w:r>
      <w:r>
        <w:t>repeating</w:t>
      </w:r>
      <w:r w:rsidR="006A6247">
        <w:t xml:space="preserve"> </w:t>
      </w:r>
      <w:r>
        <w:t>strategic</w:t>
      </w:r>
      <w:r w:rsidR="006A6247">
        <w:t xml:space="preserve"> </w:t>
      </w:r>
      <w:r>
        <w:t>consultancy:</w:t>
      </w:r>
      <w:r w:rsidR="006A6247">
        <w:t xml:space="preserve"> </w:t>
      </w:r>
      <w:r>
        <w:t>First</w:t>
      </w:r>
      <w:r w:rsidR="006A6247">
        <w:t xml:space="preserve"> </w:t>
      </w:r>
      <w:r>
        <w:t>structure</w:t>
      </w:r>
      <w:r w:rsidR="006A6247">
        <w:t xml:space="preserve"> </w:t>
      </w:r>
      <w:r>
        <w:t>first</w:t>
      </w:r>
      <w:r w:rsidR="006A6247">
        <w:t xml:space="preserve"> </w:t>
      </w:r>
      <w:r>
        <w:t>create</w:t>
      </w:r>
      <w:r w:rsidR="006A6247">
        <w:t xml:space="preserve"> </w:t>
      </w:r>
      <w:r>
        <w:t>template</w:t>
      </w:r>
      <w:r w:rsidR="006A6247">
        <w:t xml:space="preserve"> </w:t>
      </w:r>
      <w:r>
        <w:t>brief</w:t>
      </w:r>
      <w:r w:rsidR="006A6247">
        <w:t xml:space="preserve"> </w:t>
      </w:r>
      <w:r>
        <w:t>Section</w:t>
      </w:r>
      <w:r w:rsidR="006A6247">
        <w:t xml:space="preserve"> </w:t>
      </w:r>
      <w:r>
        <w:t>One</w:t>
      </w:r>
      <w:r w:rsidR="006A6247">
        <w:t xml:space="preserve"> </w:t>
      </w:r>
      <w:r>
        <w:t>headings</w:t>
      </w:r>
      <w:r w:rsidR="006A6247">
        <w:t xml:space="preserve"> </w:t>
      </w:r>
      <w:r>
        <w:t>placeholder</w:t>
      </w:r>
      <w:r w:rsidR="006A6247">
        <w:t xml:space="preserve"> </w:t>
      </w:r>
      <w:r>
        <w:t>KPIs</w:t>
      </w:r>
      <w:r w:rsidR="006A6247">
        <w:t xml:space="preserve"> </w:t>
      </w:r>
      <w:r>
        <w:t>targets</w:t>
      </w:r>
      <w:r w:rsidR="006A6247">
        <w:t xml:space="preserve"> </w:t>
      </w:r>
      <w:r>
        <w:t>Balanced</w:t>
      </w:r>
      <w:r w:rsidR="006A6247">
        <w:t xml:space="preserve"> </w:t>
      </w:r>
      <w:r>
        <w:t>Scorecard</w:t>
      </w:r>
      <w:r w:rsidR="006A6247">
        <w:t xml:space="preserve"> </w:t>
      </w:r>
      <w:r>
        <w:t>before</w:t>
      </w:r>
      <w:r w:rsidR="006A6247">
        <w:t xml:space="preserve"> </w:t>
      </w:r>
      <w:r>
        <w:t>filling</w:t>
      </w:r>
      <w:r w:rsidR="006A6247">
        <w:t xml:space="preserve"> </w:t>
      </w:r>
      <w:r>
        <w:t>–</w:t>
      </w:r>
      <w:r w:rsidR="006A6247">
        <w:t xml:space="preserve"> </w:t>
      </w:r>
      <w:r>
        <w:t>prevents</w:t>
      </w:r>
      <w:r w:rsidR="006A6247">
        <w:t xml:space="preserve"> </w:t>
      </w:r>
      <w:r>
        <w:t>overruns</w:t>
      </w:r>
      <w:r w:rsidR="006A6247">
        <w:t xml:space="preserve"> </w:t>
      </w:r>
      <w:r>
        <w:t>ensures</w:t>
      </w:r>
      <w:r w:rsidR="006A6247">
        <w:t xml:space="preserve"> </w:t>
      </w:r>
      <w:r>
        <w:t>coverage</w:t>
      </w:r>
      <w:r w:rsidR="006A6247">
        <w:t xml:space="preserve"> </w:t>
      </w:r>
      <w:r>
        <w:t>and</w:t>
      </w:r>
      <w:r w:rsidR="006A6247">
        <w:t xml:space="preserve"> </w:t>
      </w:r>
      <w:r>
        <w:t>word</w:t>
      </w:r>
      <w:r w:rsidR="006A6247">
        <w:t xml:space="preserve"> </w:t>
      </w:r>
      <w:r>
        <w:t>count</w:t>
      </w:r>
      <w:r w:rsidR="006A6247">
        <w:t xml:space="preserve"> </w:t>
      </w:r>
      <w:r>
        <w:t>control.</w:t>
      </w:r>
      <w:r w:rsidR="006A6247">
        <w:t xml:space="preserve"> </w:t>
      </w:r>
      <w:r>
        <w:t>Second</w:t>
      </w:r>
      <w:r w:rsidR="006A6247">
        <w:t xml:space="preserve"> </w:t>
      </w:r>
      <w:r>
        <w:t>evidence</w:t>
      </w:r>
      <w:r w:rsidR="006A6247">
        <w:t xml:space="preserve"> </w:t>
      </w:r>
      <w:r>
        <w:t>triangulation</w:t>
      </w:r>
      <w:r w:rsidR="006A6247">
        <w:t xml:space="preserve"> </w:t>
      </w:r>
      <w:r>
        <w:t>each</w:t>
      </w:r>
      <w:r w:rsidR="006A6247">
        <w:t xml:space="preserve"> </w:t>
      </w:r>
      <w:r>
        <w:t>PESTEL</w:t>
      </w:r>
      <w:r w:rsidR="006A6247">
        <w:t xml:space="preserve"> </w:t>
      </w:r>
      <w:r>
        <w:t>one</w:t>
      </w:r>
      <w:r w:rsidR="006A6247">
        <w:t xml:space="preserve"> </w:t>
      </w:r>
      <w:r>
        <w:t>quantitative</w:t>
      </w:r>
      <w:r w:rsidR="006A6247">
        <w:t xml:space="preserve"> </w:t>
      </w:r>
      <w:r>
        <w:t>ONS</w:t>
      </w:r>
      <w:r w:rsidR="006A6247">
        <w:t xml:space="preserve"> </w:t>
      </w:r>
      <w:r>
        <w:t>3.4%</w:t>
      </w:r>
      <w:r w:rsidR="006A6247">
        <w:t xml:space="preserve"> </w:t>
      </w:r>
      <w:r>
        <w:t>CPI</w:t>
      </w:r>
      <w:r w:rsidR="006A6247">
        <w:t xml:space="preserve"> </w:t>
      </w:r>
      <w:r>
        <w:t>grocery</w:t>
      </w:r>
      <w:r w:rsidR="006A6247">
        <w:t xml:space="preserve"> </w:t>
      </w:r>
      <w:r>
        <w:t>4.1%</w:t>
      </w:r>
      <w:r w:rsidR="006A6247">
        <w:t xml:space="preserve"> </w:t>
      </w:r>
      <w:r>
        <w:t>one</w:t>
      </w:r>
      <w:r w:rsidR="006A6247">
        <w:t xml:space="preserve"> </w:t>
      </w:r>
      <w:r>
        <w:t>qualitative</w:t>
      </w:r>
      <w:r w:rsidR="006A6247">
        <w:t xml:space="preserve"> </w:t>
      </w:r>
      <w:r>
        <w:t>DEFRA</w:t>
      </w:r>
      <w:r w:rsidR="006A6247">
        <w:t xml:space="preserve"> </w:t>
      </w:r>
      <w:r>
        <w:t>policy</w:t>
      </w:r>
      <w:r w:rsidR="006A6247">
        <w:t xml:space="preserve"> </w:t>
      </w:r>
      <w:r>
        <w:t>consumer</w:t>
      </w:r>
      <w:r w:rsidR="006A6247">
        <w:t xml:space="preserve"> </w:t>
      </w:r>
      <w:r>
        <w:t>trend</w:t>
      </w:r>
      <w:r w:rsidR="006A6247">
        <w:t xml:space="preserve"> </w:t>
      </w:r>
      <w:r>
        <w:t>balance</w:t>
      </w:r>
      <w:r w:rsidR="006A6247">
        <w:t xml:space="preserve"> </w:t>
      </w:r>
      <w:r>
        <w:t>numbers</w:t>
      </w:r>
      <w:r w:rsidR="006A6247">
        <w:t xml:space="preserve"> </w:t>
      </w:r>
      <w:r>
        <w:t>narrative</w:t>
      </w:r>
      <w:r w:rsidR="006A6247">
        <w:t xml:space="preserve"> </w:t>
      </w:r>
      <w:r>
        <w:t>(Saunders</w:t>
      </w:r>
      <w:r w:rsidR="006A6247">
        <w:t xml:space="preserve"> </w:t>
      </w:r>
      <w:r>
        <w:t>et</w:t>
      </w:r>
      <w:r w:rsidR="006A6247">
        <w:t xml:space="preserve"> </w:t>
      </w:r>
      <w:r>
        <w:t>al.,</w:t>
      </w:r>
      <w:r w:rsidR="006A6247">
        <w:t xml:space="preserve"> </w:t>
      </w:r>
      <w:r>
        <w:t>2019).</w:t>
      </w:r>
      <w:r w:rsidR="006A6247">
        <w:t xml:space="preserve"> </w:t>
      </w:r>
      <w:r>
        <w:t>Third</w:t>
      </w:r>
      <w:r w:rsidR="006A6247">
        <w:t xml:space="preserve"> </w:t>
      </w:r>
      <w:r>
        <w:t>draw</w:t>
      </w:r>
      <w:r w:rsidR="006A6247">
        <w:t xml:space="preserve"> </w:t>
      </w:r>
      <w:r>
        <w:t>framework</w:t>
      </w:r>
      <w:r w:rsidR="006A6247">
        <w:t xml:space="preserve"> </w:t>
      </w:r>
      <w:r>
        <w:t>integration</w:t>
      </w:r>
      <w:r w:rsidR="006A6247">
        <w:t xml:space="preserve"> </w:t>
      </w:r>
      <w:r>
        <w:t>map</w:t>
      </w:r>
      <w:r w:rsidR="006A6247">
        <w:t xml:space="preserve"> </w:t>
      </w:r>
      <w:r>
        <w:t>linking</w:t>
      </w:r>
      <w:r w:rsidR="006A6247">
        <w:t xml:space="preserve"> </w:t>
      </w:r>
      <w:r>
        <w:t>PESTEL</w:t>
      </w:r>
      <w:r w:rsidR="006A6247">
        <w:t xml:space="preserve"> </w:t>
      </w:r>
      <w:r>
        <w:t>→</w:t>
      </w:r>
      <w:r w:rsidR="006A6247">
        <w:t xml:space="preserve"> </w:t>
      </w:r>
      <w:r>
        <w:t>Five</w:t>
      </w:r>
      <w:r w:rsidR="006A6247">
        <w:t xml:space="preserve"> </w:t>
      </w:r>
      <w:r>
        <w:t>Forces</w:t>
      </w:r>
      <w:r w:rsidR="006A6247">
        <w:t xml:space="preserve"> </w:t>
      </w:r>
      <w:r>
        <w:t>→</w:t>
      </w:r>
      <w:r w:rsidR="006A6247">
        <w:t xml:space="preserve"> </w:t>
      </w:r>
      <w:r>
        <w:t>VRIO</w:t>
      </w:r>
      <w:r w:rsidR="006A6247">
        <w:t xml:space="preserve"> </w:t>
      </w:r>
      <w:r>
        <w:t>→</w:t>
      </w:r>
      <w:r w:rsidR="006A6247">
        <w:t xml:space="preserve"> </w:t>
      </w:r>
      <w:r>
        <w:t>SWOT</w:t>
      </w:r>
      <w:r w:rsidR="006A6247">
        <w:t xml:space="preserve"> </w:t>
      </w:r>
      <w:r>
        <w:t>→</w:t>
      </w:r>
      <w:r w:rsidR="006A6247">
        <w:t xml:space="preserve"> </w:t>
      </w:r>
      <w:r>
        <w:t>Ansoff</w:t>
      </w:r>
      <w:r w:rsidR="006A6247">
        <w:t xml:space="preserve"> </w:t>
      </w:r>
      <w:r>
        <w:t>→</w:t>
      </w:r>
      <w:r w:rsidR="006A6247">
        <w:t xml:space="preserve"> </w:t>
      </w:r>
      <w:proofErr w:type="spellStart"/>
      <w:r>
        <w:t>SAFe</w:t>
      </w:r>
      <w:proofErr w:type="spellEnd"/>
      <w:r w:rsidR="006A6247">
        <w:t xml:space="preserve"> </w:t>
      </w:r>
      <w:r>
        <w:t>ensuring</w:t>
      </w:r>
      <w:r w:rsidR="006A6247">
        <w:t xml:space="preserve"> </w:t>
      </w:r>
      <w:r>
        <w:t>logical</w:t>
      </w:r>
      <w:r w:rsidR="006A6247">
        <w:t xml:space="preserve"> </w:t>
      </w:r>
      <w:r>
        <w:t>flow</w:t>
      </w:r>
      <w:r w:rsidR="006A6247">
        <w:t xml:space="preserve"> </w:t>
      </w:r>
      <w:r w:rsidR="00293246">
        <w:t>silos</w:t>
      </w:r>
      <w:r w:rsidR="006A6247">
        <w:t xml:space="preserve"> </w:t>
      </w:r>
      <w:r>
        <w:t>visual</w:t>
      </w:r>
      <w:r w:rsidR="006A6247">
        <w:t xml:space="preserve"> </w:t>
      </w:r>
      <w:r>
        <w:t>aids</w:t>
      </w:r>
      <w:r w:rsidR="006A6247">
        <w:t xml:space="preserve"> </w:t>
      </w:r>
      <w:r>
        <w:t>appendices</w:t>
      </w:r>
      <w:r w:rsidR="006A6247">
        <w:t xml:space="preserve"> </w:t>
      </w:r>
      <w:r>
        <w:t>storyline.</w:t>
      </w:r>
      <w:r w:rsidR="006A6247">
        <w:t xml:space="preserve"> </w:t>
      </w:r>
      <w:r>
        <w:t>Fourth</w:t>
      </w:r>
      <w:r w:rsidR="006A6247">
        <w:t xml:space="preserve"> </w:t>
      </w:r>
      <w:r>
        <w:t>consultant</w:t>
      </w:r>
      <w:r w:rsidR="006A6247">
        <w:t xml:space="preserve"> </w:t>
      </w:r>
      <w:r>
        <w:t>voice</w:t>
      </w:r>
      <w:r w:rsidR="006A6247">
        <w:t xml:space="preserve"> </w:t>
      </w:r>
      <w:r>
        <w:t>checklist</w:t>
      </w:r>
      <w:r w:rsidR="006A6247">
        <w:t xml:space="preserve"> </w:t>
      </w:r>
      <w:r>
        <w:t>each</w:t>
      </w:r>
      <w:r w:rsidR="006A6247">
        <w:t xml:space="preserve"> </w:t>
      </w:r>
      <w:r>
        <w:t>recommendation</w:t>
      </w:r>
      <w:r w:rsidR="006A6247">
        <w:t xml:space="preserve"> </w:t>
      </w:r>
      <w:r>
        <w:t>objective</w:t>
      </w:r>
      <w:r w:rsidR="006A6247">
        <w:t xml:space="preserve"> </w:t>
      </w:r>
      <w:r>
        <w:t>concrete</w:t>
      </w:r>
      <w:r w:rsidR="006A6247">
        <w:t xml:space="preserve"> </w:t>
      </w:r>
      <w:r>
        <w:t>action</w:t>
      </w:r>
      <w:r w:rsidR="006A6247">
        <w:t xml:space="preserve"> </w:t>
      </w:r>
      <w:r>
        <w:t>evidence</w:t>
      </w:r>
      <w:r w:rsidR="006A6247">
        <w:t xml:space="preserve"> </w:t>
      </w:r>
      <w:r>
        <w:t>theory</w:t>
      </w:r>
      <w:r w:rsidR="006A6247">
        <w:t xml:space="preserve"> </w:t>
      </w:r>
      <w:r>
        <w:t>financial</w:t>
      </w:r>
      <w:r w:rsidR="006A6247">
        <w:t xml:space="preserve"> </w:t>
      </w:r>
      <w:r>
        <w:t>implication</w:t>
      </w:r>
      <w:r w:rsidR="006A6247">
        <w:t xml:space="preserve"> </w:t>
      </w:r>
      <w:r>
        <w:t>risk</w:t>
      </w:r>
      <w:r w:rsidR="006A6247">
        <w:t xml:space="preserve"> </w:t>
      </w:r>
      <w:r>
        <w:t>mitigation</w:t>
      </w:r>
      <w:r w:rsidR="006A6247">
        <w:t xml:space="preserve"> </w:t>
      </w:r>
      <w:r>
        <w:t>–</w:t>
      </w:r>
      <w:r w:rsidR="006A6247">
        <w:t xml:space="preserve"> </w:t>
      </w:r>
      <w:r>
        <w:t>board-ready</w:t>
      </w:r>
      <w:r w:rsidR="006A6247">
        <w:t xml:space="preserve"> </w:t>
      </w:r>
      <w:r>
        <w:t>actionable.</w:t>
      </w:r>
      <w:r w:rsidR="006A6247">
        <w:t xml:space="preserve"> </w:t>
      </w:r>
      <w:r>
        <w:t>Fifth</w:t>
      </w:r>
      <w:r w:rsidR="006A6247">
        <w:t xml:space="preserve"> </w:t>
      </w:r>
      <w:r>
        <w:t>ethics</w:t>
      </w:r>
      <w:r w:rsidR="006A6247">
        <w:t xml:space="preserve"> </w:t>
      </w:r>
      <w:r>
        <w:t>originality</w:t>
      </w:r>
      <w:r w:rsidR="006A6247">
        <w:t xml:space="preserve"> </w:t>
      </w:r>
      <w:r>
        <w:t>use</w:t>
      </w:r>
      <w:r w:rsidR="006A6247">
        <w:t xml:space="preserve"> </w:t>
      </w:r>
      <w:r>
        <w:t>AI</w:t>
      </w:r>
      <w:r w:rsidR="006A6247">
        <w:t xml:space="preserve"> </w:t>
      </w:r>
      <w:r>
        <w:t>research</w:t>
      </w:r>
      <w:r w:rsidR="006A6247">
        <w:t xml:space="preserve"> </w:t>
      </w:r>
      <w:r>
        <w:t>structuring</w:t>
      </w:r>
      <w:r w:rsidR="006A6247">
        <w:t xml:space="preserve"> </w:t>
      </w:r>
      <w:r>
        <w:t>proofreading</w:t>
      </w:r>
      <w:r w:rsidR="006A6247">
        <w:t xml:space="preserve"> </w:t>
      </w:r>
      <w:r>
        <w:t>permitted</w:t>
      </w:r>
      <w:r w:rsidR="006A6247">
        <w:t xml:space="preserve"> </w:t>
      </w:r>
      <w:r w:rsidR="000A0A8B">
        <w:t>specification,</w:t>
      </w:r>
      <w:r w:rsidR="006A6247">
        <w:t xml:space="preserve"> </w:t>
      </w:r>
      <w:r>
        <w:t>but</w:t>
      </w:r>
      <w:r w:rsidR="006A6247">
        <w:t xml:space="preserve"> </w:t>
      </w:r>
      <w:r>
        <w:t>rewrite</w:t>
      </w:r>
      <w:r w:rsidR="006A6247">
        <w:t xml:space="preserve"> </w:t>
      </w:r>
      <w:r>
        <w:t>analysis</w:t>
      </w:r>
      <w:r w:rsidR="006A6247">
        <w:t xml:space="preserve"> </w:t>
      </w:r>
      <w:r>
        <w:t>own</w:t>
      </w:r>
      <w:r w:rsidR="006A6247">
        <w:t xml:space="preserve"> </w:t>
      </w:r>
      <w:r>
        <w:t>words</w:t>
      </w:r>
      <w:r w:rsidR="006A6247">
        <w:t xml:space="preserve"> </w:t>
      </w:r>
      <w:r>
        <w:t>add</w:t>
      </w:r>
      <w:r w:rsidR="006A6247">
        <w:t xml:space="preserve"> </w:t>
      </w:r>
      <w:r>
        <w:t>personal</w:t>
      </w:r>
      <w:r w:rsidR="006A6247">
        <w:t xml:space="preserve"> </w:t>
      </w:r>
      <w:r>
        <w:t>critical</w:t>
      </w:r>
      <w:r w:rsidR="006A6247">
        <w:t xml:space="preserve"> </w:t>
      </w:r>
      <w:r>
        <w:t>perspective</w:t>
      </w:r>
      <w:r w:rsidR="006A6247">
        <w:t xml:space="preserve"> </w:t>
      </w:r>
      <w:r>
        <w:t>fairness</w:t>
      </w:r>
      <w:r w:rsidR="006A6247">
        <w:t xml:space="preserve"> </w:t>
      </w:r>
      <w:r>
        <w:t>Scope3</w:t>
      </w:r>
      <w:r w:rsidR="006A6247">
        <w:t xml:space="preserve"> </w:t>
      </w:r>
      <w:r>
        <w:t>supplier</w:t>
      </w:r>
      <w:r w:rsidR="006A6247">
        <w:t xml:space="preserve"> </w:t>
      </w:r>
      <w:r>
        <w:t>obligations</w:t>
      </w:r>
      <w:r w:rsidR="006A6247">
        <w:t xml:space="preserve"> </w:t>
      </w:r>
      <w:r>
        <w:t>check</w:t>
      </w:r>
      <w:r w:rsidR="006A6247">
        <w:t xml:space="preserve"> </w:t>
      </w:r>
      <w:r>
        <w:t>originality</w:t>
      </w:r>
      <w:r w:rsidR="006A6247">
        <w:t xml:space="preserve"> </w:t>
      </w:r>
      <w:r>
        <w:t>via</w:t>
      </w:r>
      <w:r w:rsidR="006A6247">
        <w:t xml:space="preserve"> </w:t>
      </w:r>
      <w:r>
        <w:t>similarity</w:t>
      </w:r>
      <w:r w:rsidR="006A6247">
        <w:t xml:space="preserve"> </w:t>
      </w:r>
      <w:r>
        <w:t>tool</w:t>
      </w:r>
      <w:r w:rsidR="006A6247">
        <w:t xml:space="preserve"> </w:t>
      </w:r>
      <w:r>
        <w:t>comply</w:t>
      </w:r>
      <w:r w:rsidR="006A6247">
        <w:t xml:space="preserve"> </w:t>
      </w:r>
      <w:r>
        <w:t>GenAI</w:t>
      </w:r>
      <w:r w:rsidR="006A6247">
        <w:t xml:space="preserve"> </w:t>
      </w:r>
      <w:r>
        <w:t>policy.</w:t>
      </w:r>
      <w:r w:rsidR="006A6247">
        <w:t xml:space="preserve"> </w:t>
      </w:r>
      <w:r>
        <w:t>Sixth</w:t>
      </w:r>
      <w:r w:rsidR="006A6247">
        <w:t xml:space="preserve"> </w:t>
      </w:r>
      <w:r>
        <w:t>keep</w:t>
      </w:r>
      <w:r w:rsidR="006A6247">
        <w:t xml:space="preserve"> </w:t>
      </w:r>
      <w:r>
        <w:t>reflective</w:t>
      </w:r>
      <w:r w:rsidR="006A6247">
        <w:t xml:space="preserve"> </w:t>
      </w:r>
      <w:r>
        <w:t>diary</w:t>
      </w:r>
      <w:r w:rsidR="006A6247">
        <w:t xml:space="preserve"> </w:t>
      </w:r>
      <w:r>
        <w:t>capture</w:t>
      </w:r>
      <w:r w:rsidR="006A6247">
        <w:t xml:space="preserve"> </w:t>
      </w:r>
      <w:r>
        <w:t>feelings</w:t>
      </w:r>
      <w:r w:rsidR="006A6247">
        <w:t xml:space="preserve"> </w:t>
      </w:r>
      <w:r>
        <w:t>after</w:t>
      </w:r>
      <w:r w:rsidR="006A6247">
        <w:t xml:space="preserve"> </w:t>
      </w:r>
      <w:r>
        <w:t>each</w:t>
      </w:r>
      <w:r w:rsidR="006A6247">
        <w:t xml:space="preserve"> </w:t>
      </w:r>
      <w:r>
        <w:t>stage</w:t>
      </w:r>
      <w:r w:rsidR="006A6247">
        <w:t xml:space="preserve"> </w:t>
      </w:r>
      <w:r w:rsidR="00293246">
        <w:t>retrospective</w:t>
      </w:r>
      <w:r w:rsidR="006A6247">
        <w:t xml:space="preserve"> </w:t>
      </w:r>
      <w:r>
        <w:t>improving</w:t>
      </w:r>
      <w:r w:rsidR="006A6247">
        <w:t xml:space="preserve"> </w:t>
      </w:r>
      <w:r>
        <w:t>Gibbs</w:t>
      </w:r>
      <w:r w:rsidR="006A6247">
        <w:t xml:space="preserve"> </w:t>
      </w:r>
      <w:r>
        <w:t>fidelity.</w:t>
      </w:r>
      <w:r w:rsidR="006A6247">
        <w:t xml:space="preserve"> </w:t>
      </w:r>
      <w:r>
        <w:t>Future</w:t>
      </w:r>
      <w:r w:rsidR="006A6247">
        <w:t xml:space="preserve"> </w:t>
      </w:r>
      <w:r>
        <w:t>skill</w:t>
      </w:r>
      <w:r w:rsidR="006A6247">
        <w:t xml:space="preserve"> </w:t>
      </w:r>
      <w:r w:rsidR="000A0A8B">
        <w:t>strengthens</w:t>
      </w:r>
      <w:r w:rsidR="006A6247">
        <w:t xml:space="preserve"> </w:t>
      </w:r>
      <w:r>
        <w:t>financial</w:t>
      </w:r>
      <w:r w:rsidR="006A6247">
        <w:t xml:space="preserve"> </w:t>
      </w:r>
      <w:r>
        <w:t>modelling</w:t>
      </w:r>
      <w:r w:rsidR="006A6247">
        <w:t xml:space="preserve"> </w:t>
      </w:r>
      <w:r>
        <w:t>market</w:t>
      </w:r>
      <w:r w:rsidR="006A6247">
        <w:t xml:space="preserve"> </w:t>
      </w:r>
      <w:r>
        <w:t>share</w:t>
      </w:r>
      <w:r w:rsidR="006A6247">
        <w:t xml:space="preserve"> </w:t>
      </w:r>
      <w:r>
        <w:t>scenario</w:t>
      </w:r>
      <w:r w:rsidR="006A6247">
        <w:t xml:space="preserve"> </w:t>
      </w:r>
      <w:r>
        <w:t>analysis</w:t>
      </w:r>
      <w:r w:rsidR="006A6247">
        <w:t xml:space="preserve"> </w:t>
      </w:r>
      <w:r>
        <w:t>deepen</w:t>
      </w:r>
      <w:r w:rsidR="006A6247">
        <w:t xml:space="preserve"> </w:t>
      </w:r>
      <w:r>
        <w:t>sustainability</w:t>
      </w:r>
      <w:r w:rsidR="006A6247">
        <w:t xml:space="preserve"> </w:t>
      </w:r>
      <w:r>
        <w:t>data</w:t>
      </w:r>
      <w:r w:rsidR="006A6247">
        <w:t xml:space="preserve"> </w:t>
      </w:r>
      <w:r>
        <w:t>literacy</w:t>
      </w:r>
      <w:r w:rsidR="006A6247">
        <w:t xml:space="preserve"> </w:t>
      </w:r>
      <w:r>
        <w:t>differences</w:t>
      </w:r>
      <w:r w:rsidR="006A6247">
        <w:t xml:space="preserve"> </w:t>
      </w:r>
      <w:r>
        <w:t>assurance</w:t>
      </w:r>
      <w:r w:rsidR="006A6247">
        <w:t xml:space="preserve"> </w:t>
      </w:r>
      <w:r>
        <w:t>levels</w:t>
      </w:r>
      <w:r w:rsidR="006A6247">
        <w:t xml:space="preserve"> </w:t>
      </w:r>
      <w:r>
        <w:t>Deloitte</w:t>
      </w:r>
      <w:r w:rsidR="006A6247">
        <w:t xml:space="preserve"> </w:t>
      </w:r>
      <w:r>
        <w:t>limited</w:t>
      </w:r>
      <w:r w:rsidR="006A6247">
        <w:t xml:space="preserve"> </w:t>
      </w:r>
      <w:r>
        <w:t>assurance</w:t>
      </w:r>
      <w:r w:rsidR="006A6247">
        <w:t xml:space="preserve"> </w:t>
      </w:r>
      <w:r>
        <w:t>selected</w:t>
      </w:r>
      <w:r w:rsidR="006A6247">
        <w:t xml:space="preserve"> </w:t>
      </w:r>
      <w:r>
        <w:t>Scope3</w:t>
      </w:r>
      <w:r w:rsidR="006A6247">
        <w:t xml:space="preserve"> </w:t>
      </w:r>
      <w:r>
        <w:t>vs</w:t>
      </w:r>
      <w:r w:rsidR="006A6247">
        <w:t xml:space="preserve"> </w:t>
      </w:r>
      <w:r>
        <w:t>full</w:t>
      </w:r>
      <w:r w:rsidR="006A6247">
        <w:t xml:space="preserve"> </w:t>
      </w:r>
      <w:r>
        <w:t>inventory</w:t>
      </w:r>
      <w:r w:rsidR="006A6247">
        <w:t xml:space="preserve"> </w:t>
      </w:r>
      <w:r>
        <w:t>critical</w:t>
      </w:r>
      <w:r w:rsidR="006A6247">
        <w:t xml:space="preserve"> </w:t>
      </w:r>
      <w:r>
        <w:t>evaluating</w:t>
      </w:r>
      <w:r w:rsidR="006A6247">
        <w:t xml:space="preserve"> </w:t>
      </w:r>
      <w:r>
        <w:t>CSR</w:t>
      </w:r>
      <w:r w:rsidR="006A6247">
        <w:t xml:space="preserve"> </w:t>
      </w:r>
      <w:r>
        <w:t>credibility</w:t>
      </w:r>
      <w:r w:rsidR="006A6247">
        <w:t xml:space="preserve"> </w:t>
      </w:r>
      <w:r>
        <w:t>(</w:t>
      </w:r>
      <w:proofErr w:type="spellStart"/>
      <w:r>
        <w:t>CSRReporters</w:t>
      </w:r>
      <w:proofErr w:type="spellEnd"/>
      <w:r>
        <w:t>,</w:t>
      </w:r>
      <w:r w:rsidR="006A6247">
        <w:t xml:space="preserve"> </w:t>
      </w:r>
      <w:r>
        <w:t>2026).</w:t>
      </w:r>
      <w:r w:rsidR="006A6247">
        <w:t xml:space="preserve"> </w:t>
      </w:r>
      <w:r>
        <w:t>Improve</w:t>
      </w:r>
      <w:r w:rsidR="006A6247">
        <w:t xml:space="preserve"> </w:t>
      </w:r>
      <w:r>
        <w:t>visual</w:t>
      </w:r>
      <w:r w:rsidR="006A6247">
        <w:t xml:space="preserve"> </w:t>
      </w:r>
      <w:r>
        <w:t>communication</w:t>
      </w:r>
      <w:r w:rsidR="006A6247">
        <w:t xml:space="preserve"> </w:t>
      </w:r>
      <w:r>
        <w:t>charts</w:t>
      </w:r>
      <w:r w:rsidR="006A6247">
        <w:t xml:space="preserve"> </w:t>
      </w:r>
      <w:r>
        <w:t>market</w:t>
      </w:r>
      <w:r w:rsidR="006A6247">
        <w:t xml:space="preserve"> </w:t>
      </w:r>
      <w:r>
        <w:t>share</w:t>
      </w:r>
      <w:r w:rsidR="006A6247">
        <w:t xml:space="preserve"> </w:t>
      </w:r>
      <w:r>
        <w:t>Five</w:t>
      </w:r>
      <w:r w:rsidR="006A6247">
        <w:t xml:space="preserve"> </w:t>
      </w:r>
      <w:r>
        <w:t>Forces</w:t>
      </w:r>
      <w:r w:rsidR="006A6247">
        <w:t xml:space="preserve"> </w:t>
      </w:r>
      <w:r>
        <w:t>similar</w:t>
      </w:r>
      <w:r w:rsidR="006A6247">
        <w:t xml:space="preserve"> </w:t>
      </w:r>
      <w:r>
        <w:t>Figures.</w:t>
      </w:r>
      <w:r w:rsidR="006A6247">
        <w:t xml:space="preserve"> </w:t>
      </w:r>
      <w:r>
        <w:t>Apply</w:t>
      </w:r>
      <w:r w:rsidR="006A6247">
        <w:t xml:space="preserve"> </w:t>
      </w:r>
      <w:r>
        <w:t>hybrid</w:t>
      </w:r>
      <w:r w:rsidR="006A6247">
        <w:t xml:space="preserve"> </w:t>
      </w:r>
      <w:r>
        <w:t>lens</w:t>
      </w:r>
      <w:r w:rsidR="006A6247">
        <w:t xml:space="preserve"> </w:t>
      </w:r>
      <w:r>
        <w:t>other</w:t>
      </w:r>
      <w:r w:rsidR="006A6247">
        <w:t xml:space="preserve"> </w:t>
      </w:r>
      <w:r>
        <w:t>retailers</w:t>
      </w:r>
      <w:r w:rsidR="006A6247">
        <w:t xml:space="preserve"> </w:t>
      </w:r>
      <w:r>
        <w:t>Sainsbury's</w:t>
      </w:r>
      <w:r w:rsidR="006A6247">
        <w:t xml:space="preserve"> </w:t>
      </w:r>
      <w:r>
        <w:t>test</w:t>
      </w:r>
      <w:r w:rsidR="006A6247">
        <w:t xml:space="preserve"> </w:t>
      </w:r>
      <w:proofErr w:type="spellStart"/>
      <w:r>
        <w:t>generalisability</w:t>
      </w:r>
      <w:proofErr w:type="spellEnd"/>
      <w:r>
        <w:t>.</w:t>
      </w:r>
      <w:r w:rsidR="006A6247">
        <w:t xml:space="preserve"> </w:t>
      </w:r>
      <w:r>
        <w:t>Maintain</w:t>
      </w:r>
      <w:r w:rsidR="006A6247">
        <w:t xml:space="preserve"> </w:t>
      </w:r>
      <w:r>
        <w:t>word</w:t>
      </w:r>
      <w:r w:rsidR="006A6247">
        <w:t xml:space="preserve"> </w:t>
      </w:r>
      <w:r>
        <w:t>count</w:t>
      </w:r>
      <w:r w:rsidR="006A6247">
        <w:t xml:space="preserve"> </w:t>
      </w:r>
      <w:r>
        <w:t>discipline</w:t>
      </w:r>
      <w:r w:rsidR="006A6247">
        <w:t xml:space="preserve"> </w:t>
      </w:r>
      <w:r>
        <w:t>using</w:t>
      </w:r>
      <w:r w:rsidR="006A6247">
        <w:t xml:space="preserve"> </w:t>
      </w:r>
      <w:r>
        <w:t>concise</w:t>
      </w:r>
      <w:r w:rsidR="006A6247">
        <w:t xml:space="preserve"> </w:t>
      </w:r>
      <w:r>
        <w:t>academic</w:t>
      </w:r>
      <w:r w:rsidR="006A6247">
        <w:t xml:space="preserve"> </w:t>
      </w:r>
      <w:r>
        <w:t>style</w:t>
      </w:r>
      <w:r w:rsidR="006A6247">
        <w:t xml:space="preserve"> </w:t>
      </w:r>
      <w:r>
        <w:t>–</w:t>
      </w:r>
      <w:r w:rsidR="006A6247">
        <w:t xml:space="preserve"> </w:t>
      </w:r>
      <w:r>
        <w:t>target</w:t>
      </w:r>
      <w:r w:rsidR="006A6247">
        <w:t xml:space="preserve"> </w:t>
      </w:r>
      <w:r>
        <w:t>5,000-5,800</w:t>
      </w:r>
      <w:r w:rsidR="006A6247">
        <w:t xml:space="preserve"> </w:t>
      </w:r>
      <w:r>
        <w:t>as</w:t>
      </w:r>
      <w:r w:rsidR="006A6247">
        <w:t xml:space="preserve"> </w:t>
      </w:r>
      <w:r>
        <w:t>requested</w:t>
      </w:r>
      <w:r w:rsidR="006A6247">
        <w:t xml:space="preserve"> </w:t>
      </w:r>
      <w:r>
        <w:t>this</w:t>
      </w:r>
      <w:r w:rsidR="006A6247">
        <w:t xml:space="preserve"> </w:t>
      </w:r>
      <w:r>
        <w:t>version.</w:t>
      </w:r>
    </w:p>
    <w:p w:rsidR="00700886" w:rsidP="00F94D1E" w:rsidRDefault="00344F75" w14:paraId="72A3D3EC" w14:textId="77777777">
      <w:pPr>
        <w:jc w:val="both"/>
      </w:pPr>
      <w:r>
        <w:br w:type="page"/>
      </w:r>
    </w:p>
    <w:p w:rsidR="00700886" w:rsidP="7D0D8C44" w:rsidRDefault="7BF93C46" w14:paraId="415A6A99" w14:textId="77777777">
      <w:pPr>
        <w:pStyle w:val="Heading1"/>
        <w:jc w:val="both"/>
        <w:rPr>
          <w:rFonts w:ascii="Arial" w:hAnsi="Arial"/>
          <w:color w:val="auto"/>
        </w:rPr>
      </w:pPr>
      <w:bookmarkStart w:name="_Toc236501142" w:id="72"/>
      <w:bookmarkStart w:name="_Toc1467246179" w:id="73"/>
      <w:bookmarkStart w:name="_Toc237366877" w:id="74"/>
      <w:r w:rsidRPr="7D0D8C44" w:rsidR="529427D7">
        <w:rPr>
          <w:rFonts w:ascii="Arial" w:hAnsi="Arial"/>
          <w:color w:val="auto"/>
        </w:rPr>
        <w:t>Appendices</w:t>
      </w:r>
      <w:bookmarkEnd w:id="72"/>
      <w:bookmarkEnd w:id="73"/>
      <w:bookmarkEnd w:id="74"/>
    </w:p>
    <w:p w:rsidR="00700886" w:rsidP="7D0D8C44" w:rsidRDefault="7BF93C46" w14:paraId="7D364816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43" w:id="75"/>
      <w:bookmarkStart w:name="_Toc1802490585" w:id="76"/>
      <w:bookmarkStart w:name="_Toc237366878" w:id="77"/>
      <w:r w:rsidRPr="7D0D8C44" w:rsidR="529427D7">
        <w:rPr>
          <w:rFonts w:ascii="Arial" w:hAnsi="Arial"/>
          <w:color w:val="auto"/>
        </w:rPr>
        <w:t>Appendix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A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–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PESTEL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Evidence</w:t>
      </w:r>
      <w:bookmarkEnd w:id="75"/>
      <w:bookmarkEnd w:id="76"/>
      <w:bookmarkEnd w:id="77"/>
    </w:p>
    <w:p w:rsidR="00700886" w:rsidP="7D0D8C44" w:rsidRDefault="00344F75" w14:paraId="2ED7FF41" w14:textId="77777777">
      <w:pPr>
        <w:jc w:val="both"/>
        <w:rPr>
          <w:color w:val="auto"/>
        </w:rPr>
      </w:pPr>
      <w:r w:rsidRPr="7D0D8C44" w:rsidR="110A7A9A">
        <w:rPr>
          <w:color w:val="auto"/>
        </w:rPr>
        <w:t>PESTEL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table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Section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2.1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sources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ONS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(2025),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Kantar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(2025),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RetailTimes</w:t>
      </w:r>
      <w:r w:rsidRPr="7D0D8C44" w:rsidR="110A7A9A">
        <w:rPr>
          <w:color w:val="auto"/>
        </w:rPr>
        <w:t>,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GOV.UK,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Tesco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PLC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(2025c),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Climate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Action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(2023).</w:t>
      </w:r>
    </w:p>
    <w:p w:rsidR="00700886" w:rsidP="7D0D8C44" w:rsidRDefault="7BF93C46" w14:paraId="2106BD97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44" w:id="78"/>
      <w:bookmarkStart w:name="_Toc646718331" w:id="79"/>
      <w:bookmarkStart w:name="_Toc237366879" w:id="80"/>
      <w:r w:rsidRPr="7D0D8C44" w:rsidR="529427D7">
        <w:rPr>
          <w:rFonts w:ascii="Arial" w:hAnsi="Arial"/>
          <w:color w:val="auto"/>
        </w:rPr>
        <w:t>Appendix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B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–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VRIO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Matrix</w:t>
      </w:r>
      <w:bookmarkEnd w:id="78"/>
      <w:bookmarkEnd w:id="79"/>
      <w:bookmarkEnd w:id="80"/>
    </w:p>
    <w:p w:rsidR="00700886" w:rsidP="7D0D8C44" w:rsidRDefault="00344F75" w14:paraId="6BCD55D4" w14:textId="77777777">
      <w:pPr>
        <w:jc w:val="both"/>
        <w:rPr>
          <w:color w:val="auto"/>
        </w:rPr>
      </w:pPr>
      <w:r w:rsidRPr="7D0D8C44" w:rsidR="110A7A9A">
        <w:rPr>
          <w:color w:val="auto"/>
        </w:rPr>
        <w:t>Full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VRIO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evaluating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Valuable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Rare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Inimitable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Organised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per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Barney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(1991)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Section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2.2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–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sustained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Clubcard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data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and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scale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Booker.</w:t>
      </w:r>
    </w:p>
    <w:p w:rsidR="00700886" w:rsidP="7D0D8C44" w:rsidRDefault="7BF93C46" w14:paraId="08E20ACC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45" w:id="81"/>
      <w:bookmarkStart w:name="_Toc1732960679" w:id="82"/>
      <w:bookmarkStart w:name="_Toc237366880" w:id="83"/>
      <w:r w:rsidRPr="7D0D8C44" w:rsidR="529427D7">
        <w:rPr>
          <w:rFonts w:ascii="Arial" w:hAnsi="Arial"/>
          <w:color w:val="auto"/>
        </w:rPr>
        <w:t>Appendix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C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–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Five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Forces</w:t>
      </w:r>
      <w:bookmarkEnd w:id="81"/>
      <w:bookmarkEnd w:id="82"/>
      <w:bookmarkEnd w:id="83"/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2873"/>
        <w:gridCol w:w="2873"/>
        <w:gridCol w:w="2874"/>
      </w:tblGrid>
      <w:tr w:rsidR="00700886" w:rsidTr="7D0D8C44" w14:paraId="58F01A4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71E43FB1" w14:textId="77777777">
            <w:pPr>
              <w:spacing w:line="240" w:lineRule="auto"/>
              <w:jc w:val="both"/>
              <w:rPr>
                <w:color w:val="auto"/>
                <w:sz w:val="18"/>
                <w:szCs w:val="18"/>
              </w:rPr>
            </w:pPr>
            <w:r w:rsidRPr="7D0D8C44" w:rsidR="110A7A9A">
              <w:rPr>
                <w:color w:val="auto"/>
                <w:sz w:val="18"/>
                <w:szCs w:val="18"/>
              </w:rPr>
              <w:t>Force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20148A69" w14:textId="77777777">
            <w:pPr>
              <w:spacing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7D0D8C44" w:rsidR="110A7A9A">
              <w:rPr>
                <w:color w:val="auto"/>
                <w:sz w:val="18"/>
                <w:szCs w:val="18"/>
              </w:rPr>
              <w:t>Intensity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4AE1417D" w14:textId="77777777">
            <w:pPr>
              <w:spacing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7D0D8C44" w:rsidR="110A7A9A">
              <w:rPr>
                <w:color w:val="auto"/>
                <w:sz w:val="18"/>
                <w:szCs w:val="18"/>
              </w:rPr>
              <w:t>Evidence</w:t>
            </w:r>
          </w:p>
        </w:tc>
      </w:tr>
      <w:tr w:rsidR="00700886" w:rsidTr="7D0D8C44" w14:paraId="49EC496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21B87D43" w14:textId="77777777">
            <w:pPr>
              <w:spacing w:line="240" w:lineRule="auto"/>
              <w:jc w:val="both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Rivalry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63280AE0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9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High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47AC06F3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Many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competitors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price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matching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Aldi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Lidl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combined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8.4%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strongest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since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Jan24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(Kantar,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2025)</w:t>
            </w:r>
          </w:p>
        </w:tc>
      </w:tr>
      <w:tr w:rsidR="00700886" w:rsidTr="7D0D8C44" w14:paraId="5CD576D0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4C30CDE4" w14:textId="77777777">
            <w:pPr>
              <w:spacing w:line="240" w:lineRule="auto"/>
              <w:jc w:val="both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Buyer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Power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1D54E2CD" w14:textId="77777777">
            <w:pPr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8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High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2515E122" w14:textId="77777777">
            <w:pPr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Low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switching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loyalty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Clubcard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partly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mitigates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18m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app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(Tesco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PLC,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2025a)</w:t>
            </w:r>
          </w:p>
        </w:tc>
      </w:tr>
      <w:tr w:rsidR="00700886" w:rsidTr="7D0D8C44" w14:paraId="584C5C3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234CD503" w14:textId="77777777">
            <w:pPr>
              <w:spacing w:line="240" w:lineRule="auto"/>
              <w:jc w:val="both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Supplier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Power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14C4D343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5.5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Moderate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3278413E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Scale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£63.6bn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leverage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vs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branded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GSCOP</w:t>
            </w:r>
          </w:p>
        </w:tc>
      </w:tr>
      <w:tr w:rsidR="00700886" w:rsidTr="7D0D8C44" w14:paraId="4BE06E25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21ABB7F5" w14:textId="77777777">
            <w:pPr>
              <w:spacing w:line="240" w:lineRule="auto"/>
              <w:jc w:val="both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Substitutes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152100F4" w14:textId="77777777">
            <w:pPr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5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Moderate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23F5A8F8" w14:textId="77777777">
            <w:pPr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Eating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out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meal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kits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delivery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–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Finest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convenience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defence</w:t>
            </w:r>
          </w:p>
        </w:tc>
      </w:tr>
      <w:tr w:rsidR="00700886" w:rsidTr="7D0D8C44" w14:paraId="5B17CC4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76ADEECD" w14:textId="77777777">
            <w:pPr>
              <w:spacing w:line="240" w:lineRule="auto"/>
              <w:jc w:val="both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New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Entrants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6EB803A0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3.5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Low-Mod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80" w:type="dxa"/>
            <w:tcMar/>
          </w:tcPr>
          <w:p w:rsidR="00700886" w:rsidP="7D0D8C44" w:rsidRDefault="00344F75" w14:paraId="7FA15745" w14:textId="77777777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Scale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logistics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sites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trust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hard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niche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online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rapid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like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Ocado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14.9%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possible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limited</w:t>
            </w:r>
          </w:p>
        </w:tc>
      </w:tr>
    </w:tbl>
    <w:p w:rsidR="00700886" w:rsidP="7D0D8C44" w:rsidRDefault="00700886" w14:paraId="0D0B940D" w14:textId="77777777">
      <w:pPr>
        <w:jc w:val="both"/>
        <w:rPr>
          <w:color w:val="auto"/>
        </w:rPr>
      </w:pPr>
    </w:p>
    <w:p w:rsidR="00700886" w:rsidP="7D0D8C44" w:rsidRDefault="7BF93C46" w14:paraId="4E5A01E2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46" w:id="84"/>
      <w:bookmarkStart w:name="_Toc946303845" w:id="85"/>
      <w:bookmarkStart w:name="_Toc237366881" w:id="86"/>
      <w:r w:rsidRPr="7D0D8C44" w:rsidR="529427D7">
        <w:rPr>
          <w:rFonts w:ascii="Arial" w:hAnsi="Arial"/>
          <w:color w:val="auto"/>
        </w:rPr>
        <w:t>Appendix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D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–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Charts</w:t>
      </w:r>
      <w:bookmarkEnd w:id="84"/>
      <w:bookmarkEnd w:id="85"/>
      <w:bookmarkEnd w:id="86"/>
    </w:p>
    <w:p w:rsidR="00700886" w:rsidP="7D0D8C44" w:rsidRDefault="00344F75" w14:paraId="3A6AEC7F" w14:textId="77777777">
      <w:pPr>
        <w:jc w:val="both"/>
        <w:rPr>
          <w:color w:val="auto"/>
        </w:rPr>
      </w:pPr>
      <w:r w:rsidRPr="7D0D8C44" w:rsidR="110A7A9A">
        <w:rPr>
          <w:color w:val="auto"/>
        </w:rPr>
        <w:t>Figures: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Kantar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12W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to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18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May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2025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Tesco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28.0%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Sainsbury's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15.1%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Asda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12.1%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Aldi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11.1%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Lidl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8.1%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(Kantar,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2025);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financial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trend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sales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£63.636bn→£66.588bn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profit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£3.128→£3.152bn;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Five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Forces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intensity.</w:t>
      </w:r>
    </w:p>
    <w:p w:rsidR="00700886" w:rsidP="7D0D8C44" w:rsidRDefault="7BF93C46" w14:paraId="654AFE69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47" w:id="87"/>
      <w:bookmarkStart w:name="_Toc1097545548" w:id="88"/>
      <w:bookmarkStart w:name="_Toc237366882" w:id="89"/>
      <w:r w:rsidRPr="7D0D8C44" w:rsidR="529427D7">
        <w:rPr>
          <w:rFonts w:ascii="Arial" w:hAnsi="Arial"/>
          <w:color w:val="auto"/>
        </w:rPr>
        <w:t>Appendix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E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–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SWOT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Detailed</w:t>
      </w:r>
      <w:bookmarkEnd w:id="87"/>
      <w:bookmarkEnd w:id="88"/>
      <w:bookmarkEnd w:id="89"/>
    </w:p>
    <w:p w:rsidR="00700886" w:rsidP="7D0D8C44" w:rsidRDefault="00344F75" w14:paraId="23B631B2" w14:textId="77777777">
      <w:pPr>
        <w:jc w:val="both"/>
        <w:rPr>
          <w:color w:val="auto"/>
        </w:rPr>
      </w:pPr>
      <w:r w:rsidRPr="7D0D8C44" w:rsidR="110A7A9A">
        <w:rPr>
          <w:color w:val="auto"/>
        </w:rPr>
        <w:t>Detailed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SWOT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internal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VRIO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strengths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weaknesses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external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PESTEL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Five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Forces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opportunities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threats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Section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2.3.</w:t>
      </w:r>
    </w:p>
    <w:p w:rsidR="00700886" w:rsidP="7D0D8C44" w:rsidRDefault="7BF93C46" w14:paraId="4539ED5F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48" w:id="90"/>
      <w:bookmarkStart w:name="_Toc81007956" w:id="91"/>
      <w:bookmarkStart w:name="_Toc237366883" w:id="92"/>
      <w:r w:rsidRPr="7D0D8C44" w:rsidR="529427D7">
        <w:rPr>
          <w:rFonts w:ascii="Arial" w:hAnsi="Arial"/>
          <w:color w:val="auto"/>
        </w:rPr>
        <w:t>Appendix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F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–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Balanced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Scorecard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Dashboard</w:t>
      </w:r>
      <w:bookmarkEnd w:id="90"/>
      <w:bookmarkEnd w:id="91"/>
      <w:bookmarkEnd w:id="92"/>
    </w:p>
    <w:p w:rsidR="00700886" w:rsidP="7D0D8C44" w:rsidRDefault="00344F75" w14:paraId="6716B06B" w14:textId="77777777">
      <w:pPr>
        <w:jc w:val="both"/>
        <w:rPr>
          <w:color w:val="auto"/>
        </w:rPr>
      </w:pPr>
      <w:r w:rsidRPr="7D0D8C44" w:rsidR="110A7A9A">
        <w:rPr>
          <w:color w:val="auto"/>
        </w:rPr>
        <w:t>Four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perspectives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Financial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Customer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Internal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Learning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Growth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objectives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KPIs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targets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initiatives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derived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Tesco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PLC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(2025a;2025c)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Kantar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ONS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–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Kaplan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Norton</w:t>
      </w:r>
      <w:r w:rsidRPr="7D0D8C44" w:rsidR="780EC55A">
        <w:rPr>
          <w:color w:val="auto"/>
        </w:rPr>
        <w:t xml:space="preserve"> </w:t>
      </w:r>
      <w:r w:rsidRPr="7D0D8C44" w:rsidR="110A7A9A">
        <w:rPr>
          <w:color w:val="auto"/>
        </w:rPr>
        <w:t>(1992).</w:t>
      </w:r>
    </w:p>
    <w:p w:rsidR="00700886" w:rsidP="7D0D8C44" w:rsidRDefault="7BF93C46" w14:paraId="719CEE26" w14:textId="77777777">
      <w:pPr>
        <w:pStyle w:val="Heading3"/>
        <w:jc w:val="both"/>
        <w:rPr>
          <w:rFonts w:ascii="Arial" w:hAnsi="Arial"/>
          <w:color w:val="auto"/>
        </w:rPr>
      </w:pPr>
      <w:bookmarkStart w:name="_Toc236501149" w:id="93"/>
      <w:bookmarkStart w:name="_Toc412203670" w:id="94"/>
      <w:bookmarkStart w:name="_Toc237366884" w:id="95"/>
      <w:r w:rsidRPr="7D0D8C44" w:rsidR="529427D7">
        <w:rPr>
          <w:rFonts w:ascii="Arial" w:hAnsi="Arial"/>
          <w:color w:val="auto"/>
        </w:rPr>
        <w:t>Appendix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G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–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Ansoff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Matrix</w:t>
      </w:r>
      <w:bookmarkEnd w:id="93"/>
      <w:bookmarkEnd w:id="94"/>
      <w:bookmarkEnd w:id="95"/>
    </w:p>
    <w:p w:rsidR="00700886" w:rsidP="00F94D1E" w:rsidRDefault="00344F75" w14:paraId="41502382" w14:textId="77777777">
      <w:pPr>
        <w:jc w:val="both"/>
      </w:pPr>
      <w:r>
        <w:t>Ansoff</w:t>
      </w:r>
      <w:r w:rsidR="006A6247">
        <w:t xml:space="preserve"> </w:t>
      </w:r>
      <w:r>
        <w:t>(1957)</w:t>
      </w:r>
      <w:r w:rsidR="006A6247">
        <w:t xml:space="preserve"> </w:t>
      </w:r>
      <w:r>
        <w:t>penetration</w:t>
      </w:r>
      <w:r w:rsidR="006A6247">
        <w:t xml:space="preserve"> </w:t>
      </w:r>
      <w:r>
        <w:t>primary</w:t>
      </w:r>
      <w:r w:rsidR="006A6247">
        <w:t xml:space="preserve"> </w:t>
      </w:r>
      <w:r>
        <w:t>low-moderate</w:t>
      </w:r>
      <w:r w:rsidR="006A6247">
        <w:t xml:space="preserve"> </w:t>
      </w:r>
      <w:r>
        <w:t>risk</w:t>
      </w:r>
      <w:r w:rsidR="006A6247">
        <w:t xml:space="preserve"> </w:t>
      </w:r>
      <w:r>
        <w:t>most</w:t>
      </w:r>
      <w:r w:rsidR="006A6247">
        <w:t xml:space="preserve"> </w:t>
      </w:r>
      <w:r>
        <w:t>suitable</w:t>
      </w:r>
      <w:r w:rsidR="006A6247">
        <w:t xml:space="preserve"> </w:t>
      </w:r>
      <w:r>
        <w:t>Tesco</w:t>
      </w:r>
      <w:r w:rsidR="006A6247">
        <w:t xml:space="preserve"> </w:t>
      </w:r>
      <w:r>
        <w:t>+5.9%</w:t>
      </w:r>
      <w:r w:rsidR="006A6247">
        <w:t xml:space="preserve"> </w:t>
      </w:r>
      <w:r>
        <w:t>&gt;4.1%</w:t>
      </w:r>
      <w:r w:rsidR="006A6247">
        <w:t xml:space="preserve"> </w:t>
      </w:r>
      <w:r>
        <w:t>inflation</w:t>
      </w:r>
      <w:r w:rsidR="006A6247">
        <w:t xml:space="preserve"> </w:t>
      </w:r>
      <w:r>
        <w:t>product</w:t>
      </w:r>
      <w:r w:rsidR="006A6247">
        <w:t xml:space="preserve"> </w:t>
      </w:r>
      <w:r>
        <w:t>development</w:t>
      </w:r>
      <w:r w:rsidR="006A6247">
        <w:t xml:space="preserve"> </w:t>
      </w:r>
      <w:r>
        <w:t>moderate</w:t>
      </w:r>
      <w:r w:rsidR="006A6247">
        <w:t xml:space="preserve"> </w:t>
      </w:r>
      <w:r>
        <w:t>Finest</w:t>
      </w:r>
      <w:r w:rsidR="006A6247">
        <w:t xml:space="preserve"> </w:t>
      </w:r>
      <w:r>
        <w:t>healthy</w:t>
      </w:r>
      <w:r w:rsidR="006A6247">
        <w:t xml:space="preserve"> </w:t>
      </w:r>
      <w:r>
        <w:t>market</w:t>
      </w:r>
      <w:r w:rsidR="006A6247">
        <w:t xml:space="preserve"> </w:t>
      </w:r>
      <w:r>
        <w:t>development</w:t>
      </w:r>
      <w:r w:rsidR="006A6247">
        <w:t xml:space="preserve"> </w:t>
      </w:r>
      <w:r>
        <w:t>moderate</w:t>
      </w:r>
      <w:r w:rsidR="006A6247">
        <w:t xml:space="preserve"> </w:t>
      </w:r>
      <w:r>
        <w:t>Whoosh</w:t>
      </w:r>
      <w:r w:rsidR="006A6247">
        <w:t xml:space="preserve"> </w:t>
      </w:r>
      <w:r>
        <w:t>1,500</w:t>
      </w:r>
      <w:r w:rsidR="006A6247">
        <w:t xml:space="preserve"> </w:t>
      </w:r>
      <w:r>
        <w:t>Express</w:t>
      </w:r>
      <w:r w:rsidR="006A6247">
        <w:t xml:space="preserve"> </w:t>
      </w:r>
      <w:r>
        <w:t>diversification</w:t>
      </w:r>
      <w:r w:rsidR="006A6247">
        <w:t xml:space="preserve"> </w:t>
      </w:r>
      <w:r>
        <w:t>higher</w:t>
      </w:r>
      <w:r w:rsidR="006A6247">
        <w:t xml:space="preserve"> </w:t>
      </w:r>
      <w:r>
        <w:t>retail</w:t>
      </w:r>
      <w:r w:rsidR="006A6247">
        <w:t xml:space="preserve"> </w:t>
      </w:r>
      <w:r>
        <w:t>media.</w:t>
      </w:r>
    </w:p>
    <w:p w:rsidR="00700886" w:rsidP="7D0D8C44" w:rsidRDefault="7BF93C46" w14:paraId="5FDEA057" w14:textId="77777777">
      <w:pPr>
        <w:pStyle w:val="Heading3"/>
        <w:shd w:val="clear" w:color="auto" w:fill="D9E2F3"/>
        <w:jc w:val="both"/>
        <w:rPr>
          <w:rFonts w:ascii="Arial" w:hAnsi="Arial"/>
          <w:color w:val="auto"/>
        </w:rPr>
      </w:pPr>
      <w:bookmarkStart w:name="_Toc236501150" w:id="96"/>
      <w:bookmarkStart w:name="_Toc326193697" w:id="97"/>
      <w:bookmarkStart w:name="_Toc237366885" w:id="98"/>
      <w:r w:rsidRPr="7D0D8C44" w:rsidR="529427D7">
        <w:rPr>
          <w:rFonts w:ascii="Arial" w:hAnsi="Arial"/>
          <w:color w:val="auto"/>
        </w:rPr>
        <w:t>Appendix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H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–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SAFe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and</w:t>
      </w:r>
      <w:r w:rsidRPr="7D0D8C44" w:rsidR="780EC55A">
        <w:rPr>
          <w:rFonts w:ascii="Arial" w:hAnsi="Arial"/>
          <w:color w:val="auto"/>
        </w:rPr>
        <w:t xml:space="preserve"> </w:t>
      </w:r>
      <w:r w:rsidRPr="7D0D8C44" w:rsidR="529427D7">
        <w:rPr>
          <w:rFonts w:ascii="Arial" w:hAnsi="Arial"/>
          <w:color w:val="auto"/>
        </w:rPr>
        <w:t>Implementation</w:t>
      </w:r>
      <w:bookmarkEnd w:id="96"/>
      <w:bookmarkEnd w:id="97"/>
      <w:bookmarkEnd w:id="98"/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2155"/>
        <w:gridCol w:w="2155"/>
        <w:gridCol w:w="2155"/>
        <w:gridCol w:w="2155"/>
      </w:tblGrid>
      <w:tr w:rsidR="00700886" w:rsidTr="7D0D8C44" w14:paraId="779609F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661B0C4B" w14:textId="77777777">
            <w:pPr>
              <w:shd w:val="clear" w:color="auto" w:fill="D9E2F3"/>
              <w:spacing w:line="240" w:lineRule="auto"/>
              <w:jc w:val="both"/>
              <w:rPr>
                <w:color w:val="auto"/>
                <w:sz w:val="18"/>
                <w:szCs w:val="18"/>
              </w:rPr>
            </w:pPr>
            <w:r w:rsidRPr="7D0D8C44" w:rsidR="110A7A9A">
              <w:rPr>
                <w:color w:val="auto"/>
                <w:sz w:val="18"/>
                <w:szCs w:val="18"/>
              </w:rPr>
              <w:t>Phase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7F9B4178" w14:textId="77777777">
            <w:pPr>
              <w:shd w:val="clear" w:color="auto" w:fill="D9E2F3"/>
              <w:spacing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7D0D8C44" w:rsidR="110A7A9A">
              <w:rPr>
                <w:color w:val="auto"/>
                <w:sz w:val="18"/>
                <w:szCs w:val="18"/>
              </w:rPr>
              <w:t>Q2-Q3</w:t>
            </w:r>
            <w:r w:rsidRPr="7D0D8C44" w:rsidR="780EC55A">
              <w:rPr>
                <w:color w:val="auto"/>
                <w:sz w:val="18"/>
                <w:szCs w:val="18"/>
              </w:rPr>
              <w:t xml:space="preserve"> </w:t>
            </w:r>
            <w:r w:rsidRPr="7D0D8C44" w:rsidR="110A7A9A">
              <w:rPr>
                <w:color w:val="auto"/>
                <w:sz w:val="18"/>
                <w:szCs w:val="18"/>
              </w:rPr>
              <w:t>2025/26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1511D7C3" w14:textId="77777777">
            <w:pPr>
              <w:shd w:val="clear" w:color="auto" w:fill="D9E2F3"/>
              <w:spacing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7D0D8C44" w:rsidR="110A7A9A">
              <w:rPr>
                <w:color w:val="auto"/>
                <w:sz w:val="18"/>
                <w:szCs w:val="18"/>
              </w:rPr>
              <w:t>Q4</w:t>
            </w:r>
            <w:r w:rsidRPr="7D0D8C44" w:rsidR="780EC55A">
              <w:rPr>
                <w:color w:val="auto"/>
                <w:sz w:val="18"/>
                <w:szCs w:val="18"/>
              </w:rPr>
              <w:t xml:space="preserve"> </w:t>
            </w:r>
            <w:r w:rsidRPr="7D0D8C44" w:rsidR="110A7A9A">
              <w:rPr>
                <w:color w:val="auto"/>
                <w:sz w:val="18"/>
                <w:szCs w:val="18"/>
              </w:rPr>
              <w:t>2025/26-Q2</w:t>
            </w:r>
            <w:r w:rsidRPr="7D0D8C44" w:rsidR="780EC55A">
              <w:rPr>
                <w:color w:val="auto"/>
                <w:sz w:val="18"/>
                <w:szCs w:val="18"/>
              </w:rPr>
              <w:t xml:space="preserve"> </w:t>
            </w:r>
            <w:r w:rsidRPr="7D0D8C44" w:rsidR="110A7A9A">
              <w:rPr>
                <w:color w:val="auto"/>
                <w:sz w:val="18"/>
                <w:szCs w:val="18"/>
              </w:rPr>
              <w:t>2026/27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1AA7F5F2" w14:textId="77777777">
            <w:pPr>
              <w:shd w:val="clear" w:color="auto" w:fill="D9E2F3"/>
              <w:spacing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7D0D8C44" w:rsidR="110A7A9A">
              <w:rPr>
                <w:color w:val="auto"/>
                <w:sz w:val="18"/>
                <w:szCs w:val="18"/>
              </w:rPr>
              <w:t>Q3</w:t>
            </w:r>
            <w:r w:rsidRPr="7D0D8C44" w:rsidR="780EC55A">
              <w:rPr>
                <w:color w:val="auto"/>
                <w:sz w:val="18"/>
                <w:szCs w:val="18"/>
              </w:rPr>
              <w:t xml:space="preserve"> </w:t>
            </w:r>
            <w:r w:rsidRPr="7D0D8C44" w:rsidR="110A7A9A">
              <w:rPr>
                <w:color w:val="auto"/>
                <w:sz w:val="18"/>
                <w:szCs w:val="18"/>
              </w:rPr>
              <w:t>2027/28</w:t>
            </w:r>
          </w:p>
        </w:tc>
      </w:tr>
      <w:tr w:rsidR="00700886" w:rsidTr="7D0D8C44" w14:paraId="574EC9F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058BE59C" w14:textId="77777777">
            <w:pPr>
              <w:shd w:val="clear" w:color="auto" w:fill="D9E2F3"/>
              <w:spacing w:line="240" w:lineRule="auto"/>
              <w:jc w:val="both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Value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Loyalty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637DF9D3" w14:textId="77777777">
            <w:pPr>
              <w:shd w:val="clear" w:color="auto" w:fill="D9E2F3"/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AI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pilot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key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items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600-700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66EA0CD7" w14:textId="77777777">
            <w:pPr>
              <w:shd w:val="clear" w:color="auto" w:fill="D9E2F3"/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One-to-one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Clubcard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Prices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media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scale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4EA1113D" w14:textId="77777777">
            <w:pPr>
              <w:shd w:val="clear" w:color="auto" w:fill="D9E2F3"/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Review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share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28.5%+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app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20m</w:t>
            </w:r>
          </w:p>
        </w:tc>
      </w:tr>
      <w:tr w:rsidR="00700886" w:rsidTr="7D0D8C44" w14:paraId="4E748F01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05439253" w14:textId="77777777">
            <w:pPr>
              <w:shd w:val="clear" w:color="auto" w:fill="D9E2F3"/>
              <w:spacing w:line="240" w:lineRule="auto"/>
              <w:jc w:val="both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Own-Label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397FD280" w14:textId="77777777">
            <w:pPr>
              <w:shd w:val="clear" w:color="auto" w:fill="D9E2F3"/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Finest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250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new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0B63CD4A" w14:textId="77777777">
            <w:pPr>
              <w:shd w:val="clear" w:color="auto" w:fill="D9E2F3"/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Healthy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65%→67%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total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505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new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76338992" w14:textId="77777777">
            <w:pPr>
              <w:shd w:val="clear" w:color="auto" w:fill="D9E2F3"/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Packaging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100%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recyclable</w:t>
            </w:r>
          </w:p>
        </w:tc>
      </w:tr>
      <w:tr w:rsidR="00700886" w:rsidTr="7D0D8C44" w14:paraId="0105C05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225A29B9" w14:textId="77777777">
            <w:pPr>
              <w:shd w:val="clear" w:color="auto" w:fill="D9E2F3"/>
              <w:spacing w:line="240" w:lineRule="auto"/>
              <w:jc w:val="both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Ops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Excellence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4176C1F1" w14:textId="77777777">
            <w:pPr>
              <w:shd w:val="clear" w:color="auto" w:fill="D9E2F3"/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Save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£500m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LED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fridge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doors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293246" w14:paraId="3E2B8243" w14:textId="731D6651">
            <w:pPr>
              <w:shd w:val="clear" w:color="auto" w:fill="D9E2F3"/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34446F25">
              <w:rPr>
                <w:color w:val="auto"/>
                <w:sz w:val="16"/>
                <w:szCs w:val="16"/>
              </w:rPr>
              <w:t>Two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34446F25">
              <w:rPr>
                <w:color w:val="auto"/>
                <w:sz w:val="16"/>
                <w:szCs w:val="16"/>
              </w:rPr>
              <w:t>urban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34446F25">
              <w:rPr>
                <w:color w:val="auto"/>
                <w:sz w:val="16"/>
                <w:szCs w:val="16"/>
              </w:rPr>
              <w:t>fulfilment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34446F25">
              <w:rPr>
                <w:color w:val="auto"/>
                <w:sz w:val="16"/>
                <w:szCs w:val="16"/>
              </w:rPr>
              <w:t>centers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34446F25">
              <w:rPr>
                <w:color w:val="auto"/>
                <w:sz w:val="16"/>
                <w:szCs w:val="16"/>
              </w:rPr>
              <w:t>waste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34446F25">
              <w:rPr>
                <w:color w:val="auto"/>
                <w:sz w:val="16"/>
                <w:szCs w:val="16"/>
              </w:rPr>
              <w:t>-20%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3BD432B9" w14:textId="77777777">
            <w:pPr>
              <w:shd w:val="clear" w:color="auto" w:fill="D9E2F3"/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Waste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-30%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Scope1&amp;2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75%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interim</w:t>
            </w:r>
          </w:p>
        </w:tc>
      </w:tr>
      <w:tr w:rsidR="00700886" w:rsidTr="7D0D8C44" w14:paraId="55662DA6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335A128B" w14:textId="77777777">
            <w:pPr>
              <w:shd w:val="clear" w:color="auto" w:fill="D9E2F3"/>
              <w:spacing w:line="240" w:lineRule="auto"/>
              <w:jc w:val="both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Scope3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1B8FA817" w14:textId="77777777">
            <w:pPr>
              <w:shd w:val="clear" w:color="auto" w:fill="D9E2F3"/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Supplier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70%→80%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74F7D235" w14:textId="77777777">
            <w:pPr>
              <w:shd w:val="clear" w:color="auto" w:fill="D9E2F3"/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Low-carbon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fertiliser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scale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audit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complete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60" w:type="dxa"/>
            <w:tcMar/>
          </w:tcPr>
          <w:p w:rsidR="00700886" w:rsidP="7D0D8C44" w:rsidRDefault="00344F75" w14:paraId="22D18023" w14:textId="77777777">
            <w:pPr>
              <w:shd w:val="clear" w:color="auto" w:fill="D9E2F3"/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7D0D8C44" w:rsidR="110A7A9A">
              <w:rPr>
                <w:color w:val="auto"/>
                <w:sz w:val="16"/>
                <w:szCs w:val="16"/>
              </w:rPr>
              <w:t>Supplier</w:t>
            </w:r>
            <w:r w:rsidRPr="7D0D8C44" w:rsidR="780EC55A">
              <w:rPr>
                <w:color w:val="auto"/>
                <w:sz w:val="16"/>
                <w:szCs w:val="16"/>
              </w:rPr>
              <w:t xml:space="preserve"> </w:t>
            </w:r>
            <w:r w:rsidRPr="7D0D8C44" w:rsidR="110A7A9A">
              <w:rPr>
                <w:color w:val="auto"/>
                <w:sz w:val="16"/>
                <w:szCs w:val="16"/>
              </w:rPr>
              <w:t>85%</w:t>
            </w:r>
          </w:p>
        </w:tc>
      </w:tr>
    </w:tbl>
    <w:p w:rsidR="00700886" w:rsidP="7D0D8C44" w:rsidRDefault="00700886" w14:paraId="0E27B00A" w14:textId="77777777">
      <w:pPr>
        <w:shd w:val="clear" w:color="auto" w:fill="D9E2F3"/>
        <w:jc w:val="both"/>
        <w:rPr>
          <w:color w:val="auto"/>
        </w:rPr>
      </w:pPr>
    </w:p>
    <w:p w:rsidR="00700886" w:rsidP="00F94D1E" w:rsidRDefault="00344F75" w14:paraId="60061E4C" w14:textId="77777777">
      <w:pPr>
        <w:jc w:val="both"/>
      </w:pPr>
      <w:r>
        <w:br w:type="page"/>
      </w:r>
    </w:p>
    <w:p w:rsidR="00700886" w:rsidP="7D0D8C44" w:rsidRDefault="7BF93C46" w14:paraId="3C8B03BA" w14:textId="7CF4CFB6">
      <w:pPr>
        <w:pStyle w:val="Heading1"/>
        <w:jc w:val="both"/>
        <w:rPr>
          <w:rFonts w:ascii="Arial" w:hAnsi="Arial"/>
          <w:color w:val="auto"/>
        </w:rPr>
      </w:pPr>
      <w:bookmarkStart w:name="_Toc236501151" w:id="99"/>
      <w:bookmarkStart w:name="_Toc1942290275" w:id="100"/>
      <w:bookmarkStart w:name="_Toc237366886" w:id="101"/>
      <w:r w:rsidRPr="7D0D8C44" w:rsidR="529427D7">
        <w:rPr>
          <w:rFonts w:ascii="Arial" w:hAnsi="Arial"/>
          <w:color w:val="auto"/>
        </w:rPr>
        <w:t>References</w:t>
      </w:r>
      <w:bookmarkEnd w:id="99"/>
      <w:bookmarkEnd w:id="100"/>
      <w:bookmarkEnd w:id="101"/>
    </w:p>
    <w:p w:rsidRPr="00F94D1E" w:rsidR="00F94D1E" w:rsidP="00F94D1E" w:rsidRDefault="00F94D1E" w14:paraId="22AF9711" w14:textId="4906AB31">
      <w:pPr>
        <w:jc w:val="both"/>
        <w:rPr>
          <w:szCs w:val="24"/>
        </w:rPr>
      </w:pPr>
      <w:r w:rsidRPr="00F94D1E">
        <w:rPr>
          <w:szCs w:val="24"/>
        </w:rPr>
        <w:t>Aguilar,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F.J.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(1967)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Scanning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the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business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environment.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New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York: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Macmillan.</w:t>
      </w:r>
      <w:r w:rsidR="006A6247">
        <w:rPr>
          <w:szCs w:val="24"/>
        </w:rPr>
        <w:t xml:space="preserve"> </w:t>
      </w:r>
    </w:p>
    <w:p w:rsidRPr="00F94D1E" w:rsidR="00F94D1E" w:rsidP="00F94D1E" w:rsidRDefault="00F94D1E" w14:paraId="45433BFF" w14:textId="1740D1AD">
      <w:pPr>
        <w:jc w:val="both"/>
        <w:rPr>
          <w:szCs w:val="24"/>
        </w:rPr>
      </w:pPr>
      <w:r w:rsidRPr="00F94D1E">
        <w:rPr>
          <w:szCs w:val="24"/>
        </w:rPr>
        <w:t>Ansoff,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H.I.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(1957)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‘Strategies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for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diversification’,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Harvard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Business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Review,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35(5),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pp.113-124.</w:t>
      </w:r>
      <w:r w:rsidR="006A6247">
        <w:rPr>
          <w:szCs w:val="24"/>
        </w:rPr>
        <w:t xml:space="preserve"> </w:t>
      </w:r>
    </w:p>
    <w:p w:rsidRPr="00F94D1E" w:rsidR="00F94D1E" w:rsidP="00F94D1E" w:rsidRDefault="00F94D1E" w14:paraId="3F6170CA" w14:textId="65C64D31">
      <w:pPr>
        <w:jc w:val="both"/>
        <w:rPr>
          <w:szCs w:val="24"/>
        </w:rPr>
      </w:pPr>
      <w:r w:rsidRPr="00F94D1E">
        <w:rPr>
          <w:szCs w:val="24"/>
        </w:rPr>
        <w:t>Barney,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J.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(1991)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‘Firm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resources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and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sustained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competitive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advantage’,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Journal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of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Management,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17(1),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pp.99-120.</w:t>
      </w:r>
      <w:r w:rsidR="006A6247">
        <w:rPr>
          <w:szCs w:val="24"/>
        </w:rPr>
        <w:t xml:space="preserve"> </w:t>
      </w:r>
    </w:p>
    <w:p w:rsidRPr="00F94D1E" w:rsidR="00F94D1E" w:rsidP="00F94D1E" w:rsidRDefault="000A0A8B" w14:paraId="1830D658" w14:textId="5BB1B6F1">
      <w:pPr>
        <w:jc w:val="both"/>
        <w:rPr>
          <w:szCs w:val="24"/>
        </w:rPr>
      </w:pPr>
      <w:r w:rsidRPr="00F94D1E">
        <w:rPr>
          <w:szCs w:val="24"/>
        </w:rPr>
        <w:t>Business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tats</w:t>
      </w:r>
      <w:r w:rsidR="006A6247">
        <w:rPr>
          <w:szCs w:val="24"/>
        </w:rPr>
        <w:t xml:space="preserve"> </w:t>
      </w:r>
      <w:r w:rsidRPr="00F94D1E" w:rsidR="00F94D1E">
        <w:rPr>
          <w:szCs w:val="24"/>
        </w:rPr>
        <w:t>(2026)</w:t>
      </w:r>
      <w:r w:rsidR="006A6247">
        <w:rPr>
          <w:szCs w:val="24"/>
        </w:rPr>
        <w:t xml:space="preserve"> </w:t>
      </w:r>
      <w:r w:rsidRPr="00F94D1E" w:rsidR="00F94D1E">
        <w:rPr>
          <w:szCs w:val="24"/>
        </w:rPr>
        <w:t>Grocery</w:t>
      </w:r>
      <w:r w:rsidR="006A6247">
        <w:rPr>
          <w:szCs w:val="24"/>
        </w:rPr>
        <w:t xml:space="preserve"> </w:t>
      </w:r>
      <w:r w:rsidRPr="00F94D1E" w:rsidR="00F94D1E">
        <w:rPr>
          <w:szCs w:val="24"/>
        </w:rPr>
        <w:t>market</w:t>
      </w:r>
      <w:r w:rsidR="006A6247">
        <w:rPr>
          <w:szCs w:val="24"/>
        </w:rPr>
        <w:t xml:space="preserve"> </w:t>
      </w:r>
      <w:r w:rsidRPr="00F94D1E" w:rsidR="00F94D1E">
        <w:rPr>
          <w:szCs w:val="24"/>
        </w:rPr>
        <w:t>share</w:t>
      </w:r>
      <w:r w:rsidR="006A6247">
        <w:rPr>
          <w:szCs w:val="24"/>
        </w:rPr>
        <w:t xml:space="preserve"> </w:t>
      </w:r>
      <w:r w:rsidRPr="00F94D1E" w:rsidR="00F94D1E">
        <w:rPr>
          <w:szCs w:val="24"/>
        </w:rPr>
        <w:t>Great</w:t>
      </w:r>
      <w:r w:rsidR="006A6247">
        <w:rPr>
          <w:szCs w:val="24"/>
        </w:rPr>
        <w:t xml:space="preserve"> </w:t>
      </w:r>
      <w:r w:rsidRPr="00F94D1E" w:rsidR="00F94D1E">
        <w:rPr>
          <w:szCs w:val="24"/>
        </w:rPr>
        <w:t>Britain</w:t>
      </w:r>
      <w:r w:rsidR="006A6247">
        <w:rPr>
          <w:szCs w:val="24"/>
        </w:rPr>
        <w:t xml:space="preserve"> </w:t>
      </w:r>
      <w:r w:rsidRPr="00F94D1E" w:rsidR="00F94D1E">
        <w:rPr>
          <w:szCs w:val="24"/>
        </w:rPr>
        <w:t>2017–2026</w:t>
      </w:r>
      <w:r w:rsidR="006A6247">
        <w:rPr>
          <w:szCs w:val="24"/>
        </w:rPr>
        <w:t xml:space="preserve"> </w:t>
      </w:r>
      <w:r w:rsidRPr="00F94D1E" w:rsidR="00F94D1E">
        <w:rPr>
          <w:szCs w:val="24"/>
        </w:rPr>
        <w:t>–</w:t>
      </w:r>
      <w:r w:rsidR="006A6247">
        <w:rPr>
          <w:szCs w:val="24"/>
        </w:rPr>
        <w:t xml:space="preserve"> </w:t>
      </w:r>
      <w:r w:rsidRPr="00F94D1E" w:rsidR="00F94D1E">
        <w:rPr>
          <w:szCs w:val="24"/>
        </w:rPr>
        <w:t>Tesco</w:t>
      </w:r>
      <w:r w:rsidR="006A6247">
        <w:rPr>
          <w:szCs w:val="24"/>
        </w:rPr>
        <w:t xml:space="preserve"> </w:t>
      </w:r>
      <w:r w:rsidRPr="00F94D1E" w:rsidR="00F94D1E">
        <w:rPr>
          <w:szCs w:val="24"/>
        </w:rPr>
        <w:t>27.3%</w:t>
      </w:r>
      <w:r w:rsidR="006A6247">
        <w:rPr>
          <w:szCs w:val="24"/>
        </w:rPr>
        <w:t xml:space="preserve"> </w:t>
      </w:r>
      <w:r w:rsidRPr="00F94D1E" w:rsidR="00F94D1E">
        <w:rPr>
          <w:szCs w:val="24"/>
        </w:rPr>
        <w:t>leader.</w:t>
      </w:r>
      <w:r w:rsidR="006A6247">
        <w:rPr>
          <w:szCs w:val="24"/>
        </w:rPr>
        <w:t xml:space="preserve"> </w:t>
      </w:r>
      <w:hyperlink w:tgtFrame="_blank" w:history="1" r:id="rId14">
        <w:r w:rsidRPr="00F94D1E" w:rsidR="00F94D1E">
          <w:rPr>
            <w:rStyle w:val="Hyperlink"/>
          </w:rPr>
          <w:t>https://businesstats.com/grocery-market-share-in-the-united-kingdom-uk/</w:t>
        </w:r>
      </w:hyperlink>
      <w:r w:rsidR="006A6247">
        <w:rPr>
          <w:szCs w:val="24"/>
        </w:rPr>
        <w:t xml:space="preserve"> </w:t>
      </w:r>
    </w:p>
    <w:p w:rsidRPr="00F94D1E" w:rsidR="00F94D1E" w:rsidP="00F94D1E" w:rsidRDefault="00F94D1E" w14:paraId="249BA318" w14:textId="3BF6D4BF">
      <w:pPr>
        <w:jc w:val="both"/>
        <w:rPr>
          <w:szCs w:val="24"/>
        </w:rPr>
      </w:pPr>
      <w:r w:rsidRPr="00F94D1E">
        <w:rPr>
          <w:szCs w:val="24"/>
        </w:rPr>
        <w:t>Climate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Action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(2023)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Tesco’s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net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zero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targets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validated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SBTi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–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own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ops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carbon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neutral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2035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value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chain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2050.</w:t>
      </w:r>
      <w:r w:rsidR="006A6247">
        <w:rPr>
          <w:szCs w:val="24"/>
        </w:rPr>
        <w:t xml:space="preserve"> </w:t>
      </w:r>
      <w:hyperlink w:tgtFrame="_blank" w:history="1" r:id="rId15">
        <w:r w:rsidRPr="00F94D1E">
          <w:rPr>
            <w:rStyle w:val="Hyperlink"/>
            <w:szCs w:val="24"/>
          </w:rPr>
          <w:t>https://www.climateaction.org/news/https-www.tescoplc.com-tesco-s-ambitious-net-zero-targets-validated-by-sc</w:t>
        </w:r>
      </w:hyperlink>
      <w:r w:rsidR="006A6247">
        <w:rPr>
          <w:szCs w:val="24"/>
        </w:rPr>
        <w:t xml:space="preserve"> </w:t>
      </w:r>
    </w:p>
    <w:p w:rsidRPr="00F94D1E" w:rsidR="00F94D1E" w:rsidP="00F94D1E" w:rsidRDefault="00F94D1E" w14:paraId="01CCA13F" w14:textId="64714DC5">
      <w:pPr>
        <w:jc w:val="both"/>
        <w:rPr>
          <w:szCs w:val="24"/>
        </w:rPr>
      </w:pPr>
      <w:r w:rsidRPr="00F94D1E">
        <w:rPr>
          <w:szCs w:val="24"/>
        </w:rPr>
        <w:t>CSR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Reporters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(2026)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Latest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TESCO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Sustainability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Report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–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68%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Scope1&amp;2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vs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2015/16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exceeds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60%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target.</w:t>
      </w:r>
      <w:r w:rsidR="006A6247">
        <w:rPr>
          <w:szCs w:val="24"/>
        </w:rPr>
        <w:t xml:space="preserve"> </w:t>
      </w:r>
      <w:hyperlink w:tgtFrame="_blank" w:history="1" r:id="rId16">
        <w:r w:rsidRPr="00F94D1E">
          <w:rPr>
            <w:rStyle w:val="Hyperlink"/>
            <w:szCs w:val="24"/>
          </w:rPr>
          <w:t>https://csrreporters.com/a-closer-look-at-the-latest-tesco-sustainability-report/</w:t>
        </w:r>
      </w:hyperlink>
      <w:r w:rsidR="006A6247">
        <w:rPr>
          <w:szCs w:val="24"/>
        </w:rPr>
        <w:t xml:space="preserve"> </w:t>
      </w:r>
    </w:p>
    <w:p w:rsidRPr="00F94D1E" w:rsidR="00F94D1E" w:rsidP="00F94D1E" w:rsidRDefault="00F94D1E" w14:paraId="225292FA" w14:textId="3FEAC04C">
      <w:pPr>
        <w:jc w:val="both"/>
        <w:rPr>
          <w:szCs w:val="24"/>
        </w:rPr>
      </w:pPr>
      <w:r w:rsidRPr="00F94D1E">
        <w:rPr>
          <w:szCs w:val="24"/>
        </w:rPr>
        <w:t>DEFRA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(2024)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Food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security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and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packaging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policy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updates.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London: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DEFRA.</w:t>
      </w:r>
      <w:r w:rsidR="006A6247">
        <w:rPr>
          <w:szCs w:val="24"/>
        </w:rPr>
        <w:t xml:space="preserve"> </w:t>
      </w:r>
      <w:hyperlink w:tgtFrame="_blank" w:history="1" r:id="rId17">
        <w:r w:rsidRPr="00F94D1E">
          <w:rPr>
            <w:rStyle w:val="Hyperlink"/>
            <w:szCs w:val="24"/>
          </w:rPr>
          <w:t>https://www.gov.uk/government/organisations/department-for-environment-food-rural-affairs</w:t>
        </w:r>
      </w:hyperlink>
      <w:r w:rsidR="006A6247">
        <w:rPr>
          <w:szCs w:val="24"/>
        </w:rPr>
        <w:t xml:space="preserve"> </w:t>
      </w:r>
    </w:p>
    <w:p w:rsidRPr="00F94D1E" w:rsidR="00F94D1E" w:rsidP="00F94D1E" w:rsidRDefault="00F94D1E" w14:paraId="54DD574A" w14:textId="28670236">
      <w:pPr>
        <w:jc w:val="both"/>
        <w:rPr>
          <w:szCs w:val="24"/>
        </w:rPr>
      </w:pPr>
      <w:r w:rsidRPr="00F94D1E">
        <w:rPr>
          <w:szCs w:val="24"/>
        </w:rPr>
        <w:t>ESG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Today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(2023)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Tesco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commits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reduce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emissions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forest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farm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supply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chains.</w:t>
      </w:r>
      <w:r w:rsidR="006A6247">
        <w:rPr>
          <w:szCs w:val="24"/>
        </w:rPr>
        <w:t xml:space="preserve"> </w:t>
      </w:r>
      <w:hyperlink w:tgtFrame="_blank" w:history="1" r:id="rId18">
        <w:r w:rsidRPr="00F94D1E">
          <w:rPr>
            <w:rStyle w:val="Hyperlink"/>
            <w:szCs w:val="24"/>
          </w:rPr>
          <w:t>https://www.esgtoday.com/tesco-commits-to-reduce-emissions-in-forest-and-farm-supply-chains/</w:t>
        </w:r>
      </w:hyperlink>
      <w:r w:rsidR="006A6247">
        <w:rPr>
          <w:szCs w:val="24"/>
        </w:rPr>
        <w:t xml:space="preserve"> </w:t>
      </w:r>
    </w:p>
    <w:p w:rsidRPr="00F94D1E" w:rsidR="00F94D1E" w:rsidP="00F94D1E" w:rsidRDefault="00F94D1E" w14:paraId="4A6A93E4" w14:textId="090079A3">
      <w:pPr>
        <w:jc w:val="both"/>
        <w:rPr>
          <w:szCs w:val="24"/>
        </w:rPr>
      </w:pPr>
      <w:r w:rsidRPr="00F94D1E">
        <w:rPr>
          <w:szCs w:val="24"/>
        </w:rPr>
        <w:t>Freeman,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R.E.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(1984)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Strategic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Management: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Stakeholder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Approach.</w:t>
      </w:r>
      <w:r w:rsidR="006A6247">
        <w:rPr>
          <w:szCs w:val="24"/>
        </w:rPr>
        <w:t xml:space="preserve"> </w:t>
      </w:r>
    </w:p>
    <w:p w:rsidRPr="00F94D1E" w:rsidR="00F94D1E" w:rsidP="00F94D1E" w:rsidRDefault="00F94D1E" w14:paraId="75B85BC8" w14:textId="04D33D04">
      <w:pPr>
        <w:jc w:val="both"/>
        <w:rPr>
          <w:szCs w:val="24"/>
        </w:rPr>
      </w:pPr>
      <w:r w:rsidRPr="00F94D1E">
        <w:rPr>
          <w:szCs w:val="24"/>
        </w:rPr>
        <w:t>Gibbs,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G.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(1988)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Learning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by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doing: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guide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teaching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learning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methods.</w:t>
      </w:r>
      <w:r w:rsidR="006A6247">
        <w:rPr>
          <w:szCs w:val="24"/>
        </w:rPr>
        <w:t xml:space="preserve"> </w:t>
      </w:r>
    </w:p>
    <w:p w:rsidRPr="00F94D1E" w:rsidR="00F94D1E" w:rsidP="00F94D1E" w:rsidRDefault="00F94D1E" w14:paraId="3CA5EC36" w14:textId="145859D8">
      <w:pPr>
        <w:jc w:val="both"/>
        <w:rPr>
          <w:szCs w:val="24"/>
        </w:rPr>
      </w:pPr>
      <w:r w:rsidRPr="00F94D1E">
        <w:rPr>
          <w:szCs w:val="24"/>
        </w:rPr>
        <w:t>Johnson,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G.,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Whittington,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and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Scholes,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K.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(2020)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Exploring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Strategy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12th</w:t>
      </w:r>
      <w:r w:rsidR="006A6247">
        <w:rPr>
          <w:szCs w:val="24"/>
        </w:rPr>
        <w:t xml:space="preserve"> </w:t>
      </w:r>
      <w:proofErr w:type="spellStart"/>
      <w:r w:rsidRPr="00F94D1E">
        <w:rPr>
          <w:szCs w:val="24"/>
        </w:rPr>
        <w:t>edn</w:t>
      </w:r>
      <w:proofErr w:type="spellEnd"/>
      <w:r w:rsidRPr="00F94D1E">
        <w:rPr>
          <w:szCs w:val="24"/>
        </w:rPr>
        <w:t>.</w:t>
      </w:r>
      <w:r w:rsidR="006A6247">
        <w:rPr>
          <w:szCs w:val="24"/>
        </w:rPr>
        <w:t xml:space="preserve"> </w:t>
      </w:r>
    </w:p>
    <w:p w:rsidRPr="00F94D1E" w:rsidR="00F94D1E" w:rsidP="00F94D1E" w:rsidRDefault="00F94D1E" w14:paraId="4463A477" w14:textId="7E4F276E">
      <w:pPr>
        <w:jc w:val="both"/>
        <w:rPr>
          <w:szCs w:val="24"/>
        </w:rPr>
      </w:pPr>
      <w:r w:rsidRPr="00F94D1E">
        <w:rPr>
          <w:szCs w:val="24"/>
        </w:rPr>
        <w:t>Kantar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(2025)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Health,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heat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and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higher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prices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shape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grocery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spend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–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12W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to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18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May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2025: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Tesco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28.0%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(+5.9%),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Sainsbury’s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15.1%,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Asda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12.1%,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Aldi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11.1%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record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+6.7%,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Lidl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8.1%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record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+10.9%,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Morrisons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8.4%,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combined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8.4%,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grocery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inflation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4.1%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four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weeks,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premium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own-label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fastest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since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Sep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2023.</w:t>
      </w:r>
      <w:r w:rsidR="006A6247">
        <w:rPr>
          <w:szCs w:val="24"/>
        </w:rPr>
        <w:t xml:space="preserve"> </w:t>
      </w:r>
      <w:hyperlink w:tgtFrame="_blank" w:history="1" r:id="rId19">
        <w:r w:rsidRPr="00F94D1E">
          <w:rPr>
            <w:rStyle w:val="Hyperlink"/>
            <w:szCs w:val="24"/>
          </w:rPr>
          <w:t>https://www.kantar.com/uki/inspiration/fmcg/2025-wp-health-heat-and-higher-prices-shape-grocery-spend</w:t>
        </w:r>
      </w:hyperlink>
      <w:r w:rsidR="006A6247">
        <w:rPr>
          <w:szCs w:val="24"/>
        </w:rPr>
        <w:t xml:space="preserve"> </w:t>
      </w:r>
    </w:p>
    <w:p w:rsidRPr="00F94D1E" w:rsidR="00F94D1E" w:rsidP="00F94D1E" w:rsidRDefault="00F94D1E" w14:paraId="3DA942B2" w14:textId="513D47A3">
      <w:pPr>
        <w:jc w:val="both"/>
        <w:rPr>
          <w:szCs w:val="24"/>
        </w:rPr>
      </w:pPr>
      <w:r w:rsidRPr="00F94D1E">
        <w:rPr>
          <w:szCs w:val="24"/>
        </w:rPr>
        <w:t>Kaplan,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R.S.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and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Norton,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D.P.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(1992)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Balanced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Scorecard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–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Measures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that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Drive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Performance.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HBR.</w:t>
      </w:r>
      <w:r w:rsidR="006A6247">
        <w:rPr>
          <w:szCs w:val="24"/>
        </w:rPr>
        <w:t xml:space="preserve"> </w:t>
      </w:r>
    </w:p>
    <w:p w:rsidRPr="00F94D1E" w:rsidR="00F94D1E" w:rsidP="00F94D1E" w:rsidRDefault="00F94D1E" w14:paraId="21707BDC" w14:textId="398293ED">
      <w:pPr>
        <w:jc w:val="both"/>
        <w:rPr>
          <w:szCs w:val="24"/>
        </w:rPr>
      </w:pPr>
      <w:r w:rsidRPr="00F94D1E">
        <w:rPr>
          <w:szCs w:val="24"/>
        </w:rPr>
        <w:t>Kim,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W.C.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et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al.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(2014)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Hybrid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strategies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discussion.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HBR.</w:t>
      </w:r>
      <w:r w:rsidR="006A6247">
        <w:rPr>
          <w:szCs w:val="24"/>
        </w:rPr>
        <w:t xml:space="preserve"> </w:t>
      </w:r>
    </w:p>
    <w:p w:rsidRPr="00F94D1E" w:rsidR="00F94D1E" w:rsidP="00F94D1E" w:rsidRDefault="00F94D1E" w14:paraId="734C6E8D" w14:textId="1CC4B14A">
      <w:pPr>
        <w:jc w:val="both"/>
        <w:rPr>
          <w:szCs w:val="24"/>
        </w:rPr>
      </w:pPr>
      <w:r w:rsidRPr="00F94D1E">
        <w:rPr>
          <w:szCs w:val="24"/>
        </w:rPr>
        <w:t>ONS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(2025)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Consumer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price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inflation,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UK: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May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2025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–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headline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CPI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3.4%,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food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3.4-4.4%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highest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since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Feb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2024.</w:t>
      </w:r>
      <w:r w:rsidR="006A6247">
        <w:rPr>
          <w:szCs w:val="24"/>
        </w:rPr>
        <w:t xml:space="preserve"> </w:t>
      </w:r>
      <w:hyperlink w:tgtFrame="_blank" w:history="1" r:id="rId20">
        <w:r w:rsidRPr="00F94D1E">
          <w:rPr>
            <w:rStyle w:val="Hyperlink"/>
            <w:szCs w:val="24"/>
          </w:rPr>
          <w:t>https://www.ons.gov.uk/economy/inflationandpriceindices/bulletins/consumerpriceinflation/may2025</w:t>
        </w:r>
      </w:hyperlink>
      <w:r w:rsidR="006A6247">
        <w:rPr>
          <w:szCs w:val="24"/>
        </w:rPr>
        <w:t xml:space="preserve"> </w:t>
      </w:r>
    </w:p>
    <w:p w:rsidRPr="00F94D1E" w:rsidR="00F94D1E" w:rsidP="00F94D1E" w:rsidRDefault="00F94D1E" w14:paraId="563A09F0" w14:textId="75C736DB">
      <w:pPr>
        <w:jc w:val="both"/>
        <w:rPr>
          <w:szCs w:val="24"/>
        </w:rPr>
      </w:pPr>
      <w:r w:rsidRPr="00F94D1E">
        <w:rPr>
          <w:szCs w:val="24"/>
        </w:rPr>
        <w:t>Porter,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M.E.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(1980)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Competitive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Strategy.</w:t>
      </w:r>
      <w:r w:rsidR="006A6247">
        <w:rPr>
          <w:szCs w:val="24"/>
        </w:rPr>
        <w:t xml:space="preserve"> </w:t>
      </w:r>
    </w:p>
    <w:p w:rsidRPr="00F94D1E" w:rsidR="00F94D1E" w:rsidP="00F94D1E" w:rsidRDefault="00F94D1E" w14:paraId="0B9C19A0" w14:textId="435A2750">
      <w:pPr>
        <w:jc w:val="both"/>
        <w:rPr>
          <w:szCs w:val="24"/>
        </w:rPr>
      </w:pPr>
      <w:r w:rsidRPr="00F94D1E">
        <w:rPr>
          <w:szCs w:val="24"/>
        </w:rPr>
        <w:t>Porter,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M.E.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(2008)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Five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competitive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forces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that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shape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strategy.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HBR.</w:t>
      </w:r>
      <w:r w:rsidR="006A6247">
        <w:rPr>
          <w:szCs w:val="24"/>
        </w:rPr>
        <w:t xml:space="preserve"> </w:t>
      </w:r>
    </w:p>
    <w:p w:rsidRPr="00F94D1E" w:rsidR="00F94D1E" w:rsidP="00F94D1E" w:rsidRDefault="00F94D1E" w14:paraId="7E8FD601" w14:textId="4F0C6951">
      <w:pPr>
        <w:jc w:val="both"/>
        <w:rPr>
          <w:szCs w:val="24"/>
        </w:rPr>
      </w:pPr>
      <w:r w:rsidRPr="00F94D1E">
        <w:rPr>
          <w:szCs w:val="24"/>
        </w:rPr>
        <w:t>Porter,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M.E.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and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Kramer,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M.R.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(2011)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Creating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Shared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Value.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HBR.</w:t>
      </w:r>
      <w:r w:rsidR="006A6247">
        <w:rPr>
          <w:szCs w:val="24"/>
        </w:rPr>
        <w:t xml:space="preserve"> </w:t>
      </w:r>
    </w:p>
    <w:p w:rsidRPr="00F94D1E" w:rsidR="00F94D1E" w:rsidP="00F94D1E" w:rsidRDefault="00F94D1E" w14:paraId="6F11DE1F" w14:textId="2B260D6E">
      <w:pPr>
        <w:jc w:val="both"/>
        <w:rPr>
          <w:szCs w:val="24"/>
        </w:rPr>
      </w:pPr>
      <w:r w:rsidRPr="00F94D1E">
        <w:rPr>
          <w:szCs w:val="24"/>
        </w:rPr>
        <w:t>Retail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Times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(2025)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Health,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heat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and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higher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prices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shape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grocery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spend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–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Kantar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reports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28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May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2025.</w:t>
      </w:r>
      <w:r w:rsidR="006A6247">
        <w:rPr>
          <w:szCs w:val="24"/>
        </w:rPr>
        <w:t xml:space="preserve"> </w:t>
      </w:r>
      <w:hyperlink w:tgtFrame="_blank" w:history="1" r:id="rId21">
        <w:r w:rsidRPr="00F94D1E">
          <w:rPr>
            <w:rStyle w:val="Hyperlink"/>
            <w:szCs w:val="24"/>
          </w:rPr>
          <w:t>https://retailtimes.co.uk/health-heat-and-higher-prices-shape-grocery-spend-kantar-reports/</w:t>
        </w:r>
      </w:hyperlink>
      <w:r w:rsidR="006A6247">
        <w:rPr>
          <w:szCs w:val="24"/>
        </w:rPr>
        <w:t xml:space="preserve"> </w:t>
      </w:r>
    </w:p>
    <w:p w:rsidRPr="00F94D1E" w:rsidR="00F94D1E" w:rsidP="00F94D1E" w:rsidRDefault="00F94D1E" w14:paraId="1B832B8C" w14:textId="50111D79">
      <w:pPr>
        <w:jc w:val="both"/>
        <w:rPr>
          <w:szCs w:val="24"/>
        </w:rPr>
      </w:pPr>
      <w:r w:rsidRPr="00F94D1E">
        <w:rPr>
          <w:szCs w:val="24"/>
        </w:rPr>
        <w:t>Saunders,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et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al.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(2019)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Research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Methods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for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Business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Students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8th</w:t>
      </w:r>
      <w:r w:rsidR="006A6247">
        <w:rPr>
          <w:szCs w:val="24"/>
        </w:rPr>
        <w:t xml:space="preserve"> </w:t>
      </w:r>
      <w:proofErr w:type="spellStart"/>
      <w:r w:rsidRPr="00F94D1E">
        <w:rPr>
          <w:szCs w:val="24"/>
        </w:rPr>
        <w:t>edn</w:t>
      </w:r>
      <w:proofErr w:type="spellEnd"/>
      <w:r w:rsidRPr="00F94D1E">
        <w:rPr>
          <w:szCs w:val="24"/>
        </w:rPr>
        <w:t>.</w:t>
      </w:r>
      <w:r w:rsidR="006A6247">
        <w:rPr>
          <w:szCs w:val="24"/>
        </w:rPr>
        <w:t xml:space="preserve"> </w:t>
      </w:r>
    </w:p>
    <w:p w:rsidRPr="00F94D1E" w:rsidR="00F94D1E" w:rsidP="00F94D1E" w:rsidRDefault="00F94D1E" w14:paraId="122A5D13" w14:textId="390E1BDE">
      <w:pPr>
        <w:jc w:val="both"/>
        <w:rPr>
          <w:szCs w:val="24"/>
        </w:rPr>
      </w:pPr>
      <w:r w:rsidRPr="00F94D1E">
        <w:rPr>
          <w:szCs w:val="24"/>
        </w:rPr>
        <w:t>Sustainability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Magazine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(2025)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Yellow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Labels: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How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Tesco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Rescued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60</w:t>
      </w:r>
      <w:r w:rsidR="006A6247">
        <w:rPr>
          <w:szCs w:val="24"/>
        </w:rPr>
        <w:t xml:space="preserve"> </w:t>
      </w:r>
      <w:r w:rsidRPr="00F94D1E" w:rsidR="000A0A8B">
        <w:rPr>
          <w:szCs w:val="24"/>
        </w:rPr>
        <w:t>million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Meals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–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100%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renewable,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Cleve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Hill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PPA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373MW,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70%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suppliers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net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zero.</w:t>
      </w:r>
      <w:r w:rsidR="006A6247">
        <w:rPr>
          <w:szCs w:val="24"/>
        </w:rPr>
        <w:t xml:space="preserve"> </w:t>
      </w:r>
      <w:hyperlink w:tgtFrame="_blank" w:history="1" r:id="rId22">
        <w:r w:rsidRPr="00F94D1E">
          <w:rPr>
            <w:rStyle w:val="Hyperlink"/>
            <w:szCs w:val="24"/>
          </w:rPr>
          <w:t>https://sustainabilitymag.com/articles/yellow-labels-how-tesco-rescued-60-million-meals</w:t>
        </w:r>
      </w:hyperlink>
      <w:r w:rsidR="006A6247">
        <w:rPr>
          <w:szCs w:val="24"/>
        </w:rPr>
        <w:t xml:space="preserve"> </w:t>
      </w:r>
    </w:p>
    <w:p w:rsidRPr="00F94D1E" w:rsidR="00F94D1E" w:rsidP="00F94D1E" w:rsidRDefault="00F94D1E" w14:paraId="7E4152C1" w14:textId="030DED72">
      <w:pPr>
        <w:jc w:val="both"/>
        <w:rPr>
          <w:szCs w:val="24"/>
        </w:rPr>
      </w:pPr>
      <w:r w:rsidRPr="00F94D1E">
        <w:rPr>
          <w:szCs w:val="24"/>
        </w:rPr>
        <w:t>Tesco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PLC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(2025a)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Annual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Report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2025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–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sales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£63.636bn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profit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£3.128bn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revenue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£69.916bn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share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28.3%,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purpose,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18m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app,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Whoosh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1,500.</w:t>
      </w:r>
      <w:r w:rsidR="006A6247">
        <w:rPr>
          <w:szCs w:val="24"/>
        </w:rPr>
        <w:t xml:space="preserve"> </w:t>
      </w:r>
      <w:hyperlink w:tgtFrame="_blank" w:history="1" r:id="rId23">
        <w:r w:rsidRPr="00F94D1E">
          <w:rPr>
            <w:rStyle w:val="Hyperlink"/>
            <w:szCs w:val="24"/>
          </w:rPr>
          <w:t>https://www.tescoplc.com/media/ky0bfwpo/tesco_ar25_interactive.pdf</w:t>
        </w:r>
      </w:hyperlink>
      <w:r w:rsidR="006A6247">
        <w:rPr>
          <w:szCs w:val="24"/>
        </w:rPr>
        <w:t xml:space="preserve"> </w:t>
      </w:r>
    </w:p>
    <w:p w:rsidRPr="00F94D1E" w:rsidR="00F94D1E" w:rsidP="00F94D1E" w:rsidRDefault="00F94D1E" w14:paraId="2B10A070" w14:textId="2454DF62">
      <w:pPr>
        <w:jc w:val="both"/>
        <w:rPr>
          <w:szCs w:val="24"/>
        </w:rPr>
      </w:pPr>
      <w:r w:rsidRPr="00F94D1E">
        <w:rPr>
          <w:szCs w:val="24"/>
        </w:rPr>
        <w:t>Tesco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PLC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(2025b)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Key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Facts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and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History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–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founded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1919.</w:t>
      </w:r>
      <w:r w:rsidR="006A6247">
        <w:rPr>
          <w:szCs w:val="24"/>
        </w:rPr>
        <w:t xml:space="preserve"> </w:t>
      </w:r>
      <w:hyperlink w:tgtFrame="_blank" w:history="1" r:id="rId24">
        <w:r w:rsidRPr="00F94D1E">
          <w:rPr>
            <w:rStyle w:val="Hyperlink"/>
            <w:szCs w:val="24"/>
          </w:rPr>
          <w:t>https://www.tescoplc.com/about/key-facts/</w:t>
        </w:r>
      </w:hyperlink>
      <w:r w:rsidR="006A6247">
        <w:rPr>
          <w:szCs w:val="24"/>
        </w:rPr>
        <w:t xml:space="preserve"> </w:t>
      </w:r>
    </w:p>
    <w:p w:rsidRPr="00F94D1E" w:rsidR="00F94D1E" w:rsidP="00F94D1E" w:rsidRDefault="00F94D1E" w14:paraId="37E7B8F0" w14:textId="59F86BA5">
      <w:pPr>
        <w:jc w:val="both"/>
        <w:rPr>
          <w:szCs w:val="24"/>
        </w:rPr>
      </w:pPr>
      <w:r w:rsidRPr="00F94D1E">
        <w:rPr>
          <w:szCs w:val="24"/>
        </w:rPr>
        <w:t>Tesco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PLC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(2025c)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Sustainability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Report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2025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–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net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zero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2035/2050,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food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waste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123m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meals,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healthy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65%.</w:t>
      </w:r>
      <w:r w:rsidR="006A6247">
        <w:rPr>
          <w:szCs w:val="24"/>
        </w:rPr>
        <w:t xml:space="preserve"> </w:t>
      </w:r>
      <w:hyperlink w:tgtFrame="_blank" w:history="1" r:id="rId25">
        <w:r w:rsidRPr="00F94D1E">
          <w:rPr>
            <w:rStyle w:val="Hyperlink"/>
            <w:szCs w:val="24"/>
          </w:rPr>
          <w:t>https://www.tescoplc.com/sustainability/</w:t>
        </w:r>
      </w:hyperlink>
      <w:r w:rsidR="006A6247">
        <w:rPr>
          <w:szCs w:val="24"/>
        </w:rPr>
        <w:t xml:space="preserve"> </w:t>
      </w:r>
    </w:p>
    <w:p w:rsidRPr="00F94D1E" w:rsidR="00F94D1E" w:rsidP="00F94D1E" w:rsidRDefault="00F94D1E" w14:paraId="4FAE9745" w14:textId="65F61128">
      <w:pPr>
        <w:jc w:val="both"/>
        <w:rPr>
          <w:szCs w:val="24"/>
        </w:rPr>
      </w:pPr>
      <w:r w:rsidRPr="00F94D1E">
        <w:rPr>
          <w:szCs w:val="24"/>
        </w:rPr>
        <w:t>Tesco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PLC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(2026)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Preliminary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Results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2025/26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–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sales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£66.588bn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+4.6%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profit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£3.152bn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+0.8%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FCF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£1.957bn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+11.8%.</w:t>
      </w:r>
      <w:r w:rsidR="006A6247">
        <w:rPr>
          <w:szCs w:val="24"/>
        </w:rPr>
        <w:t xml:space="preserve"> </w:t>
      </w:r>
      <w:hyperlink w:tgtFrame="_blank" w:history="1" r:id="rId26">
        <w:r w:rsidRPr="00F94D1E">
          <w:rPr>
            <w:rStyle w:val="Hyperlink"/>
            <w:szCs w:val="24"/>
          </w:rPr>
          <w:t>https://www.investegate.co.uk/announcement/rns/tesco--</w:t>
        </w:r>
        <w:proofErr w:type="spellStart"/>
        <w:r w:rsidRPr="00F94D1E">
          <w:rPr>
            <w:rStyle w:val="Hyperlink"/>
            <w:szCs w:val="24"/>
          </w:rPr>
          <w:t>tsco</w:t>
        </w:r>
        <w:proofErr w:type="spellEnd"/>
        <w:r w:rsidRPr="00F94D1E">
          <w:rPr>
            <w:rStyle w:val="Hyperlink"/>
            <w:szCs w:val="24"/>
          </w:rPr>
          <w:t>/preliminary-results-2025-26/9522533</w:t>
        </w:r>
      </w:hyperlink>
      <w:r w:rsidR="006A6247">
        <w:rPr>
          <w:szCs w:val="24"/>
        </w:rPr>
        <w:t xml:space="preserve"> </w:t>
      </w:r>
    </w:p>
    <w:p w:rsidRPr="00F94D1E" w:rsidR="00F94D1E" w:rsidP="00F94D1E" w:rsidRDefault="00F94D1E" w14:paraId="77EE01DD" w14:textId="76FCE02D">
      <w:pPr>
        <w:jc w:val="both"/>
        <w:rPr>
          <w:szCs w:val="24"/>
        </w:rPr>
      </w:pPr>
      <w:proofErr w:type="spellStart"/>
      <w:r w:rsidRPr="00F94D1E">
        <w:rPr>
          <w:szCs w:val="24"/>
          <w:lang w:val="fr-FR"/>
        </w:rPr>
        <w:t>Teece</w:t>
      </w:r>
      <w:proofErr w:type="spellEnd"/>
      <w:r w:rsidRPr="00F94D1E">
        <w:rPr>
          <w:szCs w:val="24"/>
          <w:lang w:val="fr-FR"/>
        </w:rPr>
        <w:t>,</w:t>
      </w:r>
      <w:r w:rsidR="006A6247">
        <w:rPr>
          <w:szCs w:val="24"/>
          <w:lang w:val="fr-FR"/>
        </w:rPr>
        <w:t xml:space="preserve"> </w:t>
      </w:r>
      <w:r w:rsidRPr="00F94D1E">
        <w:rPr>
          <w:szCs w:val="24"/>
          <w:lang w:val="fr-FR"/>
        </w:rPr>
        <w:t>D.J.</w:t>
      </w:r>
      <w:r w:rsidR="006A6247">
        <w:rPr>
          <w:szCs w:val="24"/>
          <w:lang w:val="fr-FR"/>
        </w:rPr>
        <w:t xml:space="preserve"> </w:t>
      </w:r>
      <w:r w:rsidRPr="00F94D1E">
        <w:rPr>
          <w:szCs w:val="24"/>
          <w:lang w:val="fr-FR"/>
        </w:rPr>
        <w:t>et</w:t>
      </w:r>
      <w:r w:rsidR="006A6247">
        <w:rPr>
          <w:szCs w:val="24"/>
          <w:lang w:val="fr-FR"/>
        </w:rPr>
        <w:t xml:space="preserve"> </w:t>
      </w:r>
      <w:r w:rsidRPr="00F94D1E">
        <w:rPr>
          <w:szCs w:val="24"/>
          <w:lang w:val="fr-FR"/>
        </w:rPr>
        <w:t>al.</w:t>
      </w:r>
      <w:r w:rsidR="006A6247">
        <w:rPr>
          <w:szCs w:val="24"/>
          <w:lang w:val="fr-FR"/>
        </w:rPr>
        <w:t xml:space="preserve"> </w:t>
      </w:r>
      <w:r w:rsidRPr="00F94D1E">
        <w:rPr>
          <w:szCs w:val="24"/>
        </w:rPr>
        <w:t>(1997)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Dynamic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capabilities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and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strategic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management.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SMJ.</w:t>
      </w:r>
      <w:r w:rsidR="006A6247">
        <w:rPr>
          <w:szCs w:val="24"/>
        </w:rPr>
        <w:t xml:space="preserve"> </w:t>
      </w:r>
    </w:p>
    <w:p w:rsidRPr="00F94D1E" w:rsidR="00F94D1E" w:rsidP="00F94D1E" w:rsidRDefault="00F94D1E" w14:paraId="00CA6649" w14:textId="01C2F7E9">
      <w:pPr>
        <w:jc w:val="both"/>
        <w:rPr>
          <w:szCs w:val="24"/>
        </w:rPr>
      </w:pPr>
      <w:r w:rsidRPr="00F94D1E">
        <w:rPr>
          <w:szCs w:val="24"/>
        </w:rPr>
        <w:t>WRAP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(2023)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Food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waste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statistics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–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UK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9.52m</w:t>
      </w:r>
      <w:r w:rsidR="006A6247">
        <w:rPr>
          <w:szCs w:val="24"/>
        </w:rPr>
        <w:t xml:space="preserve"> </w:t>
      </w:r>
      <w:r w:rsidRPr="00F94D1E" w:rsidR="000A0A8B">
        <w:rPr>
          <w:szCs w:val="24"/>
        </w:rPr>
        <w:t>tones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supermarket</w:t>
      </w:r>
      <w:r w:rsidR="006A6247">
        <w:rPr>
          <w:szCs w:val="24"/>
        </w:rPr>
        <w:t xml:space="preserve"> </w:t>
      </w:r>
      <w:r w:rsidRPr="00F94D1E">
        <w:rPr>
          <w:szCs w:val="24"/>
        </w:rPr>
        <w:t>270k</w:t>
      </w:r>
      <w:r w:rsidR="006A6247">
        <w:rPr>
          <w:szCs w:val="24"/>
        </w:rPr>
        <w:t xml:space="preserve"> </w:t>
      </w:r>
      <w:r w:rsidRPr="00F94D1E" w:rsidR="000A0A8B">
        <w:rPr>
          <w:szCs w:val="24"/>
        </w:rPr>
        <w:t>tones</w:t>
      </w:r>
      <w:r w:rsidRPr="00F94D1E">
        <w:rPr>
          <w:szCs w:val="24"/>
        </w:rPr>
        <w:t>.</w:t>
      </w:r>
      <w:r w:rsidR="006A6247">
        <w:rPr>
          <w:szCs w:val="24"/>
        </w:rPr>
        <w:t xml:space="preserve"> </w:t>
      </w:r>
      <w:hyperlink w:tgtFrame="_blank" w:history="1" r:id="rId27">
        <w:r w:rsidRPr="00F94D1E">
          <w:rPr>
            <w:rStyle w:val="Hyperlink"/>
            <w:szCs w:val="24"/>
          </w:rPr>
          <w:t>https://www.wrap.ngo/</w:t>
        </w:r>
      </w:hyperlink>
      <w:r w:rsidR="006A6247">
        <w:rPr>
          <w:szCs w:val="24"/>
        </w:rPr>
        <w:t xml:space="preserve"> </w:t>
      </w:r>
    </w:p>
    <w:p w:rsidR="00700886" w:rsidP="00F94D1E" w:rsidRDefault="00700886" w14:paraId="48718AAB" w14:textId="2EF5B1B7">
      <w:pPr>
        <w:jc w:val="both"/>
      </w:pPr>
    </w:p>
    <w:sectPr w:rsidR="00700886" w:rsidSect="00034616">
      <w:footerReference w:type="default" r:id="rId28"/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F13ED" w:rsidRDefault="008F13ED" w14:paraId="50610EC6" w14:textId="77777777">
      <w:pPr>
        <w:spacing w:after="0" w:line="240" w:lineRule="auto"/>
      </w:pPr>
      <w:r>
        <w:separator/>
      </w:r>
    </w:p>
  </w:endnote>
  <w:endnote w:type="continuationSeparator" w:id="0">
    <w:p w:rsidR="008F13ED" w:rsidRDefault="008F13ED" w14:paraId="015A29EC" w14:textId="77777777">
      <w:pPr>
        <w:spacing w:after="0" w:line="240" w:lineRule="auto"/>
      </w:pPr>
      <w:r>
        <w:continuationSeparator/>
      </w:r>
    </w:p>
  </w:endnote>
  <w:endnote w:type="continuationNotice" w:id="1">
    <w:p w:rsidR="00AB78F1" w:rsidRDefault="00AB78F1" w14:paraId="5209CAD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71114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94D1E" w:rsidRDefault="00F94D1E" w14:paraId="291F9FFD" w14:textId="1D00113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00886" w:rsidRDefault="00700886" w14:paraId="089C6C2B" w14:textId="0E8F439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F13ED" w:rsidRDefault="008F13ED" w14:paraId="650AA881" w14:textId="77777777">
      <w:pPr>
        <w:spacing w:after="0" w:line="240" w:lineRule="auto"/>
      </w:pPr>
      <w:r>
        <w:separator/>
      </w:r>
    </w:p>
  </w:footnote>
  <w:footnote w:type="continuationSeparator" w:id="0">
    <w:p w:rsidR="008F13ED" w:rsidRDefault="008F13ED" w14:paraId="4B4E43D1" w14:textId="77777777">
      <w:pPr>
        <w:spacing w:after="0" w:line="240" w:lineRule="auto"/>
      </w:pPr>
      <w:r>
        <w:continuationSeparator/>
      </w:r>
    </w:p>
  </w:footnote>
  <w:footnote w:type="continuationNotice" w:id="1">
    <w:p w:rsidR="00AB78F1" w:rsidRDefault="00AB78F1" w14:paraId="6DCC2783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618072640">
    <w:abstractNumId w:val="8"/>
  </w:num>
  <w:num w:numId="2" w16cid:durableId="848178610">
    <w:abstractNumId w:val="6"/>
  </w:num>
  <w:num w:numId="3" w16cid:durableId="168181466">
    <w:abstractNumId w:val="5"/>
  </w:num>
  <w:num w:numId="4" w16cid:durableId="1414625799">
    <w:abstractNumId w:val="4"/>
  </w:num>
  <w:num w:numId="5" w16cid:durableId="1366755956">
    <w:abstractNumId w:val="7"/>
  </w:num>
  <w:num w:numId="6" w16cid:durableId="1097404979">
    <w:abstractNumId w:val="3"/>
  </w:num>
  <w:num w:numId="7" w16cid:durableId="270942463">
    <w:abstractNumId w:val="2"/>
  </w:num>
  <w:num w:numId="8" w16cid:durableId="1888293219">
    <w:abstractNumId w:val="1"/>
  </w:num>
  <w:num w:numId="9" w16cid:durableId="227351670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0D71"/>
    <w:rsid w:val="0006063C"/>
    <w:rsid w:val="00074E45"/>
    <w:rsid w:val="00090CF4"/>
    <w:rsid w:val="000A0A8B"/>
    <w:rsid w:val="000E093A"/>
    <w:rsid w:val="00125600"/>
    <w:rsid w:val="00145B59"/>
    <w:rsid w:val="00146BAD"/>
    <w:rsid w:val="0015074B"/>
    <w:rsid w:val="0019549F"/>
    <w:rsid w:val="001A284A"/>
    <w:rsid w:val="001A287E"/>
    <w:rsid w:val="001C497C"/>
    <w:rsid w:val="001E68A2"/>
    <w:rsid w:val="001F1EED"/>
    <w:rsid w:val="0021265A"/>
    <w:rsid w:val="0023385B"/>
    <w:rsid w:val="00293246"/>
    <w:rsid w:val="0029639D"/>
    <w:rsid w:val="002D7F8B"/>
    <w:rsid w:val="002E44CC"/>
    <w:rsid w:val="00326F90"/>
    <w:rsid w:val="00341D85"/>
    <w:rsid w:val="00344F75"/>
    <w:rsid w:val="003A1D91"/>
    <w:rsid w:val="0045179F"/>
    <w:rsid w:val="00483B90"/>
    <w:rsid w:val="004C60F4"/>
    <w:rsid w:val="00500895"/>
    <w:rsid w:val="00597565"/>
    <w:rsid w:val="005B0F2A"/>
    <w:rsid w:val="005C0A0D"/>
    <w:rsid w:val="00646B8B"/>
    <w:rsid w:val="00647312"/>
    <w:rsid w:val="00662B9F"/>
    <w:rsid w:val="00665FB0"/>
    <w:rsid w:val="00687357"/>
    <w:rsid w:val="006A6247"/>
    <w:rsid w:val="006B37A7"/>
    <w:rsid w:val="006C00CA"/>
    <w:rsid w:val="00700886"/>
    <w:rsid w:val="007342AC"/>
    <w:rsid w:val="00772AD3"/>
    <w:rsid w:val="007A0D9C"/>
    <w:rsid w:val="00807645"/>
    <w:rsid w:val="008372A9"/>
    <w:rsid w:val="0087785D"/>
    <w:rsid w:val="008A2248"/>
    <w:rsid w:val="008F13ED"/>
    <w:rsid w:val="00957831"/>
    <w:rsid w:val="0097261E"/>
    <w:rsid w:val="009A591F"/>
    <w:rsid w:val="009C446E"/>
    <w:rsid w:val="009D5525"/>
    <w:rsid w:val="00A0030E"/>
    <w:rsid w:val="00A1127D"/>
    <w:rsid w:val="00A15A4F"/>
    <w:rsid w:val="00A46CEB"/>
    <w:rsid w:val="00AA1D8D"/>
    <w:rsid w:val="00AB78F1"/>
    <w:rsid w:val="00AE5827"/>
    <w:rsid w:val="00B16CFD"/>
    <w:rsid w:val="00B25114"/>
    <w:rsid w:val="00B47730"/>
    <w:rsid w:val="00B774BC"/>
    <w:rsid w:val="00B96FC1"/>
    <w:rsid w:val="00BA70B0"/>
    <w:rsid w:val="00C50792"/>
    <w:rsid w:val="00C55251"/>
    <w:rsid w:val="00CB0664"/>
    <w:rsid w:val="00CE344A"/>
    <w:rsid w:val="00CF6CF5"/>
    <w:rsid w:val="00D37082"/>
    <w:rsid w:val="00D4147E"/>
    <w:rsid w:val="00D61A2B"/>
    <w:rsid w:val="00DB6BBA"/>
    <w:rsid w:val="00DC4315"/>
    <w:rsid w:val="00E20CFB"/>
    <w:rsid w:val="00E46E6F"/>
    <w:rsid w:val="00E9D46E"/>
    <w:rsid w:val="00EC4E38"/>
    <w:rsid w:val="00EC6D3A"/>
    <w:rsid w:val="00EF75AC"/>
    <w:rsid w:val="00F058EA"/>
    <w:rsid w:val="00F642F2"/>
    <w:rsid w:val="00F94D1E"/>
    <w:rsid w:val="00FA6E43"/>
    <w:rsid w:val="00FB259A"/>
    <w:rsid w:val="00FC0DDE"/>
    <w:rsid w:val="00FC693F"/>
    <w:rsid w:val="00FF5FBF"/>
    <w:rsid w:val="026CF3AE"/>
    <w:rsid w:val="03E866A7"/>
    <w:rsid w:val="05A30B3B"/>
    <w:rsid w:val="0769FA95"/>
    <w:rsid w:val="0773DBAB"/>
    <w:rsid w:val="07AF7193"/>
    <w:rsid w:val="0920C41B"/>
    <w:rsid w:val="0A576976"/>
    <w:rsid w:val="0A5DC8AD"/>
    <w:rsid w:val="0AD490AE"/>
    <w:rsid w:val="0B4DFCAE"/>
    <w:rsid w:val="0B81B5B4"/>
    <w:rsid w:val="0C061335"/>
    <w:rsid w:val="0C14E151"/>
    <w:rsid w:val="0CB03620"/>
    <w:rsid w:val="0CE277C8"/>
    <w:rsid w:val="0D453240"/>
    <w:rsid w:val="0E51B9EC"/>
    <w:rsid w:val="0E591619"/>
    <w:rsid w:val="0EC3ED44"/>
    <w:rsid w:val="0EF03D4E"/>
    <w:rsid w:val="0F546203"/>
    <w:rsid w:val="0F81918B"/>
    <w:rsid w:val="10D34430"/>
    <w:rsid w:val="10E7C043"/>
    <w:rsid w:val="110A7A9A"/>
    <w:rsid w:val="114D9EB9"/>
    <w:rsid w:val="15474D43"/>
    <w:rsid w:val="18855BB3"/>
    <w:rsid w:val="1F618BC4"/>
    <w:rsid w:val="206B1B5F"/>
    <w:rsid w:val="243137D5"/>
    <w:rsid w:val="244222AA"/>
    <w:rsid w:val="25BFBE2E"/>
    <w:rsid w:val="25E96EBE"/>
    <w:rsid w:val="262852E5"/>
    <w:rsid w:val="27F217EF"/>
    <w:rsid w:val="28337408"/>
    <w:rsid w:val="292C3986"/>
    <w:rsid w:val="29E3C17C"/>
    <w:rsid w:val="2A43434B"/>
    <w:rsid w:val="2A6F53F9"/>
    <w:rsid w:val="2AF3A769"/>
    <w:rsid w:val="2C11E3CB"/>
    <w:rsid w:val="2CAF26DF"/>
    <w:rsid w:val="2DE722A8"/>
    <w:rsid w:val="2DEC3B4E"/>
    <w:rsid w:val="2E18929E"/>
    <w:rsid w:val="2F2FABD8"/>
    <w:rsid w:val="338AE364"/>
    <w:rsid w:val="34446F25"/>
    <w:rsid w:val="36CA1041"/>
    <w:rsid w:val="38347751"/>
    <w:rsid w:val="39CC24E8"/>
    <w:rsid w:val="3C5EC45A"/>
    <w:rsid w:val="3CB17485"/>
    <w:rsid w:val="3D725E43"/>
    <w:rsid w:val="3F5ED9AF"/>
    <w:rsid w:val="4236283E"/>
    <w:rsid w:val="42F4B84D"/>
    <w:rsid w:val="435FECE2"/>
    <w:rsid w:val="4426D9EA"/>
    <w:rsid w:val="44FBFE13"/>
    <w:rsid w:val="46BF5612"/>
    <w:rsid w:val="48A23126"/>
    <w:rsid w:val="48D5294E"/>
    <w:rsid w:val="49902F9B"/>
    <w:rsid w:val="4C2BF3D9"/>
    <w:rsid w:val="4C325621"/>
    <w:rsid w:val="4D8F98EB"/>
    <w:rsid w:val="4DD82175"/>
    <w:rsid w:val="52652006"/>
    <w:rsid w:val="529427D7"/>
    <w:rsid w:val="5348D161"/>
    <w:rsid w:val="53564827"/>
    <w:rsid w:val="55FF5207"/>
    <w:rsid w:val="5ABEC42F"/>
    <w:rsid w:val="5B7A8CB1"/>
    <w:rsid w:val="5E9E7D19"/>
    <w:rsid w:val="5F44ECD5"/>
    <w:rsid w:val="6016D69D"/>
    <w:rsid w:val="66B550D0"/>
    <w:rsid w:val="673CD41E"/>
    <w:rsid w:val="6839F104"/>
    <w:rsid w:val="690A648B"/>
    <w:rsid w:val="69A191B3"/>
    <w:rsid w:val="6C365FF1"/>
    <w:rsid w:val="6D57A735"/>
    <w:rsid w:val="6DB54672"/>
    <w:rsid w:val="6FFAF9EA"/>
    <w:rsid w:val="72D80008"/>
    <w:rsid w:val="77E3ED2B"/>
    <w:rsid w:val="780EC55A"/>
    <w:rsid w:val="7A1B3AF9"/>
    <w:rsid w:val="7BF93C46"/>
    <w:rsid w:val="7D0D8C44"/>
    <w:rsid w:val="7EA8176A"/>
    <w:rsid w:val="7FF4C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5F485F33-0067-401A-B987-92553B6565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pPr>
      <w:spacing w:after="80" w:line="36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7BF93C46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7BF93C46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7BF93C46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7BF93C46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F94D1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5079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2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8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1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2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8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hyperlink" Target="https://www.esgtoday.com/tesco-commits-to-reduce-emissions-in-forest-and-farm-supply-chains/" TargetMode="External" Id="rId18" /><Relationship Type="http://schemas.openxmlformats.org/officeDocument/2006/relationships/hyperlink" Target="https://www.investegate.co.uk/announcement/rns/tesco--tsco/preliminary-results-2025-26/9522533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retailtimes.co.uk/health-heat-and-higher-prices-shape-grocery-spend-kantar-reports/" TargetMode="External" Id="rId21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hyperlink" Target="https://www.gov.uk/government/organisations/department-for-environment-food-rural-affairs" TargetMode="External" Id="rId17" /><Relationship Type="http://schemas.openxmlformats.org/officeDocument/2006/relationships/hyperlink" Target="https://www.tescoplc.com/sustainability/" TargetMode="External" Id="rId25" /><Relationship Type="http://schemas.openxmlformats.org/officeDocument/2006/relationships/customXml" Target="../customXml/item2.xml" Id="rId2" /><Relationship Type="http://schemas.openxmlformats.org/officeDocument/2006/relationships/hyperlink" Target="https://csrreporters.com/a-closer-look-at-the-latest-tesco-sustainability-report/" TargetMode="External" Id="rId16" /><Relationship Type="http://schemas.openxmlformats.org/officeDocument/2006/relationships/hyperlink" Target="https://www.ons.gov.uk/economy/inflationandpriceindices/bulletins/consumerpriceinflation/may2025" TargetMode="External" Id="rId20" /><Relationship Type="http://schemas.openxmlformats.org/officeDocument/2006/relationships/fontTable" Target="fontTable.xml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hyperlink" Target="https://www.tescoplc.com/about/key-facts/" TargetMode="External" Id="rId24" /><Relationship Type="http://schemas.openxmlformats.org/officeDocument/2006/relationships/numbering" Target="numbering.xml" Id="rId5" /><Relationship Type="http://schemas.openxmlformats.org/officeDocument/2006/relationships/hyperlink" Target="https://www.climateaction.org/news/https-www.tescoplc.com-tesco-s-ambitious-net-zero-targets-validated-by-sc" TargetMode="External" Id="rId15" /><Relationship Type="http://schemas.openxmlformats.org/officeDocument/2006/relationships/hyperlink" Target="https://www.tescoplc.com/media/ky0bfwpo/tesco_ar25_interactive.pdf" TargetMode="External" Id="rId23" /><Relationship Type="http://schemas.openxmlformats.org/officeDocument/2006/relationships/footer" Target="footer1.xml" Id="rId28" /><Relationship Type="http://schemas.openxmlformats.org/officeDocument/2006/relationships/endnotes" Target="endnotes.xml" Id="rId10" /><Relationship Type="http://schemas.openxmlformats.org/officeDocument/2006/relationships/hyperlink" Target="https://www.kantar.com/uki/inspiration/fmcg/2025-wp-health-heat-and-higher-prices-shape-grocery-spend" TargetMode="Externa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businesstats.com/grocery-market-share-in-the-united-kingdom-uk/" TargetMode="External" Id="rId14" /><Relationship Type="http://schemas.openxmlformats.org/officeDocument/2006/relationships/hyperlink" Target="https://sustainabilitymag.com/articles/yellow-labels-how-tesco-rescued-60-million-meals" TargetMode="External" Id="rId22" /><Relationship Type="http://schemas.openxmlformats.org/officeDocument/2006/relationships/hyperlink" Target="https://www.wrap.ngo/" TargetMode="External" Id="rId27" /><Relationship Type="http://schemas.openxmlformats.org/officeDocument/2006/relationships/theme" Target="theme/theme1.xml" Id="rI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4" ma:contentTypeDescription="Create a new document." ma:contentTypeScope="" ma:versionID="b55924cc2c48e2519fcf9b8c101c060b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292062b7b6af66039d97a281272a23a2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191EDB-DD56-4BF8-B92E-4B6B4613FF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5fc47-eb9b-4e12-9db8-9c54afcdd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0CEB41-A75A-4547-A5F6-82C07F20C0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86E835-E128-43D9-9F59-3F3F74A954E6}">
  <ds:schemaRefs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3a45fc47-eb9b-4e12-9db8-9c54afcdd495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Jeet Dineshkumar Patel (2532588)</lastModifiedBy>
  <revision>4</revision>
  <lastPrinted>2026-08-11T22:54:00.0000000Z</lastPrinted>
  <dcterms:created xsi:type="dcterms:W3CDTF">2026-08-11T22:55:00.0000000Z</dcterms:created>
  <dcterms:modified xsi:type="dcterms:W3CDTF">2026-08-12T11:27:46.6505842Z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0x010100726380AC60170645A0935717CAD1D47D</vt:lpwstr>
  </property>
</Properties>
</file>