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92433" w14:textId="77777777" w:rsidR="00707749" w:rsidRDefault="00000000">
      <w:pPr>
        <w:pStyle w:val="Heading1"/>
      </w:pPr>
      <w:r>
        <w:t>✈️ Travel the World While Boosting Your Career – with Funding Available! 🌍</w:t>
      </w:r>
    </w:p>
    <w:p w14:paraId="16853E31" w14:textId="77777777" w:rsidR="00F170A6" w:rsidRDefault="00F170A6"/>
    <w:p w14:paraId="32272688" w14:textId="717DF026" w:rsidR="00707749" w:rsidRDefault="00000000">
      <w:r>
        <w:t xml:space="preserve">Ever dreamed of taking your studies global? 🌎 With UWTSD </w:t>
      </w:r>
      <w:r w:rsidR="00F170A6">
        <w:t>International</w:t>
      </w:r>
      <w:r>
        <w:t xml:space="preserve"> Opportunities, you can gain international experience </w:t>
      </w:r>
      <w:r w:rsidR="00F170A6">
        <w:t>next</w:t>
      </w:r>
      <w:r>
        <w:t xml:space="preserve"> summer — and with funding support available for travel and living costs, it’s more affordable than ever!</w:t>
      </w:r>
      <w:r>
        <w:br/>
      </w:r>
      <w:r>
        <w:br/>
        <w:t>Check out the exciting opportunities for Summer 2026 👇</w:t>
      </w:r>
    </w:p>
    <w:p w14:paraId="22FDF04C" w14:textId="77777777" w:rsidR="00707749" w:rsidRDefault="00000000">
      <w:pPr>
        <w:pStyle w:val="Heading2"/>
      </w:pPr>
      <w:r>
        <w:t>🍁 Camp Kodiak, Canada</w:t>
      </w:r>
    </w:p>
    <w:p w14:paraId="02F852A1" w14:textId="77777777" w:rsidR="00707749" w:rsidRDefault="00000000">
      <w:r>
        <w:t>A unique summer camp for children &amp; teens with &amp; without learning differences (LD, ADHD, ASD Level 1).</w:t>
      </w:r>
      <w:r>
        <w:br/>
        <w:t>📅 19 June – 17 August 2026</w:t>
      </w:r>
      <w:r>
        <w:br/>
        <w:t>💰 Paid placement (meals &amp; accommodation included)</w:t>
      </w:r>
      <w:r>
        <w:br/>
        <w:t>🔗 Applications open 10 October 2025</w:t>
      </w:r>
      <w:r>
        <w:br/>
        <w:t>👉 Apply to Camp Kodiak</w:t>
      </w:r>
      <w:r>
        <w:br/>
        <w:t>💬 “Best summer ever—I grew in confidence and made lifelong friends while supporting amazing young people.” – Former UWTSD Student</w:t>
      </w:r>
    </w:p>
    <w:p w14:paraId="0B8694C0" w14:textId="77777777" w:rsidR="00707749" w:rsidRDefault="00000000">
      <w:pPr>
        <w:pStyle w:val="Heading2"/>
      </w:pPr>
      <w:r>
        <w:t>🌆 Absolute Internship</w:t>
      </w:r>
    </w:p>
    <w:p w14:paraId="45054E50" w14:textId="77777777" w:rsidR="00707749" w:rsidRDefault="00000000">
      <w:r>
        <w:t>Launch your career with international internships in industries from Fashion 👗 to Engineering ⚙️, Marketing 📈 to Law ⚖️.</w:t>
      </w:r>
      <w:r>
        <w:br/>
      </w:r>
      <w:r>
        <w:br/>
        <w:t>✨ NEW for 2026 – 2 Week Programmes</w:t>
      </w:r>
      <w:r>
        <w:br/>
        <w:t>📍 Seoul (K-POP &amp; Fashion) | Barcelona (Business &amp; Innovation)</w:t>
      </w:r>
      <w:r>
        <w:br/>
        <w:t>📅 27 June – 11 July 2026</w:t>
      </w:r>
      <w:r>
        <w:br/>
        <w:t>💰 £2,219 (accommodation, programme, visits included – flights &amp; meals extra)</w:t>
      </w:r>
      <w:r>
        <w:br/>
      </w:r>
      <w:r>
        <w:br/>
        <w:t>🌍 1–3 Month Internships</w:t>
      </w:r>
      <w:r>
        <w:br/>
        <w:t>📍 Global cities like London, Tokyo, Paris, Singapore &amp; New York</w:t>
      </w:r>
      <w:r>
        <w:br/>
        <w:t>💰 £3,500–£6,000 (includes accommodation, placement, cultural activities &amp; career workshops)</w:t>
      </w:r>
      <w:r>
        <w:br/>
        <w:t>👉 Explore Absolute Internship</w:t>
      </w:r>
      <w:r>
        <w:br/>
        <w:t>💬 “My internship abroad gave me global insight and professional confidence—life-changing!”</w:t>
      </w:r>
    </w:p>
    <w:p w14:paraId="779A253F" w14:textId="77777777" w:rsidR="00707749" w:rsidRDefault="00000000">
      <w:pPr>
        <w:pStyle w:val="Heading2"/>
      </w:pPr>
      <w:r>
        <w:lastRenderedPageBreak/>
        <w:t>🌺 Think Pacific Expeditions &amp; Internships</w:t>
      </w:r>
    </w:p>
    <w:p w14:paraId="6F93DCC4" w14:textId="77777777" w:rsidR="00707749" w:rsidRDefault="00000000">
      <w:r>
        <w:t>Make an impact while exploring the South Pacific &amp; Asia!</w:t>
      </w:r>
      <w:r>
        <w:br/>
      </w:r>
      <w:r>
        <w:br/>
        <w:t>🌴 1-Month Expeditions</w:t>
      </w:r>
      <w:r>
        <w:br/>
        <w:t>📍 Fiji (£2,145) | Bali (£1,895) | Thailand (£1,895)</w:t>
      </w:r>
      <w:r>
        <w:br/>
        <w:t>🌱 Youth empowerment, education, sustainability, sports, mental health &amp; more</w:t>
      </w:r>
      <w:r>
        <w:br/>
      </w:r>
      <w:r>
        <w:br/>
        <w:t>⏳ NEW 14-Day Projects</w:t>
      </w:r>
      <w:r>
        <w:br/>
        <w:t>📍 Bali &amp; Thailand (£1,200 all-inclusive)</w:t>
      </w:r>
      <w:r>
        <w:br/>
      </w:r>
      <w:r>
        <w:br/>
        <w:t>Fiji Projects (1-month Expedition: £2,145)</w:t>
      </w:r>
      <w:r>
        <w:br/>
        <w:t>• Youth Empowerment Projects (covering public health, mental health, sports development, environment, and enterprise)</w:t>
      </w:r>
      <w:r>
        <w:br/>
        <w:t>• Global Team Internships</w:t>
      </w:r>
      <w:r>
        <w:br/>
        <w:t>• Community Build Project</w:t>
      </w:r>
      <w:r>
        <w:br/>
        <w:t>• Sports Development Projects</w:t>
      </w:r>
      <w:r>
        <w:br/>
        <w:t>• Mental Health Projects</w:t>
      </w:r>
      <w:r>
        <w:br/>
      </w:r>
      <w:r>
        <w:br/>
        <w:t>Bali Projects (1-month: £1,895)</w:t>
      </w:r>
      <w:r>
        <w:br/>
        <w:t>• Global Team Internship</w:t>
      </w:r>
      <w:r>
        <w:br/>
        <w:t>• Education Project</w:t>
      </w:r>
      <w:r>
        <w:br/>
        <w:t>• Mental Health Project</w:t>
      </w:r>
      <w:r>
        <w:br/>
      </w:r>
      <w:r>
        <w:br/>
        <w:t>Thailand Projects (1-month: £1,895)</w:t>
      </w:r>
      <w:r>
        <w:br/>
        <w:t>👉 Join Think Pacific</w:t>
      </w:r>
      <w:r>
        <w:br/>
        <w:t>💬 “Think Pacific gave me the chance to contribute to real community projects and grow my career skills.”</w:t>
      </w:r>
    </w:p>
    <w:p w14:paraId="16894736" w14:textId="77777777" w:rsidR="00707749" w:rsidRDefault="00000000">
      <w:pPr>
        <w:pStyle w:val="Heading2"/>
      </w:pPr>
      <w:r>
        <w:t>📚 Copenhagen Business School (CBS)</w:t>
      </w:r>
    </w:p>
    <w:p w14:paraId="2B7DADC6" w14:textId="77777777" w:rsidR="00707749" w:rsidRDefault="00000000">
      <w:r>
        <w:t>Study at one of Europe’s leading business schools while living in Copenhagen!</w:t>
      </w:r>
      <w:r>
        <w:br/>
      </w:r>
      <w:r>
        <w:br/>
        <w:t>📚 3-week or 6-week courses (7.5 ECTS each)</w:t>
      </w:r>
      <w:r>
        <w:br/>
        <w:t>📅 June – July 2026</w:t>
      </w:r>
      <w:r>
        <w:br/>
        <w:t>🌍 Gain credit + cultural experiences in Denmark</w:t>
      </w:r>
      <w:r>
        <w:br/>
        <w:t>👉 Discover CBS Summer University</w:t>
      </w:r>
    </w:p>
    <w:p w14:paraId="0F803F87" w14:textId="77777777" w:rsidR="00707749" w:rsidRDefault="00000000">
      <w:pPr>
        <w:pStyle w:val="Heading2"/>
      </w:pPr>
      <w:r>
        <w:t>✅ Ready to Go Global?</w:t>
      </w:r>
    </w:p>
    <w:p w14:paraId="4611D32B" w14:textId="787B6250" w:rsidR="00707749" w:rsidRDefault="00000000">
      <w:r>
        <w:t>Don’t miss your chance to travel, grow, and gain experience this summer — with financial support available through UWTSD!</w:t>
      </w:r>
      <w:r>
        <w:br/>
        <w:t xml:space="preserve">👉 Contact the </w:t>
      </w:r>
      <w:r w:rsidR="00F170A6">
        <w:t xml:space="preserve">International </w:t>
      </w:r>
      <w:r>
        <w:t xml:space="preserve">Opportunities Team today for advice on funding and </w:t>
      </w:r>
      <w:r>
        <w:lastRenderedPageBreak/>
        <w:t>applications.</w:t>
      </w:r>
      <w:r>
        <w:br/>
        <w:t xml:space="preserve">✉️ </w:t>
      </w:r>
      <w:hyperlink r:id="rId6" w:history="1">
        <w:r w:rsidR="00F170A6" w:rsidRPr="00732A3D">
          <w:rPr>
            <w:rStyle w:val="Hyperlink"/>
          </w:rPr>
          <w:t>goglobal@uwtsd.ac.uk</w:t>
        </w:r>
      </w:hyperlink>
    </w:p>
    <w:p w14:paraId="449C9190" w14:textId="67E2D8AA" w:rsidR="00F170A6" w:rsidRPr="00F170A6" w:rsidRDefault="00F170A6" w:rsidP="00F170A6">
      <w:pPr>
        <w:rPr>
          <w:lang w:val="en-GB"/>
        </w:rPr>
      </w:pPr>
      <w:r w:rsidRPr="00F170A6">
        <w:rPr>
          <w:lang w:val="en-GB"/>
        </w:rPr>
        <w:drawing>
          <wp:inline distT="0" distB="0" distL="0" distR="0" wp14:anchorId="6797C63A" wp14:editId="15DA9D8F">
            <wp:extent cx="1943100" cy="1943100"/>
            <wp:effectExtent l="0" t="0" r="0" b="0"/>
            <wp:docPr id="406152424" name="Picture 2" descr="Qr code on a sc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152424" name="Picture 2" descr="Qr code on a scree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F2600" w14:textId="77777777" w:rsidR="00F170A6" w:rsidRDefault="00F170A6"/>
    <w:p w14:paraId="7B8FFD91" w14:textId="77777777" w:rsidR="00F170A6" w:rsidRDefault="00F170A6"/>
    <w:p w14:paraId="78521B4C" w14:textId="77777777" w:rsidR="00F170A6" w:rsidRPr="00F170A6" w:rsidRDefault="00F170A6" w:rsidP="00F170A6">
      <w:pPr>
        <w:rPr>
          <w:lang w:val="en-GB"/>
        </w:rPr>
      </w:pPr>
      <w:r w:rsidRPr="00F170A6">
        <w:rPr>
          <w:rFonts w:ascii="Segoe UI Emoji" w:hAnsi="Segoe UI Emoji" w:cs="Segoe UI Emoji"/>
          <w:lang w:val="en-GB"/>
        </w:rPr>
        <w:t>✈️</w:t>
      </w:r>
      <w:r w:rsidRPr="00F170A6">
        <w:rPr>
          <w:lang w:val="en-GB"/>
        </w:rPr>
        <w:t xml:space="preserve"> </w:t>
      </w:r>
      <w:proofErr w:type="spellStart"/>
      <w:r w:rsidRPr="00F170A6">
        <w:rPr>
          <w:b/>
          <w:bCs/>
          <w:lang w:val="en-GB"/>
        </w:rPr>
        <w:t>Teithio’r</w:t>
      </w:r>
      <w:proofErr w:type="spellEnd"/>
      <w:r w:rsidRPr="00F170A6">
        <w:rPr>
          <w:b/>
          <w:bCs/>
          <w:lang w:val="en-GB"/>
        </w:rPr>
        <w:t xml:space="preserve"> </w:t>
      </w:r>
      <w:proofErr w:type="spellStart"/>
      <w:r w:rsidRPr="00F170A6">
        <w:rPr>
          <w:b/>
          <w:bCs/>
          <w:lang w:val="en-GB"/>
        </w:rPr>
        <w:t>Byd</w:t>
      </w:r>
      <w:proofErr w:type="spellEnd"/>
      <w:r w:rsidRPr="00F170A6">
        <w:rPr>
          <w:b/>
          <w:bCs/>
          <w:lang w:val="en-GB"/>
        </w:rPr>
        <w:t xml:space="preserve"> </w:t>
      </w:r>
      <w:proofErr w:type="spellStart"/>
      <w:r w:rsidRPr="00F170A6">
        <w:rPr>
          <w:b/>
          <w:bCs/>
          <w:lang w:val="en-GB"/>
        </w:rPr>
        <w:t>wrth</w:t>
      </w:r>
      <w:proofErr w:type="spellEnd"/>
      <w:r w:rsidRPr="00F170A6">
        <w:rPr>
          <w:b/>
          <w:bCs/>
          <w:lang w:val="en-GB"/>
        </w:rPr>
        <w:t xml:space="preserve"> </w:t>
      </w:r>
      <w:proofErr w:type="spellStart"/>
      <w:r w:rsidRPr="00F170A6">
        <w:rPr>
          <w:b/>
          <w:bCs/>
          <w:lang w:val="en-GB"/>
        </w:rPr>
        <w:t>Hybu’ch</w:t>
      </w:r>
      <w:proofErr w:type="spellEnd"/>
      <w:r w:rsidRPr="00F170A6">
        <w:rPr>
          <w:b/>
          <w:bCs/>
          <w:lang w:val="en-GB"/>
        </w:rPr>
        <w:t xml:space="preserve"> </w:t>
      </w:r>
      <w:proofErr w:type="spellStart"/>
      <w:r w:rsidRPr="00F170A6">
        <w:rPr>
          <w:b/>
          <w:bCs/>
          <w:lang w:val="en-GB"/>
        </w:rPr>
        <w:t>Gyrfa</w:t>
      </w:r>
      <w:proofErr w:type="spellEnd"/>
      <w:r w:rsidRPr="00F170A6">
        <w:rPr>
          <w:b/>
          <w:bCs/>
          <w:lang w:val="en-GB"/>
        </w:rPr>
        <w:t xml:space="preserve"> – </w:t>
      </w:r>
      <w:proofErr w:type="spellStart"/>
      <w:r w:rsidRPr="00F170A6">
        <w:rPr>
          <w:b/>
          <w:bCs/>
          <w:lang w:val="en-GB"/>
        </w:rPr>
        <w:t>gyda</w:t>
      </w:r>
      <w:proofErr w:type="spellEnd"/>
      <w:r w:rsidRPr="00F170A6">
        <w:rPr>
          <w:b/>
          <w:bCs/>
          <w:lang w:val="en-GB"/>
        </w:rPr>
        <w:t xml:space="preserve"> </w:t>
      </w:r>
      <w:proofErr w:type="spellStart"/>
      <w:r w:rsidRPr="00F170A6">
        <w:rPr>
          <w:b/>
          <w:bCs/>
          <w:lang w:val="en-GB"/>
        </w:rPr>
        <w:t>Chyllid</w:t>
      </w:r>
      <w:proofErr w:type="spellEnd"/>
      <w:r w:rsidRPr="00F170A6">
        <w:rPr>
          <w:b/>
          <w:bCs/>
          <w:lang w:val="en-GB"/>
        </w:rPr>
        <w:t xml:space="preserve"> </w:t>
      </w:r>
      <w:proofErr w:type="spellStart"/>
      <w:r w:rsidRPr="00F170A6">
        <w:rPr>
          <w:b/>
          <w:bCs/>
          <w:lang w:val="en-GB"/>
        </w:rPr>
        <w:t>ar</w:t>
      </w:r>
      <w:proofErr w:type="spellEnd"/>
      <w:r w:rsidRPr="00F170A6">
        <w:rPr>
          <w:b/>
          <w:bCs/>
          <w:lang w:val="en-GB"/>
        </w:rPr>
        <w:t xml:space="preserve"> Gael!</w:t>
      </w:r>
      <w:r w:rsidRPr="00F170A6">
        <w:rPr>
          <w:lang w:val="en-GB"/>
        </w:rPr>
        <w:t xml:space="preserve"> </w:t>
      </w:r>
      <w:r w:rsidRPr="00F170A6">
        <w:rPr>
          <w:rFonts w:ascii="Segoe UI Emoji" w:hAnsi="Segoe UI Emoji" w:cs="Segoe UI Emoji"/>
          <w:lang w:val="en-GB"/>
        </w:rPr>
        <w:t>🌍</w:t>
      </w:r>
    </w:p>
    <w:p w14:paraId="00EE245B" w14:textId="77777777" w:rsidR="00F170A6" w:rsidRPr="00F170A6" w:rsidRDefault="00F170A6" w:rsidP="00F170A6">
      <w:pPr>
        <w:rPr>
          <w:lang w:val="en-GB"/>
        </w:rPr>
      </w:pPr>
      <w:r w:rsidRPr="00F170A6">
        <w:rPr>
          <w:lang w:val="en-GB"/>
        </w:rPr>
        <w:t xml:space="preserve">Wedi </w:t>
      </w:r>
      <w:proofErr w:type="spellStart"/>
      <w:r w:rsidRPr="00F170A6">
        <w:rPr>
          <w:lang w:val="en-GB"/>
        </w:rPr>
        <w:t>breuddwydio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erioed</w:t>
      </w:r>
      <w:proofErr w:type="spellEnd"/>
      <w:r w:rsidRPr="00F170A6">
        <w:rPr>
          <w:lang w:val="en-GB"/>
        </w:rPr>
        <w:t xml:space="preserve"> am </w:t>
      </w:r>
      <w:proofErr w:type="spellStart"/>
      <w:r w:rsidRPr="00F170A6">
        <w:rPr>
          <w:lang w:val="en-GB"/>
        </w:rPr>
        <w:t>fynd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â’ch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astudiaethau’n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fyd-eang</w:t>
      </w:r>
      <w:proofErr w:type="spellEnd"/>
      <w:r w:rsidRPr="00F170A6">
        <w:rPr>
          <w:lang w:val="en-GB"/>
        </w:rPr>
        <w:t xml:space="preserve">? </w:t>
      </w:r>
      <w:r w:rsidRPr="00F170A6">
        <w:rPr>
          <w:rFonts w:ascii="Segoe UI Emoji" w:hAnsi="Segoe UI Emoji" w:cs="Segoe UI Emoji"/>
          <w:lang w:val="en-GB"/>
        </w:rPr>
        <w:t>🌎</w:t>
      </w:r>
      <w:r w:rsidRPr="00F170A6">
        <w:rPr>
          <w:lang w:val="en-GB"/>
        </w:rPr>
        <w:t xml:space="preserve"> Gyda </w:t>
      </w:r>
      <w:proofErr w:type="spellStart"/>
      <w:r w:rsidRPr="00F170A6">
        <w:rPr>
          <w:lang w:val="en-GB"/>
        </w:rPr>
        <w:t>Chyfleoedd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Rhyngwladol</w:t>
      </w:r>
      <w:proofErr w:type="spellEnd"/>
      <w:r w:rsidRPr="00F170A6">
        <w:rPr>
          <w:lang w:val="en-GB"/>
        </w:rPr>
        <w:t xml:space="preserve"> UWTSD, </w:t>
      </w:r>
      <w:proofErr w:type="spellStart"/>
      <w:r w:rsidRPr="00F170A6">
        <w:rPr>
          <w:lang w:val="en-GB"/>
        </w:rPr>
        <w:t>gallwch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ennill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profiad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rhyngwladol</w:t>
      </w:r>
      <w:proofErr w:type="spellEnd"/>
      <w:r w:rsidRPr="00F170A6">
        <w:rPr>
          <w:lang w:val="en-GB"/>
        </w:rPr>
        <w:t xml:space="preserve"> yr </w:t>
      </w:r>
      <w:proofErr w:type="spellStart"/>
      <w:r w:rsidRPr="00F170A6">
        <w:rPr>
          <w:lang w:val="en-GB"/>
        </w:rPr>
        <w:t>haf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nesaf</w:t>
      </w:r>
      <w:proofErr w:type="spellEnd"/>
      <w:r w:rsidRPr="00F170A6">
        <w:rPr>
          <w:lang w:val="en-GB"/>
        </w:rPr>
        <w:t xml:space="preserve"> — ac, </w:t>
      </w:r>
      <w:proofErr w:type="spellStart"/>
      <w:r w:rsidRPr="00F170A6">
        <w:rPr>
          <w:lang w:val="en-GB"/>
        </w:rPr>
        <w:t>gyda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chefnogaeth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ariannol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ar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gael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ar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gyfer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costau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teithio</w:t>
      </w:r>
      <w:proofErr w:type="spellEnd"/>
      <w:r w:rsidRPr="00F170A6">
        <w:rPr>
          <w:lang w:val="en-GB"/>
        </w:rPr>
        <w:t xml:space="preserve"> a </w:t>
      </w:r>
      <w:proofErr w:type="spellStart"/>
      <w:r w:rsidRPr="00F170A6">
        <w:rPr>
          <w:lang w:val="en-GB"/>
        </w:rPr>
        <w:t>byw</w:t>
      </w:r>
      <w:proofErr w:type="spellEnd"/>
      <w:r w:rsidRPr="00F170A6">
        <w:rPr>
          <w:lang w:val="en-GB"/>
        </w:rPr>
        <w:t xml:space="preserve">, </w:t>
      </w:r>
      <w:proofErr w:type="spellStart"/>
      <w:r w:rsidRPr="00F170A6">
        <w:rPr>
          <w:lang w:val="en-GB"/>
        </w:rPr>
        <w:t>mae’n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fwy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fforddiadwy</w:t>
      </w:r>
      <w:proofErr w:type="spellEnd"/>
      <w:r w:rsidRPr="00F170A6">
        <w:rPr>
          <w:lang w:val="en-GB"/>
        </w:rPr>
        <w:t xml:space="preserve"> nag </w:t>
      </w:r>
      <w:proofErr w:type="spellStart"/>
      <w:r w:rsidRPr="00F170A6">
        <w:rPr>
          <w:lang w:val="en-GB"/>
        </w:rPr>
        <w:t>erioed</w:t>
      </w:r>
      <w:proofErr w:type="spellEnd"/>
      <w:r w:rsidRPr="00F170A6">
        <w:rPr>
          <w:lang w:val="en-GB"/>
        </w:rPr>
        <w:t>!</w:t>
      </w:r>
    </w:p>
    <w:p w14:paraId="4AF56058" w14:textId="77777777" w:rsidR="00F170A6" w:rsidRPr="00F170A6" w:rsidRDefault="00F170A6" w:rsidP="00F170A6">
      <w:pPr>
        <w:rPr>
          <w:lang w:val="en-GB"/>
        </w:rPr>
      </w:pPr>
      <w:proofErr w:type="spellStart"/>
      <w:r w:rsidRPr="00F170A6">
        <w:rPr>
          <w:lang w:val="en-GB"/>
        </w:rPr>
        <w:t>Edrychwch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ar</w:t>
      </w:r>
      <w:proofErr w:type="spellEnd"/>
      <w:r w:rsidRPr="00F170A6">
        <w:rPr>
          <w:lang w:val="en-GB"/>
        </w:rPr>
        <w:t xml:space="preserve"> y </w:t>
      </w:r>
      <w:proofErr w:type="spellStart"/>
      <w:r w:rsidRPr="00F170A6">
        <w:rPr>
          <w:lang w:val="en-GB"/>
        </w:rPr>
        <w:t>cyfleoedd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cyffrous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ar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gyfer</w:t>
      </w:r>
      <w:proofErr w:type="spellEnd"/>
      <w:r w:rsidRPr="00F170A6">
        <w:rPr>
          <w:lang w:val="en-GB"/>
        </w:rPr>
        <w:t xml:space="preserve"> Haf 2026 </w:t>
      </w:r>
      <w:r w:rsidRPr="00F170A6">
        <w:rPr>
          <w:rFonts w:ascii="Segoe UI Emoji" w:hAnsi="Segoe UI Emoji" w:cs="Segoe UI Emoji"/>
          <w:lang w:val="en-GB"/>
        </w:rPr>
        <w:t>👇</w:t>
      </w:r>
    </w:p>
    <w:p w14:paraId="427DED08" w14:textId="77777777" w:rsidR="00F170A6" w:rsidRPr="00F170A6" w:rsidRDefault="00F170A6" w:rsidP="00F170A6">
      <w:pPr>
        <w:rPr>
          <w:lang w:val="en-GB"/>
        </w:rPr>
      </w:pPr>
      <w:r w:rsidRPr="00F170A6">
        <w:rPr>
          <w:lang w:val="en-GB"/>
        </w:rPr>
        <w:pict w14:anchorId="77A14A9C">
          <v:rect id="_x0000_i1062" style="width:0;height:1.5pt" o:hralign="center" o:hrstd="t" o:hr="t" fillcolor="#a0a0a0" stroked="f"/>
        </w:pict>
      </w:r>
    </w:p>
    <w:p w14:paraId="73FB21C5" w14:textId="77777777" w:rsidR="00F170A6" w:rsidRPr="00F170A6" w:rsidRDefault="00F170A6" w:rsidP="00F170A6">
      <w:pPr>
        <w:rPr>
          <w:lang w:val="en-GB"/>
        </w:rPr>
      </w:pPr>
      <w:r w:rsidRPr="00F170A6">
        <w:rPr>
          <w:rFonts w:ascii="Segoe UI Emoji" w:hAnsi="Segoe UI Emoji" w:cs="Segoe UI Emoji"/>
          <w:lang w:val="en-GB"/>
        </w:rPr>
        <w:t>🍁</w:t>
      </w:r>
      <w:r w:rsidRPr="00F170A6">
        <w:rPr>
          <w:lang w:val="en-GB"/>
        </w:rPr>
        <w:t xml:space="preserve"> </w:t>
      </w:r>
      <w:r w:rsidRPr="00F170A6">
        <w:rPr>
          <w:b/>
          <w:bCs/>
          <w:lang w:val="en-GB"/>
        </w:rPr>
        <w:t>Camp Kodiak, Canada</w:t>
      </w:r>
      <w:r w:rsidRPr="00F170A6">
        <w:rPr>
          <w:lang w:val="en-GB"/>
        </w:rPr>
        <w:br/>
      </w:r>
      <w:proofErr w:type="spellStart"/>
      <w:r w:rsidRPr="00F170A6">
        <w:rPr>
          <w:lang w:val="en-GB"/>
        </w:rPr>
        <w:t>Gwersyll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haf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unigryw</w:t>
      </w:r>
      <w:proofErr w:type="spellEnd"/>
      <w:r w:rsidRPr="00F170A6">
        <w:rPr>
          <w:lang w:val="en-GB"/>
        </w:rPr>
        <w:t xml:space="preserve"> i </w:t>
      </w:r>
      <w:proofErr w:type="spellStart"/>
      <w:r w:rsidRPr="00F170A6">
        <w:rPr>
          <w:lang w:val="en-GB"/>
        </w:rPr>
        <w:t>blant</w:t>
      </w:r>
      <w:proofErr w:type="spellEnd"/>
      <w:r w:rsidRPr="00F170A6">
        <w:rPr>
          <w:lang w:val="en-GB"/>
        </w:rPr>
        <w:t xml:space="preserve"> a </w:t>
      </w:r>
      <w:proofErr w:type="spellStart"/>
      <w:r w:rsidRPr="00F170A6">
        <w:rPr>
          <w:lang w:val="en-GB"/>
        </w:rPr>
        <w:t>phobl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ifanc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gyda</w:t>
      </w:r>
      <w:proofErr w:type="spellEnd"/>
      <w:r w:rsidRPr="00F170A6">
        <w:rPr>
          <w:lang w:val="en-GB"/>
        </w:rPr>
        <w:t xml:space="preserve"> neu </w:t>
      </w:r>
      <w:proofErr w:type="spellStart"/>
      <w:r w:rsidRPr="00F170A6">
        <w:rPr>
          <w:lang w:val="en-GB"/>
        </w:rPr>
        <w:t>heb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wahaniaethau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dysgu</w:t>
      </w:r>
      <w:proofErr w:type="spellEnd"/>
      <w:r w:rsidRPr="00F170A6">
        <w:rPr>
          <w:lang w:val="en-GB"/>
        </w:rPr>
        <w:t xml:space="preserve"> (LD, ADHD, ASD </w:t>
      </w:r>
      <w:proofErr w:type="spellStart"/>
      <w:r w:rsidRPr="00F170A6">
        <w:rPr>
          <w:lang w:val="en-GB"/>
        </w:rPr>
        <w:t>Lefel</w:t>
      </w:r>
      <w:proofErr w:type="spellEnd"/>
      <w:r w:rsidRPr="00F170A6">
        <w:rPr>
          <w:lang w:val="en-GB"/>
        </w:rPr>
        <w:t xml:space="preserve"> 1).</w:t>
      </w:r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📅</w:t>
      </w:r>
      <w:r w:rsidRPr="00F170A6">
        <w:rPr>
          <w:lang w:val="en-GB"/>
        </w:rPr>
        <w:t xml:space="preserve"> 19 </w:t>
      </w:r>
      <w:proofErr w:type="spellStart"/>
      <w:r w:rsidRPr="00F170A6">
        <w:rPr>
          <w:lang w:val="en-GB"/>
        </w:rPr>
        <w:t>Mehefin</w:t>
      </w:r>
      <w:proofErr w:type="spellEnd"/>
      <w:r w:rsidRPr="00F170A6">
        <w:rPr>
          <w:lang w:val="en-GB"/>
        </w:rPr>
        <w:t xml:space="preserve"> – 17 Awst 2026</w:t>
      </w:r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💰</w:t>
      </w:r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Lleoliad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taledig</w:t>
      </w:r>
      <w:proofErr w:type="spellEnd"/>
      <w:r w:rsidRPr="00F170A6">
        <w:rPr>
          <w:lang w:val="en-GB"/>
        </w:rPr>
        <w:t xml:space="preserve"> (</w:t>
      </w:r>
      <w:proofErr w:type="spellStart"/>
      <w:r w:rsidRPr="00F170A6">
        <w:rPr>
          <w:lang w:val="en-GB"/>
        </w:rPr>
        <w:t>prydau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bwyd</w:t>
      </w:r>
      <w:proofErr w:type="spellEnd"/>
      <w:r w:rsidRPr="00F170A6">
        <w:rPr>
          <w:lang w:val="en-GB"/>
        </w:rPr>
        <w:t xml:space="preserve"> a </w:t>
      </w:r>
      <w:proofErr w:type="spellStart"/>
      <w:r w:rsidRPr="00F170A6">
        <w:rPr>
          <w:lang w:val="en-GB"/>
        </w:rPr>
        <w:t>llety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wedi’u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cynnwys</w:t>
      </w:r>
      <w:proofErr w:type="spellEnd"/>
      <w:r w:rsidRPr="00F170A6">
        <w:rPr>
          <w:lang w:val="en-GB"/>
        </w:rPr>
        <w:t>)</w:t>
      </w:r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🔗</w:t>
      </w:r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Ceisiadau’n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agor</w:t>
      </w:r>
      <w:proofErr w:type="spellEnd"/>
      <w:r w:rsidRPr="00F170A6">
        <w:rPr>
          <w:lang w:val="en-GB"/>
        </w:rPr>
        <w:t xml:space="preserve"> 10 Hydref 2025</w:t>
      </w:r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👉</w:t>
      </w:r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Gwnewch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gais</w:t>
      </w:r>
      <w:proofErr w:type="spellEnd"/>
      <w:r w:rsidRPr="00F170A6">
        <w:rPr>
          <w:lang w:val="en-GB"/>
        </w:rPr>
        <w:t xml:space="preserve"> i Camp Kodiak</w:t>
      </w:r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💬</w:t>
      </w:r>
      <w:r w:rsidRPr="00F170A6">
        <w:rPr>
          <w:lang w:val="en-GB"/>
        </w:rPr>
        <w:t xml:space="preserve"> “Haf </w:t>
      </w:r>
      <w:proofErr w:type="spellStart"/>
      <w:r w:rsidRPr="00F170A6">
        <w:rPr>
          <w:lang w:val="en-GB"/>
        </w:rPr>
        <w:t>gorau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erioed</w:t>
      </w:r>
      <w:proofErr w:type="spellEnd"/>
      <w:r w:rsidRPr="00F170A6">
        <w:rPr>
          <w:lang w:val="en-GB"/>
        </w:rPr>
        <w:t>—</w:t>
      </w:r>
      <w:proofErr w:type="spellStart"/>
      <w:r w:rsidRPr="00F170A6">
        <w:rPr>
          <w:lang w:val="en-GB"/>
        </w:rPr>
        <w:t>tyfais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mewn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hyder</w:t>
      </w:r>
      <w:proofErr w:type="spellEnd"/>
      <w:r w:rsidRPr="00F170A6">
        <w:rPr>
          <w:lang w:val="en-GB"/>
        </w:rPr>
        <w:t xml:space="preserve"> a </w:t>
      </w:r>
      <w:proofErr w:type="spellStart"/>
      <w:r w:rsidRPr="00F170A6">
        <w:rPr>
          <w:lang w:val="en-GB"/>
        </w:rPr>
        <w:t>wnes</w:t>
      </w:r>
      <w:proofErr w:type="spellEnd"/>
      <w:r w:rsidRPr="00F170A6">
        <w:rPr>
          <w:lang w:val="en-GB"/>
        </w:rPr>
        <w:t xml:space="preserve"> i </w:t>
      </w:r>
      <w:proofErr w:type="spellStart"/>
      <w:r w:rsidRPr="00F170A6">
        <w:rPr>
          <w:lang w:val="en-GB"/>
        </w:rPr>
        <w:t>ffrindiau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oes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wrth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gefnogi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pobl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ifanc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anhygoel</w:t>
      </w:r>
      <w:proofErr w:type="spellEnd"/>
      <w:r w:rsidRPr="00F170A6">
        <w:rPr>
          <w:lang w:val="en-GB"/>
        </w:rPr>
        <w:t>.” – Cyn-</w:t>
      </w:r>
      <w:proofErr w:type="spellStart"/>
      <w:r w:rsidRPr="00F170A6">
        <w:rPr>
          <w:lang w:val="en-GB"/>
        </w:rPr>
        <w:t>fyfyriwr</w:t>
      </w:r>
      <w:proofErr w:type="spellEnd"/>
      <w:r w:rsidRPr="00F170A6">
        <w:rPr>
          <w:lang w:val="en-GB"/>
        </w:rPr>
        <w:t xml:space="preserve"> UWTSD</w:t>
      </w:r>
    </w:p>
    <w:p w14:paraId="044B88EB" w14:textId="77777777" w:rsidR="00F170A6" w:rsidRPr="00F170A6" w:rsidRDefault="00F170A6" w:rsidP="00F170A6">
      <w:pPr>
        <w:rPr>
          <w:lang w:val="en-GB"/>
        </w:rPr>
      </w:pPr>
      <w:r w:rsidRPr="00F170A6">
        <w:rPr>
          <w:lang w:val="en-GB"/>
        </w:rPr>
        <w:pict w14:anchorId="01B8316C">
          <v:rect id="_x0000_i1063" style="width:0;height:1.5pt" o:hralign="center" o:hrstd="t" o:hr="t" fillcolor="#a0a0a0" stroked="f"/>
        </w:pict>
      </w:r>
    </w:p>
    <w:p w14:paraId="60D046B5" w14:textId="77777777" w:rsidR="00F170A6" w:rsidRPr="00F170A6" w:rsidRDefault="00F170A6" w:rsidP="00F170A6">
      <w:pPr>
        <w:rPr>
          <w:lang w:val="en-GB"/>
        </w:rPr>
      </w:pPr>
      <w:r w:rsidRPr="00F170A6">
        <w:rPr>
          <w:rFonts w:ascii="Segoe UI Emoji" w:hAnsi="Segoe UI Emoji" w:cs="Segoe UI Emoji"/>
          <w:lang w:val="en-GB"/>
        </w:rPr>
        <w:t>🌆</w:t>
      </w:r>
      <w:r w:rsidRPr="00F170A6">
        <w:rPr>
          <w:lang w:val="en-GB"/>
        </w:rPr>
        <w:t xml:space="preserve"> </w:t>
      </w:r>
      <w:r w:rsidRPr="00F170A6">
        <w:rPr>
          <w:b/>
          <w:bCs/>
          <w:lang w:val="en-GB"/>
        </w:rPr>
        <w:t>Absolute Internship</w:t>
      </w:r>
      <w:r w:rsidRPr="00F170A6">
        <w:rPr>
          <w:lang w:val="en-GB"/>
        </w:rPr>
        <w:br/>
      </w:r>
      <w:proofErr w:type="spellStart"/>
      <w:r w:rsidRPr="00F170A6">
        <w:rPr>
          <w:lang w:val="en-GB"/>
        </w:rPr>
        <w:t>Cychwynwch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eich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gyrfa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gyda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interniaethau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rhyngwladol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mewn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diwydiannau</w:t>
      </w:r>
      <w:proofErr w:type="spellEnd"/>
      <w:r w:rsidRPr="00F170A6">
        <w:rPr>
          <w:lang w:val="en-GB"/>
        </w:rPr>
        <w:t xml:space="preserve"> o </w:t>
      </w:r>
      <w:proofErr w:type="spellStart"/>
      <w:r w:rsidRPr="00F170A6">
        <w:rPr>
          <w:lang w:val="en-GB"/>
        </w:rPr>
        <w:t>Ffasiwn</w:t>
      </w:r>
      <w:proofErr w:type="spellEnd"/>
      <w:r w:rsidRPr="00F170A6">
        <w:rPr>
          <w:lang w:val="en-GB"/>
        </w:rPr>
        <w:t xml:space="preserve"> </w:t>
      </w:r>
      <w:r w:rsidRPr="00F170A6">
        <w:rPr>
          <w:rFonts w:ascii="Segoe UI Emoji" w:hAnsi="Segoe UI Emoji" w:cs="Segoe UI Emoji"/>
          <w:lang w:val="en-GB"/>
        </w:rPr>
        <w:t>👗</w:t>
      </w:r>
      <w:r w:rsidRPr="00F170A6">
        <w:rPr>
          <w:lang w:val="en-GB"/>
        </w:rPr>
        <w:t xml:space="preserve"> i </w:t>
      </w:r>
      <w:proofErr w:type="spellStart"/>
      <w:r w:rsidRPr="00F170A6">
        <w:rPr>
          <w:lang w:val="en-GB"/>
        </w:rPr>
        <w:t>Beirianneg</w:t>
      </w:r>
      <w:proofErr w:type="spellEnd"/>
      <w:r w:rsidRPr="00F170A6">
        <w:rPr>
          <w:lang w:val="en-GB"/>
        </w:rPr>
        <w:t xml:space="preserve"> </w:t>
      </w:r>
      <w:r w:rsidRPr="00F170A6">
        <w:rPr>
          <w:rFonts w:ascii="Segoe UI Emoji" w:hAnsi="Segoe UI Emoji" w:cs="Segoe UI Emoji"/>
          <w:lang w:val="en-GB"/>
        </w:rPr>
        <w:t>⚙️</w:t>
      </w:r>
      <w:r w:rsidRPr="00F170A6">
        <w:rPr>
          <w:lang w:val="en-GB"/>
        </w:rPr>
        <w:t xml:space="preserve">, </w:t>
      </w:r>
      <w:proofErr w:type="spellStart"/>
      <w:r w:rsidRPr="00F170A6">
        <w:rPr>
          <w:lang w:val="en-GB"/>
        </w:rPr>
        <w:t>Marchnata</w:t>
      </w:r>
      <w:proofErr w:type="spellEnd"/>
      <w:r w:rsidRPr="00F170A6">
        <w:rPr>
          <w:lang w:val="en-GB"/>
        </w:rPr>
        <w:t xml:space="preserve"> </w:t>
      </w:r>
      <w:r w:rsidRPr="00F170A6">
        <w:rPr>
          <w:rFonts w:ascii="Segoe UI Emoji" w:hAnsi="Segoe UI Emoji" w:cs="Segoe UI Emoji"/>
          <w:lang w:val="en-GB"/>
        </w:rPr>
        <w:t>📈</w:t>
      </w:r>
      <w:r w:rsidRPr="00F170A6">
        <w:rPr>
          <w:lang w:val="en-GB"/>
        </w:rPr>
        <w:t xml:space="preserve"> i </w:t>
      </w:r>
      <w:proofErr w:type="spellStart"/>
      <w:r w:rsidRPr="00F170A6">
        <w:rPr>
          <w:lang w:val="en-GB"/>
        </w:rPr>
        <w:t>Gyfraith</w:t>
      </w:r>
      <w:proofErr w:type="spellEnd"/>
      <w:r w:rsidRPr="00F170A6">
        <w:rPr>
          <w:lang w:val="en-GB"/>
        </w:rPr>
        <w:t xml:space="preserve"> </w:t>
      </w:r>
      <w:r w:rsidRPr="00F170A6">
        <w:rPr>
          <w:rFonts w:ascii="Segoe UI Emoji" w:hAnsi="Segoe UI Emoji" w:cs="Segoe UI Emoji"/>
          <w:lang w:val="en-GB"/>
        </w:rPr>
        <w:t>⚖️</w:t>
      </w:r>
      <w:r w:rsidRPr="00F170A6">
        <w:rPr>
          <w:lang w:val="en-GB"/>
        </w:rPr>
        <w:t>.</w:t>
      </w:r>
    </w:p>
    <w:p w14:paraId="31357575" w14:textId="77777777" w:rsidR="00F170A6" w:rsidRPr="00F170A6" w:rsidRDefault="00F170A6" w:rsidP="00F170A6">
      <w:pPr>
        <w:rPr>
          <w:lang w:val="en-GB"/>
        </w:rPr>
      </w:pPr>
      <w:r w:rsidRPr="00F170A6">
        <w:rPr>
          <w:rFonts w:ascii="Segoe UI Emoji" w:hAnsi="Segoe UI Emoji" w:cs="Segoe UI Emoji"/>
          <w:lang w:val="en-GB"/>
        </w:rPr>
        <w:lastRenderedPageBreak/>
        <w:t>✨</w:t>
      </w:r>
      <w:r w:rsidRPr="00F170A6">
        <w:rPr>
          <w:lang w:val="en-GB"/>
        </w:rPr>
        <w:t xml:space="preserve"> </w:t>
      </w:r>
      <w:r w:rsidRPr="00F170A6">
        <w:rPr>
          <w:b/>
          <w:bCs/>
          <w:lang w:val="en-GB"/>
        </w:rPr>
        <w:t xml:space="preserve">NEWYDD </w:t>
      </w:r>
      <w:proofErr w:type="spellStart"/>
      <w:r w:rsidRPr="00F170A6">
        <w:rPr>
          <w:b/>
          <w:bCs/>
          <w:lang w:val="en-GB"/>
        </w:rPr>
        <w:t>ar</w:t>
      </w:r>
      <w:proofErr w:type="spellEnd"/>
      <w:r w:rsidRPr="00F170A6">
        <w:rPr>
          <w:b/>
          <w:bCs/>
          <w:lang w:val="en-GB"/>
        </w:rPr>
        <w:t xml:space="preserve"> </w:t>
      </w:r>
      <w:proofErr w:type="spellStart"/>
      <w:r w:rsidRPr="00F170A6">
        <w:rPr>
          <w:b/>
          <w:bCs/>
          <w:lang w:val="en-GB"/>
        </w:rPr>
        <w:t>gyfer</w:t>
      </w:r>
      <w:proofErr w:type="spellEnd"/>
      <w:r w:rsidRPr="00F170A6">
        <w:rPr>
          <w:b/>
          <w:bCs/>
          <w:lang w:val="en-GB"/>
        </w:rPr>
        <w:t xml:space="preserve"> 2026 – </w:t>
      </w:r>
      <w:proofErr w:type="spellStart"/>
      <w:r w:rsidRPr="00F170A6">
        <w:rPr>
          <w:b/>
          <w:bCs/>
          <w:lang w:val="en-GB"/>
        </w:rPr>
        <w:t>Rhaglenni</w:t>
      </w:r>
      <w:proofErr w:type="spellEnd"/>
      <w:r w:rsidRPr="00F170A6">
        <w:rPr>
          <w:b/>
          <w:bCs/>
          <w:lang w:val="en-GB"/>
        </w:rPr>
        <w:t xml:space="preserve"> 2 </w:t>
      </w:r>
      <w:proofErr w:type="spellStart"/>
      <w:r w:rsidRPr="00F170A6">
        <w:rPr>
          <w:b/>
          <w:bCs/>
          <w:lang w:val="en-GB"/>
        </w:rPr>
        <w:t>Wythnos</w:t>
      </w:r>
      <w:proofErr w:type="spellEnd"/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📍</w:t>
      </w:r>
      <w:r w:rsidRPr="00F170A6">
        <w:rPr>
          <w:lang w:val="en-GB"/>
        </w:rPr>
        <w:t xml:space="preserve"> Seoul (K-POP &amp; </w:t>
      </w:r>
      <w:proofErr w:type="spellStart"/>
      <w:r w:rsidRPr="00F170A6">
        <w:rPr>
          <w:lang w:val="en-GB"/>
        </w:rPr>
        <w:t>Ffasiwn</w:t>
      </w:r>
      <w:proofErr w:type="spellEnd"/>
      <w:r w:rsidRPr="00F170A6">
        <w:rPr>
          <w:lang w:val="en-GB"/>
        </w:rPr>
        <w:t>) | Barcelona (</w:t>
      </w:r>
      <w:proofErr w:type="spellStart"/>
      <w:r w:rsidRPr="00F170A6">
        <w:rPr>
          <w:lang w:val="en-GB"/>
        </w:rPr>
        <w:t>Busnes</w:t>
      </w:r>
      <w:proofErr w:type="spellEnd"/>
      <w:r w:rsidRPr="00F170A6">
        <w:rPr>
          <w:lang w:val="en-GB"/>
        </w:rPr>
        <w:t xml:space="preserve"> ac </w:t>
      </w:r>
      <w:proofErr w:type="spellStart"/>
      <w:r w:rsidRPr="00F170A6">
        <w:rPr>
          <w:lang w:val="en-GB"/>
        </w:rPr>
        <w:t>Arloesedd</w:t>
      </w:r>
      <w:proofErr w:type="spellEnd"/>
      <w:r w:rsidRPr="00F170A6">
        <w:rPr>
          <w:lang w:val="en-GB"/>
        </w:rPr>
        <w:t>)</w:t>
      </w:r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📅</w:t>
      </w:r>
      <w:r w:rsidRPr="00F170A6">
        <w:rPr>
          <w:lang w:val="en-GB"/>
        </w:rPr>
        <w:t xml:space="preserve"> 27 </w:t>
      </w:r>
      <w:proofErr w:type="spellStart"/>
      <w:r w:rsidRPr="00F170A6">
        <w:rPr>
          <w:lang w:val="en-GB"/>
        </w:rPr>
        <w:t>Mehefin</w:t>
      </w:r>
      <w:proofErr w:type="spellEnd"/>
      <w:r w:rsidRPr="00F170A6">
        <w:rPr>
          <w:lang w:val="en-GB"/>
        </w:rPr>
        <w:t xml:space="preserve"> – 11 </w:t>
      </w:r>
      <w:proofErr w:type="spellStart"/>
      <w:r w:rsidRPr="00F170A6">
        <w:rPr>
          <w:lang w:val="en-GB"/>
        </w:rPr>
        <w:t>Gorffennaf</w:t>
      </w:r>
      <w:proofErr w:type="spellEnd"/>
      <w:r w:rsidRPr="00F170A6">
        <w:rPr>
          <w:lang w:val="en-GB"/>
        </w:rPr>
        <w:t xml:space="preserve"> 2026</w:t>
      </w:r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💰</w:t>
      </w:r>
      <w:r w:rsidRPr="00F170A6">
        <w:rPr>
          <w:lang w:val="en-GB"/>
        </w:rPr>
        <w:t xml:space="preserve"> £2,219 (</w:t>
      </w:r>
      <w:proofErr w:type="spellStart"/>
      <w:r w:rsidRPr="00F170A6">
        <w:rPr>
          <w:lang w:val="en-GB"/>
        </w:rPr>
        <w:t>llety</w:t>
      </w:r>
      <w:proofErr w:type="spellEnd"/>
      <w:r w:rsidRPr="00F170A6">
        <w:rPr>
          <w:lang w:val="en-GB"/>
        </w:rPr>
        <w:t xml:space="preserve">, </w:t>
      </w:r>
      <w:proofErr w:type="spellStart"/>
      <w:r w:rsidRPr="00F170A6">
        <w:rPr>
          <w:lang w:val="en-GB"/>
        </w:rPr>
        <w:t>rhaglen</w:t>
      </w:r>
      <w:proofErr w:type="spellEnd"/>
      <w:r w:rsidRPr="00F170A6">
        <w:rPr>
          <w:lang w:val="en-GB"/>
        </w:rPr>
        <w:t xml:space="preserve">, </w:t>
      </w:r>
      <w:proofErr w:type="spellStart"/>
      <w:r w:rsidRPr="00F170A6">
        <w:rPr>
          <w:lang w:val="en-GB"/>
        </w:rPr>
        <w:t>ymweliadau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wedi’u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cynnwys</w:t>
      </w:r>
      <w:proofErr w:type="spellEnd"/>
      <w:r w:rsidRPr="00F170A6">
        <w:rPr>
          <w:lang w:val="en-GB"/>
        </w:rPr>
        <w:t xml:space="preserve"> – </w:t>
      </w:r>
      <w:proofErr w:type="spellStart"/>
      <w:r w:rsidRPr="00F170A6">
        <w:rPr>
          <w:lang w:val="en-GB"/>
        </w:rPr>
        <w:t>hediadau</w:t>
      </w:r>
      <w:proofErr w:type="spellEnd"/>
      <w:r w:rsidRPr="00F170A6">
        <w:rPr>
          <w:lang w:val="en-GB"/>
        </w:rPr>
        <w:t xml:space="preserve"> a </w:t>
      </w:r>
      <w:proofErr w:type="spellStart"/>
      <w:r w:rsidRPr="00F170A6">
        <w:rPr>
          <w:lang w:val="en-GB"/>
        </w:rPr>
        <w:t>phrydau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bwyd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yn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ychwanegol</w:t>
      </w:r>
      <w:proofErr w:type="spellEnd"/>
      <w:r w:rsidRPr="00F170A6">
        <w:rPr>
          <w:lang w:val="en-GB"/>
        </w:rPr>
        <w:t>)</w:t>
      </w:r>
    </w:p>
    <w:p w14:paraId="6AE7CBF7" w14:textId="77777777" w:rsidR="00F170A6" w:rsidRPr="00F170A6" w:rsidRDefault="00F170A6" w:rsidP="00F170A6">
      <w:pPr>
        <w:rPr>
          <w:lang w:val="en-GB"/>
        </w:rPr>
      </w:pPr>
      <w:r w:rsidRPr="00F170A6">
        <w:rPr>
          <w:rFonts w:ascii="Segoe UI Emoji" w:hAnsi="Segoe UI Emoji" w:cs="Segoe UI Emoji"/>
          <w:lang w:val="en-GB"/>
        </w:rPr>
        <w:t>🌍</w:t>
      </w:r>
      <w:r w:rsidRPr="00F170A6">
        <w:rPr>
          <w:lang w:val="en-GB"/>
        </w:rPr>
        <w:t xml:space="preserve"> </w:t>
      </w:r>
      <w:proofErr w:type="spellStart"/>
      <w:r w:rsidRPr="00F170A6">
        <w:rPr>
          <w:b/>
          <w:bCs/>
          <w:lang w:val="en-GB"/>
        </w:rPr>
        <w:t>Interniaethau</w:t>
      </w:r>
      <w:proofErr w:type="spellEnd"/>
      <w:r w:rsidRPr="00F170A6">
        <w:rPr>
          <w:b/>
          <w:bCs/>
          <w:lang w:val="en-GB"/>
        </w:rPr>
        <w:t xml:space="preserve"> 1–3 Mis</w:t>
      </w:r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📍</w:t>
      </w:r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Dinasoedd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byd-eang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fel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Llundain</w:t>
      </w:r>
      <w:proofErr w:type="spellEnd"/>
      <w:r w:rsidRPr="00F170A6">
        <w:rPr>
          <w:lang w:val="en-GB"/>
        </w:rPr>
        <w:t>, Tokyo, Paris, Singapore a Efrog Newydd</w:t>
      </w:r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💰</w:t>
      </w:r>
      <w:r w:rsidRPr="00F170A6">
        <w:rPr>
          <w:lang w:val="en-GB"/>
        </w:rPr>
        <w:t xml:space="preserve"> £3,500–£6,000 (</w:t>
      </w:r>
      <w:proofErr w:type="spellStart"/>
      <w:r w:rsidRPr="00F170A6">
        <w:rPr>
          <w:lang w:val="en-GB"/>
        </w:rPr>
        <w:t>yn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cynnwys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llety</w:t>
      </w:r>
      <w:proofErr w:type="spellEnd"/>
      <w:r w:rsidRPr="00F170A6">
        <w:rPr>
          <w:lang w:val="en-GB"/>
        </w:rPr>
        <w:t xml:space="preserve">, </w:t>
      </w:r>
      <w:proofErr w:type="spellStart"/>
      <w:r w:rsidRPr="00F170A6">
        <w:rPr>
          <w:lang w:val="en-GB"/>
        </w:rPr>
        <w:t>lleoliad</w:t>
      </w:r>
      <w:proofErr w:type="spellEnd"/>
      <w:r w:rsidRPr="00F170A6">
        <w:rPr>
          <w:lang w:val="en-GB"/>
        </w:rPr>
        <w:t xml:space="preserve">, </w:t>
      </w:r>
      <w:proofErr w:type="spellStart"/>
      <w:r w:rsidRPr="00F170A6">
        <w:rPr>
          <w:lang w:val="en-GB"/>
        </w:rPr>
        <w:t>gweithgareddau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diwylliannol</w:t>
      </w:r>
      <w:proofErr w:type="spellEnd"/>
      <w:r w:rsidRPr="00F170A6">
        <w:rPr>
          <w:lang w:val="en-GB"/>
        </w:rPr>
        <w:t xml:space="preserve"> a </w:t>
      </w:r>
      <w:proofErr w:type="spellStart"/>
      <w:r w:rsidRPr="00F170A6">
        <w:rPr>
          <w:lang w:val="en-GB"/>
        </w:rPr>
        <w:t>gweithdai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gyrfa</w:t>
      </w:r>
      <w:proofErr w:type="spellEnd"/>
      <w:r w:rsidRPr="00F170A6">
        <w:rPr>
          <w:lang w:val="en-GB"/>
        </w:rPr>
        <w:t>)</w:t>
      </w:r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👉</w:t>
      </w:r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Archwiliwch</w:t>
      </w:r>
      <w:proofErr w:type="spellEnd"/>
      <w:r w:rsidRPr="00F170A6">
        <w:rPr>
          <w:lang w:val="en-GB"/>
        </w:rPr>
        <w:t xml:space="preserve"> Absolute Internship</w:t>
      </w:r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💬</w:t>
      </w:r>
      <w:r w:rsidRPr="00F170A6">
        <w:rPr>
          <w:lang w:val="en-GB"/>
        </w:rPr>
        <w:t xml:space="preserve"> “</w:t>
      </w:r>
      <w:proofErr w:type="spellStart"/>
      <w:r w:rsidRPr="00F170A6">
        <w:rPr>
          <w:lang w:val="en-GB"/>
        </w:rPr>
        <w:t>Rhoddodd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fy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interniaeth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dramor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weledigaeth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fyd-eang</w:t>
      </w:r>
      <w:proofErr w:type="spellEnd"/>
      <w:r w:rsidRPr="00F170A6">
        <w:rPr>
          <w:lang w:val="en-GB"/>
        </w:rPr>
        <w:t xml:space="preserve"> a </w:t>
      </w:r>
      <w:proofErr w:type="spellStart"/>
      <w:r w:rsidRPr="00F170A6">
        <w:rPr>
          <w:lang w:val="en-GB"/>
        </w:rPr>
        <w:t>hyder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proffesiynol</w:t>
      </w:r>
      <w:proofErr w:type="spellEnd"/>
      <w:r w:rsidRPr="00F170A6">
        <w:rPr>
          <w:lang w:val="en-GB"/>
        </w:rPr>
        <w:t xml:space="preserve"> i mi—</w:t>
      </w:r>
      <w:proofErr w:type="spellStart"/>
      <w:r w:rsidRPr="00F170A6">
        <w:rPr>
          <w:lang w:val="en-GB"/>
        </w:rPr>
        <w:t>newid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bywyd</w:t>
      </w:r>
      <w:proofErr w:type="spellEnd"/>
      <w:r w:rsidRPr="00F170A6">
        <w:rPr>
          <w:lang w:val="en-GB"/>
        </w:rPr>
        <w:t>!”</w:t>
      </w:r>
    </w:p>
    <w:p w14:paraId="5988A0FD" w14:textId="77777777" w:rsidR="00F170A6" w:rsidRPr="00F170A6" w:rsidRDefault="00F170A6" w:rsidP="00F170A6">
      <w:pPr>
        <w:rPr>
          <w:lang w:val="en-GB"/>
        </w:rPr>
      </w:pPr>
      <w:r w:rsidRPr="00F170A6">
        <w:rPr>
          <w:lang w:val="en-GB"/>
        </w:rPr>
        <w:pict w14:anchorId="124C9B55">
          <v:rect id="_x0000_i1064" style="width:0;height:1.5pt" o:hralign="center" o:hrstd="t" o:hr="t" fillcolor="#a0a0a0" stroked="f"/>
        </w:pict>
      </w:r>
    </w:p>
    <w:p w14:paraId="6994F73A" w14:textId="77777777" w:rsidR="00F170A6" w:rsidRPr="00F170A6" w:rsidRDefault="00F170A6" w:rsidP="00F170A6">
      <w:pPr>
        <w:rPr>
          <w:lang w:val="en-GB"/>
        </w:rPr>
      </w:pPr>
      <w:r w:rsidRPr="00F170A6">
        <w:rPr>
          <w:rFonts w:ascii="Segoe UI Emoji" w:hAnsi="Segoe UI Emoji" w:cs="Segoe UI Emoji"/>
          <w:lang w:val="en-GB"/>
        </w:rPr>
        <w:t>🌺</w:t>
      </w:r>
      <w:r w:rsidRPr="00F170A6">
        <w:rPr>
          <w:lang w:val="en-GB"/>
        </w:rPr>
        <w:t xml:space="preserve"> </w:t>
      </w:r>
      <w:r w:rsidRPr="00F170A6">
        <w:rPr>
          <w:b/>
          <w:bCs/>
          <w:lang w:val="en-GB"/>
        </w:rPr>
        <w:t xml:space="preserve">Think Pacific – </w:t>
      </w:r>
      <w:proofErr w:type="spellStart"/>
      <w:r w:rsidRPr="00F170A6">
        <w:rPr>
          <w:b/>
          <w:bCs/>
          <w:lang w:val="en-GB"/>
        </w:rPr>
        <w:t>Anturiaethau</w:t>
      </w:r>
      <w:proofErr w:type="spellEnd"/>
      <w:r w:rsidRPr="00F170A6">
        <w:rPr>
          <w:b/>
          <w:bCs/>
          <w:lang w:val="en-GB"/>
        </w:rPr>
        <w:t xml:space="preserve"> ac </w:t>
      </w:r>
      <w:proofErr w:type="spellStart"/>
      <w:r w:rsidRPr="00F170A6">
        <w:rPr>
          <w:b/>
          <w:bCs/>
          <w:lang w:val="en-GB"/>
        </w:rPr>
        <w:t>Interniaethau</w:t>
      </w:r>
      <w:proofErr w:type="spellEnd"/>
      <w:r w:rsidRPr="00F170A6">
        <w:rPr>
          <w:lang w:val="en-GB"/>
        </w:rPr>
        <w:br/>
      </w:r>
      <w:proofErr w:type="spellStart"/>
      <w:r w:rsidRPr="00F170A6">
        <w:rPr>
          <w:lang w:val="en-GB"/>
        </w:rPr>
        <w:t>Gwnewch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effaith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wrth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archwilio’r</w:t>
      </w:r>
      <w:proofErr w:type="spellEnd"/>
      <w:r w:rsidRPr="00F170A6">
        <w:rPr>
          <w:lang w:val="en-GB"/>
        </w:rPr>
        <w:t xml:space="preserve"> De </w:t>
      </w:r>
      <w:proofErr w:type="spellStart"/>
      <w:r w:rsidRPr="00F170A6">
        <w:rPr>
          <w:lang w:val="en-GB"/>
        </w:rPr>
        <w:t>Môr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Tawel</w:t>
      </w:r>
      <w:proofErr w:type="spellEnd"/>
      <w:r w:rsidRPr="00F170A6">
        <w:rPr>
          <w:lang w:val="en-GB"/>
        </w:rPr>
        <w:t xml:space="preserve"> ac Asia!</w:t>
      </w:r>
    </w:p>
    <w:p w14:paraId="12DD6CCD" w14:textId="77777777" w:rsidR="00F170A6" w:rsidRPr="00F170A6" w:rsidRDefault="00F170A6" w:rsidP="00F170A6">
      <w:pPr>
        <w:rPr>
          <w:lang w:val="en-GB"/>
        </w:rPr>
      </w:pPr>
      <w:r w:rsidRPr="00F170A6">
        <w:rPr>
          <w:rFonts w:ascii="Segoe UI Emoji" w:hAnsi="Segoe UI Emoji" w:cs="Segoe UI Emoji"/>
          <w:lang w:val="en-GB"/>
        </w:rPr>
        <w:t>🌴</w:t>
      </w:r>
      <w:r w:rsidRPr="00F170A6">
        <w:rPr>
          <w:lang w:val="en-GB"/>
        </w:rPr>
        <w:t xml:space="preserve"> </w:t>
      </w:r>
      <w:proofErr w:type="spellStart"/>
      <w:r w:rsidRPr="00F170A6">
        <w:rPr>
          <w:b/>
          <w:bCs/>
          <w:lang w:val="en-GB"/>
        </w:rPr>
        <w:t>Anturiaethau</w:t>
      </w:r>
      <w:proofErr w:type="spellEnd"/>
      <w:r w:rsidRPr="00F170A6">
        <w:rPr>
          <w:b/>
          <w:bCs/>
          <w:lang w:val="en-GB"/>
        </w:rPr>
        <w:t xml:space="preserve"> 1 Mis</w:t>
      </w:r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📍</w:t>
      </w:r>
      <w:r w:rsidRPr="00F170A6">
        <w:rPr>
          <w:lang w:val="en-GB"/>
        </w:rPr>
        <w:t xml:space="preserve"> Fiji (£2,145) | Bali (£1,895) | </w:t>
      </w:r>
      <w:proofErr w:type="spellStart"/>
      <w:r w:rsidRPr="00F170A6">
        <w:rPr>
          <w:lang w:val="en-GB"/>
        </w:rPr>
        <w:t>Gwlad</w:t>
      </w:r>
      <w:proofErr w:type="spellEnd"/>
      <w:r w:rsidRPr="00F170A6">
        <w:rPr>
          <w:lang w:val="en-GB"/>
        </w:rPr>
        <w:t xml:space="preserve"> Thai (£1,895)</w:t>
      </w:r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🌱</w:t>
      </w:r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Grymuso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pobl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ifanc</w:t>
      </w:r>
      <w:proofErr w:type="spellEnd"/>
      <w:r w:rsidRPr="00F170A6">
        <w:rPr>
          <w:lang w:val="en-GB"/>
        </w:rPr>
        <w:t xml:space="preserve">, </w:t>
      </w:r>
      <w:proofErr w:type="spellStart"/>
      <w:r w:rsidRPr="00F170A6">
        <w:rPr>
          <w:lang w:val="en-GB"/>
        </w:rPr>
        <w:t>addysg</w:t>
      </w:r>
      <w:proofErr w:type="spellEnd"/>
      <w:r w:rsidRPr="00F170A6">
        <w:rPr>
          <w:lang w:val="en-GB"/>
        </w:rPr>
        <w:t xml:space="preserve">, </w:t>
      </w:r>
      <w:proofErr w:type="spellStart"/>
      <w:r w:rsidRPr="00F170A6">
        <w:rPr>
          <w:lang w:val="en-GB"/>
        </w:rPr>
        <w:t>cynaliadwyedd</w:t>
      </w:r>
      <w:proofErr w:type="spellEnd"/>
      <w:r w:rsidRPr="00F170A6">
        <w:rPr>
          <w:lang w:val="en-GB"/>
        </w:rPr>
        <w:t xml:space="preserve">, </w:t>
      </w:r>
      <w:proofErr w:type="spellStart"/>
      <w:r w:rsidRPr="00F170A6">
        <w:rPr>
          <w:lang w:val="en-GB"/>
        </w:rPr>
        <w:t>chwaraeon</w:t>
      </w:r>
      <w:proofErr w:type="spellEnd"/>
      <w:r w:rsidRPr="00F170A6">
        <w:rPr>
          <w:lang w:val="en-GB"/>
        </w:rPr>
        <w:t xml:space="preserve">, iechyd </w:t>
      </w:r>
      <w:proofErr w:type="spellStart"/>
      <w:r w:rsidRPr="00F170A6">
        <w:rPr>
          <w:lang w:val="en-GB"/>
        </w:rPr>
        <w:t>meddwl</w:t>
      </w:r>
      <w:proofErr w:type="spellEnd"/>
      <w:r w:rsidRPr="00F170A6">
        <w:rPr>
          <w:lang w:val="en-GB"/>
        </w:rPr>
        <w:t xml:space="preserve"> a </w:t>
      </w:r>
      <w:proofErr w:type="spellStart"/>
      <w:r w:rsidRPr="00F170A6">
        <w:rPr>
          <w:lang w:val="en-GB"/>
        </w:rPr>
        <w:t>mwy</w:t>
      </w:r>
      <w:proofErr w:type="spellEnd"/>
    </w:p>
    <w:p w14:paraId="53A3AA32" w14:textId="77777777" w:rsidR="00F170A6" w:rsidRPr="00F170A6" w:rsidRDefault="00F170A6" w:rsidP="00F170A6">
      <w:pPr>
        <w:rPr>
          <w:lang w:val="en-GB"/>
        </w:rPr>
      </w:pPr>
      <w:r w:rsidRPr="00F170A6">
        <w:rPr>
          <w:rFonts w:ascii="Segoe UI Emoji" w:hAnsi="Segoe UI Emoji" w:cs="Segoe UI Emoji"/>
          <w:lang w:val="en-GB"/>
        </w:rPr>
        <w:t>⏳</w:t>
      </w:r>
      <w:r w:rsidRPr="00F170A6">
        <w:rPr>
          <w:lang w:val="en-GB"/>
        </w:rPr>
        <w:t xml:space="preserve"> </w:t>
      </w:r>
      <w:r w:rsidRPr="00F170A6">
        <w:rPr>
          <w:b/>
          <w:bCs/>
          <w:lang w:val="en-GB"/>
        </w:rPr>
        <w:t xml:space="preserve">NEWYDD – </w:t>
      </w:r>
      <w:proofErr w:type="spellStart"/>
      <w:r w:rsidRPr="00F170A6">
        <w:rPr>
          <w:b/>
          <w:bCs/>
          <w:lang w:val="en-GB"/>
        </w:rPr>
        <w:t>Prosiectau</w:t>
      </w:r>
      <w:proofErr w:type="spellEnd"/>
      <w:r w:rsidRPr="00F170A6">
        <w:rPr>
          <w:b/>
          <w:bCs/>
          <w:lang w:val="en-GB"/>
        </w:rPr>
        <w:t xml:space="preserve"> 14 </w:t>
      </w:r>
      <w:proofErr w:type="spellStart"/>
      <w:r w:rsidRPr="00F170A6">
        <w:rPr>
          <w:b/>
          <w:bCs/>
          <w:lang w:val="en-GB"/>
        </w:rPr>
        <w:t>Diwrnod</w:t>
      </w:r>
      <w:proofErr w:type="spellEnd"/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📍</w:t>
      </w:r>
      <w:r w:rsidRPr="00F170A6">
        <w:rPr>
          <w:lang w:val="en-GB"/>
        </w:rPr>
        <w:t xml:space="preserve"> Bali a </w:t>
      </w:r>
      <w:proofErr w:type="spellStart"/>
      <w:r w:rsidRPr="00F170A6">
        <w:rPr>
          <w:lang w:val="en-GB"/>
        </w:rPr>
        <w:t>Gwlad</w:t>
      </w:r>
      <w:proofErr w:type="spellEnd"/>
      <w:r w:rsidRPr="00F170A6">
        <w:rPr>
          <w:lang w:val="en-GB"/>
        </w:rPr>
        <w:t xml:space="preserve"> Thai (£1,200 </w:t>
      </w:r>
      <w:proofErr w:type="spellStart"/>
      <w:r w:rsidRPr="00F170A6">
        <w:rPr>
          <w:lang w:val="en-GB"/>
        </w:rPr>
        <w:t>popeth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wedi’i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gynnwys</w:t>
      </w:r>
      <w:proofErr w:type="spellEnd"/>
      <w:r w:rsidRPr="00F170A6">
        <w:rPr>
          <w:lang w:val="en-GB"/>
        </w:rPr>
        <w:t>)</w:t>
      </w:r>
    </w:p>
    <w:p w14:paraId="48C52312" w14:textId="77777777" w:rsidR="00F170A6" w:rsidRPr="00F170A6" w:rsidRDefault="00F170A6" w:rsidP="00F170A6">
      <w:pPr>
        <w:rPr>
          <w:lang w:val="en-GB"/>
        </w:rPr>
      </w:pPr>
      <w:proofErr w:type="spellStart"/>
      <w:r w:rsidRPr="00F170A6">
        <w:rPr>
          <w:b/>
          <w:bCs/>
          <w:lang w:val="en-GB"/>
        </w:rPr>
        <w:t>Prosiectau</w:t>
      </w:r>
      <w:proofErr w:type="spellEnd"/>
      <w:r w:rsidRPr="00F170A6">
        <w:rPr>
          <w:b/>
          <w:bCs/>
          <w:lang w:val="en-GB"/>
        </w:rPr>
        <w:t xml:space="preserve"> Fiji</w:t>
      </w:r>
      <w:r w:rsidRPr="00F170A6">
        <w:rPr>
          <w:lang w:val="en-GB"/>
        </w:rPr>
        <w:t xml:space="preserve"> (</w:t>
      </w:r>
      <w:proofErr w:type="spellStart"/>
      <w:r w:rsidRPr="00F170A6">
        <w:rPr>
          <w:lang w:val="en-GB"/>
        </w:rPr>
        <w:t>Anturiaeth</w:t>
      </w:r>
      <w:proofErr w:type="spellEnd"/>
      <w:r w:rsidRPr="00F170A6">
        <w:rPr>
          <w:lang w:val="en-GB"/>
        </w:rPr>
        <w:t xml:space="preserve"> 1 mis: £2,145)</w:t>
      </w:r>
      <w:r w:rsidRPr="00F170A6">
        <w:rPr>
          <w:lang w:val="en-GB"/>
        </w:rPr>
        <w:br/>
        <w:t xml:space="preserve">• </w:t>
      </w:r>
      <w:proofErr w:type="spellStart"/>
      <w:r w:rsidRPr="00F170A6">
        <w:rPr>
          <w:lang w:val="en-GB"/>
        </w:rPr>
        <w:t>Prosiectau</w:t>
      </w:r>
      <w:proofErr w:type="spellEnd"/>
      <w:r w:rsidRPr="00F170A6">
        <w:rPr>
          <w:lang w:val="en-GB"/>
        </w:rPr>
        <w:t xml:space="preserve"> Grymuso </w:t>
      </w:r>
      <w:proofErr w:type="spellStart"/>
      <w:r w:rsidRPr="00F170A6">
        <w:rPr>
          <w:lang w:val="en-GB"/>
        </w:rPr>
        <w:t>Ieuenctid</w:t>
      </w:r>
      <w:proofErr w:type="spellEnd"/>
      <w:r w:rsidRPr="00F170A6">
        <w:rPr>
          <w:lang w:val="en-GB"/>
        </w:rPr>
        <w:t xml:space="preserve"> (</w:t>
      </w:r>
      <w:proofErr w:type="spellStart"/>
      <w:r w:rsidRPr="00F170A6">
        <w:rPr>
          <w:lang w:val="en-GB"/>
        </w:rPr>
        <w:t>yn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cwmpasu</w:t>
      </w:r>
      <w:proofErr w:type="spellEnd"/>
      <w:r w:rsidRPr="00F170A6">
        <w:rPr>
          <w:lang w:val="en-GB"/>
        </w:rPr>
        <w:t xml:space="preserve"> iechyd </w:t>
      </w:r>
      <w:proofErr w:type="spellStart"/>
      <w:r w:rsidRPr="00F170A6">
        <w:rPr>
          <w:lang w:val="en-GB"/>
        </w:rPr>
        <w:t>cyhoeddus</w:t>
      </w:r>
      <w:proofErr w:type="spellEnd"/>
      <w:r w:rsidRPr="00F170A6">
        <w:rPr>
          <w:lang w:val="en-GB"/>
        </w:rPr>
        <w:t xml:space="preserve">, iechyd </w:t>
      </w:r>
      <w:proofErr w:type="spellStart"/>
      <w:r w:rsidRPr="00F170A6">
        <w:rPr>
          <w:lang w:val="en-GB"/>
        </w:rPr>
        <w:t>meddwl</w:t>
      </w:r>
      <w:proofErr w:type="spellEnd"/>
      <w:r w:rsidRPr="00F170A6">
        <w:rPr>
          <w:lang w:val="en-GB"/>
        </w:rPr>
        <w:t xml:space="preserve">, </w:t>
      </w:r>
      <w:proofErr w:type="spellStart"/>
      <w:r w:rsidRPr="00F170A6">
        <w:rPr>
          <w:lang w:val="en-GB"/>
        </w:rPr>
        <w:t>datblygiad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chwaraeon</w:t>
      </w:r>
      <w:proofErr w:type="spellEnd"/>
      <w:r w:rsidRPr="00F170A6">
        <w:rPr>
          <w:lang w:val="en-GB"/>
        </w:rPr>
        <w:t xml:space="preserve">, yr </w:t>
      </w:r>
      <w:proofErr w:type="spellStart"/>
      <w:r w:rsidRPr="00F170A6">
        <w:rPr>
          <w:lang w:val="en-GB"/>
        </w:rPr>
        <w:t>amgylchedd</w:t>
      </w:r>
      <w:proofErr w:type="spellEnd"/>
      <w:r w:rsidRPr="00F170A6">
        <w:rPr>
          <w:lang w:val="en-GB"/>
        </w:rPr>
        <w:t xml:space="preserve"> a </w:t>
      </w:r>
      <w:proofErr w:type="spellStart"/>
      <w:r w:rsidRPr="00F170A6">
        <w:rPr>
          <w:lang w:val="en-GB"/>
        </w:rPr>
        <w:t>mentergarwch</w:t>
      </w:r>
      <w:proofErr w:type="spellEnd"/>
      <w:r w:rsidRPr="00F170A6">
        <w:rPr>
          <w:lang w:val="en-GB"/>
        </w:rPr>
        <w:t>)</w:t>
      </w:r>
      <w:r w:rsidRPr="00F170A6">
        <w:rPr>
          <w:lang w:val="en-GB"/>
        </w:rPr>
        <w:br/>
        <w:t xml:space="preserve">• </w:t>
      </w:r>
      <w:proofErr w:type="spellStart"/>
      <w:r w:rsidRPr="00F170A6">
        <w:rPr>
          <w:lang w:val="en-GB"/>
        </w:rPr>
        <w:t>Interniaethau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Tîm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Byd-eang</w:t>
      </w:r>
      <w:proofErr w:type="spellEnd"/>
      <w:r w:rsidRPr="00F170A6">
        <w:rPr>
          <w:lang w:val="en-GB"/>
        </w:rPr>
        <w:br/>
        <w:t xml:space="preserve">• </w:t>
      </w:r>
      <w:proofErr w:type="spellStart"/>
      <w:r w:rsidRPr="00F170A6">
        <w:rPr>
          <w:lang w:val="en-GB"/>
        </w:rPr>
        <w:t>Prosiect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Adeiladu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Cymunedol</w:t>
      </w:r>
      <w:proofErr w:type="spellEnd"/>
      <w:r w:rsidRPr="00F170A6">
        <w:rPr>
          <w:lang w:val="en-GB"/>
        </w:rPr>
        <w:br/>
        <w:t xml:space="preserve">• </w:t>
      </w:r>
      <w:proofErr w:type="spellStart"/>
      <w:r w:rsidRPr="00F170A6">
        <w:rPr>
          <w:lang w:val="en-GB"/>
        </w:rPr>
        <w:t>Prosiectau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Datblygu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Chwaraeon</w:t>
      </w:r>
      <w:proofErr w:type="spellEnd"/>
      <w:r w:rsidRPr="00F170A6">
        <w:rPr>
          <w:lang w:val="en-GB"/>
        </w:rPr>
        <w:br/>
        <w:t xml:space="preserve">• </w:t>
      </w:r>
      <w:proofErr w:type="spellStart"/>
      <w:r w:rsidRPr="00F170A6">
        <w:rPr>
          <w:lang w:val="en-GB"/>
        </w:rPr>
        <w:t>Prosiectau</w:t>
      </w:r>
      <w:proofErr w:type="spellEnd"/>
      <w:r w:rsidRPr="00F170A6">
        <w:rPr>
          <w:lang w:val="en-GB"/>
        </w:rPr>
        <w:t xml:space="preserve"> Iechyd </w:t>
      </w:r>
      <w:proofErr w:type="spellStart"/>
      <w:r w:rsidRPr="00F170A6">
        <w:rPr>
          <w:lang w:val="en-GB"/>
        </w:rPr>
        <w:t>Meddwl</w:t>
      </w:r>
      <w:proofErr w:type="spellEnd"/>
    </w:p>
    <w:p w14:paraId="4DDF3A63" w14:textId="77777777" w:rsidR="00F170A6" w:rsidRPr="00F170A6" w:rsidRDefault="00F170A6" w:rsidP="00F170A6">
      <w:pPr>
        <w:rPr>
          <w:lang w:val="en-GB"/>
        </w:rPr>
      </w:pPr>
      <w:proofErr w:type="spellStart"/>
      <w:r w:rsidRPr="00F170A6">
        <w:rPr>
          <w:b/>
          <w:bCs/>
          <w:lang w:val="en-GB"/>
        </w:rPr>
        <w:t>Prosiectau</w:t>
      </w:r>
      <w:proofErr w:type="spellEnd"/>
      <w:r w:rsidRPr="00F170A6">
        <w:rPr>
          <w:b/>
          <w:bCs/>
          <w:lang w:val="en-GB"/>
        </w:rPr>
        <w:t xml:space="preserve"> Bali</w:t>
      </w:r>
      <w:r w:rsidRPr="00F170A6">
        <w:rPr>
          <w:lang w:val="en-GB"/>
        </w:rPr>
        <w:t xml:space="preserve"> (1 mis: £1,895)</w:t>
      </w:r>
      <w:r w:rsidRPr="00F170A6">
        <w:rPr>
          <w:lang w:val="en-GB"/>
        </w:rPr>
        <w:br/>
        <w:t xml:space="preserve">• </w:t>
      </w:r>
      <w:proofErr w:type="spellStart"/>
      <w:r w:rsidRPr="00F170A6">
        <w:rPr>
          <w:lang w:val="en-GB"/>
        </w:rPr>
        <w:t>Interniaeth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Tîm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Byd-eang</w:t>
      </w:r>
      <w:proofErr w:type="spellEnd"/>
      <w:r w:rsidRPr="00F170A6">
        <w:rPr>
          <w:lang w:val="en-GB"/>
        </w:rPr>
        <w:br/>
        <w:t xml:space="preserve">• </w:t>
      </w:r>
      <w:proofErr w:type="spellStart"/>
      <w:r w:rsidRPr="00F170A6">
        <w:rPr>
          <w:lang w:val="en-GB"/>
        </w:rPr>
        <w:t>Prosiect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Addysg</w:t>
      </w:r>
      <w:proofErr w:type="spellEnd"/>
      <w:r w:rsidRPr="00F170A6">
        <w:rPr>
          <w:lang w:val="en-GB"/>
        </w:rPr>
        <w:br/>
        <w:t xml:space="preserve">• </w:t>
      </w:r>
      <w:proofErr w:type="spellStart"/>
      <w:r w:rsidRPr="00F170A6">
        <w:rPr>
          <w:lang w:val="en-GB"/>
        </w:rPr>
        <w:t>Prosiect</w:t>
      </w:r>
      <w:proofErr w:type="spellEnd"/>
      <w:r w:rsidRPr="00F170A6">
        <w:rPr>
          <w:lang w:val="en-GB"/>
        </w:rPr>
        <w:t xml:space="preserve"> Iechyd </w:t>
      </w:r>
      <w:proofErr w:type="spellStart"/>
      <w:r w:rsidRPr="00F170A6">
        <w:rPr>
          <w:lang w:val="en-GB"/>
        </w:rPr>
        <w:t>Meddwl</w:t>
      </w:r>
      <w:proofErr w:type="spellEnd"/>
    </w:p>
    <w:p w14:paraId="07CFC16F" w14:textId="77777777" w:rsidR="00F170A6" w:rsidRPr="00F170A6" w:rsidRDefault="00F170A6" w:rsidP="00F170A6">
      <w:pPr>
        <w:rPr>
          <w:lang w:val="en-GB"/>
        </w:rPr>
      </w:pPr>
      <w:proofErr w:type="spellStart"/>
      <w:r w:rsidRPr="00F170A6">
        <w:rPr>
          <w:b/>
          <w:bCs/>
          <w:lang w:val="en-GB"/>
        </w:rPr>
        <w:t>Prosiectau</w:t>
      </w:r>
      <w:proofErr w:type="spellEnd"/>
      <w:r w:rsidRPr="00F170A6">
        <w:rPr>
          <w:b/>
          <w:bCs/>
          <w:lang w:val="en-GB"/>
        </w:rPr>
        <w:t xml:space="preserve"> </w:t>
      </w:r>
      <w:proofErr w:type="spellStart"/>
      <w:r w:rsidRPr="00F170A6">
        <w:rPr>
          <w:b/>
          <w:bCs/>
          <w:lang w:val="en-GB"/>
        </w:rPr>
        <w:t>Gwlad</w:t>
      </w:r>
      <w:proofErr w:type="spellEnd"/>
      <w:r w:rsidRPr="00F170A6">
        <w:rPr>
          <w:b/>
          <w:bCs/>
          <w:lang w:val="en-GB"/>
        </w:rPr>
        <w:t xml:space="preserve"> Thai</w:t>
      </w:r>
      <w:r w:rsidRPr="00F170A6">
        <w:rPr>
          <w:lang w:val="en-GB"/>
        </w:rPr>
        <w:t xml:space="preserve"> (1 mis: £1,895)</w:t>
      </w:r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👉</w:t>
      </w:r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Ymunwch</w:t>
      </w:r>
      <w:proofErr w:type="spellEnd"/>
      <w:r w:rsidRPr="00F170A6">
        <w:rPr>
          <w:lang w:val="en-GB"/>
        </w:rPr>
        <w:t xml:space="preserve"> â Think Pacific</w:t>
      </w:r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💬</w:t>
      </w:r>
      <w:r w:rsidRPr="00F170A6">
        <w:rPr>
          <w:lang w:val="en-GB"/>
        </w:rPr>
        <w:t xml:space="preserve"> “</w:t>
      </w:r>
      <w:proofErr w:type="spellStart"/>
      <w:r w:rsidRPr="00F170A6">
        <w:rPr>
          <w:lang w:val="en-GB"/>
        </w:rPr>
        <w:t>Rhoddodd</w:t>
      </w:r>
      <w:proofErr w:type="spellEnd"/>
      <w:r w:rsidRPr="00F170A6">
        <w:rPr>
          <w:lang w:val="en-GB"/>
        </w:rPr>
        <w:t xml:space="preserve"> Think Pacific y </w:t>
      </w:r>
      <w:proofErr w:type="spellStart"/>
      <w:r w:rsidRPr="00F170A6">
        <w:rPr>
          <w:lang w:val="en-GB"/>
        </w:rPr>
        <w:t>cyfle</w:t>
      </w:r>
      <w:proofErr w:type="spellEnd"/>
      <w:r w:rsidRPr="00F170A6">
        <w:rPr>
          <w:lang w:val="en-GB"/>
        </w:rPr>
        <w:t xml:space="preserve"> i mi </w:t>
      </w:r>
      <w:proofErr w:type="spellStart"/>
      <w:r w:rsidRPr="00F170A6">
        <w:rPr>
          <w:lang w:val="en-GB"/>
        </w:rPr>
        <w:t>gyfrannu</w:t>
      </w:r>
      <w:proofErr w:type="spellEnd"/>
      <w:r w:rsidRPr="00F170A6">
        <w:rPr>
          <w:lang w:val="en-GB"/>
        </w:rPr>
        <w:t xml:space="preserve"> at </w:t>
      </w:r>
      <w:proofErr w:type="spellStart"/>
      <w:r w:rsidRPr="00F170A6">
        <w:rPr>
          <w:lang w:val="en-GB"/>
        </w:rPr>
        <w:t>brosiectau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cymunedol</w:t>
      </w:r>
      <w:proofErr w:type="spellEnd"/>
      <w:r w:rsidRPr="00F170A6">
        <w:rPr>
          <w:lang w:val="en-GB"/>
        </w:rPr>
        <w:t xml:space="preserve"> go </w:t>
      </w:r>
      <w:proofErr w:type="spellStart"/>
      <w:r w:rsidRPr="00F170A6">
        <w:rPr>
          <w:lang w:val="en-GB"/>
        </w:rPr>
        <w:t>iawn</w:t>
      </w:r>
      <w:proofErr w:type="spellEnd"/>
      <w:r w:rsidRPr="00F170A6">
        <w:rPr>
          <w:lang w:val="en-GB"/>
        </w:rPr>
        <w:t xml:space="preserve"> a </w:t>
      </w:r>
      <w:proofErr w:type="spellStart"/>
      <w:r w:rsidRPr="00F170A6">
        <w:rPr>
          <w:lang w:val="en-GB"/>
        </w:rPr>
        <w:t>datblygu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sgiliau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gyrfa</w:t>
      </w:r>
      <w:proofErr w:type="spellEnd"/>
      <w:r w:rsidRPr="00F170A6">
        <w:rPr>
          <w:lang w:val="en-GB"/>
        </w:rPr>
        <w:t>.”</w:t>
      </w:r>
    </w:p>
    <w:p w14:paraId="483C6E27" w14:textId="77777777" w:rsidR="00F170A6" w:rsidRPr="00F170A6" w:rsidRDefault="00F170A6" w:rsidP="00F170A6">
      <w:pPr>
        <w:rPr>
          <w:lang w:val="en-GB"/>
        </w:rPr>
      </w:pPr>
      <w:r w:rsidRPr="00F170A6">
        <w:rPr>
          <w:lang w:val="en-GB"/>
        </w:rPr>
        <w:lastRenderedPageBreak/>
        <w:pict w14:anchorId="1FEFCDF8">
          <v:rect id="_x0000_i1065" style="width:0;height:1.5pt" o:hralign="center" o:hrstd="t" o:hr="t" fillcolor="#a0a0a0" stroked="f"/>
        </w:pict>
      </w:r>
    </w:p>
    <w:p w14:paraId="515ABC29" w14:textId="77777777" w:rsidR="00F170A6" w:rsidRPr="00F170A6" w:rsidRDefault="00F170A6" w:rsidP="00F170A6">
      <w:pPr>
        <w:rPr>
          <w:lang w:val="en-GB"/>
        </w:rPr>
      </w:pPr>
      <w:r w:rsidRPr="00F170A6">
        <w:rPr>
          <w:rFonts w:ascii="Segoe UI Emoji" w:hAnsi="Segoe UI Emoji" w:cs="Segoe UI Emoji"/>
          <w:lang w:val="en-GB"/>
        </w:rPr>
        <w:t>📚</w:t>
      </w:r>
      <w:r w:rsidRPr="00F170A6">
        <w:rPr>
          <w:lang w:val="en-GB"/>
        </w:rPr>
        <w:t xml:space="preserve"> </w:t>
      </w:r>
      <w:r w:rsidRPr="00F170A6">
        <w:rPr>
          <w:b/>
          <w:bCs/>
          <w:lang w:val="en-GB"/>
        </w:rPr>
        <w:t xml:space="preserve">Ysgol </w:t>
      </w:r>
      <w:proofErr w:type="spellStart"/>
      <w:r w:rsidRPr="00F170A6">
        <w:rPr>
          <w:b/>
          <w:bCs/>
          <w:lang w:val="en-GB"/>
        </w:rPr>
        <w:t>Fusnes</w:t>
      </w:r>
      <w:proofErr w:type="spellEnd"/>
      <w:r w:rsidRPr="00F170A6">
        <w:rPr>
          <w:b/>
          <w:bCs/>
          <w:lang w:val="en-GB"/>
        </w:rPr>
        <w:t xml:space="preserve"> Copenhagen (CBS)</w:t>
      </w:r>
      <w:r w:rsidRPr="00F170A6">
        <w:rPr>
          <w:lang w:val="en-GB"/>
        </w:rPr>
        <w:br/>
      </w:r>
      <w:proofErr w:type="spellStart"/>
      <w:r w:rsidRPr="00F170A6">
        <w:rPr>
          <w:lang w:val="en-GB"/>
        </w:rPr>
        <w:t>Astudiaethwch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mewn</w:t>
      </w:r>
      <w:proofErr w:type="spellEnd"/>
      <w:r w:rsidRPr="00F170A6">
        <w:rPr>
          <w:lang w:val="en-GB"/>
        </w:rPr>
        <w:t xml:space="preserve"> un o </w:t>
      </w:r>
      <w:proofErr w:type="spellStart"/>
      <w:r w:rsidRPr="00F170A6">
        <w:rPr>
          <w:lang w:val="en-GB"/>
        </w:rPr>
        <w:t>ysgolion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busnes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blaenllaw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Ewrop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wrth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fyw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yng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Nghopenhagen</w:t>
      </w:r>
      <w:proofErr w:type="spellEnd"/>
      <w:r w:rsidRPr="00F170A6">
        <w:rPr>
          <w:lang w:val="en-GB"/>
        </w:rPr>
        <w:t>!</w:t>
      </w:r>
    </w:p>
    <w:p w14:paraId="20F1639D" w14:textId="77777777" w:rsidR="00F170A6" w:rsidRPr="00F170A6" w:rsidRDefault="00F170A6" w:rsidP="00F170A6">
      <w:pPr>
        <w:rPr>
          <w:lang w:val="en-GB"/>
        </w:rPr>
      </w:pPr>
      <w:r w:rsidRPr="00F170A6">
        <w:rPr>
          <w:rFonts w:ascii="Segoe UI Emoji" w:hAnsi="Segoe UI Emoji" w:cs="Segoe UI Emoji"/>
          <w:lang w:val="en-GB"/>
        </w:rPr>
        <w:t>📚</w:t>
      </w:r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Cyrsiau</w:t>
      </w:r>
      <w:proofErr w:type="spellEnd"/>
      <w:r w:rsidRPr="00F170A6">
        <w:rPr>
          <w:lang w:val="en-GB"/>
        </w:rPr>
        <w:t xml:space="preserve"> 3 </w:t>
      </w:r>
      <w:proofErr w:type="spellStart"/>
      <w:r w:rsidRPr="00F170A6">
        <w:rPr>
          <w:lang w:val="en-GB"/>
        </w:rPr>
        <w:t>wythnos</w:t>
      </w:r>
      <w:proofErr w:type="spellEnd"/>
      <w:r w:rsidRPr="00F170A6">
        <w:rPr>
          <w:lang w:val="en-GB"/>
        </w:rPr>
        <w:t xml:space="preserve"> neu 6 </w:t>
      </w:r>
      <w:proofErr w:type="spellStart"/>
      <w:r w:rsidRPr="00F170A6">
        <w:rPr>
          <w:lang w:val="en-GB"/>
        </w:rPr>
        <w:t>wythnos</w:t>
      </w:r>
      <w:proofErr w:type="spellEnd"/>
      <w:r w:rsidRPr="00F170A6">
        <w:rPr>
          <w:lang w:val="en-GB"/>
        </w:rPr>
        <w:t xml:space="preserve"> (7.5 ECTS yr un)</w:t>
      </w:r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📅</w:t>
      </w:r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Mehefin</w:t>
      </w:r>
      <w:proofErr w:type="spellEnd"/>
      <w:r w:rsidRPr="00F170A6">
        <w:rPr>
          <w:lang w:val="en-GB"/>
        </w:rPr>
        <w:t xml:space="preserve"> – </w:t>
      </w:r>
      <w:proofErr w:type="spellStart"/>
      <w:r w:rsidRPr="00F170A6">
        <w:rPr>
          <w:lang w:val="en-GB"/>
        </w:rPr>
        <w:t>Gorffennaf</w:t>
      </w:r>
      <w:proofErr w:type="spellEnd"/>
      <w:r w:rsidRPr="00F170A6">
        <w:rPr>
          <w:lang w:val="en-GB"/>
        </w:rPr>
        <w:t xml:space="preserve"> 2026</w:t>
      </w:r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🌍</w:t>
      </w:r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Ennill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credyd</w:t>
      </w:r>
      <w:proofErr w:type="spellEnd"/>
      <w:r w:rsidRPr="00F170A6">
        <w:rPr>
          <w:lang w:val="en-GB"/>
        </w:rPr>
        <w:t xml:space="preserve"> + </w:t>
      </w:r>
      <w:proofErr w:type="spellStart"/>
      <w:r w:rsidRPr="00F170A6">
        <w:rPr>
          <w:lang w:val="en-GB"/>
        </w:rPr>
        <w:t>profiadau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diwylliannol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yn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Nenmarc</w:t>
      </w:r>
      <w:proofErr w:type="spellEnd"/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👉</w:t>
      </w:r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Darganfyddwch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Brifysgol</w:t>
      </w:r>
      <w:proofErr w:type="spellEnd"/>
      <w:r w:rsidRPr="00F170A6">
        <w:rPr>
          <w:lang w:val="en-GB"/>
        </w:rPr>
        <w:t xml:space="preserve"> Haf CBS</w:t>
      </w:r>
    </w:p>
    <w:p w14:paraId="67873508" w14:textId="77777777" w:rsidR="00F170A6" w:rsidRPr="00F170A6" w:rsidRDefault="00F170A6" w:rsidP="00F170A6">
      <w:pPr>
        <w:rPr>
          <w:lang w:val="en-GB"/>
        </w:rPr>
      </w:pPr>
      <w:r w:rsidRPr="00F170A6">
        <w:rPr>
          <w:lang w:val="en-GB"/>
        </w:rPr>
        <w:pict w14:anchorId="4DBD7584">
          <v:rect id="_x0000_i1066" style="width:0;height:1.5pt" o:hralign="center" o:hrstd="t" o:hr="t" fillcolor="#a0a0a0" stroked="f"/>
        </w:pict>
      </w:r>
    </w:p>
    <w:p w14:paraId="490A5A2F" w14:textId="77777777" w:rsidR="00F170A6" w:rsidRPr="00F170A6" w:rsidRDefault="00F170A6" w:rsidP="00F170A6">
      <w:pPr>
        <w:rPr>
          <w:lang w:val="en-GB"/>
        </w:rPr>
      </w:pPr>
      <w:r w:rsidRPr="00F170A6">
        <w:rPr>
          <w:rFonts w:ascii="Segoe UI Emoji" w:hAnsi="Segoe UI Emoji" w:cs="Segoe UI Emoji"/>
          <w:lang w:val="en-GB"/>
        </w:rPr>
        <w:t>✅</w:t>
      </w:r>
      <w:r w:rsidRPr="00F170A6">
        <w:rPr>
          <w:lang w:val="en-GB"/>
        </w:rPr>
        <w:t xml:space="preserve"> </w:t>
      </w:r>
      <w:r w:rsidRPr="00F170A6">
        <w:rPr>
          <w:b/>
          <w:bCs/>
          <w:lang w:val="en-GB"/>
        </w:rPr>
        <w:t xml:space="preserve">Yn </w:t>
      </w:r>
      <w:proofErr w:type="spellStart"/>
      <w:r w:rsidRPr="00F170A6">
        <w:rPr>
          <w:b/>
          <w:bCs/>
          <w:lang w:val="en-GB"/>
        </w:rPr>
        <w:t>Barod</w:t>
      </w:r>
      <w:proofErr w:type="spellEnd"/>
      <w:r w:rsidRPr="00F170A6">
        <w:rPr>
          <w:b/>
          <w:bCs/>
          <w:lang w:val="en-GB"/>
        </w:rPr>
        <w:t xml:space="preserve"> i </w:t>
      </w:r>
      <w:proofErr w:type="spellStart"/>
      <w:r w:rsidRPr="00F170A6">
        <w:rPr>
          <w:b/>
          <w:bCs/>
          <w:lang w:val="en-GB"/>
        </w:rPr>
        <w:t>Fynd</w:t>
      </w:r>
      <w:proofErr w:type="spellEnd"/>
      <w:r w:rsidRPr="00F170A6">
        <w:rPr>
          <w:b/>
          <w:bCs/>
          <w:lang w:val="en-GB"/>
        </w:rPr>
        <w:t xml:space="preserve"> </w:t>
      </w:r>
      <w:proofErr w:type="spellStart"/>
      <w:r w:rsidRPr="00F170A6">
        <w:rPr>
          <w:b/>
          <w:bCs/>
          <w:lang w:val="en-GB"/>
        </w:rPr>
        <w:t>yn</w:t>
      </w:r>
      <w:proofErr w:type="spellEnd"/>
      <w:r w:rsidRPr="00F170A6">
        <w:rPr>
          <w:b/>
          <w:bCs/>
          <w:lang w:val="en-GB"/>
        </w:rPr>
        <w:t xml:space="preserve"> </w:t>
      </w:r>
      <w:proofErr w:type="spellStart"/>
      <w:r w:rsidRPr="00F170A6">
        <w:rPr>
          <w:b/>
          <w:bCs/>
          <w:lang w:val="en-GB"/>
        </w:rPr>
        <w:t>Fyd-eang</w:t>
      </w:r>
      <w:proofErr w:type="spellEnd"/>
      <w:r w:rsidRPr="00F170A6">
        <w:rPr>
          <w:b/>
          <w:bCs/>
          <w:lang w:val="en-GB"/>
        </w:rPr>
        <w:t>?</w:t>
      </w:r>
      <w:r w:rsidRPr="00F170A6">
        <w:rPr>
          <w:lang w:val="en-GB"/>
        </w:rPr>
        <w:br/>
      </w:r>
      <w:proofErr w:type="spellStart"/>
      <w:r w:rsidRPr="00F170A6">
        <w:rPr>
          <w:lang w:val="en-GB"/>
        </w:rPr>
        <w:t>Peidiwch</w:t>
      </w:r>
      <w:proofErr w:type="spellEnd"/>
      <w:r w:rsidRPr="00F170A6">
        <w:rPr>
          <w:lang w:val="en-GB"/>
        </w:rPr>
        <w:t xml:space="preserve"> â </w:t>
      </w:r>
      <w:proofErr w:type="spellStart"/>
      <w:r w:rsidRPr="00F170A6">
        <w:rPr>
          <w:lang w:val="en-GB"/>
        </w:rPr>
        <w:t>cholli’ch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cyfle</w:t>
      </w:r>
      <w:proofErr w:type="spellEnd"/>
      <w:r w:rsidRPr="00F170A6">
        <w:rPr>
          <w:lang w:val="en-GB"/>
        </w:rPr>
        <w:t xml:space="preserve"> i </w:t>
      </w:r>
      <w:proofErr w:type="spellStart"/>
      <w:r w:rsidRPr="00F170A6">
        <w:rPr>
          <w:lang w:val="en-GB"/>
        </w:rPr>
        <w:t>deithio</w:t>
      </w:r>
      <w:proofErr w:type="spellEnd"/>
      <w:r w:rsidRPr="00F170A6">
        <w:rPr>
          <w:lang w:val="en-GB"/>
        </w:rPr>
        <w:t xml:space="preserve">, </w:t>
      </w:r>
      <w:proofErr w:type="spellStart"/>
      <w:r w:rsidRPr="00F170A6">
        <w:rPr>
          <w:lang w:val="en-GB"/>
        </w:rPr>
        <w:t>tyfu</w:t>
      </w:r>
      <w:proofErr w:type="spellEnd"/>
      <w:r w:rsidRPr="00F170A6">
        <w:rPr>
          <w:lang w:val="en-GB"/>
        </w:rPr>
        <w:t xml:space="preserve">, ac </w:t>
      </w:r>
      <w:proofErr w:type="spellStart"/>
      <w:r w:rsidRPr="00F170A6">
        <w:rPr>
          <w:lang w:val="en-GB"/>
        </w:rPr>
        <w:t>ennill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profiad</w:t>
      </w:r>
      <w:proofErr w:type="spellEnd"/>
      <w:r w:rsidRPr="00F170A6">
        <w:rPr>
          <w:lang w:val="en-GB"/>
        </w:rPr>
        <w:t xml:space="preserve"> yr </w:t>
      </w:r>
      <w:proofErr w:type="spellStart"/>
      <w:r w:rsidRPr="00F170A6">
        <w:rPr>
          <w:lang w:val="en-GB"/>
        </w:rPr>
        <w:t>haf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hwn</w:t>
      </w:r>
      <w:proofErr w:type="spellEnd"/>
      <w:r w:rsidRPr="00F170A6">
        <w:rPr>
          <w:lang w:val="en-GB"/>
        </w:rPr>
        <w:t xml:space="preserve"> — </w:t>
      </w:r>
      <w:proofErr w:type="spellStart"/>
      <w:r w:rsidRPr="00F170A6">
        <w:rPr>
          <w:lang w:val="en-GB"/>
        </w:rPr>
        <w:t>gyda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chefnogaeth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ariannol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ar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gael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drwy</w:t>
      </w:r>
      <w:proofErr w:type="spellEnd"/>
      <w:r w:rsidRPr="00F170A6">
        <w:rPr>
          <w:lang w:val="en-GB"/>
        </w:rPr>
        <w:t xml:space="preserve"> UWTSD!</w:t>
      </w:r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👉</w:t>
      </w:r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Cysylltwch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â’r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Tîm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Cyfleoedd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Rhyngwladol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heddiw</w:t>
      </w:r>
      <w:proofErr w:type="spellEnd"/>
      <w:r w:rsidRPr="00F170A6">
        <w:rPr>
          <w:lang w:val="en-GB"/>
        </w:rPr>
        <w:t xml:space="preserve"> am </w:t>
      </w:r>
      <w:proofErr w:type="spellStart"/>
      <w:r w:rsidRPr="00F170A6">
        <w:rPr>
          <w:lang w:val="en-GB"/>
        </w:rPr>
        <w:t>gyngor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ar</w:t>
      </w:r>
      <w:proofErr w:type="spellEnd"/>
      <w:r w:rsidRPr="00F170A6">
        <w:rPr>
          <w:lang w:val="en-GB"/>
        </w:rPr>
        <w:t xml:space="preserve"> </w:t>
      </w:r>
      <w:proofErr w:type="spellStart"/>
      <w:r w:rsidRPr="00F170A6">
        <w:rPr>
          <w:lang w:val="en-GB"/>
        </w:rPr>
        <w:t>gyllid</w:t>
      </w:r>
      <w:proofErr w:type="spellEnd"/>
      <w:r w:rsidRPr="00F170A6">
        <w:rPr>
          <w:lang w:val="en-GB"/>
        </w:rPr>
        <w:t xml:space="preserve"> a </w:t>
      </w:r>
      <w:proofErr w:type="spellStart"/>
      <w:r w:rsidRPr="00F170A6">
        <w:rPr>
          <w:lang w:val="en-GB"/>
        </w:rPr>
        <w:t>cheisiadau</w:t>
      </w:r>
      <w:proofErr w:type="spellEnd"/>
      <w:r w:rsidRPr="00F170A6">
        <w:rPr>
          <w:lang w:val="en-GB"/>
        </w:rPr>
        <w:t>.</w:t>
      </w:r>
      <w:r w:rsidRPr="00F170A6">
        <w:rPr>
          <w:lang w:val="en-GB"/>
        </w:rPr>
        <w:br/>
      </w:r>
      <w:r w:rsidRPr="00F170A6">
        <w:rPr>
          <w:rFonts w:ascii="Segoe UI Emoji" w:hAnsi="Segoe UI Emoji" w:cs="Segoe UI Emoji"/>
          <w:lang w:val="en-GB"/>
        </w:rPr>
        <w:t>✉️</w:t>
      </w:r>
      <w:r w:rsidRPr="00F170A6">
        <w:rPr>
          <w:lang w:val="en-GB"/>
        </w:rPr>
        <w:t xml:space="preserve"> goglobal@uwtsd.ac.uk</w:t>
      </w:r>
    </w:p>
    <w:p w14:paraId="2FDAA78B" w14:textId="77777777" w:rsidR="00F170A6" w:rsidRDefault="00F170A6"/>
    <w:sectPr w:rsidR="00F170A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47262775">
    <w:abstractNumId w:val="8"/>
  </w:num>
  <w:num w:numId="2" w16cid:durableId="2030910239">
    <w:abstractNumId w:val="6"/>
  </w:num>
  <w:num w:numId="3" w16cid:durableId="757748495">
    <w:abstractNumId w:val="5"/>
  </w:num>
  <w:num w:numId="4" w16cid:durableId="128520832">
    <w:abstractNumId w:val="4"/>
  </w:num>
  <w:num w:numId="5" w16cid:durableId="404455178">
    <w:abstractNumId w:val="7"/>
  </w:num>
  <w:num w:numId="6" w16cid:durableId="1740253824">
    <w:abstractNumId w:val="3"/>
  </w:num>
  <w:num w:numId="7" w16cid:durableId="2076929836">
    <w:abstractNumId w:val="2"/>
  </w:num>
  <w:num w:numId="8" w16cid:durableId="2097511705">
    <w:abstractNumId w:val="1"/>
  </w:num>
  <w:num w:numId="9" w16cid:durableId="436681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07749"/>
    <w:rsid w:val="00AA1D8D"/>
    <w:rsid w:val="00AA277C"/>
    <w:rsid w:val="00B47730"/>
    <w:rsid w:val="00CB0664"/>
    <w:rsid w:val="00F170A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1F6165"/>
  <w14:defaultImageDpi w14:val="300"/>
  <w15:docId w15:val="{D430A1E1-4D00-423E-9E1C-17A67CA64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F170A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70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8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oglobal@uwtsd.ac.uk" TargetMode="Externa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692D30F6D5C64CABDFF0BDF08A3501" ma:contentTypeVersion="20" ma:contentTypeDescription="Create a new document." ma:contentTypeScope="" ma:versionID="f29a841df707434491aa184607bfa009">
  <xsd:schema xmlns:xsd="http://www.w3.org/2001/XMLSchema" xmlns:xs="http://www.w3.org/2001/XMLSchema" xmlns:p="http://schemas.microsoft.com/office/2006/metadata/properties" xmlns:ns2="f4770729-68ee-4e1e-a757-d7b8c23c3985" xmlns:ns3="c9669272-fe8d-41e9-a030-a18459a136e8" targetNamespace="http://schemas.microsoft.com/office/2006/metadata/properties" ma:root="true" ma:fieldsID="14217505b702961711f5ef5b4a9b4326" ns2:_="" ns3:_="">
    <xsd:import namespace="f4770729-68ee-4e1e-a757-d7b8c23c3985"/>
    <xsd:import namespace="c9669272-fe8d-41e9-a030-a18459a136e8"/>
    <xsd:element name="properties">
      <xsd:complexType>
        <xsd:sequence>
          <xsd:element name="documentManagement">
            <xsd:complexType>
              <xsd:all>
                <xsd:element ref="ns2:Comments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estination" minOccurs="0"/>
                <xsd:element ref="ns2:MediaServiceLocation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70729-68ee-4e1e-a757-d7b8c23c3985" elementFormDefault="qualified">
    <xsd:import namespace="http://schemas.microsoft.com/office/2006/documentManagement/types"/>
    <xsd:import namespace="http://schemas.microsoft.com/office/infopath/2007/PartnerControls"/>
    <xsd:element name="Comments" ma:index="3" nillable="true" ma:displayName="Comments" ma:format="Dropdown" ma:internalName="Comments" ma:readOnly="false">
      <xsd:simpleType>
        <xsd:restriction base="dms:Text">
          <xsd:maxLength value="255"/>
        </xsd:restriction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hidden="true" ma:internalName="MediaServiceOCR" ma:readOnly="true">
      <xsd:simpleType>
        <xsd:restriction base="dms:Note"/>
      </xsd:simpleType>
    </xsd:element>
    <xsd:element name="Destination" ma:index="23" nillable="true" ma:displayName="Destination" ma:format="Dropdown" ma:internalName="Destination">
      <xsd:simpleType>
        <xsd:restriction base="dms:Text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Date" ma:index="25" nillable="true" ma:displayName="Date" ma:format="Dropdown" ma:internalName="Da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69272-fe8d-41e9-a030-a18459a136e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0" nillable="true" ma:displayName="Taxonomy Catch All Column" ma:hidden="true" ma:list="{0d4fa227-c2f1-4ab5-8101-116804d98fb7}" ma:internalName="TaxCatchAll" ma:readOnly="false" ma:showField="CatchAllData" ma:web="c9669272-fe8d-41e9-a030-a18459a136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s xmlns="f4770729-68ee-4e1e-a757-d7b8c23c3985" xsi:nil="true"/>
    <lcf76f155ced4ddcb4097134ff3c332f xmlns="f4770729-68ee-4e1e-a757-d7b8c23c3985">
      <Terms xmlns="http://schemas.microsoft.com/office/infopath/2007/PartnerControls"/>
    </lcf76f155ced4ddcb4097134ff3c332f>
    <Destination xmlns="f4770729-68ee-4e1e-a757-d7b8c23c3985" xsi:nil="true"/>
    <TaxCatchAll xmlns="c9669272-fe8d-41e9-a030-a18459a136e8" xsi:nil="true"/>
    <Date xmlns="f4770729-68ee-4e1e-a757-d7b8c23c3985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B500D1-E555-4D08-B136-D38BABF012B4}"/>
</file>

<file path=customXml/itemProps3.xml><?xml version="1.0" encoding="utf-8"?>
<ds:datastoreItem xmlns:ds="http://schemas.openxmlformats.org/officeDocument/2006/customXml" ds:itemID="{A078BEAF-2E63-4EE0-87C6-3102ED220768}"/>
</file>

<file path=customXml/itemProps4.xml><?xml version="1.0" encoding="utf-8"?>
<ds:datastoreItem xmlns:ds="http://schemas.openxmlformats.org/officeDocument/2006/customXml" ds:itemID="{B86499A9-C6F6-416C-B84D-3E3D6EAF00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863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5774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Kath Griffiths</cp:lastModifiedBy>
  <cp:revision>2</cp:revision>
  <dcterms:created xsi:type="dcterms:W3CDTF">2025-09-16T07:49:00Z</dcterms:created>
  <dcterms:modified xsi:type="dcterms:W3CDTF">2025-09-16T07:49:00Z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0x0101008C692D30F6D5C64CABDFF0BDF08A3501</vt:lpwstr>
  </property>
</Properties>
</file>