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5D08E" w14:textId="27CB1450" w:rsidR="00BA5E2C" w:rsidRDefault="00BA5E2C">
      <w:pPr>
        <w:rPr>
          <w:rFonts w:ascii="Arial" w:hAnsi="Arial" w:cs="Arial"/>
          <w:b/>
          <w:bCs/>
          <w:color w:val="000000" w:themeColor="text1"/>
          <w:lang w:val="en-GB"/>
        </w:rPr>
      </w:pPr>
      <w:r w:rsidRPr="00BA5E2C">
        <w:rPr>
          <w:rFonts w:ascii="Aptos" w:eastAsia="Aptos" w:hAnsi="Aptos" w:cs="Times New Roman"/>
          <w:b/>
          <w:bCs/>
          <w:noProof/>
          <w:kern w:val="2"/>
          <w:sz w:val="24"/>
          <w:szCs w:val="24"/>
          <w:lang w:val="en-GB"/>
          <w14:ligatures w14:val="standardContextual"/>
        </w:rPr>
        <w:drawing>
          <wp:inline distT="0" distB="0" distL="0" distR="0" wp14:anchorId="34D716B5" wp14:editId="65F4C930">
            <wp:extent cx="2200910" cy="743585"/>
            <wp:effectExtent l="0" t="0" r="8890" b="0"/>
            <wp:docPr id="148066027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60277" name="Picture 1"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743585"/>
                    </a:xfrm>
                    <a:prstGeom prst="rect">
                      <a:avLst/>
                    </a:prstGeom>
                    <a:noFill/>
                  </pic:spPr>
                </pic:pic>
              </a:graphicData>
            </a:graphic>
          </wp:inline>
        </w:drawing>
      </w:r>
    </w:p>
    <w:p w14:paraId="742CC861" w14:textId="77777777" w:rsidR="00BA5E2C" w:rsidRPr="00BA5E2C" w:rsidRDefault="00BA5E2C" w:rsidP="00BA5E2C">
      <w:pPr>
        <w:suppressAutoHyphens/>
        <w:spacing w:before="120" w:after="120" w:line="360" w:lineRule="auto"/>
        <w:jc w:val="both"/>
        <w:rPr>
          <w:rFonts w:ascii="Segoe UI" w:eastAsia="Calibri" w:hAnsi="Segoe UI" w:cs="Segoe UI"/>
          <w:b/>
          <w:bCs/>
          <w:color w:val="212529"/>
          <w:kern w:val="2"/>
          <w:sz w:val="28"/>
          <w:szCs w:val="28"/>
          <w:lang w:val="en-GB"/>
          <w14:ligatures w14:val="standardContextual"/>
        </w:rPr>
      </w:pPr>
      <w:r w:rsidRPr="00BA5E2C">
        <w:rPr>
          <w:rFonts w:ascii="Segoe UI" w:eastAsia="Calibri" w:hAnsi="Segoe UI" w:cs="Segoe UI"/>
          <w:b/>
          <w:bCs/>
          <w:color w:val="212529"/>
          <w:kern w:val="2"/>
          <w:sz w:val="28"/>
          <w:szCs w:val="28"/>
          <w:lang w:val="en-GB"/>
          <w14:ligatures w14:val="standardContextual"/>
        </w:rPr>
        <w:t>Doctorate in Professional Practice</w:t>
      </w:r>
    </w:p>
    <w:tbl>
      <w:tblPr>
        <w:tblStyle w:val="TableGrid1"/>
        <w:tblpPr w:leftFromText="180" w:rightFromText="180" w:vertAnchor="text" w:horzAnchor="margin" w:tblpY="9"/>
        <w:tblW w:w="936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2"/>
        <w:gridCol w:w="5968"/>
      </w:tblGrid>
      <w:tr w:rsidR="00BA5E2C" w:rsidRPr="00BA5E2C" w14:paraId="21AD1E63"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32093D4B"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Student Name: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7812D21" w14:textId="77777777" w:rsidR="00BA5E2C" w:rsidRPr="00BA5E2C" w:rsidRDefault="00BA5E2C" w:rsidP="00BA5E2C">
            <w:pPr>
              <w:suppressAutoHyphens/>
              <w:spacing w:before="120" w:after="120" w:line="360" w:lineRule="auto"/>
              <w:rPr>
                <w:rFonts w:ascii="Calibri" w:eastAsia="Arial" w:hAnsi="Calibri" w:cs="Calibri"/>
                <w:b/>
                <w:bCs/>
                <w:color w:val="000000"/>
                <w:sz w:val="28"/>
                <w:szCs w:val="28"/>
                <w:lang w:eastAsia="ar-SA"/>
              </w:rPr>
            </w:pPr>
            <w:r w:rsidRPr="00BA5E2C">
              <w:rPr>
                <w:rFonts w:ascii="Calibri" w:eastAsia="Arial" w:hAnsi="Calibri" w:cs="Calibri"/>
                <w:b/>
                <w:bCs/>
                <w:color w:val="000000"/>
                <w:sz w:val="28"/>
                <w:szCs w:val="28"/>
                <w:lang w:eastAsia="ar-SA"/>
              </w:rPr>
              <w:t>Karine Williams</w:t>
            </w:r>
          </w:p>
        </w:tc>
      </w:tr>
      <w:tr w:rsidR="00BA5E2C" w:rsidRPr="00BA5E2C" w14:paraId="726DA24D"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097375D0"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Student Number:</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D7B68BB" w14:textId="77777777" w:rsidR="00BA5E2C" w:rsidRPr="00BA5E2C" w:rsidRDefault="00BA5E2C" w:rsidP="00BA5E2C">
            <w:pPr>
              <w:suppressAutoHyphens/>
              <w:spacing w:before="120" w:after="120" w:line="360" w:lineRule="auto"/>
              <w:rPr>
                <w:rFonts w:ascii="Calibri" w:eastAsia="Arial" w:hAnsi="Calibri" w:cs="Calibri"/>
                <w:b/>
                <w:bCs/>
                <w:color w:val="000000"/>
                <w:sz w:val="28"/>
                <w:szCs w:val="28"/>
                <w:lang w:eastAsia="ar-SA"/>
              </w:rPr>
            </w:pPr>
            <w:r w:rsidRPr="00BA5E2C">
              <w:rPr>
                <w:rFonts w:ascii="Calibri" w:eastAsia="Arial" w:hAnsi="Calibri" w:cs="Calibri"/>
                <w:b/>
                <w:bCs/>
                <w:color w:val="000000"/>
                <w:sz w:val="28"/>
                <w:szCs w:val="28"/>
                <w:lang w:eastAsia="ar-SA"/>
              </w:rPr>
              <w:t>2414373</w:t>
            </w:r>
          </w:p>
        </w:tc>
      </w:tr>
      <w:tr w:rsidR="00BA5E2C" w:rsidRPr="00BA5E2C" w14:paraId="5CD6339C"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72F8520A"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Module No:</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B704364" w14:textId="4700DBB4" w:rsidR="00BA5E2C" w:rsidRPr="00BA5E2C" w:rsidRDefault="00BA5E2C" w:rsidP="00BA5E2C">
            <w:pPr>
              <w:suppressAutoHyphens/>
              <w:spacing w:before="120" w:after="120" w:line="360" w:lineRule="auto"/>
              <w:rPr>
                <w:rFonts w:ascii="Calibri" w:eastAsia="Tahoma" w:hAnsi="Calibri" w:cs="Calibri"/>
                <w:b/>
                <w:bCs/>
                <w:color w:val="000000"/>
                <w:sz w:val="28"/>
                <w:szCs w:val="28"/>
                <w:lang w:eastAsia="ar-SA"/>
              </w:rPr>
            </w:pPr>
            <w:proofErr w:type="spellStart"/>
            <w:r w:rsidRPr="00BA5E2C">
              <w:rPr>
                <w:rFonts w:ascii="Calibri" w:eastAsia="Tahoma" w:hAnsi="Calibri" w:cs="Calibri"/>
                <w:b/>
                <w:bCs/>
                <w:color w:val="000000"/>
                <w:sz w:val="28"/>
                <w:szCs w:val="28"/>
                <w:lang w:eastAsia="ar-SA"/>
              </w:rPr>
              <w:t>BMDP</w:t>
            </w:r>
            <w:proofErr w:type="spellEnd"/>
            <w:r w:rsidRPr="00BA5E2C">
              <w:rPr>
                <w:rFonts w:ascii="Calibri" w:eastAsia="Tahoma" w:hAnsi="Calibri" w:cs="Calibri"/>
                <w:b/>
                <w:bCs/>
                <w:color w:val="000000"/>
                <w:sz w:val="28"/>
                <w:szCs w:val="28"/>
                <w:lang w:eastAsia="ar-SA"/>
              </w:rPr>
              <w:t xml:space="preserve"> 70</w:t>
            </w:r>
            <w:r>
              <w:rPr>
                <w:rFonts w:ascii="Calibri" w:eastAsia="Tahoma" w:hAnsi="Calibri" w:cs="Calibri"/>
                <w:b/>
                <w:bCs/>
                <w:color w:val="000000"/>
                <w:sz w:val="28"/>
                <w:szCs w:val="28"/>
                <w:lang w:eastAsia="ar-SA"/>
              </w:rPr>
              <w:t>02</w:t>
            </w:r>
          </w:p>
        </w:tc>
      </w:tr>
      <w:tr w:rsidR="00BA5E2C" w:rsidRPr="00BA5E2C" w14:paraId="53B9A6E1"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2086D12C"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Module Title: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F13553B" w14:textId="77777777" w:rsidR="00BA5E2C" w:rsidRPr="00BA5E2C" w:rsidRDefault="00BA5E2C" w:rsidP="00BA5E2C">
            <w:pPr>
              <w:suppressAutoHyphens/>
              <w:spacing w:before="120" w:after="120" w:line="360" w:lineRule="auto"/>
              <w:rPr>
                <w:rFonts w:ascii="Calibri" w:eastAsia="Tahoma" w:hAnsi="Calibri" w:cs="Calibri"/>
                <w:b/>
                <w:bCs/>
                <w:color w:val="000000"/>
                <w:sz w:val="28"/>
                <w:szCs w:val="28"/>
                <w:lang w:eastAsia="ar-SA"/>
              </w:rPr>
            </w:pPr>
            <w:r w:rsidRPr="00BA5E2C">
              <w:rPr>
                <w:rFonts w:ascii="Calibri" w:eastAsia="Tahoma" w:hAnsi="Calibri" w:cs="Calibri"/>
                <w:b/>
                <w:bCs/>
                <w:color w:val="000000"/>
                <w:sz w:val="28"/>
                <w:szCs w:val="28"/>
                <w:lang w:eastAsia="ar-SA"/>
              </w:rPr>
              <w:t>Review of Professional Learning</w:t>
            </w:r>
          </w:p>
        </w:tc>
      </w:tr>
    </w:tbl>
    <w:p w14:paraId="0412F2AF" w14:textId="77777777" w:rsidR="00BA5E2C" w:rsidRPr="00BA5E2C" w:rsidRDefault="00BA5E2C">
      <w:pPr>
        <w:rPr>
          <w:rFonts w:ascii="Arial" w:hAnsi="Arial" w:cs="Arial"/>
          <w:b/>
          <w:bCs/>
          <w:color w:val="000000" w:themeColor="text1"/>
          <w:lang w:val="en-GB"/>
        </w:rPr>
      </w:pPr>
    </w:p>
    <w:p w14:paraId="4B902646" w14:textId="77777777" w:rsidR="00BA5E2C" w:rsidRPr="00BA5E2C" w:rsidRDefault="00BA5E2C" w:rsidP="00BA5E2C">
      <w:pPr>
        <w:suppressAutoHyphens/>
        <w:spacing w:before="120" w:after="120" w:line="360" w:lineRule="auto"/>
        <w:jc w:val="both"/>
        <w:rPr>
          <w:rFonts w:ascii="Calibri" w:eastAsia="Tahoma" w:hAnsi="Calibri" w:cs="Calibri"/>
          <w:color w:val="000000"/>
          <w:sz w:val="24"/>
          <w:szCs w:val="24"/>
          <w:lang w:val="en-GB" w:eastAsia="ar-SA"/>
        </w:rPr>
      </w:pPr>
      <w:r w:rsidRPr="00BA5E2C">
        <w:rPr>
          <w:rFonts w:ascii="Calibri" w:eastAsia="Tahoma" w:hAnsi="Calibri" w:cs="Calibri"/>
          <w:b/>
          <w:bCs/>
          <w:color w:val="000000"/>
          <w:sz w:val="24"/>
          <w:szCs w:val="24"/>
          <w:lang w:val="en-GB" w:eastAsia="ar-SA"/>
        </w:rPr>
        <w:t>Statement of Confirmation of Authenticity</w:t>
      </w:r>
    </w:p>
    <w:p w14:paraId="7419262A" w14:textId="77777777" w:rsidR="00BA5E2C" w:rsidRPr="00BA5E2C" w:rsidRDefault="00BA5E2C" w:rsidP="00BA5E2C">
      <w:pPr>
        <w:suppressAutoHyphens/>
        <w:spacing w:before="120" w:after="120" w:line="240" w:lineRule="auto"/>
        <w:jc w:val="both"/>
        <w:rPr>
          <w:rFonts w:ascii="Calibri" w:eastAsia="Tahoma" w:hAnsi="Calibri" w:cs="Calibri"/>
          <w:color w:val="000000"/>
          <w:lang w:val="en-GB" w:eastAsia="ar-SA"/>
        </w:rPr>
      </w:pPr>
      <w:r w:rsidRPr="00BA5E2C">
        <w:rPr>
          <w:rFonts w:ascii="Calibri" w:eastAsia="Tahoma" w:hAnsi="Calibri" w:cs="Calibri"/>
          <w:color w:val="000000"/>
          <w:lang w:val="en-GB" w:eastAsia="ar-S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3DA1831" w14:textId="77777777" w:rsidR="00BA5E2C" w:rsidRPr="00BA5E2C" w:rsidRDefault="00BA5E2C" w:rsidP="00BA5E2C">
      <w:pPr>
        <w:spacing w:after="160" w:line="240" w:lineRule="auto"/>
        <w:rPr>
          <w:rFonts w:ascii="Calibri" w:eastAsia="Calibri" w:hAnsi="Calibri" w:cs="Calibri"/>
          <w:color w:val="000000"/>
          <w:sz w:val="24"/>
          <w:lang w:val="en-GB" w:eastAsia="ar-SA"/>
        </w:rPr>
      </w:pPr>
      <w:r w:rsidRPr="00BA5E2C">
        <w:rPr>
          <w:rFonts w:ascii="Calibri" w:eastAsia="Tahoma" w:hAnsi="Calibri" w:cs="Calibri"/>
          <w:color w:val="000000"/>
          <w:lang w:val="en-GB" w:eastAsia="ar-SA"/>
        </w:rPr>
        <w:t>Attention is drawn to the plagiarism and unfair practice policies of both the University and of ILM.</w:t>
      </w:r>
    </w:p>
    <w:p w14:paraId="60DEB7E3" w14:textId="4775FCD5" w:rsidR="00BA5E2C" w:rsidRPr="00BA5E2C" w:rsidRDefault="00BA5E2C" w:rsidP="00BA5E2C">
      <w:pPr>
        <w:spacing w:after="160" w:line="278" w:lineRule="auto"/>
        <w:rPr>
          <w:rFonts w:ascii="Aptos" w:eastAsia="Aptos" w:hAnsi="Aptos" w:cs="Times New Roman"/>
          <w:b/>
          <w:bCs/>
          <w:kern w:val="2"/>
          <w:sz w:val="24"/>
          <w:szCs w:val="24"/>
          <w:lang w:val="en-GB"/>
          <w14:ligatures w14:val="standardContextual"/>
        </w:rPr>
      </w:pPr>
      <w:r w:rsidRPr="00BA5E2C">
        <w:rPr>
          <w:rFonts w:ascii="Calibri" w:eastAsia="Calibri" w:hAnsi="Calibri" w:cs="Calibri"/>
          <w:color w:val="000000"/>
          <w:lang w:val="en-GB" w:eastAsia="ar-SA"/>
        </w:rPr>
        <w:t xml:space="preserve">I acknowledge the use of Grammarly (https://www.grammarly.com/) </w:t>
      </w:r>
      <w:proofErr w:type="gramStart"/>
      <w:r w:rsidRPr="00BA5E2C">
        <w:rPr>
          <w:rFonts w:ascii="Calibri" w:eastAsia="Calibri" w:hAnsi="Calibri" w:cs="Calibri"/>
          <w:color w:val="000000"/>
          <w:lang w:val="en-GB" w:eastAsia="ar-SA"/>
        </w:rPr>
        <w:t>on</w:t>
      </w:r>
      <w:proofErr w:type="gramEnd"/>
      <w:r w:rsidRPr="00BA5E2C">
        <w:rPr>
          <w:rFonts w:ascii="Calibri" w:eastAsia="Calibri" w:hAnsi="Calibri" w:cs="Calibri"/>
          <w:color w:val="000000"/>
          <w:lang w:val="en-GB" w:eastAsia="ar-SA"/>
        </w:rPr>
        <w:t xml:space="preserve"> April </w:t>
      </w:r>
      <w:r>
        <w:rPr>
          <w:rFonts w:ascii="Calibri" w:eastAsia="Calibri" w:hAnsi="Calibri" w:cs="Calibri"/>
          <w:color w:val="000000"/>
          <w:lang w:val="en-GB" w:eastAsia="ar-SA"/>
        </w:rPr>
        <w:t xml:space="preserve">through Aug </w:t>
      </w:r>
      <w:r w:rsidRPr="00BA5E2C">
        <w:rPr>
          <w:rFonts w:ascii="Calibri" w:eastAsia="Calibri" w:hAnsi="Calibri" w:cs="Calibri"/>
          <w:color w:val="000000"/>
          <w:lang w:val="en-GB" w:eastAsia="ar-SA"/>
        </w:rPr>
        <w:t>2025 to check my work</w:t>
      </w:r>
      <w:r>
        <w:rPr>
          <w:rFonts w:ascii="Calibri" w:eastAsia="Calibri" w:hAnsi="Calibri" w:cs="Calibri"/>
          <w:color w:val="000000"/>
          <w:lang w:val="en-GB" w:eastAsia="ar-SA"/>
        </w:rPr>
        <w:t>.</w:t>
      </w:r>
      <w:r w:rsidRPr="00BA5E2C">
        <w:rPr>
          <w:rFonts w:ascii="Calibri" w:eastAsia="Calibri" w:hAnsi="Calibri" w:cs="Calibri"/>
          <w:color w:val="000000"/>
          <w:lang w:val="en-GB" w:eastAsia="ar-SA"/>
        </w:rPr>
        <w:t xml:space="preserve"> I confirm that I have not presented any </w:t>
      </w:r>
      <w:r>
        <w:rPr>
          <w:rFonts w:ascii="Calibri" w:eastAsia="Calibri" w:hAnsi="Calibri" w:cs="Calibri"/>
          <w:color w:val="000000"/>
          <w:lang w:val="en-GB" w:eastAsia="ar-SA"/>
        </w:rPr>
        <w:t>AI-generated</w:t>
      </w:r>
      <w:r w:rsidRPr="00BA5E2C">
        <w:rPr>
          <w:rFonts w:ascii="Calibri" w:eastAsia="Calibri" w:hAnsi="Calibri" w:cs="Calibri"/>
          <w:color w:val="000000"/>
          <w:lang w:val="en-GB" w:eastAsia="ar-SA"/>
        </w:rPr>
        <w:t xml:space="preserve"> text as my own work. I acknowledge the use of ChatGPT (https://chatgpt.com/) between 6</w:t>
      </w:r>
      <w:r w:rsidRPr="00BA5E2C">
        <w:rPr>
          <w:rFonts w:ascii="Calibri" w:eastAsia="Calibri" w:hAnsi="Calibri" w:cs="Calibri"/>
          <w:color w:val="000000"/>
          <w:vertAlign w:val="superscript"/>
          <w:lang w:val="en-GB" w:eastAsia="ar-SA"/>
        </w:rPr>
        <w:t>th</w:t>
      </w:r>
      <w:r w:rsidRPr="00BA5E2C">
        <w:rPr>
          <w:rFonts w:ascii="Calibri" w:eastAsia="Calibri" w:hAnsi="Calibri" w:cs="Calibri"/>
          <w:color w:val="000000"/>
          <w:lang w:val="en-GB" w:eastAsia="ar-SA"/>
        </w:rPr>
        <w:t xml:space="preserve"> May 2025 – </w:t>
      </w:r>
      <w:r>
        <w:rPr>
          <w:rFonts w:ascii="Calibri" w:eastAsia="Calibri" w:hAnsi="Calibri" w:cs="Calibri"/>
          <w:color w:val="000000"/>
          <w:lang w:val="en-GB" w:eastAsia="ar-SA"/>
        </w:rPr>
        <w:t>15</w:t>
      </w:r>
      <w:r w:rsidRPr="00BA5E2C">
        <w:rPr>
          <w:rFonts w:ascii="Calibri" w:eastAsia="Calibri" w:hAnsi="Calibri" w:cs="Calibri"/>
          <w:color w:val="000000"/>
          <w:vertAlign w:val="superscript"/>
          <w:lang w:val="en-GB" w:eastAsia="ar-SA"/>
        </w:rPr>
        <w:t>th</w:t>
      </w:r>
      <w:r w:rsidRPr="00BA5E2C">
        <w:rPr>
          <w:rFonts w:ascii="Calibri" w:eastAsia="Calibri" w:hAnsi="Calibri" w:cs="Calibri"/>
          <w:color w:val="000000"/>
          <w:lang w:val="en-GB" w:eastAsia="ar-SA"/>
        </w:rPr>
        <w:t xml:space="preserve"> A</w:t>
      </w:r>
      <w:r>
        <w:rPr>
          <w:rFonts w:ascii="Calibri" w:eastAsia="Calibri" w:hAnsi="Calibri" w:cs="Calibri"/>
          <w:color w:val="000000"/>
          <w:lang w:val="en-GB" w:eastAsia="ar-SA"/>
        </w:rPr>
        <w:t>ug</w:t>
      </w:r>
      <w:r w:rsidRPr="00BA5E2C">
        <w:rPr>
          <w:rFonts w:ascii="Calibri" w:eastAsia="Calibri" w:hAnsi="Calibri" w:cs="Calibri"/>
          <w:color w:val="000000"/>
          <w:lang w:val="en-GB" w:eastAsia="ar-SA"/>
        </w:rPr>
        <w:t xml:space="preserve"> 2025 to search for seminal work on</w:t>
      </w:r>
      <w:r>
        <w:rPr>
          <w:rFonts w:ascii="Calibri" w:eastAsia="Calibri" w:hAnsi="Calibri" w:cs="Calibri"/>
          <w:color w:val="000000"/>
          <w:lang w:val="en-GB" w:eastAsia="ar-SA"/>
        </w:rPr>
        <w:t xml:space="preserve"> </w:t>
      </w:r>
      <w:proofErr w:type="spellStart"/>
      <w:r>
        <w:rPr>
          <w:rFonts w:ascii="Calibri" w:eastAsia="Calibri" w:hAnsi="Calibri" w:cs="Calibri"/>
          <w:color w:val="000000"/>
          <w:lang w:val="en-GB" w:eastAsia="ar-SA"/>
        </w:rPr>
        <w:t>on</w:t>
      </w:r>
      <w:proofErr w:type="spellEnd"/>
      <w:r>
        <w:rPr>
          <w:rFonts w:ascii="Calibri" w:eastAsia="Calibri" w:hAnsi="Calibri" w:cs="Calibri"/>
          <w:color w:val="000000"/>
          <w:lang w:val="en-GB" w:eastAsia="ar-SA"/>
        </w:rPr>
        <w:t xml:space="preserve"> the review subject, in line with UWTSD Policy on AI (Aug 15). </w:t>
      </w:r>
      <w:r w:rsidRPr="00BA5E2C">
        <w:rPr>
          <w:rFonts w:ascii="Calibri" w:eastAsia="Calibri" w:hAnsi="Calibri" w:cs="Calibri"/>
          <w:color w:val="000000"/>
          <w:lang w:val="en-GB" w:eastAsia="ar-SA"/>
        </w:rPr>
        <w:t xml:space="preserve">I confirm that I have not presented any AI-generated text as my work. </w:t>
      </w:r>
      <w:r>
        <w:rPr>
          <w:rFonts w:ascii="Calibri" w:eastAsia="Calibri" w:hAnsi="Calibri" w:cs="Calibri"/>
          <w:color w:val="000000"/>
          <w:lang w:val="en-GB" w:eastAsia="ar-SA"/>
        </w:rPr>
        <w:t>Additional use of AI for research is detailed in the assessment text.</w:t>
      </w:r>
    </w:p>
    <w:p w14:paraId="187BB095" w14:textId="77777777" w:rsidR="00BA5E2C" w:rsidRPr="00BA5E2C" w:rsidRDefault="00BA5E2C">
      <w:pPr>
        <w:rPr>
          <w:rFonts w:ascii="Arial" w:hAnsi="Arial" w:cs="Arial"/>
          <w:b/>
          <w:bCs/>
          <w:color w:val="000000" w:themeColor="text1"/>
          <w:lang w:val="en-GB"/>
        </w:rPr>
      </w:pPr>
    </w:p>
    <w:p w14:paraId="040ACE4D" w14:textId="77777777" w:rsidR="00BA5E2C" w:rsidRDefault="00BA5E2C">
      <w:pPr>
        <w:rPr>
          <w:rFonts w:ascii="Arial" w:hAnsi="Arial" w:cs="Arial"/>
          <w:b/>
          <w:bCs/>
          <w:color w:val="000000" w:themeColor="text1"/>
        </w:rPr>
      </w:pPr>
    </w:p>
    <w:p w14:paraId="64F08FEC" w14:textId="77777777" w:rsidR="00BA5E2C" w:rsidRDefault="00BA5E2C">
      <w:pPr>
        <w:rPr>
          <w:rFonts w:ascii="Arial" w:hAnsi="Arial" w:cs="Arial"/>
          <w:b/>
          <w:bCs/>
          <w:color w:val="000000" w:themeColor="text1"/>
        </w:rPr>
      </w:pPr>
    </w:p>
    <w:p w14:paraId="03BF2861" w14:textId="77777777" w:rsidR="00A44044" w:rsidRDefault="00A44044" w:rsidP="00A92172">
      <w:pPr>
        <w:spacing w:line="480" w:lineRule="auto"/>
        <w:rPr>
          <w:rFonts w:ascii="Arial" w:hAnsi="Arial" w:cs="Arial"/>
          <w:b/>
          <w:bCs/>
          <w:color w:val="000000" w:themeColor="text1"/>
        </w:rPr>
      </w:pPr>
    </w:p>
    <w:sdt>
      <w:sdtPr>
        <w:rPr>
          <w:rFonts w:asciiTheme="minorHAnsi" w:eastAsiaTheme="minorEastAsia" w:hAnsiTheme="minorHAnsi" w:cs="Arial"/>
          <w:b w:val="0"/>
          <w:bCs w:val="0"/>
          <w:color w:val="auto"/>
          <w:sz w:val="22"/>
          <w:szCs w:val="22"/>
        </w:rPr>
        <w:id w:val="-361283096"/>
        <w:docPartObj>
          <w:docPartGallery w:val="Table of Contents"/>
          <w:docPartUnique/>
        </w:docPartObj>
      </w:sdtPr>
      <w:sdtEndPr>
        <w:rPr>
          <w:rFonts w:cstheme="minorBidi"/>
          <w:noProof/>
        </w:rPr>
      </w:sdtEndPr>
      <w:sdtContent>
        <w:p w14:paraId="48BEA65D" w14:textId="14AABC73" w:rsidR="00A44044" w:rsidRPr="00A44044" w:rsidRDefault="00A44044">
          <w:pPr>
            <w:pStyle w:val="TOCHeading"/>
            <w:rPr>
              <w:rFonts w:cs="Arial"/>
            </w:rPr>
          </w:pPr>
          <w:r w:rsidRPr="00A44044">
            <w:rPr>
              <w:rFonts w:cs="Arial"/>
            </w:rPr>
            <w:t>Table of Contents</w:t>
          </w:r>
        </w:p>
        <w:p w14:paraId="089A0A37" w14:textId="468F5D33" w:rsidR="002534C5" w:rsidRPr="00F0289B" w:rsidRDefault="00A44044">
          <w:pPr>
            <w:pStyle w:val="TOC1"/>
            <w:tabs>
              <w:tab w:val="right" w:leader="dot" w:pos="8963"/>
            </w:tabs>
            <w:rPr>
              <w:rFonts w:ascii="Arial" w:hAnsi="Arial" w:cs="Arial"/>
              <w:noProof/>
              <w:kern w:val="2"/>
              <w:sz w:val="24"/>
              <w:szCs w:val="24"/>
              <w:lang w:val="en-GB" w:eastAsia="en-GB"/>
              <w14:ligatures w14:val="standardContextual"/>
            </w:rPr>
          </w:pPr>
          <w:r w:rsidRPr="00F0289B">
            <w:rPr>
              <w:rFonts w:ascii="Arial" w:hAnsi="Arial" w:cs="Arial"/>
              <w:b/>
              <w:bCs/>
            </w:rPr>
            <w:fldChar w:fldCharType="begin"/>
          </w:r>
          <w:r w:rsidRPr="00F0289B">
            <w:rPr>
              <w:rFonts w:ascii="Arial" w:hAnsi="Arial" w:cs="Arial"/>
              <w:b/>
              <w:bCs/>
            </w:rPr>
            <w:instrText xml:space="preserve"> TOC \o "1-3" \h \z \u </w:instrText>
          </w:r>
          <w:r w:rsidRPr="00F0289B">
            <w:rPr>
              <w:rFonts w:ascii="Arial" w:hAnsi="Arial" w:cs="Arial"/>
              <w:b/>
              <w:bCs/>
            </w:rPr>
            <w:fldChar w:fldCharType="separate"/>
          </w:r>
          <w:hyperlink w:anchor="_Toc206171120" w:history="1">
            <w:r w:rsidR="002534C5" w:rsidRPr="00F0289B">
              <w:rPr>
                <w:rStyle w:val="Hyperlink"/>
                <w:rFonts w:ascii="Arial" w:hAnsi="Arial" w:cs="Arial"/>
                <w:noProof/>
              </w:rPr>
              <w:t>1. Introduction.</w:t>
            </w:r>
            <w:r w:rsidR="002534C5" w:rsidRPr="00F0289B">
              <w:rPr>
                <w:rFonts w:ascii="Arial" w:hAnsi="Arial" w:cs="Arial"/>
                <w:noProof/>
                <w:webHidden/>
              </w:rPr>
              <w:tab/>
            </w:r>
            <w:r w:rsidR="002534C5" w:rsidRPr="00F0289B">
              <w:rPr>
                <w:rFonts w:ascii="Arial" w:hAnsi="Arial" w:cs="Arial"/>
                <w:noProof/>
                <w:webHidden/>
              </w:rPr>
              <w:fldChar w:fldCharType="begin"/>
            </w:r>
            <w:r w:rsidR="002534C5" w:rsidRPr="00F0289B">
              <w:rPr>
                <w:rFonts w:ascii="Arial" w:hAnsi="Arial" w:cs="Arial"/>
                <w:noProof/>
                <w:webHidden/>
              </w:rPr>
              <w:instrText xml:space="preserve"> PAGEREF _Toc206171120 \h </w:instrText>
            </w:r>
            <w:r w:rsidR="002534C5" w:rsidRPr="00F0289B">
              <w:rPr>
                <w:rFonts w:ascii="Arial" w:hAnsi="Arial" w:cs="Arial"/>
                <w:noProof/>
                <w:webHidden/>
              </w:rPr>
            </w:r>
            <w:r w:rsidR="002534C5" w:rsidRPr="00F0289B">
              <w:rPr>
                <w:rFonts w:ascii="Arial" w:hAnsi="Arial" w:cs="Arial"/>
                <w:noProof/>
                <w:webHidden/>
              </w:rPr>
              <w:fldChar w:fldCharType="separate"/>
            </w:r>
            <w:r w:rsidR="002534C5" w:rsidRPr="00F0289B">
              <w:rPr>
                <w:rFonts w:ascii="Arial" w:hAnsi="Arial" w:cs="Arial"/>
                <w:noProof/>
                <w:webHidden/>
              </w:rPr>
              <w:t>4</w:t>
            </w:r>
            <w:r w:rsidR="002534C5" w:rsidRPr="00F0289B">
              <w:rPr>
                <w:rFonts w:ascii="Arial" w:hAnsi="Arial" w:cs="Arial"/>
                <w:noProof/>
                <w:webHidden/>
              </w:rPr>
              <w:fldChar w:fldCharType="end"/>
            </w:r>
          </w:hyperlink>
        </w:p>
        <w:p w14:paraId="18869A47" w14:textId="1E5FA87A" w:rsidR="002534C5" w:rsidRPr="00F0289B" w:rsidRDefault="002534C5">
          <w:pPr>
            <w:pStyle w:val="TOC3"/>
            <w:tabs>
              <w:tab w:val="right" w:leader="dot" w:pos="8963"/>
            </w:tabs>
            <w:rPr>
              <w:rFonts w:ascii="Arial" w:hAnsi="Arial" w:cs="Arial"/>
              <w:noProof/>
              <w:kern w:val="2"/>
              <w:sz w:val="24"/>
              <w:szCs w:val="24"/>
              <w:lang w:val="en-GB" w:eastAsia="en-GB"/>
              <w14:ligatures w14:val="standardContextual"/>
            </w:rPr>
          </w:pPr>
          <w:hyperlink w:anchor="_Toc206171121" w:history="1">
            <w:r w:rsidRPr="00F0289B">
              <w:rPr>
                <w:rStyle w:val="Hyperlink"/>
                <w:rFonts w:ascii="Arial" w:hAnsi="Arial" w:cs="Arial"/>
                <w:noProof/>
              </w:rPr>
              <w:t>1.1.2. UDL: 3 Core Principles.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6</w:t>
            </w:r>
            <w:r w:rsidRPr="00F0289B">
              <w:rPr>
                <w:rFonts w:ascii="Arial" w:hAnsi="Arial" w:cs="Arial"/>
                <w:noProof/>
                <w:webHidden/>
              </w:rPr>
              <w:fldChar w:fldCharType="end"/>
            </w:r>
          </w:hyperlink>
        </w:p>
        <w:p w14:paraId="7ED95567" w14:textId="611620A8" w:rsidR="002534C5" w:rsidRPr="00F0289B" w:rsidRDefault="002534C5">
          <w:pPr>
            <w:pStyle w:val="TOC3"/>
            <w:tabs>
              <w:tab w:val="right" w:leader="dot" w:pos="8963"/>
            </w:tabs>
            <w:rPr>
              <w:rFonts w:ascii="Arial" w:hAnsi="Arial" w:cs="Arial"/>
              <w:noProof/>
              <w:kern w:val="2"/>
              <w:sz w:val="24"/>
              <w:szCs w:val="24"/>
              <w:lang w:val="en-GB" w:eastAsia="en-GB"/>
              <w14:ligatures w14:val="standardContextual"/>
            </w:rPr>
          </w:pPr>
          <w:hyperlink w:anchor="_Toc206171122" w:history="1">
            <w:r w:rsidRPr="00F0289B">
              <w:rPr>
                <w:rStyle w:val="Hyperlink"/>
                <w:rFonts w:ascii="Arial" w:hAnsi="Arial" w:cs="Arial"/>
                <w:noProof/>
                <w:lang w:val="en-GB"/>
              </w:rPr>
              <w:t>1,1.3. Sustainable Development Goal 4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7</w:t>
            </w:r>
            <w:r w:rsidRPr="00F0289B">
              <w:rPr>
                <w:rFonts w:ascii="Arial" w:hAnsi="Arial" w:cs="Arial"/>
                <w:noProof/>
                <w:webHidden/>
              </w:rPr>
              <w:fldChar w:fldCharType="end"/>
            </w:r>
          </w:hyperlink>
        </w:p>
        <w:p w14:paraId="72AE58C9" w14:textId="0E8AF78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3" w:history="1">
            <w:r w:rsidRPr="00F0289B">
              <w:rPr>
                <w:rStyle w:val="Hyperlink"/>
                <w:rFonts w:ascii="Arial" w:hAnsi="Arial" w:cs="Arial"/>
                <w:noProof/>
                <w:lang w:val="en-GB"/>
              </w:rPr>
              <w:t>1,2. Relationship Between SDG 4 and ADG 10 in HE.</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25910757" w14:textId="432513F7"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24" w:history="1">
            <w:r w:rsidRPr="00F0289B">
              <w:rPr>
                <w:rStyle w:val="Hyperlink"/>
                <w:rFonts w:ascii="Arial" w:hAnsi="Arial" w:cs="Arial"/>
                <w:noProof/>
              </w:rPr>
              <w:t>2. Methodology: Semi-systematic integrative review.</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47D352DF" w14:textId="2775E39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5" w:history="1">
            <w:r w:rsidRPr="00F0289B">
              <w:rPr>
                <w:rStyle w:val="Hyperlink"/>
                <w:rFonts w:ascii="Arial" w:hAnsi="Arial" w:cs="Arial"/>
                <w:noProof/>
              </w:rPr>
              <w:t>2.1 Research questions.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111F0CAE" w14:textId="35A7B2D2"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6" w:history="1">
            <w:r w:rsidRPr="00F0289B">
              <w:rPr>
                <w:rStyle w:val="Hyperlink"/>
                <w:rFonts w:ascii="Arial" w:hAnsi="Arial" w:cs="Arial"/>
                <w:noProof/>
                <w:lang w:val="en-GB"/>
              </w:rPr>
              <w:t>2.2 Scope, inclusion and exclusion criteria</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9</w:t>
            </w:r>
            <w:r w:rsidRPr="00F0289B">
              <w:rPr>
                <w:rFonts w:ascii="Arial" w:hAnsi="Arial" w:cs="Arial"/>
                <w:noProof/>
                <w:webHidden/>
              </w:rPr>
              <w:fldChar w:fldCharType="end"/>
            </w:r>
          </w:hyperlink>
        </w:p>
        <w:p w14:paraId="6F36369D" w14:textId="4A585C13"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7" w:history="1">
            <w:r w:rsidRPr="00F0289B">
              <w:rPr>
                <w:rStyle w:val="Hyperlink"/>
                <w:rFonts w:ascii="Arial" w:hAnsi="Arial" w:cs="Arial"/>
                <w:noProof/>
                <w:lang w:val="en-GB"/>
              </w:rPr>
              <w:t>2.3 Search strategy.</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9</w:t>
            </w:r>
            <w:r w:rsidRPr="00F0289B">
              <w:rPr>
                <w:rFonts w:ascii="Arial" w:hAnsi="Arial" w:cs="Arial"/>
                <w:noProof/>
                <w:webHidden/>
              </w:rPr>
              <w:fldChar w:fldCharType="end"/>
            </w:r>
          </w:hyperlink>
        </w:p>
        <w:p w14:paraId="0DDA2936" w14:textId="05559C86"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8" w:history="1">
            <w:r w:rsidRPr="00F0289B">
              <w:rPr>
                <w:rStyle w:val="Hyperlink"/>
                <w:rFonts w:ascii="Arial" w:hAnsi="Arial" w:cs="Arial"/>
                <w:noProof/>
                <w:lang w:val="en-GB"/>
              </w:rPr>
              <w:t>2.4 Screening and selection.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11</w:t>
            </w:r>
            <w:r w:rsidRPr="00F0289B">
              <w:rPr>
                <w:rFonts w:ascii="Arial" w:hAnsi="Arial" w:cs="Arial"/>
                <w:noProof/>
                <w:webHidden/>
              </w:rPr>
              <w:fldChar w:fldCharType="end"/>
            </w:r>
          </w:hyperlink>
        </w:p>
        <w:p w14:paraId="056BBFFB" w14:textId="1D6224F2"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9" w:history="1">
            <w:r w:rsidRPr="00F0289B">
              <w:rPr>
                <w:rStyle w:val="Hyperlink"/>
                <w:rFonts w:ascii="Arial" w:hAnsi="Arial" w:cs="Arial"/>
                <w:noProof/>
              </w:rPr>
              <w:t>2.6. Limitations.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12</w:t>
            </w:r>
            <w:r w:rsidRPr="00F0289B">
              <w:rPr>
                <w:rFonts w:ascii="Arial" w:hAnsi="Arial" w:cs="Arial"/>
                <w:noProof/>
                <w:webHidden/>
              </w:rPr>
              <w:fldChar w:fldCharType="end"/>
            </w:r>
          </w:hyperlink>
        </w:p>
        <w:p w14:paraId="11B0BEFA" w14:textId="24FDB84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0" w:history="1">
            <w:r w:rsidRPr="00F0289B">
              <w:rPr>
                <w:rStyle w:val="Hyperlink"/>
                <w:rFonts w:ascii="Arial" w:hAnsi="Arial" w:cs="Arial"/>
                <w:noProof/>
              </w:rPr>
              <w:t>4. Gaps in the Literature and Future Research.</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14</w:t>
            </w:r>
            <w:r w:rsidRPr="00F0289B">
              <w:rPr>
                <w:rFonts w:ascii="Arial" w:hAnsi="Arial" w:cs="Arial"/>
                <w:noProof/>
                <w:webHidden/>
              </w:rPr>
              <w:fldChar w:fldCharType="end"/>
            </w:r>
          </w:hyperlink>
        </w:p>
        <w:p w14:paraId="449B388A" w14:textId="4021B4F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1" w:history="1">
            <w:r w:rsidRPr="00F0289B">
              <w:rPr>
                <w:rStyle w:val="Hyperlink"/>
                <w:rFonts w:ascii="Arial" w:hAnsi="Arial" w:cs="Arial"/>
                <w:noProof/>
              </w:rPr>
              <w:t>5. Context: Higher Education Pressures and the Case for Seamless UDL.</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15</w:t>
            </w:r>
            <w:r w:rsidRPr="00F0289B">
              <w:rPr>
                <w:rFonts w:ascii="Arial" w:hAnsi="Arial" w:cs="Arial"/>
                <w:noProof/>
                <w:webHidden/>
              </w:rPr>
              <w:fldChar w:fldCharType="end"/>
            </w:r>
          </w:hyperlink>
        </w:p>
        <w:p w14:paraId="11D4D70F" w14:textId="1915C19E"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2" w:history="1">
            <w:r w:rsidRPr="00F0289B">
              <w:rPr>
                <w:rStyle w:val="Hyperlink"/>
                <w:rFonts w:ascii="Arial" w:hAnsi="Arial" w:cs="Arial"/>
                <w:noProof/>
              </w:rPr>
              <w:t>5.1. Declining Applicant Numbers and Changing Student Profiles.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15</w:t>
            </w:r>
            <w:r w:rsidRPr="00F0289B">
              <w:rPr>
                <w:rFonts w:ascii="Arial" w:hAnsi="Arial" w:cs="Arial"/>
                <w:noProof/>
                <w:webHidden/>
              </w:rPr>
              <w:fldChar w:fldCharType="end"/>
            </w:r>
          </w:hyperlink>
        </w:p>
        <w:p w14:paraId="2D4B1485" w14:textId="1E310C4F"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3" w:history="1">
            <w:r w:rsidRPr="00F0289B">
              <w:rPr>
                <w:rStyle w:val="Hyperlink"/>
                <w:rFonts w:ascii="Arial" w:hAnsi="Arial" w:cs="Arial"/>
                <w:noProof/>
              </w:rPr>
              <w:t>5.2. Increasing Prevalence of Neurodivergent Students.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16</w:t>
            </w:r>
            <w:r w:rsidRPr="00F0289B">
              <w:rPr>
                <w:rFonts w:ascii="Arial" w:hAnsi="Arial" w:cs="Arial"/>
                <w:noProof/>
                <w:webHidden/>
              </w:rPr>
              <w:fldChar w:fldCharType="end"/>
            </w:r>
          </w:hyperlink>
        </w:p>
        <w:p w14:paraId="345F0364" w14:textId="77031091"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4" w:history="1">
            <w:r w:rsidRPr="00F0289B">
              <w:rPr>
                <w:rStyle w:val="Hyperlink"/>
                <w:rFonts w:ascii="Arial" w:hAnsi="Arial" w:cs="Arial"/>
                <w:noProof/>
              </w:rPr>
              <w:t>5.3. Financial Constraints and Efficiency Imperatives.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17</w:t>
            </w:r>
            <w:r w:rsidRPr="00F0289B">
              <w:rPr>
                <w:rFonts w:ascii="Arial" w:hAnsi="Arial" w:cs="Arial"/>
                <w:noProof/>
                <w:webHidden/>
              </w:rPr>
              <w:fldChar w:fldCharType="end"/>
            </w:r>
          </w:hyperlink>
        </w:p>
        <w:p w14:paraId="3C11DB56" w14:textId="419177A4"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5" w:history="1">
            <w:r w:rsidRPr="00F0289B">
              <w:rPr>
                <w:rStyle w:val="Hyperlink"/>
                <w:rFonts w:ascii="Arial" w:hAnsi="Arial" w:cs="Arial"/>
                <w:noProof/>
              </w:rPr>
              <w:t>5.4. Moving from Retrospective Accommodation to Anticipation.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18</w:t>
            </w:r>
            <w:r w:rsidRPr="00F0289B">
              <w:rPr>
                <w:rFonts w:ascii="Arial" w:hAnsi="Arial" w:cs="Arial"/>
                <w:noProof/>
                <w:webHidden/>
              </w:rPr>
              <w:fldChar w:fldCharType="end"/>
            </w:r>
          </w:hyperlink>
        </w:p>
        <w:p w14:paraId="14183B13" w14:textId="307EB0D4"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6" w:history="1">
            <w:r w:rsidRPr="00F0289B">
              <w:rPr>
                <w:rStyle w:val="Hyperlink"/>
                <w:rFonts w:ascii="Arial" w:hAnsi="Arial" w:cs="Arial"/>
                <w:noProof/>
              </w:rPr>
              <w:t>6. Linking Seamless UDL to SDG 4 and SDG 10.</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19</w:t>
            </w:r>
            <w:r w:rsidRPr="00F0289B">
              <w:rPr>
                <w:rFonts w:ascii="Arial" w:hAnsi="Arial" w:cs="Arial"/>
                <w:noProof/>
                <w:webHidden/>
              </w:rPr>
              <w:fldChar w:fldCharType="end"/>
            </w:r>
          </w:hyperlink>
        </w:p>
        <w:p w14:paraId="009F10A9" w14:textId="010F0979"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7" w:history="1">
            <w:r w:rsidRPr="00F0289B">
              <w:rPr>
                <w:rStyle w:val="Hyperlink"/>
                <w:rFonts w:ascii="Arial" w:hAnsi="Arial" w:cs="Arial"/>
                <w:noProof/>
              </w:rPr>
              <w:t>6.1. SDG 4: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19</w:t>
            </w:r>
            <w:r w:rsidRPr="00F0289B">
              <w:rPr>
                <w:rFonts w:ascii="Arial" w:hAnsi="Arial" w:cs="Arial"/>
                <w:noProof/>
                <w:webHidden/>
              </w:rPr>
              <w:fldChar w:fldCharType="end"/>
            </w:r>
          </w:hyperlink>
        </w:p>
        <w:p w14:paraId="714EE52E" w14:textId="2EB54240"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8" w:history="1">
            <w:r w:rsidRPr="00F0289B">
              <w:rPr>
                <w:rStyle w:val="Hyperlink"/>
                <w:rFonts w:ascii="Arial" w:hAnsi="Arial" w:cs="Arial"/>
                <w:noProof/>
              </w:rPr>
              <w:t>6.2. SDG 10: Reduced Inequalities.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21</w:t>
            </w:r>
            <w:r w:rsidRPr="00F0289B">
              <w:rPr>
                <w:rFonts w:ascii="Arial" w:hAnsi="Arial" w:cs="Arial"/>
                <w:noProof/>
                <w:webHidden/>
              </w:rPr>
              <w:fldChar w:fldCharType="end"/>
            </w:r>
          </w:hyperlink>
        </w:p>
        <w:p w14:paraId="7ABB01FB" w14:textId="7E4559D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9" w:history="1">
            <w:r w:rsidRPr="00F0289B">
              <w:rPr>
                <w:rStyle w:val="Hyperlink"/>
                <w:rFonts w:ascii="Arial" w:hAnsi="Arial" w:cs="Arial"/>
                <w:noProof/>
              </w:rPr>
              <w:t>6.3. The Interdependence of SDG 4 and SDG 10.</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22</w:t>
            </w:r>
            <w:r w:rsidRPr="00F0289B">
              <w:rPr>
                <w:rFonts w:ascii="Arial" w:hAnsi="Arial" w:cs="Arial"/>
                <w:noProof/>
                <w:webHidden/>
              </w:rPr>
              <w:fldChar w:fldCharType="end"/>
            </w:r>
          </w:hyperlink>
        </w:p>
        <w:p w14:paraId="7347F1B1" w14:textId="091634E5"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0" w:history="1">
            <w:r w:rsidRPr="00F0289B">
              <w:rPr>
                <w:rStyle w:val="Hyperlink"/>
                <w:rFonts w:ascii="Arial" w:hAnsi="Arial" w:cs="Arial"/>
                <w:noProof/>
              </w:rPr>
              <w:t>7. UDL as a Whole-Institution Strategy rather than an Adjustment.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22</w:t>
            </w:r>
            <w:r w:rsidRPr="00F0289B">
              <w:rPr>
                <w:rFonts w:ascii="Arial" w:hAnsi="Arial" w:cs="Arial"/>
                <w:noProof/>
                <w:webHidden/>
              </w:rPr>
              <w:fldChar w:fldCharType="end"/>
            </w:r>
          </w:hyperlink>
        </w:p>
        <w:p w14:paraId="2A1008B7" w14:textId="4BA53743"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1" w:history="1">
            <w:r w:rsidRPr="00F0289B">
              <w:rPr>
                <w:rStyle w:val="Hyperlink"/>
                <w:rFonts w:ascii="Arial" w:hAnsi="Arial" w:cs="Arial"/>
                <w:noProof/>
              </w:rPr>
              <w:t>7.1 Impact on Learning Outcomes and Student Engagement.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23</w:t>
            </w:r>
            <w:r w:rsidRPr="00F0289B">
              <w:rPr>
                <w:rFonts w:ascii="Arial" w:hAnsi="Arial" w:cs="Arial"/>
                <w:noProof/>
                <w:webHidden/>
              </w:rPr>
              <w:fldChar w:fldCharType="end"/>
            </w:r>
          </w:hyperlink>
        </w:p>
        <w:p w14:paraId="442B203C" w14:textId="41530514"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2" w:history="1">
            <w:r w:rsidRPr="00F0289B">
              <w:rPr>
                <w:rStyle w:val="Hyperlink"/>
                <w:rFonts w:ascii="Arial" w:hAnsi="Arial" w:cs="Arial"/>
                <w:noProof/>
              </w:rPr>
              <w:t>8. Barriers to Implementation in UK Higher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24</w:t>
            </w:r>
            <w:r w:rsidRPr="00F0289B">
              <w:rPr>
                <w:rFonts w:ascii="Arial" w:hAnsi="Arial" w:cs="Arial"/>
                <w:noProof/>
                <w:webHidden/>
              </w:rPr>
              <w:fldChar w:fldCharType="end"/>
            </w:r>
          </w:hyperlink>
        </w:p>
        <w:p w14:paraId="458069C6" w14:textId="1A9DB756"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3" w:history="1">
            <w:r w:rsidRPr="00F0289B">
              <w:rPr>
                <w:rStyle w:val="Hyperlink"/>
                <w:rFonts w:ascii="Arial" w:hAnsi="Arial" w:cs="Arial"/>
                <w:noProof/>
              </w:rPr>
              <w:t>9. Examples of Best Practice in UK Higher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6A66B1CF" w14:textId="1FEC62E7"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4" w:history="1">
            <w:r w:rsidRPr="00F0289B">
              <w:rPr>
                <w:rStyle w:val="Hyperlink"/>
                <w:rFonts w:ascii="Arial" w:hAnsi="Arial" w:cs="Arial"/>
                <w:noProof/>
              </w:rPr>
              <w:t>9.1. University of Leeds: Inclusive Learning Design Project.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00C04D16" w14:textId="3927BB1B"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5" w:history="1">
            <w:r w:rsidRPr="00F0289B">
              <w:rPr>
                <w:rStyle w:val="Hyperlink"/>
                <w:rFonts w:ascii="Arial" w:hAnsi="Arial" w:cs="Arial"/>
                <w:noProof/>
              </w:rPr>
              <w:t>9.2. Open University: Digital Accessibility Leadership.</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6C59F445" w14:textId="2E0604C7"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6" w:history="1">
            <w:r w:rsidRPr="00F0289B">
              <w:rPr>
                <w:rStyle w:val="Hyperlink"/>
                <w:rFonts w:ascii="Arial" w:hAnsi="Arial" w:cs="Arial"/>
                <w:noProof/>
              </w:rPr>
              <w:t>10. Recommendations for Policy and Practice Derived from the Review of Literature.</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28</w:t>
            </w:r>
            <w:r w:rsidRPr="00F0289B">
              <w:rPr>
                <w:rFonts w:ascii="Arial" w:hAnsi="Arial" w:cs="Arial"/>
                <w:noProof/>
                <w:webHidden/>
              </w:rPr>
              <w:fldChar w:fldCharType="end"/>
            </w:r>
          </w:hyperlink>
        </w:p>
        <w:p w14:paraId="51FCEC82" w14:textId="5D0FBDC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7" w:history="1">
            <w:r w:rsidRPr="00F0289B">
              <w:rPr>
                <w:rStyle w:val="Hyperlink"/>
                <w:rFonts w:ascii="Arial" w:hAnsi="Arial" w:cs="Arial"/>
                <w:noProof/>
              </w:rPr>
              <w:t>11. Conclusion.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29</w:t>
            </w:r>
            <w:r w:rsidRPr="00F0289B">
              <w:rPr>
                <w:rFonts w:ascii="Arial" w:hAnsi="Arial" w:cs="Arial"/>
                <w:noProof/>
                <w:webHidden/>
              </w:rPr>
              <w:fldChar w:fldCharType="end"/>
            </w:r>
          </w:hyperlink>
        </w:p>
        <w:p w14:paraId="6F0A1CC0" w14:textId="326C7D3E"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8" w:history="1">
            <w:r w:rsidRPr="00F0289B">
              <w:rPr>
                <w:rStyle w:val="Hyperlink"/>
                <w:rFonts w:ascii="Arial" w:hAnsi="Arial" w:cs="Arial"/>
                <w:noProof/>
              </w:rPr>
              <w:t>References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31</w:t>
            </w:r>
            <w:r w:rsidRPr="00F0289B">
              <w:rPr>
                <w:rFonts w:ascii="Arial" w:hAnsi="Arial" w:cs="Arial"/>
                <w:noProof/>
                <w:webHidden/>
              </w:rPr>
              <w:fldChar w:fldCharType="end"/>
            </w:r>
          </w:hyperlink>
        </w:p>
        <w:p w14:paraId="71FDF6AC" w14:textId="2C1AAFCC"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9" w:history="1">
            <w:r w:rsidRPr="00F0289B">
              <w:rPr>
                <w:rStyle w:val="Hyperlink"/>
                <w:rFonts w:ascii="Arial" w:hAnsi="Arial" w:cs="Arial"/>
                <w:noProof/>
                <w:lang w:val="en-GB" w:eastAsia="en-GB"/>
              </w:rPr>
              <w:t>Appendices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43</w:t>
            </w:r>
            <w:r w:rsidRPr="00F0289B">
              <w:rPr>
                <w:rFonts w:ascii="Arial" w:hAnsi="Arial" w:cs="Arial"/>
                <w:noProof/>
                <w:webHidden/>
              </w:rPr>
              <w:fldChar w:fldCharType="end"/>
            </w:r>
          </w:hyperlink>
        </w:p>
        <w:p w14:paraId="36ED0751" w14:textId="4F58F4F6"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50" w:history="1">
            <w:r w:rsidRPr="00F0289B">
              <w:rPr>
                <w:rStyle w:val="Hyperlink"/>
                <w:rFonts w:ascii="Arial" w:hAnsi="Arial" w:cs="Arial"/>
                <w:noProof/>
                <w:lang w:val="en-GB" w:eastAsia="en-GB"/>
              </w:rPr>
              <w:t>Appendix A: UN SDG 4 -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_Toc206171150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43</w:t>
            </w:r>
            <w:r w:rsidRPr="00F0289B">
              <w:rPr>
                <w:rFonts w:ascii="Arial" w:hAnsi="Arial" w:cs="Arial"/>
                <w:noProof/>
                <w:webHidden/>
              </w:rPr>
              <w:fldChar w:fldCharType="end"/>
            </w:r>
          </w:hyperlink>
        </w:p>
        <w:p w14:paraId="3E3E7861" w14:textId="6105008A"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51" w:history="1">
            <w:r w:rsidRPr="00F0289B">
              <w:rPr>
                <w:rStyle w:val="Hyperlink"/>
                <w:rFonts w:ascii="Arial" w:hAnsi="Arial" w:cs="Arial"/>
                <w:noProof/>
                <w:lang w:val="en-GB" w:eastAsia="en-GB"/>
              </w:rPr>
              <w:t xml:space="preserve">Appendix B: UN SDG - </w:t>
            </w:r>
            <w:r w:rsidRPr="00F0289B">
              <w:rPr>
                <w:rStyle w:val="Hyperlink"/>
                <w:rFonts w:ascii="Arial" w:hAnsi="Arial" w:cs="Arial"/>
                <w:noProof/>
                <w:lang w:eastAsia="en-GB"/>
              </w:rPr>
              <w:t>Reduced Inequalities (Within and among countries)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_Toc206171151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44</w:t>
            </w:r>
            <w:r w:rsidRPr="00F0289B">
              <w:rPr>
                <w:rFonts w:ascii="Arial" w:hAnsi="Arial" w:cs="Arial"/>
                <w:noProof/>
                <w:webHidden/>
              </w:rPr>
              <w:fldChar w:fldCharType="end"/>
            </w:r>
          </w:hyperlink>
        </w:p>
        <w:p w14:paraId="55012B41" w14:textId="7D9D05CA" w:rsidR="00A44044" w:rsidRDefault="00A44044">
          <w:r w:rsidRPr="00F0289B">
            <w:rPr>
              <w:rFonts w:ascii="Arial" w:hAnsi="Arial" w:cs="Arial"/>
              <w:b/>
              <w:bCs/>
              <w:noProof/>
            </w:rPr>
            <w:lastRenderedPageBreak/>
            <w:fldChar w:fldCharType="end"/>
          </w:r>
        </w:p>
      </w:sdtContent>
    </w:sdt>
    <w:p w14:paraId="6D82E267" w14:textId="4C51E17A" w:rsidR="00C2223B" w:rsidRPr="00A44044" w:rsidRDefault="00000000" w:rsidP="00A44044">
      <w:pPr>
        <w:rPr>
          <w:rFonts w:ascii="Arial" w:hAnsi="Arial" w:cs="Arial"/>
          <w:b/>
          <w:bCs/>
          <w:sz w:val="24"/>
          <w:szCs w:val="24"/>
        </w:rPr>
      </w:pPr>
      <w:r w:rsidRPr="00A44044">
        <w:rPr>
          <w:rFonts w:ascii="Arial" w:hAnsi="Arial" w:cs="Arial"/>
          <w:b/>
          <w:bCs/>
          <w:sz w:val="24"/>
          <w:szCs w:val="24"/>
        </w:rPr>
        <w:t>The Seamless Integration of Universal Design for Learning (</w:t>
      </w:r>
      <w:proofErr w:type="spellStart"/>
      <w:r w:rsidRPr="00A44044">
        <w:rPr>
          <w:rFonts w:ascii="Arial" w:hAnsi="Arial" w:cs="Arial"/>
          <w:b/>
          <w:bCs/>
          <w:sz w:val="24"/>
          <w:szCs w:val="24"/>
        </w:rPr>
        <w:t>UDL</w:t>
      </w:r>
      <w:proofErr w:type="spellEnd"/>
      <w:r w:rsidRPr="00A44044">
        <w:rPr>
          <w:rFonts w:ascii="Arial" w:hAnsi="Arial" w:cs="Arial"/>
          <w:b/>
          <w:bCs/>
          <w:sz w:val="24"/>
          <w:szCs w:val="24"/>
        </w:rPr>
        <w:t>) in Higher Education</w:t>
      </w:r>
      <w:r w:rsidR="006B4696">
        <w:rPr>
          <w:rFonts w:ascii="Arial" w:hAnsi="Arial" w:cs="Arial"/>
          <w:b/>
          <w:bCs/>
          <w:sz w:val="24"/>
          <w:szCs w:val="24"/>
        </w:rPr>
        <w:t xml:space="preserve"> in Supporting</w:t>
      </w:r>
      <w:r w:rsidRPr="00A44044">
        <w:rPr>
          <w:rFonts w:ascii="Arial" w:hAnsi="Arial" w:cs="Arial"/>
          <w:b/>
          <w:bCs/>
          <w:sz w:val="24"/>
          <w:szCs w:val="24"/>
        </w:rPr>
        <w:t xml:space="preserve"> Sustainable Development Goals 4 and 10</w:t>
      </w:r>
      <w:r w:rsidR="006B4696">
        <w:rPr>
          <w:rFonts w:ascii="Arial" w:hAnsi="Arial" w:cs="Arial"/>
          <w:b/>
          <w:bCs/>
          <w:sz w:val="24"/>
          <w:szCs w:val="24"/>
        </w:rPr>
        <w:t>:</w:t>
      </w:r>
      <w:r w:rsidRPr="00A44044">
        <w:rPr>
          <w:rFonts w:ascii="Arial" w:hAnsi="Arial" w:cs="Arial"/>
          <w:b/>
          <w:bCs/>
          <w:sz w:val="24"/>
          <w:szCs w:val="24"/>
        </w:rPr>
        <w:br/>
        <w:t xml:space="preserve">A Semi-Systematic </w:t>
      </w:r>
      <w:r w:rsidR="00A92172" w:rsidRPr="00A44044">
        <w:rPr>
          <w:rFonts w:ascii="Arial" w:hAnsi="Arial" w:cs="Arial"/>
          <w:b/>
          <w:bCs/>
          <w:sz w:val="24"/>
          <w:szCs w:val="24"/>
        </w:rPr>
        <w:t xml:space="preserve">Integrative </w:t>
      </w:r>
      <w:r w:rsidRPr="00A44044">
        <w:rPr>
          <w:rFonts w:ascii="Arial" w:hAnsi="Arial" w:cs="Arial"/>
          <w:b/>
          <w:bCs/>
          <w:sz w:val="24"/>
          <w:szCs w:val="24"/>
        </w:rPr>
        <w:t>Literature Review</w:t>
      </w:r>
    </w:p>
    <w:p w14:paraId="393B8165" w14:textId="0FC5924A" w:rsidR="00175D5D" w:rsidRPr="00E425D9" w:rsidRDefault="00175D5D" w:rsidP="00E425D9">
      <w:pPr>
        <w:pStyle w:val="Heading1"/>
      </w:pPr>
      <w:bookmarkStart w:id="0" w:name="_Toc206171120"/>
      <w:r w:rsidRPr="00E425D9">
        <w:t>1. Introduction</w:t>
      </w:r>
      <w:r w:rsidR="002F0827">
        <w:t>.</w:t>
      </w:r>
      <w:bookmarkEnd w:id="0"/>
    </w:p>
    <w:p w14:paraId="3ADFC2FA" w14:textId="1E3ECE0E"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Universities across the UK are having to accommodate </w:t>
      </w:r>
      <w:r w:rsidR="00B370A7">
        <w:rPr>
          <w:rFonts w:ascii="Arial" w:eastAsia="MS Mincho" w:hAnsi="Arial" w:cs="Arial"/>
          <w:color w:val="000000"/>
        </w:rPr>
        <w:t xml:space="preserve">to a </w:t>
      </w:r>
      <w:r w:rsidR="00175D5D" w:rsidRPr="00175D5D">
        <w:rPr>
          <w:rFonts w:ascii="Arial" w:eastAsia="MS Mincho" w:hAnsi="Arial" w:cs="Arial"/>
          <w:color w:val="000000"/>
        </w:rPr>
        <w:t>period of change that is reshaping their student populations, funding streams, and teaching priorities. Falling international enrolments, reduced income, and an increase in the proportion of students from widening participation backgrounds, including higher numbers of neurodivergent students, are driving the need for more inclusive, adaptable teaching models (Hubble &amp; Bolton, 2023). While many institutions still apply Universal Design for Learning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principles as a reasonable adjustment for students with declared disabilities, there is a growing argument that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is most effective when applied seamlessly for all students, regardless of need or label (Rao et al., 2021).</w:t>
      </w:r>
    </w:p>
    <w:p w14:paraId="3547CF02"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review explicitly aligns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to SDG 4 and SDG 10. For SDG 4 (Quality Education), with specific reference to targets 4.3 (equal access to tertiary education), 4.5 (eliminate disparities), and 4.a (inclusive, safe, effective learning environments). For SDG 10 (Reduced Inequalities). The review additionally focuses on SDG targets 10.2 (promote social, economic and political inclusion) and 10.3 (ensure equal opportunity and reduce discriminatory outcomes) and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mechanisms, multiple means of engagement, representation, and action and expression, interact positively and negatively with these targets in UK HE.</w:t>
      </w:r>
    </w:p>
    <w:p w14:paraId="28DC6E3A" w14:textId="2BEBF60A" w:rsidR="00175D5D" w:rsidRPr="00175D5D" w:rsidRDefault="00583E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Overall, UK </w:t>
      </w:r>
      <w:proofErr w:type="gramStart"/>
      <w:r w:rsidR="00175D5D" w:rsidRPr="00175D5D">
        <w:rPr>
          <w:rFonts w:ascii="Arial" w:eastAsia="MS Mincho" w:hAnsi="Arial" w:cs="Arial"/>
          <w:color w:val="000000"/>
        </w:rPr>
        <w:t>HE</w:t>
      </w:r>
      <w:proofErr w:type="gramEnd"/>
      <w:r w:rsidR="00175D5D" w:rsidRPr="00175D5D">
        <w:rPr>
          <w:rFonts w:ascii="Arial" w:eastAsia="MS Mincho" w:hAnsi="Arial" w:cs="Arial"/>
          <w:color w:val="000000"/>
        </w:rPr>
        <w:t xml:space="preserve"> admissions patterns are mixed. 2024 statistics show overall acceptances </w:t>
      </w:r>
      <w:r w:rsidR="00175D5D" w:rsidRPr="00175D5D">
        <w:rPr>
          <w:rFonts w:ascii="Arial" w:eastAsia="MS Mincho" w:hAnsi="Arial" w:cs="Arial"/>
          <w:color w:val="000000"/>
        </w:rPr>
        <w:lastRenderedPageBreak/>
        <w:t xml:space="preserve">up, with analyses indicating growth at high-tariff providers (e.g. many Russell Group institutions) but significantly declines at medium/low-tariff providers, where many less academic students apply </w:t>
      </w:r>
      <w:r w:rsidR="00540A5C" w:rsidRPr="00540A5C">
        <w:rPr>
          <w:rFonts w:ascii="Arial" w:eastAsia="MS Mincho" w:hAnsi="Arial" w:cs="Arial"/>
          <w:color w:val="000000"/>
        </w:rPr>
        <w:t xml:space="preserve">(Kernohan, 2024; </w:t>
      </w:r>
      <w:proofErr w:type="spellStart"/>
      <w:r w:rsidR="00540A5C" w:rsidRPr="00540A5C">
        <w:rPr>
          <w:rFonts w:ascii="Arial" w:eastAsia="MS Mincho" w:hAnsi="Arial" w:cs="Arial"/>
          <w:color w:val="000000"/>
        </w:rPr>
        <w:t>UCAS</w:t>
      </w:r>
      <w:proofErr w:type="spellEnd"/>
      <w:r w:rsidR="00540A5C" w:rsidRPr="00540A5C">
        <w:rPr>
          <w:rFonts w:ascii="Arial" w:eastAsia="MS Mincho" w:hAnsi="Arial" w:cs="Arial"/>
          <w:color w:val="000000"/>
        </w:rPr>
        <w:t>, 2024)</w:t>
      </w:r>
      <w:r w:rsidR="00540A5C">
        <w:rPr>
          <w:rFonts w:ascii="Arial" w:eastAsia="MS Mincho" w:hAnsi="Arial" w:cs="Arial"/>
          <w:color w:val="000000"/>
        </w:rPr>
        <w:t>, u</w:t>
      </w:r>
      <w:r w:rsidR="00175D5D" w:rsidRPr="00175D5D">
        <w:rPr>
          <w:rFonts w:ascii="Arial" w:eastAsia="MS Mincho" w:hAnsi="Arial" w:cs="Arial"/>
          <w:color w:val="000000"/>
        </w:rPr>
        <w:t>niversities are teaching cohorts with increasingly diverse needs, including a steady rise in disclosed disabilities and mental-health conditions; mental-health disclosures increased from under 1% in 2010/11 to 5.8% in 2022/23 (Hubble &amp; Bolton, 2023). However, many students who could benefit from adjustments choose not to disclose because of anticipated stigma, perceived academic/admissions risks, and the administrative burden associated with processes such as DSA (Eccles et al., 2018; Student Minds, 2024).</w:t>
      </w:r>
    </w:p>
    <w:p w14:paraId="5635B4BA" w14:textId="6F3347E5" w:rsidR="00B370A7"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review, therefore, looks at the benefits of applying a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all students across modules and assessments to reduce reliance on ‘retrofitted’, case-by-case accommodations by avoiding a perceived two-tier model that still provides individual support where required </w:t>
      </w:r>
      <w:r w:rsidR="00540A5C" w:rsidRPr="00540A5C">
        <w:rPr>
          <w:rFonts w:ascii="Arial" w:eastAsia="MS Mincho" w:hAnsi="Arial" w:cs="Arial"/>
          <w:color w:val="000000"/>
        </w:rPr>
        <w:t>(Advance HE, 2024; CAST, 2018; Disabled Students UK, 2024)</w:t>
      </w:r>
      <w:r w:rsidR="00540A5C">
        <w:rPr>
          <w:rFonts w:ascii="Arial" w:eastAsia="MS Mincho" w:hAnsi="Arial" w:cs="Arial"/>
          <w:color w:val="000000"/>
        </w:rPr>
        <w:t>.</w:t>
      </w:r>
      <w:r w:rsidR="00B370A7">
        <w:rPr>
          <w:rFonts w:ascii="Arial" w:eastAsia="MS Mincho" w:hAnsi="Arial" w:cs="Arial"/>
          <w:color w:val="000000"/>
        </w:rPr>
        <w:br/>
      </w:r>
      <w:r w:rsidR="00B370A7">
        <w:rPr>
          <w:rFonts w:ascii="Arial" w:eastAsia="MS Mincho" w:hAnsi="Arial" w:cs="Arial"/>
          <w:color w:val="000000"/>
        </w:rPr>
        <w:br/>
      </w:r>
      <w:r w:rsidRPr="00175D5D">
        <w:rPr>
          <w:rFonts w:ascii="Arial" w:eastAsia="MS Mincho" w:hAnsi="Arial" w:cs="Arial"/>
          <w:color w:val="000000"/>
        </w:rPr>
        <w:t xml:space="preserve">This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of </w:t>
      </w:r>
      <w:proofErr w:type="spellStart"/>
      <w:r w:rsidRPr="00175D5D">
        <w:rPr>
          <w:rFonts w:ascii="Arial" w:eastAsia="MS Mincho" w:hAnsi="Arial" w:cs="Arial"/>
          <w:color w:val="000000"/>
        </w:rPr>
        <w:t>utilising</w:t>
      </w:r>
      <w:proofErr w:type="spellEnd"/>
      <w:r w:rsidRPr="00175D5D">
        <w:rPr>
          <w:rFonts w:ascii="Arial" w:eastAsia="MS Mincho" w:hAnsi="Arial" w:cs="Arial"/>
          <w:color w:val="000000"/>
        </w:rPr>
        <w:t xml:space="preserve"> multiple means of engagement, representation, and expression</w:t>
      </w:r>
      <w:r w:rsidR="004921AB">
        <w:rPr>
          <w:rFonts w:ascii="Arial" w:eastAsia="MS Mincho" w:hAnsi="Arial" w:cs="Arial"/>
          <w:color w:val="000000"/>
        </w:rPr>
        <w:t>,</w:t>
      </w:r>
      <w:r w:rsidRPr="00175D5D">
        <w:rPr>
          <w:rFonts w:ascii="Arial" w:eastAsia="MS Mincho" w:hAnsi="Arial" w:cs="Arial"/>
          <w:color w:val="000000"/>
        </w:rPr>
        <w:t xml:space="preserve"> is </w:t>
      </w:r>
      <w:r w:rsidR="004921AB">
        <w:rPr>
          <w:rFonts w:ascii="Arial" w:eastAsia="MS Mincho" w:hAnsi="Arial" w:cs="Arial"/>
          <w:color w:val="000000"/>
        </w:rPr>
        <w:t>examined</w:t>
      </w:r>
      <w:r w:rsidRPr="00175D5D">
        <w:rPr>
          <w:rFonts w:ascii="Arial" w:eastAsia="MS Mincho" w:hAnsi="Arial" w:cs="Arial"/>
          <w:color w:val="000000"/>
        </w:rPr>
        <w:t xml:space="preserve"> through this review of literature to improve access and attainment across the entire student body, not solely for those with identified needs (</w:t>
      </w:r>
      <w:proofErr w:type="spellStart"/>
      <w:r w:rsidRPr="00175D5D">
        <w:rPr>
          <w:rFonts w:ascii="Arial" w:eastAsia="MS Mincho" w:hAnsi="Arial" w:cs="Arial"/>
          <w:color w:val="000000"/>
        </w:rPr>
        <w:t>Almeqdad</w:t>
      </w:r>
      <w:proofErr w:type="spellEnd"/>
      <w:r w:rsidRPr="00175D5D">
        <w:rPr>
          <w:rFonts w:ascii="Arial" w:eastAsia="MS Mincho" w:hAnsi="Arial" w:cs="Arial"/>
          <w:color w:val="000000"/>
        </w:rPr>
        <w:t xml:space="preserve"> et al., 2023; Bray et al., 2024; Rao et al., 2021; Redstone &amp; Luo, 2024).</w:t>
      </w:r>
      <w:r>
        <w:rPr>
          <w:rFonts w:ascii="Arial" w:eastAsia="MS Mincho" w:hAnsi="Arial" w:cs="Arial"/>
          <w:color w:val="000000"/>
        </w:rPr>
        <w:t xml:space="preserve"> </w:t>
      </w:r>
      <w:r w:rsidRPr="00175D5D">
        <w:rPr>
          <w:rFonts w:ascii="Arial" w:eastAsia="MS Mincho" w:hAnsi="Arial" w:cs="Arial"/>
          <w:color w:val="000000"/>
        </w:rPr>
        <w:t xml:space="preserve">From the perspective of the Sustainable Development Goals (SDGs), </w:t>
      </w:r>
      <w:r>
        <w:rPr>
          <w:rFonts w:ascii="Arial" w:eastAsia="MS Mincho" w:hAnsi="Arial" w:cs="Arial"/>
          <w:color w:val="000000"/>
        </w:rPr>
        <w:t xml:space="preserve">this review considers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w:t>
      </w:r>
      <w:r>
        <w:rPr>
          <w:rFonts w:ascii="Arial" w:eastAsia="MS Mincho" w:hAnsi="Arial" w:cs="Arial"/>
          <w:color w:val="000000"/>
        </w:rPr>
        <w:t>in the context of</w:t>
      </w:r>
      <w:r w:rsidRPr="00175D5D">
        <w:rPr>
          <w:rFonts w:ascii="Arial" w:eastAsia="MS Mincho" w:hAnsi="Arial" w:cs="Arial"/>
          <w:color w:val="000000"/>
        </w:rPr>
        <w:t xml:space="preserve"> both SDG 4: </w:t>
      </w:r>
      <w:r w:rsidRPr="00175D5D">
        <w:rPr>
          <w:rFonts w:ascii="Arial" w:eastAsia="MS Mincho" w:hAnsi="Arial" w:cs="Arial"/>
          <w:i/>
          <w:iCs/>
          <w:color w:val="000000"/>
        </w:rPr>
        <w:t>Quality Education</w:t>
      </w:r>
      <w:r w:rsidRPr="00175D5D">
        <w:rPr>
          <w:rFonts w:ascii="Arial" w:eastAsia="MS Mincho" w:hAnsi="Arial" w:cs="Arial"/>
          <w:color w:val="000000"/>
        </w:rPr>
        <w:t xml:space="preserve"> and SDG 10: </w:t>
      </w:r>
      <w:r w:rsidRPr="00175D5D">
        <w:rPr>
          <w:rFonts w:ascii="Arial" w:eastAsia="MS Mincho" w:hAnsi="Arial" w:cs="Arial"/>
          <w:i/>
          <w:iCs/>
          <w:color w:val="000000"/>
        </w:rPr>
        <w:t>Reduced Inequalities</w:t>
      </w:r>
      <w:r w:rsidRPr="00175D5D">
        <w:rPr>
          <w:rFonts w:ascii="Arial" w:eastAsia="MS Mincho" w:hAnsi="Arial" w:cs="Arial"/>
          <w:color w:val="000000"/>
        </w:rPr>
        <w:t>.</w:t>
      </w:r>
    </w:p>
    <w:p w14:paraId="35965EA9" w14:textId="5A7F06D3"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br/>
        <w:t xml:space="preserve">Designing curricula with accessibility and flexibility embedded from the outset enables higher education institutions to both accommodate and mitigate disparities in learning outcomes, preserve academic standards, and sustain success across increasingly diverse student cohorts </w:t>
      </w:r>
      <w:r w:rsidR="00540A5C" w:rsidRPr="00540A5C">
        <w:rPr>
          <w:rFonts w:ascii="Arial" w:eastAsia="MS Mincho" w:hAnsi="Arial" w:cs="Arial"/>
          <w:color w:val="000000"/>
        </w:rPr>
        <w:t>(Galvin, 2024; United Nations, 2015; Veytia Bucheli et al., 2024)</w:t>
      </w:r>
      <w:r w:rsidR="00540A5C">
        <w:rPr>
          <w:rFonts w:ascii="Arial" w:eastAsia="MS Mincho" w:hAnsi="Arial" w:cs="Arial"/>
          <w:color w:val="000000"/>
        </w:rPr>
        <w:t xml:space="preserve">. </w:t>
      </w:r>
      <w:r w:rsidRPr="00175D5D">
        <w:rPr>
          <w:rFonts w:ascii="Arial" w:eastAsia="MS Mincho" w:hAnsi="Arial" w:cs="Arial"/>
          <w:color w:val="000000"/>
        </w:rPr>
        <w:t xml:space="preserve">Current </w:t>
      </w:r>
      <w:r w:rsidRPr="00175D5D">
        <w:rPr>
          <w:rFonts w:ascii="Arial" w:eastAsia="MS Mincho" w:hAnsi="Arial" w:cs="Arial"/>
          <w:color w:val="000000"/>
        </w:rPr>
        <w:lastRenderedPageBreak/>
        <w:t>sector pressures, reduc</w:t>
      </w:r>
      <w:r w:rsidR="00F91366">
        <w:rPr>
          <w:rFonts w:ascii="Arial" w:eastAsia="MS Mincho" w:hAnsi="Arial" w:cs="Arial"/>
          <w:color w:val="000000"/>
        </w:rPr>
        <w:t>tion in</w:t>
      </w:r>
      <w:r w:rsidRPr="00175D5D">
        <w:rPr>
          <w:rFonts w:ascii="Arial" w:eastAsia="MS Mincho" w:hAnsi="Arial" w:cs="Arial"/>
          <w:color w:val="000000"/>
        </w:rPr>
        <w:t xml:space="preserve"> high-fee international enrolments, uneven and lessening academic domestic application trends, intensify the need for an institutional shift from a reactive approach to teaching, to a seamless, universal provision.</w:t>
      </w:r>
    </w:p>
    <w:p w14:paraId="64BA4FC9"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research detailed in this review indicates that a comprehensive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enhances equitable participation, raises attainment across demographic groups, and strengthens institutional resilience against demographic and financial volatility, thereby ‘</w:t>
      </w:r>
      <w:proofErr w:type="spellStart"/>
      <w:r w:rsidRPr="00175D5D">
        <w:rPr>
          <w:rFonts w:ascii="Arial" w:eastAsia="MS Mincho" w:hAnsi="Arial" w:cs="Arial"/>
          <w:color w:val="000000"/>
        </w:rPr>
        <w:t>operationalising</w:t>
      </w:r>
      <w:proofErr w:type="spellEnd"/>
      <w:r w:rsidRPr="00175D5D">
        <w:rPr>
          <w:rFonts w:ascii="Arial" w:eastAsia="MS Mincho" w:hAnsi="Arial" w:cs="Arial"/>
          <w:color w:val="000000"/>
        </w:rPr>
        <w:t>’ the educational quality and equity ambitions central to SDG 4 and SDG 10 (Qu, 2024; Veytia Bucheli et al., 2024).</w:t>
      </w:r>
    </w:p>
    <w:p w14:paraId="11CA6F35" w14:textId="537F3BCF" w:rsid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purpose of this review is, therefore, to </w:t>
      </w:r>
      <w:proofErr w:type="spellStart"/>
      <w:r w:rsidRPr="00175D5D">
        <w:rPr>
          <w:rFonts w:ascii="Arial" w:eastAsia="MS Mincho" w:hAnsi="Arial" w:cs="Arial"/>
          <w:color w:val="000000"/>
        </w:rPr>
        <w:t>synthesise</w:t>
      </w:r>
      <w:proofErr w:type="spellEnd"/>
      <w:r w:rsidRPr="00175D5D">
        <w:rPr>
          <w:rFonts w:ascii="Arial" w:eastAsia="MS Mincho" w:hAnsi="Arial" w:cs="Arial"/>
          <w:color w:val="000000"/>
        </w:rPr>
        <w:t xml:space="preserve"> recent literature (2016–2025) on the integration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in higher education, with a focus on UK-based research where possible. The review draws on both peer-reviewed and high-quality grey literature to examine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is being applied, its impact on student outcomes, and its relevance to institutional sustainability in the context of the SDGs, specifically SDG 4 and SDG 10.</w:t>
      </w:r>
    </w:p>
    <w:p w14:paraId="02914FC9" w14:textId="625C9F0C" w:rsidR="002F0827" w:rsidRDefault="002F0827" w:rsidP="002F0827">
      <w:pPr>
        <w:spacing w:line="480" w:lineRule="auto"/>
        <w:rPr>
          <w:rFonts w:ascii="Arial" w:eastAsia="MS Mincho" w:hAnsi="Arial" w:cs="Arial"/>
          <w:b/>
          <w:bCs/>
          <w:color w:val="000000"/>
          <w:lang w:val="en-GB"/>
        </w:rPr>
      </w:pPr>
      <w:r>
        <w:rPr>
          <w:rFonts w:ascii="Arial" w:eastAsia="MS Mincho" w:hAnsi="Arial" w:cs="Arial"/>
          <w:b/>
          <w:bCs/>
          <w:color w:val="000000"/>
          <w:lang w:val="en-GB"/>
        </w:rPr>
        <w:t xml:space="preserve">1.1. </w:t>
      </w:r>
      <w:r w:rsidRPr="002F0827">
        <w:rPr>
          <w:rFonts w:ascii="Arial" w:eastAsia="MS Mincho" w:hAnsi="Arial" w:cs="Arial"/>
          <w:b/>
          <w:bCs/>
          <w:color w:val="000000"/>
          <w:lang w:val="en-GB"/>
        </w:rPr>
        <w:t>Key Terms</w:t>
      </w:r>
      <w:r>
        <w:rPr>
          <w:rFonts w:ascii="Arial" w:eastAsia="MS Mincho" w:hAnsi="Arial" w:cs="Arial"/>
          <w:b/>
          <w:bCs/>
          <w:color w:val="000000"/>
          <w:lang w:val="en-GB"/>
        </w:rPr>
        <w:t>.</w:t>
      </w:r>
      <w:r w:rsidRPr="002F0827">
        <w:rPr>
          <w:rFonts w:ascii="Arial" w:eastAsia="MS Mincho" w:hAnsi="Arial" w:cs="Arial"/>
          <w:b/>
          <w:bCs/>
          <w:color w:val="000000"/>
          <w:lang w:val="en-GB"/>
        </w:rPr>
        <w:br/>
      </w:r>
      <w:r>
        <w:rPr>
          <w:rFonts w:ascii="Arial" w:eastAsia="MS Mincho" w:hAnsi="Arial" w:cs="Arial"/>
          <w:b/>
          <w:bCs/>
          <w:color w:val="000000"/>
          <w:lang w:val="en-GB"/>
        </w:rPr>
        <w:t>1</w:t>
      </w:r>
      <w:r w:rsidRPr="002F0827">
        <w:rPr>
          <w:rFonts w:ascii="Arial" w:eastAsia="MS Mincho" w:hAnsi="Arial" w:cs="Arial"/>
          <w:b/>
          <w:bCs/>
          <w:color w:val="000000"/>
          <w:lang w:val="en-GB"/>
        </w:rPr>
        <w:t>.1</w:t>
      </w:r>
      <w:r>
        <w:rPr>
          <w:rFonts w:ascii="Arial" w:eastAsia="MS Mincho" w:hAnsi="Arial" w:cs="Arial"/>
          <w:b/>
          <w:bCs/>
          <w:color w:val="000000"/>
          <w:lang w:val="en-GB"/>
        </w:rPr>
        <w:t>.1</w:t>
      </w:r>
      <w:r w:rsidRPr="002F0827">
        <w:rPr>
          <w:rFonts w:ascii="Arial" w:eastAsia="MS Mincho" w:hAnsi="Arial" w:cs="Arial"/>
          <w:b/>
          <w:bCs/>
          <w:color w:val="000000"/>
          <w:lang w:val="en-GB"/>
        </w:rPr>
        <w:t xml:space="preserve"> Universal Design for Learning (</w:t>
      </w:r>
      <w:proofErr w:type="spellStart"/>
      <w:r w:rsidRPr="002F0827">
        <w:rPr>
          <w:rFonts w:ascii="Arial" w:eastAsia="MS Mincho" w:hAnsi="Arial" w:cs="Arial"/>
          <w:b/>
          <w:bCs/>
          <w:color w:val="000000"/>
          <w:lang w:val="en-GB"/>
        </w:rPr>
        <w:t>UDL</w:t>
      </w:r>
      <w:proofErr w:type="spellEnd"/>
      <w:r w:rsidRPr="002F0827">
        <w:rPr>
          <w:rFonts w:ascii="Arial" w:eastAsia="MS Mincho" w:hAnsi="Arial" w:cs="Arial"/>
          <w:b/>
          <w:bCs/>
          <w:color w:val="000000"/>
          <w:lang w:val="en-GB"/>
        </w:rPr>
        <w:t>).</w:t>
      </w:r>
      <w:r w:rsidRPr="002F0827">
        <w:rPr>
          <w:rFonts w:ascii="Arial" w:eastAsia="MS Mincho" w:hAnsi="Arial" w:cs="Arial"/>
          <w:b/>
          <w:bCs/>
          <w:color w:val="000000"/>
          <w:lang w:val="en-GB"/>
        </w:rPr>
        <w:br/>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is a design framework from CAST that reduces barriers at source by providing both research and guidance on the benefits of 3 key areas or principles: multiple means of engagement, representation, and action/expression (CAST, 2018, 2024). CAST researchers developed the approach in the early 1990s and have since been adopted across many educational sectors, initially in North America, but now more widely integrated into European education (Rose, 2014). In UK higher education,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-aligned practice is increasingly appearing in national guidance on inclusive curriculum and assessment, mainly in secondary education, but more recently integrated into HE (QAA, 2023; Advance HE, 2024).</w:t>
      </w:r>
    </w:p>
    <w:p w14:paraId="7830C205" w14:textId="23063734" w:rsidR="002F0827" w:rsidRPr="00B370A7" w:rsidRDefault="002F0827" w:rsidP="00B370A7">
      <w:pPr>
        <w:pStyle w:val="Heading3"/>
      </w:pPr>
      <w:bookmarkStart w:id="1" w:name="_Toc206171121"/>
      <w:r>
        <w:lastRenderedPageBreak/>
        <w:t>1</w:t>
      </w:r>
      <w:r w:rsidRPr="002F0827">
        <w:t>.1.</w:t>
      </w:r>
      <w:r>
        <w:t>2</w:t>
      </w:r>
      <w:r w:rsidRPr="002F0827">
        <w:t xml:space="preserve">. </w:t>
      </w:r>
      <w:proofErr w:type="spellStart"/>
      <w:r>
        <w:t>UDL</w:t>
      </w:r>
      <w:proofErr w:type="spellEnd"/>
      <w:r w:rsidRPr="002F0827">
        <w:t xml:space="preserve">: </w:t>
      </w:r>
      <w:r>
        <w:t xml:space="preserve">3 </w:t>
      </w:r>
      <w:r w:rsidRPr="002F0827">
        <w:t xml:space="preserve">Core </w:t>
      </w:r>
      <w:r>
        <w:t>Principles.</w:t>
      </w:r>
      <w:bookmarkEnd w:id="1"/>
      <w:r w:rsidR="00B370A7">
        <w:br/>
      </w:r>
    </w:p>
    <w:p w14:paraId="06808A83" w14:textId="43CFA3A4" w:rsidR="002F0827" w:rsidRPr="002F0827" w:rsidRDefault="002F0827" w:rsidP="002F0827">
      <w:pPr>
        <w:spacing w:line="480" w:lineRule="auto"/>
        <w:rPr>
          <w:rFonts w:ascii="Arial" w:eastAsia="MS Mincho" w:hAnsi="Arial" w:cs="Arial"/>
          <w:b/>
          <w:bCs/>
          <w:color w:val="000000"/>
        </w:rPr>
      </w:pPr>
      <w:r w:rsidRPr="002F0827">
        <w:rPr>
          <w:rFonts w:ascii="Arial" w:eastAsia="MS Mincho" w:hAnsi="Arial" w:cs="Arial"/>
          <w:b/>
          <w:bCs/>
          <w:color w:val="000000"/>
          <w:lang w:val="en-GB"/>
        </w:rPr>
        <w:t>Principle 1: Engagement</w:t>
      </w:r>
      <w:r>
        <w:rPr>
          <w:rFonts w:ascii="Arial" w:eastAsia="MS Mincho" w:hAnsi="Arial" w:cs="Arial"/>
          <w:b/>
          <w:bCs/>
          <w:color w:val="000000"/>
          <w:lang w:val="en-GB"/>
        </w:rPr>
        <w:t>.</w:t>
      </w:r>
    </w:p>
    <w:p w14:paraId="0C4E860E"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Recruiting interest</w:t>
      </w:r>
    </w:p>
    <w:p w14:paraId="3B797EFC"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Sustaining effort &amp; persistence</w:t>
      </w:r>
    </w:p>
    <w:p w14:paraId="3F09505B"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Self-regulation</w:t>
      </w:r>
    </w:p>
    <w:p w14:paraId="635C7F7C" w14:textId="3A03EE09"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lang w:val="en-GB"/>
        </w:rPr>
        <w:t>Principle 2: Representation</w:t>
      </w:r>
      <w:r>
        <w:rPr>
          <w:rFonts w:ascii="Arial" w:eastAsia="MS Mincho" w:hAnsi="Arial" w:cs="Arial"/>
          <w:b/>
          <w:bCs/>
          <w:color w:val="000000"/>
          <w:lang w:val="en-GB"/>
        </w:rPr>
        <w:t>.</w:t>
      </w:r>
    </w:p>
    <w:p w14:paraId="6E939C60"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Perception</w:t>
      </w:r>
    </w:p>
    <w:p w14:paraId="2FE2F108"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Language &amp; symbols</w:t>
      </w:r>
    </w:p>
    <w:p w14:paraId="304597F3"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Comprehension</w:t>
      </w:r>
    </w:p>
    <w:p w14:paraId="78E30929" w14:textId="52AC60A1"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lang w:val="en-GB"/>
        </w:rPr>
        <w:t>Principle 3: Action &amp; Expression</w:t>
      </w:r>
      <w:r>
        <w:rPr>
          <w:rFonts w:ascii="Arial" w:eastAsia="MS Mincho" w:hAnsi="Arial" w:cs="Arial"/>
          <w:b/>
          <w:bCs/>
          <w:color w:val="000000"/>
          <w:lang w:val="en-GB"/>
        </w:rPr>
        <w:t>.</w:t>
      </w:r>
    </w:p>
    <w:p w14:paraId="38E35977"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Physical action</w:t>
      </w:r>
    </w:p>
    <w:p w14:paraId="04EBEF8B"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Expression &amp; communication</w:t>
      </w:r>
    </w:p>
    <w:p w14:paraId="6A515BA5"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Executive functions</w:t>
      </w:r>
    </w:p>
    <w:p w14:paraId="4E35B2F7" w14:textId="77777777"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color w:val="000000"/>
          <w:lang w:val="en-GB"/>
        </w:rPr>
        <w:t>(Cast, 2024)</w:t>
      </w:r>
    </w:p>
    <w:p w14:paraId="7D1F8864" w14:textId="03A8D727" w:rsidR="002F0827" w:rsidRPr="002F0827" w:rsidRDefault="002F0827" w:rsidP="002F0827">
      <w:pPr>
        <w:pStyle w:val="Heading3"/>
        <w:rPr>
          <w:lang w:val="en-GB"/>
        </w:rPr>
      </w:pPr>
      <w:r>
        <w:rPr>
          <w:lang w:val="en-GB"/>
        </w:rPr>
        <w:br/>
      </w:r>
      <w:bookmarkStart w:id="2" w:name="_Toc206171122"/>
      <w:r>
        <w:rPr>
          <w:lang w:val="en-GB"/>
        </w:rPr>
        <w:t>1,1</w:t>
      </w:r>
      <w:r w:rsidRPr="002F0827">
        <w:rPr>
          <w:lang w:val="en-GB"/>
        </w:rPr>
        <w:t>.</w:t>
      </w:r>
      <w:r>
        <w:rPr>
          <w:lang w:val="en-GB"/>
        </w:rPr>
        <w:t>3</w:t>
      </w:r>
      <w:r w:rsidRPr="002F0827">
        <w:rPr>
          <w:lang w:val="en-GB"/>
        </w:rPr>
        <w:t>. Sustainable Development Goal 4 (Quality Education).</w:t>
      </w:r>
      <w:bookmarkEnd w:id="2"/>
    </w:p>
    <w:p w14:paraId="3DC05C4A" w14:textId="18CEA882" w:rsidR="002F0827" w:rsidRPr="002F0827" w:rsidRDefault="002F0827" w:rsidP="002F0827">
      <w:pPr>
        <w:spacing w:line="480" w:lineRule="auto"/>
        <w:rPr>
          <w:rFonts w:ascii="Arial" w:eastAsia="MS Mincho" w:hAnsi="Arial" w:cs="Arial"/>
          <w:color w:val="000000"/>
          <w:lang w:val="en-GB"/>
        </w:rPr>
      </w:pPr>
      <w:r>
        <w:rPr>
          <w:rFonts w:ascii="Arial" w:eastAsia="MS Mincho" w:hAnsi="Arial" w:cs="Arial"/>
          <w:color w:val="000000"/>
          <w:lang w:val="en-GB"/>
        </w:rPr>
        <w:br/>
      </w:r>
      <w:r w:rsidRPr="002F0827">
        <w:rPr>
          <w:rFonts w:ascii="Arial" w:eastAsia="MS Mincho" w:hAnsi="Arial" w:cs="Arial"/>
          <w:color w:val="000000"/>
          <w:lang w:val="en-GB"/>
        </w:rPr>
        <w:t xml:space="preserve">The SDGs form part of the UN 2030 Agenda, adopted by the UN General Assembly in September 2015 (United Nations General Assembly, 2015). SDG 4 commits countries to work towards inclusive, equitable quality education and lifelong learning through 7 outcome targets (4.1 – 4.7) and 3 means of implementation targets (4a-4c). The targets and </w:t>
      </w:r>
      <w:r w:rsidRPr="002F0827">
        <w:rPr>
          <w:rFonts w:ascii="Arial" w:eastAsia="MS Mincho" w:hAnsi="Arial" w:cs="Arial"/>
          <w:color w:val="000000"/>
          <w:lang w:val="en-GB"/>
        </w:rPr>
        <w:lastRenderedPageBreak/>
        <w:t>indicators cover participation, completion, and skills outcomes, including tertiary education (UN, 2025a). (Appendix B).</w:t>
      </w:r>
    </w:p>
    <w:p w14:paraId="17A15562" w14:textId="129FFA1E" w:rsidR="002F0827" w:rsidRPr="002F0827" w:rsidRDefault="002F0827" w:rsidP="002F0827">
      <w:pPr>
        <w:spacing w:line="480" w:lineRule="auto"/>
        <w:rPr>
          <w:rFonts w:ascii="Arial" w:eastAsia="MS Mincho" w:hAnsi="Arial" w:cs="Arial"/>
          <w:color w:val="000000"/>
          <w:lang w:val="en-GB"/>
        </w:rPr>
      </w:pPr>
      <w:r>
        <w:rPr>
          <w:rFonts w:ascii="Arial" w:eastAsia="MS Mincho" w:hAnsi="Arial" w:cs="Arial"/>
          <w:b/>
          <w:bCs/>
          <w:color w:val="000000"/>
          <w:lang w:val="en-GB"/>
        </w:rPr>
        <w:t>1.1.4.</w:t>
      </w:r>
      <w:r w:rsidRPr="002F0827">
        <w:rPr>
          <w:rFonts w:ascii="Arial" w:eastAsia="MS Mincho" w:hAnsi="Arial" w:cs="Arial"/>
          <w:b/>
          <w:bCs/>
          <w:color w:val="000000"/>
          <w:lang w:val="en-GB"/>
        </w:rPr>
        <w:t xml:space="preserve"> Sustainable Development Goal 10 (Reduced Inequalities).</w:t>
      </w:r>
    </w:p>
    <w:p w14:paraId="2355438E" w14:textId="77777777"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color w:val="000000"/>
          <w:lang w:val="en-GB"/>
        </w:rPr>
        <w:t>SDG 10 commits countries to reducing inequalities within and among countries through 7 outcome targets (10.1-10.7) and 3 means of implementation targets (10a-10c), addressing income and the social inclusion of disadvantaged groups, including disabled people (UN, 2025b). (Appendix C)</w:t>
      </w:r>
    </w:p>
    <w:p w14:paraId="190D65D8" w14:textId="36B5E578" w:rsidR="002F0827" w:rsidRPr="002F0827" w:rsidRDefault="002F0827" w:rsidP="002F0827">
      <w:pPr>
        <w:pStyle w:val="Heading2"/>
        <w:rPr>
          <w:lang w:val="en-GB"/>
        </w:rPr>
      </w:pPr>
      <w:bookmarkStart w:id="3" w:name="_Toc206171123"/>
      <w:r>
        <w:rPr>
          <w:lang w:val="en-GB"/>
        </w:rPr>
        <w:t>1,2</w:t>
      </w:r>
      <w:r w:rsidRPr="002F0827">
        <w:rPr>
          <w:lang w:val="en-GB"/>
        </w:rPr>
        <w:t xml:space="preserve">. </w:t>
      </w:r>
      <w:r>
        <w:rPr>
          <w:lang w:val="en-GB"/>
        </w:rPr>
        <w:t xml:space="preserve">Relationship Between SDG 4 and </w:t>
      </w:r>
      <w:proofErr w:type="spellStart"/>
      <w:r>
        <w:rPr>
          <w:lang w:val="en-GB"/>
        </w:rPr>
        <w:t>ADG</w:t>
      </w:r>
      <w:proofErr w:type="spellEnd"/>
      <w:r>
        <w:rPr>
          <w:lang w:val="en-GB"/>
        </w:rPr>
        <w:t xml:space="preserve"> 10 in HE.</w:t>
      </w:r>
      <w:bookmarkEnd w:id="3"/>
    </w:p>
    <w:p w14:paraId="2E0F41DC" w14:textId="74D55DB5" w:rsidR="002F0827" w:rsidRPr="002F0827" w:rsidRDefault="002F0827"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Pr="002F0827">
        <w:rPr>
          <w:rFonts w:ascii="Arial" w:eastAsia="MS Mincho" w:hAnsi="Arial" w:cs="Arial"/>
          <w:color w:val="000000"/>
          <w:lang w:val="en-GB"/>
        </w:rPr>
        <w:t xml:space="preserve">Embedding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at the programme and module levels advances SDG 4 by mainstreaming accessible teaching and assessment while contributing to SDG 10 by improving participation and outcomes for underrepresented or underserved groups (QAA, 2023; United Nations, 2025a, 2025b).</w:t>
      </w:r>
    </w:p>
    <w:p w14:paraId="5721A3B8" w14:textId="01847C97" w:rsidR="00175D5D" w:rsidRPr="00E425D9" w:rsidRDefault="00175D5D" w:rsidP="00E425D9">
      <w:pPr>
        <w:pStyle w:val="Heading1"/>
      </w:pPr>
      <w:bookmarkStart w:id="4" w:name="_Toc206171124"/>
      <w:r w:rsidRPr="00E425D9">
        <w:t>2. Methodology: Semi-systematic integrative review</w:t>
      </w:r>
      <w:r w:rsidR="002F0827">
        <w:t>.</w:t>
      </w:r>
      <w:bookmarkEnd w:id="4"/>
    </w:p>
    <w:p w14:paraId="4092A2A2" w14:textId="05240EED"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 xml:space="preserve">This review adopts a </w:t>
      </w:r>
      <w:r w:rsidR="00175D5D" w:rsidRPr="00175D5D">
        <w:rPr>
          <w:rFonts w:ascii="Arial" w:eastAsia="MS Mincho" w:hAnsi="Arial" w:cs="Arial"/>
          <w:b/>
          <w:bCs/>
          <w:color w:val="000000"/>
          <w:lang w:val="en-GB"/>
        </w:rPr>
        <w:t>semi-systematic integrative</w:t>
      </w:r>
      <w:r w:rsidR="00175D5D" w:rsidRPr="00175D5D">
        <w:rPr>
          <w:rFonts w:ascii="Arial" w:eastAsia="MS Mincho" w:hAnsi="Arial" w:cs="Arial"/>
          <w:color w:val="000000"/>
          <w:lang w:val="en-GB"/>
        </w:rPr>
        <w:t xml:space="preserve"> approach to map and integrate recent evidence on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in higher education and its links to SDG 4 and SDG 10. The approach uses a transparent, bounded search and screening process</w:t>
      </w:r>
      <w:r w:rsidR="004921AB">
        <w:rPr>
          <w:rFonts w:ascii="Arial" w:eastAsia="MS Mincho" w:hAnsi="Arial" w:cs="Arial"/>
          <w:color w:val="000000"/>
          <w:lang w:val="en-GB"/>
        </w:rPr>
        <w:t>. It integrates</w:t>
      </w:r>
      <w:r w:rsidR="00175D5D" w:rsidRPr="00175D5D">
        <w:rPr>
          <w:rFonts w:ascii="Arial" w:eastAsia="MS Mincho" w:hAnsi="Arial" w:cs="Arial"/>
          <w:color w:val="000000"/>
          <w:lang w:val="en-GB"/>
        </w:rPr>
        <w:t xml:space="preserve"> quantitative, qualitative, and conceptual studies, </w:t>
      </w:r>
      <w:r w:rsidR="004921AB">
        <w:rPr>
          <w:rFonts w:ascii="Arial" w:eastAsia="MS Mincho" w:hAnsi="Arial" w:cs="Arial"/>
          <w:color w:val="000000"/>
          <w:lang w:val="en-GB"/>
        </w:rPr>
        <w:t>including</w:t>
      </w:r>
      <w:r w:rsidR="00175D5D" w:rsidRPr="00175D5D">
        <w:rPr>
          <w:rFonts w:ascii="Arial" w:eastAsia="MS Mincho" w:hAnsi="Arial" w:cs="Arial"/>
          <w:color w:val="000000"/>
          <w:lang w:val="en-GB"/>
        </w:rPr>
        <w:t xml:space="preserve"> practice-led sources that a fully systematic review might exclude. The review is practice-oriented and makes a reasoned case for adopting ‘seamless’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as a default design in HE while documenting steps to support credibility and reproducibility </w:t>
      </w:r>
      <w:r w:rsidR="00540A5C" w:rsidRPr="00540A5C">
        <w:rPr>
          <w:rFonts w:ascii="Arial" w:eastAsia="MS Mincho" w:hAnsi="Arial" w:cs="Arial"/>
          <w:color w:val="000000"/>
          <w:lang w:val="en-GB"/>
        </w:rPr>
        <w:t xml:space="preserve">(Grant &amp; Booth, 2009; Hong et al., 2019; Page et al., 2021; Snyder, 2019; Whittemore &amp; </w:t>
      </w:r>
      <w:proofErr w:type="spellStart"/>
      <w:r w:rsidR="00540A5C" w:rsidRPr="00540A5C">
        <w:rPr>
          <w:rFonts w:ascii="Arial" w:eastAsia="MS Mincho" w:hAnsi="Arial" w:cs="Arial"/>
          <w:color w:val="000000"/>
          <w:lang w:val="en-GB"/>
        </w:rPr>
        <w:t>Knafl</w:t>
      </w:r>
      <w:proofErr w:type="spellEnd"/>
      <w:r w:rsidR="00540A5C" w:rsidRPr="00540A5C">
        <w:rPr>
          <w:rFonts w:ascii="Arial" w:eastAsia="MS Mincho" w:hAnsi="Arial" w:cs="Arial"/>
          <w:color w:val="000000"/>
          <w:lang w:val="en-GB"/>
        </w:rPr>
        <w:t>, 2005)</w:t>
      </w:r>
      <w:r w:rsidR="00540A5C">
        <w:rPr>
          <w:rFonts w:ascii="Arial" w:eastAsia="MS Mincho" w:hAnsi="Arial" w:cs="Arial"/>
          <w:color w:val="000000"/>
          <w:lang w:val="en-GB"/>
        </w:rPr>
        <w:t>.</w:t>
      </w:r>
    </w:p>
    <w:p w14:paraId="3D8CD10A" w14:textId="545FFD47" w:rsidR="00A44044" w:rsidRPr="00E425D9" w:rsidRDefault="00175D5D" w:rsidP="00E425D9">
      <w:pPr>
        <w:pStyle w:val="Heading2"/>
      </w:pPr>
      <w:bookmarkStart w:id="5" w:name="_Toc206171125"/>
      <w:r w:rsidRPr="00E425D9">
        <w:lastRenderedPageBreak/>
        <w:t>2.1 Research questions</w:t>
      </w:r>
      <w:r w:rsidR="002F0827">
        <w:t>.</w:t>
      </w:r>
      <w:bookmarkEnd w:id="5"/>
    </w:p>
    <w:p w14:paraId="68FC0CD6" w14:textId="77777777" w:rsidR="00A44044" w:rsidRPr="00A44044" w:rsidRDefault="00A44044" w:rsidP="00A44044">
      <w:pPr>
        <w:rPr>
          <w:lang w:val="en-GB"/>
        </w:rPr>
      </w:pPr>
    </w:p>
    <w:p w14:paraId="4E8679CE" w14:textId="535D4E2C"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How is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currently applied in UK higher education settings?</w:t>
      </w:r>
    </w:p>
    <w:p w14:paraId="17FBC32F" w14:textId="77777777"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What evidence shows that seamless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supports SDG 4 (Quality Education) and SDG 10 (Reduced Inequalities)?</w:t>
      </w:r>
    </w:p>
    <w:p w14:paraId="307B9267" w14:textId="77777777"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What challenges and enabling factors are reported for whole-institution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implementation?</w:t>
      </w:r>
    </w:p>
    <w:p w14:paraId="0FAC5954" w14:textId="4A261918" w:rsidR="00175D5D" w:rsidRPr="00175D5D" w:rsidRDefault="00175D5D" w:rsidP="00A44044">
      <w:pPr>
        <w:pStyle w:val="Heading2"/>
        <w:rPr>
          <w:lang w:val="en-GB"/>
        </w:rPr>
      </w:pPr>
      <w:bookmarkStart w:id="6" w:name="_Toc206171126"/>
      <w:r w:rsidRPr="00175D5D">
        <w:rPr>
          <w:lang w:val="en-GB"/>
        </w:rPr>
        <w:t>2.2 Scope, inclusion and exclusion criteria</w:t>
      </w:r>
      <w:bookmarkEnd w:id="6"/>
      <w:r w:rsidR="00A44044">
        <w:rPr>
          <w:lang w:val="en-GB"/>
        </w:rPr>
        <w:br/>
      </w:r>
      <w:r w:rsidR="00A44044">
        <w:rPr>
          <w:lang w:val="en-GB"/>
        </w:rPr>
        <w:br/>
      </w:r>
    </w:p>
    <w:p w14:paraId="61EBB22C"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Publication window:</w:t>
      </w:r>
      <w:r w:rsidRPr="00175D5D">
        <w:rPr>
          <w:rFonts w:ascii="Arial" w:eastAsia="MS Mincho" w:hAnsi="Arial" w:cs="Arial"/>
          <w:color w:val="000000"/>
          <w:lang w:val="en-GB"/>
        </w:rPr>
        <w:t xml:space="preserve"> January 2016–June 2025, with earlier seminal works included where foundational to method or concept.</w:t>
      </w:r>
    </w:p>
    <w:p w14:paraId="2A1F26D7" w14:textId="4F74F175"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Inclusion</w:t>
      </w:r>
      <w:r w:rsidR="002F0827">
        <w:rPr>
          <w:rFonts w:ascii="Arial" w:eastAsia="MS Mincho" w:hAnsi="Arial" w:cs="Arial"/>
          <w:b/>
          <w:bCs/>
          <w:color w:val="000000"/>
          <w:lang w:val="en-GB"/>
        </w:rPr>
        <w:t>.</w:t>
      </w:r>
    </w:p>
    <w:p w14:paraId="0821CC51"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Peer-reviewed studies and UK-relevant policy/evaluation reports 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in higher education or with transferable HE insights linked to SDG 4/10.</w:t>
      </w:r>
    </w:p>
    <w:p w14:paraId="13A7FA79"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Empirical (quantitative or qualitative) and conceptual work connecting inclusive design to participation, attainment, progression, or outcomes.</w:t>
      </w:r>
    </w:p>
    <w:p w14:paraId="2E40AC88"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Records first identified via AI-assisted tools were included only after verification in primary databases or official sector sources.</w:t>
      </w:r>
    </w:p>
    <w:p w14:paraId="02279635" w14:textId="0534A39A"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Exclusion</w:t>
      </w:r>
      <w:r w:rsidR="002F0827">
        <w:rPr>
          <w:rFonts w:ascii="Arial" w:eastAsia="MS Mincho" w:hAnsi="Arial" w:cs="Arial"/>
          <w:b/>
          <w:bCs/>
          <w:color w:val="000000"/>
          <w:lang w:val="en-GB"/>
        </w:rPr>
        <w:t>.</w:t>
      </w:r>
    </w:p>
    <w:p w14:paraId="43BA1697" w14:textId="77777777"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Studies solely on primary/secondary education without clear transferability to HE.</w:t>
      </w:r>
    </w:p>
    <w:p w14:paraId="5501868F" w14:textId="77777777"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Publications not in English.</w:t>
      </w:r>
    </w:p>
    <w:p w14:paraId="3693F56A" w14:textId="77777777"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Articles focused only on assistive technologies without a pedagogical/DULL context.</w:t>
      </w:r>
    </w:p>
    <w:p w14:paraId="653AB8B3" w14:textId="604654EB" w:rsidR="00175D5D" w:rsidRPr="00175D5D" w:rsidRDefault="00175D5D" w:rsidP="00A44044">
      <w:pPr>
        <w:pStyle w:val="Heading2"/>
        <w:rPr>
          <w:lang w:val="en-GB"/>
        </w:rPr>
      </w:pPr>
      <w:bookmarkStart w:id="7" w:name="_Toc206171127"/>
      <w:r w:rsidRPr="00175D5D">
        <w:rPr>
          <w:lang w:val="en-GB"/>
        </w:rPr>
        <w:lastRenderedPageBreak/>
        <w:t>2.3 Search strategy</w:t>
      </w:r>
      <w:r w:rsidR="002F0827">
        <w:rPr>
          <w:lang w:val="en-GB"/>
        </w:rPr>
        <w:t>.</w:t>
      </w:r>
      <w:bookmarkEnd w:id="7"/>
    </w:p>
    <w:p w14:paraId="18CC9906" w14:textId="262BE142"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b/>
          <w:bCs/>
          <w:color w:val="000000"/>
          <w:lang w:val="en-GB"/>
        </w:rPr>
        <w:br/>
      </w:r>
      <w:r w:rsidR="00175D5D" w:rsidRPr="00175D5D">
        <w:rPr>
          <w:rFonts w:ascii="Arial" w:eastAsia="MS Mincho" w:hAnsi="Arial" w:cs="Arial"/>
          <w:b/>
          <w:bCs/>
          <w:color w:val="000000"/>
          <w:lang w:val="en-GB"/>
        </w:rPr>
        <w:t>Search period:</w:t>
      </w:r>
      <w:r w:rsidR="00175D5D" w:rsidRPr="00175D5D">
        <w:rPr>
          <w:rFonts w:ascii="Arial" w:eastAsia="MS Mincho" w:hAnsi="Arial" w:cs="Arial"/>
          <w:color w:val="000000"/>
          <w:lang w:val="en-GB"/>
        </w:rPr>
        <w:t xml:space="preserve"> April–July 2025.</w:t>
      </w:r>
    </w:p>
    <w:p w14:paraId="7C174787" w14:textId="60275720"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Databases and sources</w:t>
      </w:r>
      <w:r w:rsidR="002F0827">
        <w:rPr>
          <w:rFonts w:ascii="Arial" w:eastAsia="MS Mincho" w:hAnsi="Arial" w:cs="Arial"/>
          <w:b/>
          <w:bCs/>
          <w:color w:val="000000"/>
          <w:lang w:val="en-GB"/>
        </w:rPr>
        <w:t>.</w:t>
      </w:r>
    </w:p>
    <w:p w14:paraId="242009C5"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ERIC, Web of Science, and British Education Index (EBSCO) for peer-reviewed literature.</w:t>
      </w:r>
    </w:p>
    <w:p w14:paraId="7C238AA0"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Google Scholar and institutional repositories for peer-reviewed and for grey literature/policy reports.</w:t>
      </w:r>
    </w:p>
    <w:p w14:paraId="7A8A27F0"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Publisher platforms including ScienceDirect (Elsevier), SpringerLink, Wiley Online Library, Taylor &amp; Francis Online.</w:t>
      </w:r>
    </w:p>
    <w:p w14:paraId="212B204B"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UK sector bodies: Advance HE, QAA, Universities UK (UUK), and Disabled Students UK (</w:t>
      </w:r>
      <w:proofErr w:type="spellStart"/>
      <w:r w:rsidRPr="00175D5D">
        <w:rPr>
          <w:rFonts w:ascii="Arial" w:eastAsia="MS Mincho" w:hAnsi="Arial" w:cs="Arial"/>
          <w:color w:val="000000"/>
          <w:lang w:val="en-GB"/>
        </w:rPr>
        <w:t>DSUK</w:t>
      </w:r>
      <w:proofErr w:type="spellEnd"/>
      <w:r w:rsidRPr="00175D5D">
        <w:rPr>
          <w:rFonts w:ascii="Arial" w:eastAsia="MS Mincho" w:hAnsi="Arial" w:cs="Arial"/>
          <w:color w:val="000000"/>
          <w:lang w:val="en-GB"/>
        </w:rPr>
        <w:t>) for guidance, frameworks, and sector analyses.</w:t>
      </w:r>
    </w:p>
    <w:p w14:paraId="0E82ABB3"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AI-assisted discovery tools (Elicit, Consensus, SciSpace) used to identify a wider range of relevant sources, such as candidate papers and policy documents, in addition to tracing citation trails, refining keywords, and relevance. AI summaries were not treated as evidence; all included sources were checked against originals in the sources above.</w:t>
      </w:r>
    </w:p>
    <w:p w14:paraId="4601AC52" w14:textId="414070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Search terms</w:t>
      </w:r>
      <w:r w:rsidR="002F0827">
        <w:rPr>
          <w:rFonts w:ascii="Arial" w:eastAsia="MS Mincho" w:hAnsi="Arial" w:cs="Arial"/>
          <w:b/>
          <w:bCs/>
          <w:color w:val="000000"/>
          <w:lang w:val="en-GB"/>
        </w:rPr>
        <w:t>.</w:t>
      </w:r>
    </w:p>
    <w:p w14:paraId="493CABC4" w14:textId="77777777" w:rsidR="00175D5D" w:rsidRPr="00175D5D" w:rsidRDefault="00175D5D" w:rsidP="00A92172">
      <w:pPr>
        <w:numPr>
          <w:ilvl w:val="0"/>
          <w:numId w:val="30"/>
        </w:numPr>
        <w:spacing w:after="160" w:line="480" w:lineRule="auto"/>
        <w:contextualSpacing/>
        <w:rPr>
          <w:rFonts w:ascii="Arial" w:eastAsia="MS Mincho" w:hAnsi="Arial" w:cs="Arial"/>
          <w:color w:val="000000"/>
          <w:lang w:val="en-GB"/>
        </w:rPr>
      </w:pPr>
      <w:r w:rsidRPr="00175D5D">
        <w:rPr>
          <w:rFonts w:ascii="Arial" w:eastAsia="MS Mincho" w:hAnsi="Arial" w:cs="Arial"/>
          <w:color w:val="000000"/>
          <w:lang w:val="en-GB"/>
        </w:rPr>
        <w:t xml:space="preserve">Boolean operators and phrase searching, for example: </w:t>
      </w:r>
    </w:p>
    <w:p w14:paraId="37966036" w14:textId="77777777" w:rsidR="00175D5D" w:rsidRPr="00175D5D" w:rsidRDefault="00175D5D" w:rsidP="00A92172">
      <w:pPr>
        <w:spacing w:line="480" w:lineRule="auto"/>
        <w:ind w:left="720"/>
        <w:contextualSpacing/>
        <w:rPr>
          <w:rFonts w:ascii="Arial" w:eastAsia="MS Mincho" w:hAnsi="Arial" w:cs="Arial"/>
          <w:color w:val="000000"/>
          <w:lang w:val="en-GB"/>
        </w:rPr>
      </w:pPr>
      <w:r w:rsidRPr="00175D5D">
        <w:rPr>
          <w:rFonts w:ascii="Arial" w:eastAsia="MS Mincho" w:hAnsi="Arial" w:cs="Arial"/>
          <w:color w:val="000000"/>
          <w:lang w:val="en-GB"/>
        </w:rPr>
        <w:t xml:space="preserve">“Universal Design for Learning” OR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OR “inclusive pedagogy” OR “universal design for instruction”) AND (“higher education” OR HE OR university OR universities) AND (UK OR “United Kingdom” OR England OR Scotland OR Wales OR “Northern Ireland”) AND (“Sustainable Development Goal*” OR SDG* OR </w:t>
      </w:r>
      <w:r w:rsidRPr="00175D5D">
        <w:rPr>
          <w:rFonts w:ascii="Arial" w:eastAsia="MS Mincho" w:hAnsi="Arial" w:cs="Arial"/>
          <w:color w:val="000000"/>
          <w:lang w:val="en-GB"/>
        </w:rPr>
        <w:lastRenderedPageBreak/>
        <w:t xml:space="preserve">“Agenda 2030”) AND (“SDG 4” OR SDG4 OR “Quality Education”) AND (“SDG 10” OR SDG10 OR “Reduced Inequalities”) </w:t>
      </w:r>
    </w:p>
    <w:p w14:paraId="1EF5C193"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br/>
        <w:t>Additional terms included:</w:t>
      </w:r>
    </w:p>
    <w:p w14:paraId="550FE298"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Inclusive teaching, accessibility, neurodiversity, and educational inequality.</w:t>
      </w:r>
    </w:p>
    <w:p w14:paraId="5D74B1EA"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Reference lists of included studies were hand-searched to identify further sources.</w:t>
      </w:r>
    </w:p>
    <w:p w14:paraId="60DA4FE6" w14:textId="448519ED" w:rsidR="00175D5D" w:rsidRPr="00175D5D" w:rsidRDefault="00175D5D" w:rsidP="00A44044">
      <w:pPr>
        <w:pStyle w:val="Heading2"/>
        <w:rPr>
          <w:lang w:val="en-GB"/>
        </w:rPr>
      </w:pPr>
      <w:bookmarkStart w:id="8" w:name="_Toc206171128"/>
      <w:r w:rsidRPr="00175D5D">
        <w:rPr>
          <w:lang w:val="en-GB"/>
        </w:rPr>
        <w:t>2.4 Screening and selection</w:t>
      </w:r>
      <w:r w:rsidR="002F0827">
        <w:rPr>
          <w:lang w:val="en-GB"/>
        </w:rPr>
        <w:t>.</w:t>
      </w:r>
      <w:bookmarkEnd w:id="8"/>
    </w:p>
    <w:p w14:paraId="323807FE" w14:textId="7C6D6D2D" w:rsid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 xml:space="preserve">The initial search produced 238 records. After title/abstract screening, 94 were retained for full-text review. 52 sources met the inclusion criteria, and a research matrix was produced and coded for analysis. Coding categories included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focus and principles in practice; relevance to SDG 4; research methodology; relevance to both SDG 4 and SDG 10; UK-based; barriers/enablers to implementation; and evidence of institutional outcomes (e.g., retention, attainment, satisfaction).</w:t>
      </w:r>
    </w:p>
    <w:p w14:paraId="2F8B99F9" w14:textId="6531DA00" w:rsid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rPr>
        <w:t>2.</w:t>
      </w:r>
      <w:r>
        <w:rPr>
          <w:rFonts w:ascii="Arial" w:eastAsia="MS Mincho" w:hAnsi="Arial" w:cs="Arial"/>
          <w:b/>
          <w:bCs/>
          <w:color w:val="000000"/>
        </w:rPr>
        <w:t>5.</w:t>
      </w:r>
      <w:r w:rsidRPr="002F0827">
        <w:rPr>
          <w:rFonts w:ascii="Arial" w:eastAsia="MS Mincho" w:hAnsi="Arial" w:cs="Arial"/>
          <w:b/>
          <w:bCs/>
          <w:color w:val="000000"/>
        </w:rPr>
        <w:t xml:space="preserve"> Analysis and Synthesis</w:t>
      </w:r>
      <w:r>
        <w:rPr>
          <w:rFonts w:ascii="Arial" w:eastAsia="MS Mincho" w:hAnsi="Arial" w:cs="Arial"/>
          <w:b/>
          <w:bCs/>
          <w:color w:val="000000"/>
        </w:rPr>
        <w:t>.</w:t>
      </w:r>
    </w:p>
    <w:p w14:paraId="75F30902" w14:textId="0DDE9876" w:rsidR="002F0827" w:rsidRPr="002F0827" w:rsidRDefault="002F0827" w:rsidP="002F0827">
      <w:pPr>
        <w:spacing w:line="480" w:lineRule="auto"/>
        <w:rPr>
          <w:rFonts w:ascii="Arial" w:eastAsia="MS Mincho" w:hAnsi="Arial" w:cs="Arial"/>
          <w:b/>
          <w:bCs/>
          <w:color w:val="000000"/>
        </w:rPr>
      </w:pPr>
      <w:r w:rsidRPr="002F0827">
        <w:rPr>
          <w:rFonts w:ascii="Arial" w:eastAsia="MS Mincho" w:hAnsi="Arial" w:cs="Arial"/>
          <w:color w:val="000000"/>
          <w:lang w:val="en-GB"/>
        </w:rPr>
        <w:t xml:space="preserve">A thematic analysis was applied to the researched literature to identify recurring patterns, barriers, and factors that facilitate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in HE. A coding framework was developed inductively, derived from the literature. Open coding followed through the reading of research literature, before grouping into ‘higher-order themes’ (Braun &amp; Clarke, 2022). Findings in this report are presented under thematic headings aligning with the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framework (CAST, 2018) and the SDG targets.</w:t>
      </w:r>
    </w:p>
    <w:p w14:paraId="7AAC49E4" w14:textId="40807C4A" w:rsidR="002F0827" w:rsidRDefault="002F0827" w:rsidP="00A92172">
      <w:pPr>
        <w:spacing w:line="480" w:lineRule="auto"/>
        <w:rPr>
          <w:rFonts w:ascii="Arial" w:eastAsia="MS Mincho" w:hAnsi="Arial" w:cs="Arial"/>
          <w:color w:val="000000"/>
          <w:lang w:val="en-GB"/>
        </w:rPr>
      </w:pPr>
      <w:r w:rsidRPr="002F0827">
        <w:rPr>
          <w:rFonts w:ascii="Arial" w:eastAsia="MS Mincho" w:hAnsi="Arial" w:cs="Arial"/>
          <w:color w:val="000000"/>
          <w:lang w:val="en-GB"/>
        </w:rPr>
        <w:t>By using a semi-systematic integrative approach, this review seeks to balance the breadth of coverage with a depth of analysis, presenting a cohesive interpretation that informs both the academic and the shaping of higher education policy</w:t>
      </w:r>
    </w:p>
    <w:p w14:paraId="042A5F6B" w14:textId="77777777" w:rsidR="00B370A7" w:rsidRPr="00175D5D" w:rsidRDefault="00B370A7" w:rsidP="00A92172">
      <w:pPr>
        <w:spacing w:line="480" w:lineRule="auto"/>
        <w:rPr>
          <w:rFonts w:ascii="Arial" w:eastAsia="MS Mincho" w:hAnsi="Arial" w:cs="Arial"/>
          <w:color w:val="000000"/>
          <w:lang w:val="en-GB"/>
        </w:rPr>
      </w:pPr>
    </w:p>
    <w:p w14:paraId="2A976228" w14:textId="7E14208E" w:rsidR="00175D5D" w:rsidRPr="001E42BE" w:rsidRDefault="00175D5D" w:rsidP="001E42BE">
      <w:pPr>
        <w:pStyle w:val="Heading2"/>
      </w:pPr>
      <w:bookmarkStart w:id="9" w:name="_Toc206171129"/>
      <w:r w:rsidRPr="001E42BE">
        <w:t>2.</w:t>
      </w:r>
      <w:r w:rsidR="002F0827">
        <w:t xml:space="preserve">6. </w:t>
      </w:r>
      <w:r w:rsidRPr="001E42BE">
        <w:t>Limitations</w:t>
      </w:r>
      <w:r w:rsidR="002F0827">
        <w:t>.</w:t>
      </w:r>
      <w:bookmarkEnd w:id="9"/>
    </w:p>
    <w:p w14:paraId="0C9D6BEE" w14:textId="41566EF8"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583E44" w:rsidRPr="00583E44">
        <w:rPr>
          <w:rFonts w:ascii="Arial" w:eastAsia="MS Mincho" w:hAnsi="Arial" w:cs="Arial"/>
          <w:color w:val="000000"/>
          <w:lang w:val="en-GB"/>
        </w:rPr>
        <w:t>This semi-systematic integrative review has several limitations</w:t>
      </w:r>
      <w:r w:rsidR="00583E44">
        <w:rPr>
          <w:rFonts w:ascii="Arial" w:eastAsia="MS Mincho" w:hAnsi="Arial" w:cs="Arial"/>
          <w:color w:val="000000"/>
          <w:lang w:val="en-GB"/>
        </w:rPr>
        <w:t>.</w:t>
      </w:r>
    </w:p>
    <w:p w14:paraId="0E42434F"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Timeframe.</w:t>
      </w:r>
      <w:r w:rsidRPr="00175D5D">
        <w:rPr>
          <w:rFonts w:ascii="Arial" w:eastAsia="MS Mincho" w:hAnsi="Arial" w:cs="Arial"/>
          <w:color w:val="000000"/>
          <w:lang w:val="en-GB"/>
        </w:rPr>
        <w:t xml:space="preserve"> A seven-year window keeps the evidence current but may under-represent foundational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development that shaped policy and practice (Whittemore &amp; </w:t>
      </w:r>
      <w:proofErr w:type="spellStart"/>
      <w:r w:rsidRPr="00175D5D">
        <w:rPr>
          <w:rFonts w:ascii="Arial" w:eastAsia="MS Mincho" w:hAnsi="Arial" w:cs="Arial"/>
          <w:color w:val="000000"/>
          <w:lang w:val="en-GB"/>
        </w:rPr>
        <w:t>Knafl</w:t>
      </w:r>
      <w:proofErr w:type="spellEnd"/>
      <w:r w:rsidRPr="00175D5D">
        <w:rPr>
          <w:rFonts w:ascii="Arial" w:eastAsia="MS Mincho" w:hAnsi="Arial" w:cs="Arial"/>
          <w:color w:val="000000"/>
          <w:lang w:val="en-GB"/>
        </w:rPr>
        <w:t>, 2005; Snyder, 2019).</w:t>
      </w:r>
    </w:p>
    <w:p w14:paraId="1F1CE9DE"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Scope and language.</w:t>
      </w:r>
      <w:r w:rsidRPr="00175D5D">
        <w:rPr>
          <w:rFonts w:ascii="Arial" w:eastAsia="MS Mincho" w:hAnsi="Arial" w:cs="Arial"/>
          <w:color w:val="000000"/>
          <w:lang w:val="en-GB"/>
        </w:rPr>
        <w:t xml:space="preserve"> The focus on UK higher education and English-language sources may omit relevant European and international work that could inform UK practice.</w:t>
      </w:r>
    </w:p>
    <w:p w14:paraId="3344BE05"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Evidence base.</w:t>
      </w:r>
      <w:r w:rsidRPr="00175D5D">
        <w:rPr>
          <w:rFonts w:ascii="Arial" w:eastAsia="MS Mincho" w:hAnsi="Arial" w:cs="Arial"/>
          <w:color w:val="000000"/>
          <w:lang w:val="en-GB"/>
        </w:rPr>
        <w:t xml:space="preserve"> UK empirical studies 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are significantly less than those in North American and Canadian literature, so some inferences utilise international findings produced in different policy and funding contexts; transferability to UK settings may be partial (</w:t>
      </w:r>
      <w:proofErr w:type="spellStart"/>
      <w:r w:rsidRPr="00175D5D">
        <w:rPr>
          <w:rFonts w:ascii="Arial" w:eastAsia="MS Mincho" w:hAnsi="Arial" w:cs="Arial"/>
          <w:color w:val="000000"/>
          <w:lang w:val="en-GB"/>
        </w:rPr>
        <w:t>Tarconish</w:t>
      </w:r>
      <w:proofErr w:type="spellEnd"/>
      <w:r w:rsidRPr="00175D5D">
        <w:rPr>
          <w:rFonts w:ascii="Arial" w:eastAsia="MS Mincho" w:hAnsi="Arial" w:cs="Arial"/>
          <w:color w:val="000000"/>
          <w:lang w:val="en-GB"/>
        </w:rPr>
        <w:t>, Scott, Banerjee, &amp; Lombardi, 2023; Seale, 2021; Qu &amp; Cross, 2024).</w:t>
      </w:r>
    </w:p>
    <w:p w14:paraId="6F3A8D85" w14:textId="4FBABCC2"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Search and selection.</w:t>
      </w:r>
      <w:r w:rsidRPr="00175D5D">
        <w:rPr>
          <w:rFonts w:ascii="Arial" w:eastAsia="MS Mincho" w:hAnsi="Arial" w:cs="Arial"/>
          <w:color w:val="000000"/>
          <w:lang w:val="en-GB"/>
        </w:rPr>
        <w:t xml:space="preserve"> Semi-systematic</w:t>
      </w:r>
      <w:r w:rsidR="00A92172">
        <w:rPr>
          <w:rFonts w:ascii="Arial" w:eastAsia="MS Mincho" w:hAnsi="Arial" w:cs="Arial"/>
          <w:color w:val="000000"/>
          <w:lang w:val="en-GB"/>
        </w:rPr>
        <w:t xml:space="preserve"> integrative</w:t>
      </w:r>
      <w:r w:rsidRPr="00175D5D">
        <w:rPr>
          <w:rFonts w:ascii="Arial" w:eastAsia="MS Mincho" w:hAnsi="Arial" w:cs="Arial"/>
          <w:color w:val="000000"/>
          <w:lang w:val="en-GB"/>
        </w:rPr>
        <w:t xml:space="preserve"> designs use iterative searching, purposive selection, and integration of peer-reviewed</w:t>
      </w:r>
      <w:r w:rsidR="00A92172">
        <w:rPr>
          <w:rFonts w:ascii="Arial" w:eastAsia="MS Mincho" w:hAnsi="Arial" w:cs="Arial"/>
          <w:color w:val="000000"/>
          <w:lang w:val="en-GB"/>
        </w:rPr>
        <w:t>, grey literature</w:t>
      </w:r>
      <w:r w:rsidRPr="00175D5D">
        <w:rPr>
          <w:rFonts w:ascii="Arial" w:eastAsia="MS Mincho" w:hAnsi="Arial" w:cs="Arial"/>
          <w:color w:val="000000"/>
          <w:lang w:val="en-GB"/>
        </w:rPr>
        <w:t xml:space="preserve"> and practice-led sources. This supports depth and sector relevance but weakens reproducibility compared with a fully focused protocol. Reporting follows key elements of search transparency, though it does not meet the full PRISMA/PRISMA-S standards, which limits auditability (Grant &amp; Booth, 2009; Page et al., 2021; </w:t>
      </w:r>
      <w:proofErr w:type="spellStart"/>
      <w:r w:rsidRPr="00175D5D">
        <w:rPr>
          <w:rFonts w:ascii="Arial" w:eastAsia="MS Mincho" w:hAnsi="Arial" w:cs="Arial"/>
          <w:color w:val="000000"/>
          <w:lang w:val="en-GB"/>
        </w:rPr>
        <w:t>Rethlefsen</w:t>
      </w:r>
      <w:proofErr w:type="spellEnd"/>
      <w:r w:rsidRPr="00175D5D">
        <w:rPr>
          <w:rFonts w:ascii="Arial" w:eastAsia="MS Mincho" w:hAnsi="Arial" w:cs="Arial"/>
          <w:color w:val="000000"/>
          <w:lang w:val="en-GB"/>
        </w:rPr>
        <w:t xml:space="preserve"> et al., 2021; Snyder, 2019).</w:t>
      </w:r>
    </w:p>
    <w:p w14:paraId="34542100"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Quality appraisal.</w:t>
      </w:r>
      <w:r w:rsidRPr="00175D5D">
        <w:rPr>
          <w:rFonts w:ascii="Arial" w:eastAsia="MS Mincho" w:hAnsi="Arial" w:cs="Arial"/>
          <w:color w:val="000000"/>
          <w:lang w:val="en-GB"/>
        </w:rPr>
        <w:t xml:space="preserve"> The secondary studies included qualitative, quantitative, and mixed methods. A formal, design-agnostic appraisal tool (e.g., </w:t>
      </w:r>
      <w:proofErr w:type="spellStart"/>
      <w:r w:rsidRPr="00175D5D">
        <w:rPr>
          <w:rFonts w:ascii="Arial" w:eastAsia="MS Mincho" w:hAnsi="Arial" w:cs="Arial"/>
          <w:color w:val="000000"/>
          <w:lang w:val="en-GB"/>
        </w:rPr>
        <w:t>MMAT</w:t>
      </w:r>
      <w:proofErr w:type="spellEnd"/>
      <w:r w:rsidRPr="00175D5D">
        <w:rPr>
          <w:rFonts w:ascii="Arial" w:eastAsia="MS Mincho" w:hAnsi="Arial" w:cs="Arial"/>
          <w:color w:val="000000"/>
          <w:lang w:val="en-GB"/>
        </w:rPr>
        <w:t xml:space="preserve"> 2018) was not applied, which constrains the strength of claims about study quality and the weight placed on individual findings (Hong et al., 2018). However, all research was subject to whether it was </w:t>
      </w:r>
      <w:r w:rsidRPr="00175D5D">
        <w:rPr>
          <w:rFonts w:ascii="Arial" w:eastAsia="MS Mincho" w:hAnsi="Arial" w:cs="Arial"/>
          <w:color w:val="000000"/>
          <w:lang w:val="en-GB"/>
        </w:rPr>
        <w:lastRenderedPageBreak/>
        <w:t xml:space="preserve">an empirical study and its relevance to the review. The use of grey literature was similarly not subjected to extensive appraisal (e.g. </w:t>
      </w:r>
      <w:proofErr w:type="spellStart"/>
      <w:r w:rsidRPr="00175D5D">
        <w:rPr>
          <w:rFonts w:ascii="Arial" w:eastAsia="MS Mincho" w:hAnsi="Arial" w:cs="Arial"/>
          <w:color w:val="000000"/>
          <w:lang w:val="en-GB"/>
        </w:rPr>
        <w:t>AACODS</w:t>
      </w:r>
      <w:proofErr w:type="spellEnd"/>
      <w:r w:rsidRPr="00175D5D">
        <w:rPr>
          <w:rFonts w:ascii="Arial" w:eastAsia="MS Mincho" w:hAnsi="Arial" w:cs="Arial"/>
          <w:color w:val="000000"/>
          <w:lang w:val="en-GB"/>
        </w:rPr>
        <w:t>).</w:t>
      </w:r>
    </w:p>
    <w:p w14:paraId="1A82D63E"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Terminology and retrieval.</w:t>
      </w:r>
      <w:r w:rsidRPr="00175D5D">
        <w:rPr>
          <w:rFonts w:ascii="Arial" w:eastAsia="MS Mincho" w:hAnsi="Arial" w:cs="Arial"/>
          <w:color w:val="000000"/>
          <w:lang w:val="en-GB"/>
        </w:rPr>
        <w:t xml:space="preserve"> Initial retrieval was complicated by inconsistent labelling: many UK initiatives implement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-aligned practices without using the term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Expanded synonym strings (e.g., “inclusive pedagogy,” “universal design for instruction”), citation chasing (snowballing), and targeted policy-portal searches reduced this risk but cannot remove it entirely (Grant &amp; Booth, 2009; Qu &amp; Cross, 2024).</w:t>
      </w:r>
    </w:p>
    <w:p w14:paraId="2861C8D0"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Grey literature.</w:t>
      </w:r>
      <w:r w:rsidRPr="00175D5D">
        <w:rPr>
          <w:rFonts w:ascii="Arial" w:eastAsia="MS Mincho" w:hAnsi="Arial" w:cs="Arial"/>
          <w:color w:val="000000"/>
          <w:lang w:val="en-GB"/>
        </w:rPr>
        <w:t xml:space="preserve"> Sector reports and institutional case studies add currency and practical insight yet often lack detailed methods and may present selective or positive results (Paez, 2017).</w:t>
      </w:r>
    </w:p>
    <w:p w14:paraId="4A61A78F"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lang w:val="en-GB"/>
        </w:rPr>
        <w:t>SDG mapping.</w:t>
      </w:r>
      <w:r w:rsidRPr="00175D5D">
        <w:rPr>
          <w:rFonts w:ascii="Arial" w:eastAsia="MS Mincho" w:hAnsi="Arial" w:cs="Arial"/>
          <w:color w:val="000000"/>
          <w:lang w:val="en-GB"/>
        </w:rPr>
        <w:t xml:space="preserve"> </w:t>
      </w:r>
      <w:r w:rsidRPr="00175D5D">
        <w:rPr>
          <w:rFonts w:ascii="Arial" w:eastAsia="MS Mincho" w:hAnsi="Arial" w:cs="Arial"/>
          <w:color w:val="000000"/>
        </w:rPr>
        <w:t xml:space="preserve">The link between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and SDG 4 (Quality Education) and SDG 10 (Reduced Inequalities) in this review is framed as ‘conceptual and strategic alignments’ with the UN’s stated targets and indicators.</w:t>
      </w:r>
      <w:r w:rsidRPr="00175D5D">
        <w:rPr>
          <w:rFonts w:ascii="Arial" w:eastAsia="MS Mincho" w:hAnsi="Arial" w:cs="Arial"/>
          <w:color w:val="000000"/>
        </w:rPr>
        <w:br/>
      </w:r>
      <w:r w:rsidRPr="00175D5D">
        <w:rPr>
          <w:rFonts w:ascii="Arial" w:eastAsia="MS Mincho" w:hAnsi="Arial" w:cs="Arial"/>
          <w:color w:val="000000"/>
        </w:rPr>
        <w:br/>
        <w:t xml:space="preserve">They are not presented as direct causal evidence that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at the level of an individual module, </w:t>
      </w:r>
      <w:proofErr w:type="spellStart"/>
      <w:r w:rsidRPr="00175D5D">
        <w:rPr>
          <w:rFonts w:ascii="Arial" w:eastAsia="MS Mincho" w:hAnsi="Arial" w:cs="Arial"/>
          <w:color w:val="000000"/>
        </w:rPr>
        <w:t>programme</w:t>
      </w:r>
      <w:proofErr w:type="spellEnd"/>
      <w:r w:rsidRPr="00175D5D">
        <w:rPr>
          <w:rFonts w:ascii="Arial" w:eastAsia="MS Mincho" w:hAnsi="Arial" w:cs="Arial"/>
          <w:color w:val="000000"/>
        </w:rPr>
        <w:t>, or institution will, by itself, produce measurable changes in national or global SDG performance metrics.</w:t>
      </w:r>
    </w:p>
    <w:p w14:paraId="63443980" w14:textId="3EE09B1A" w:rsidR="001E42BE"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Focus.</w:t>
      </w:r>
      <w:r w:rsidRPr="00175D5D">
        <w:rPr>
          <w:rFonts w:ascii="Arial" w:eastAsia="MS Mincho" w:hAnsi="Arial" w:cs="Arial"/>
          <w:color w:val="000000"/>
          <w:lang w:val="en-GB"/>
        </w:rPr>
        <w:t xml:space="preserve"> The review concentrates on teaching, lecturing, and assessment. Other determinants of equitable outcomes</w:t>
      </w:r>
      <w:r w:rsidR="001E42BE">
        <w:rPr>
          <w:rFonts w:ascii="Arial" w:eastAsia="MS Mincho" w:hAnsi="Arial" w:cs="Arial"/>
          <w:color w:val="000000"/>
          <w:lang w:val="en-GB"/>
        </w:rPr>
        <w:t xml:space="preserve">, </w:t>
      </w:r>
      <w:r w:rsidRPr="00175D5D">
        <w:rPr>
          <w:rFonts w:ascii="Arial" w:eastAsia="MS Mincho" w:hAnsi="Arial" w:cs="Arial"/>
          <w:color w:val="000000"/>
          <w:lang w:val="en-GB"/>
        </w:rPr>
        <w:t xml:space="preserve">funding regimes, admissions policy, and labour-market </w:t>
      </w:r>
      <w:r w:rsidR="001E42BE" w:rsidRPr="00175D5D">
        <w:rPr>
          <w:rFonts w:ascii="Arial" w:eastAsia="MS Mincho" w:hAnsi="Arial" w:cs="Arial"/>
          <w:color w:val="000000"/>
          <w:lang w:val="en-GB"/>
        </w:rPr>
        <w:t>conditions</w:t>
      </w:r>
      <w:r w:rsidR="001E42BE">
        <w:rPr>
          <w:rFonts w:ascii="Arial" w:eastAsia="MS Mincho" w:hAnsi="Arial" w:cs="Arial"/>
          <w:color w:val="000000"/>
          <w:lang w:val="en-GB"/>
        </w:rPr>
        <w:t>,</w:t>
      </w:r>
      <w:r w:rsidR="001E42BE" w:rsidRPr="00175D5D">
        <w:rPr>
          <w:rFonts w:ascii="Arial" w:eastAsia="MS Mincho" w:hAnsi="Arial" w:cs="Arial"/>
          <w:color w:val="000000"/>
          <w:lang w:val="en-GB"/>
        </w:rPr>
        <w:t xml:space="preserve"> are</w:t>
      </w:r>
      <w:r w:rsidRPr="00175D5D">
        <w:rPr>
          <w:rFonts w:ascii="Arial" w:eastAsia="MS Mincho" w:hAnsi="Arial" w:cs="Arial"/>
          <w:color w:val="000000"/>
          <w:lang w:val="en-GB"/>
        </w:rPr>
        <w:t xml:space="preserve"> referenced only where they inform a specific or wider (e.g., funding imperatives) pedagogical case for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Findings should be read as indicative rather than </w:t>
      </w:r>
      <w:r w:rsidR="001E42BE">
        <w:rPr>
          <w:rFonts w:ascii="Arial" w:eastAsia="MS Mincho" w:hAnsi="Arial" w:cs="Arial"/>
          <w:color w:val="000000"/>
          <w:lang w:val="en-GB"/>
        </w:rPr>
        <w:t>exhaustive.</w:t>
      </w:r>
    </w:p>
    <w:p w14:paraId="79783342" w14:textId="7B30FABE" w:rsidR="001E42BE" w:rsidRPr="00175D5D" w:rsidRDefault="001E42BE" w:rsidP="00A92172">
      <w:pPr>
        <w:spacing w:line="480" w:lineRule="auto"/>
        <w:rPr>
          <w:rFonts w:ascii="Arial" w:eastAsia="MS Mincho" w:hAnsi="Arial" w:cs="Arial"/>
          <w:color w:val="000000"/>
          <w:lang w:val="en-GB"/>
        </w:rPr>
      </w:pPr>
      <w:r w:rsidRPr="001E42BE">
        <w:rPr>
          <w:rFonts w:ascii="Arial" w:eastAsia="MS Mincho" w:hAnsi="Arial" w:cs="Arial"/>
          <w:color w:val="000000"/>
          <w:lang w:val="en-GB"/>
        </w:rPr>
        <w:lastRenderedPageBreak/>
        <w:t xml:space="preserve">Finally, it should be acknowledged that the author’s professional role as a university lecturer informs this review, potentially introducing a bias towards the pedagogical benefits and practical applications of </w:t>
      </w:r>
      <w:proofErr w:type="spellStart"/>
      <w:r>
        <w:rPr>
          <w:rFonts w:ascii="Arial" w:eastAsia="MS Mincho" w:hAnsi="Arial" w:cs="Arial"/>
          <w:color w:val="000000"/>
          <w:lang w:val="en-GB"/>
        </w:rPr>
        <w:t>UDL</w:t>
      </w:r>
      <w:proofErr w:type="spellEnd"/>
      <w:r w:rsidR="00175D5D" w:rsidRPr="00175D5D">
        <w:rPr>
          <w:rFonts w:ascii="Arial" w:eastAsia="MS Mincho" w:hAnsi="Arial" w:cs="Arial"/>
          <w:color w:val="000000"/>
          <w:lang w:val="en-GB"/>
        </w:rPr>
        <w:t>.</w:t>
      </w:r>
    </w:p>
    <w:p w14:paraId="5D4C0137" w14:textId="1071F015" w:rsidR="001E42BE" w:rsidRPr="00E425D9" w:rsidRDefault="001E42BE" w:rsidP="00E425D9">
      <w:pPr>
        <w:pStyle w:val="Heading1"/>
      </w:pPr>
      <w:bookmarkStart w:id="10" w:name="_Toc206171130"/>
      <w:r w:rsidRPr="00E425D9">
        <w:t xml:space="preserve">4. Gaps in </w:t>
      </w:r>
      <w:proofErr w:type="gramStart"/>
      <w:r w:rsidRPr="00E425D9">
        <w:t>the Literature</w:t>
      </w:r>
      <w:proofErr w:type="gramEnd"/>
      <w:r w:rsidRPr="00E425D9">
        <w:t xml:space="preserve"> and Future Research</w:t>
      </w:r>
      <w:r w:rsidR="002F0827">
        <w:t>.</w:t>
      </w:r>
      <w:bookmarkEnd w:id="10"/>
    </w:p>
    <w:p w14:paraId="47D79244" w14:textId="0482ADA3" w:rsidR="001E42BE" w:rsidRPr="001E42BE" w:rsidRDefault="001E42BE" w:rsidP="001E42BE">
      <w:pPr>
        <w:spacing w:line="480" w:lineRule="auto"/>
        <w:rPr>
          <w:rFonts w:ascii="Arial" w:eastAsia="MS Mincho" w:hAnsi="Arial" w:cs="Arial"/>
          <w:color w:val="000000"/>
          <w:lang w:val="en-GB"/>
        </w:rPr>
      </w:pPr>
      <w:r>
        <w:rPr>
          <w:rFonts w:ascii="Arial" w:eastAsia="MS Mincho" w:hAnsi="Arial" w:cs="Arial"/>
          <w:color w:val="000000"/>
          <w:lang w:val="en-GB"/>
        </w:rPr>
        <w:br/>
      </w:r>
      <w:r w:rsidRPr="001E42BE">
        <w:rPr>
          <w:rFonts w:ascii="Arial" w:eastAsia="MS Mincho" w:hAnsi="Arial" w:cs="Arial"/>
          <w:color w:val="000000"/>
          <w:lang w:val="en-GB"/>
        </w:rPr>
        <w:t xml:space="preserve">While the literature confirms the growing strategic importance of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this review also identifies several key gaps where further research is needed to inform policy and practice in the UK. Addressing these would provide a </w:t>
      </w:r>
      <w:r>
        <w:rPr>
          <w:rFonts w:ascii="Arial" w:eastAsia="MS Mincho" w:hAnsi="Arial" w:cs="Arial"/>
          <w:color w:val="000000"/>
          <w:lang w:val="en-GB"/>
        </w:rPr>
        <w:t>stronger</w:t>
      </w:r>
      <w:r w:rsidRPr="001E42BE">
        <w:rPr>
          <w:rFonts w:ascii="Arial" w:eastAsia="MS Mincho" w:hAnsi="Arial" w:cs="Arial"/>
          <w:color w:val="000000"/>
          <w:lang w:val="en-GB"/>
        </w:rPr>
        <w:t xml:space="preserve"> evidence base for the strategic recommendations that follow.</w:t>
      </w:r>
    </w:p>
    <w:p w14:paraId="34131B23" w14:textId="77777777"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 xml:space="preserve">The Link Between </w:t>
      </w:r>
      <w:proofErr w:type="spellStart"/>
      <w:r w:rsidRPr="001E42BE">
        <w:rPr>
          <w:rFonts w:ascii="Arial" w:eastAsia="MS Mincho" w:hAnsi="Arial" w:cs="Arial"/>
          <w:b/>
          <w:bCs/>
          <w:color w:val="000000"/>
          <w:lang w:val="en-GB"/>
        </w:rPr>
        <w:t>UDL</w:t>
      </w:r>
      <w:proofErr w:type="spellEnd"/>
      <w:r w:rsidRPr="001E42BE">
        <w:rPr>
          <w:rFonts w:ascii="Arial" w:eastAsia="MS Mincho" w:hAnsi="Arial" w:cs="Arial"/>
          <w:b/>
          <w:bCs/>
          <w:color w:val="000000"/>
          <w:lang w:val="en-GB"/>
        </w:rPr>
        <w:t xml:space="preserve"> and Summative Attainment</w:t>
      </w:r>
      <w:r w:rsidRPr="001E42BE">
        <w:rPr>
          <w:rFonts w:ascii="Arial" w:eastAsia="MS Mincho" w:hAnsi="Arial" w:cs="Arial"/>
          <w:color w:val="000000"/>
          <w:lang w:val="en-GB"/>
        </w:rPr>
        <w:t xml:space="preserve"> A significant gap exists in understanding the direct correlation between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implementation and summative academic performance. While the literature shows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improves the learning experience, its impact on final grades remains inconsistent, and further research is required to understand how it interacts with deeper pedagogical issues like curriculum relevance or prior educational disadvantage (Boysen, 2024; Seale, 2021</w:t>
      </w:r>
      <w:proofErr w:type="gramStart"/>
      <w:r w:rsidRPr="001E42BE">
        <w:rPr>
          <w:rFonts w:ascii="Arial" w:eastAsia="MS Mincho" w:hAnsi="Arial" w:cs="Arial"/>
          <w:color w:val="000000"/>
          <w:lang w:val="en-GB"/>
        </w:rPr>
        <w:t>) .</w:t>
      </w:r>
      <w:proofErr w:type="gramEnd"/>
    </w:p>
    <w:p w14:paraId="5C04DEC9" w14:textId="504C083E"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Lack of UK-Specific Empirical Studies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The evidence base for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is still dominated by North American research. There is a clear need for more empirical studies based in UK higher education institutions to confirm the transferability of findings, as inferences currently rely on international studies from different policy and funding contexts (Qu &amp; Cross, 2024; Seale, 2021; </w:t>
      </w:r>
      <w:proofErr w:type="spellStart"/>
      <w:r w:rsidRPr="001E42BE">
        <w:rPr>
          <w:rFonts w:ascii="Arial" w:eastAsia="MS Mincho" w:hAnsi="Arial" w:cs="Arial"/>
          <w:color w:val="000000"/>
          <w:lang w:val="en-GB"/>
        </w:rPr>
        <w:t>Tarconish</w:t>
      </w:r>
      <w:proofErr w:type="spellEnd"/>
      <w:r w:rsidRPr="001E42BE">
        <w:rPr>
          <w:rFonts w:ascii="Arial" w:eastAsia="MS Mincho" w:hAnsi="Arial" w:cs="Arial"/>
          <w:color w:val="000000"/>
          <w:lang w:val="en-GB"/>
        </w:rPr>
        <w:t xml:space="preserve"> et al., 2023).</w:t>
      </w:r>
    </w:p>
    <w:p w14:paraId="41E3B364" w14:textId="56D1F90B"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Measuring the Impact on SDG Metrics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The link between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and the Sustainable Development Goals is primarily framed as a conceptual and strategic alignment. A key gap exists in empirical research that provides clear methodologies </w:t>
      </w:r>
      <w:r w:rsidRPr="001E42BE">
        <w:rPr>
          <w:rFonts w:ascii="Arial" w:eastAsia="MS Mincho" w:hAnsi="Arial" w:cs="Arial"/>
          <w:color w:val="000000"/>
          <w:lang w:val="en-GB"/>
        </w:rPr>
        <w:lastRenderedPageBreak/>
        <w:t xml:space="preserve">for measuring how a specific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initiative directly impacts institutional or national progress on the official targets and indicators for SDG 4 and SDG 10 (UNESCO Technical Cooperation Group, 2023; United Nations, 2015</w:t>
      </w:r>
      <w:proofErr w:type="gramStart"/>
      <w:r w:rsidRPr="001E42BE">
        <w:rPr>
          <w:rFonts w:ascii="Arial" w:eastAsia="MS Mincho" w:hAnsi="Arial" w:cs="Arial"/>
          <w:color w:val="000000"/>
          <w:lang w:val="en-GB"/>
        </w:rPr>
        <w:t>) .</w:t>
      </w:r>
      <w:proofErr w:type="gramEnd"/>
    </w:p>
    <w:p w14:paraId="0BB7E492" w14:textId="32C6CCB9" w:rsidR="001E42BE" w:rsidRPr="001E42BE" w:rsidRDefault="001E42BE" w:rsidP="00A92172">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Longitudinal Studies on Graduate Outcomes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While </w:t>
      </w:r>
      <w:r w:rsidR="00E425D9">
        <w:rPr>
          <w:rFonts w:ascii="Arial" w:eastAsia="MS Mincho" w:hAnsi="Arial" w:cs="Arial"/>
          <w:color w:val="000000"/>
          <w:lang w:val="en-GB"/>
        </w:rPr>
        <w:t>the</w:t>
      </w:r>
      <w:r w:rsidRPr="001E42BE">
        <w:rPr>
          <w:rFonts w:ascii="Arial" w:eastAsia="MS Mincho" w:hAnsi="Arial" w:cs="Arial"/>
          <w:color w:val="000000"/>
          <w:lang w:val="en-GB"/>
        </w:rPr>
        <w:t xml:space="preserve"> review links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to the development of transferable skills for employability, which aligns with SDG 4.4, there is a lack of long-term research in this area. Longitudinal studies are needed to track graduates from </w:t>
      </w:r>
      <w:proofErr w:type="spellStart"/>
      <w:r w:rsidR="00F91366">
        <w:rPr>
          <w:rFonts w:ascii="Arial" w:eastAsia="MS Mincho" w:hAnsi="Arial" w:cs="Arial"/>
          <w:color w:val="000000"/>
          <w:lang w:val="en-GB"/>
        </w:rPr>
        <w:t>UDL</w:t>
      </w:r>
      <w:proofErr w:type="spellEnd"/>
      <w:r w:rsidR="00F91366">
        <w:rPr>
          <w:rFonts w:ascii="Arial" w:eastAsia="MS Mincho" w:hAnsi="Arial" w:cs="Arial"/>
          <w:color w:val="000000"/>
          <w:lang w:val="en-GB"/>
        </w:rPr>
        <w:t>-applied</w:t>
      </w:r>
      <w:r w:rsidRPr="001E42BE">
        <w:rPr>
          <w:rFonts w:ascii="Arial" w:eastAsia="MS Mincho" w:hAnsi="Arial" w:cs="Arial"/>
          <w:color w:val="000000"/>
          <w:lang w:val="en-GB"/>
        </w:rPr>
        <w:t xml:space="preserve"> environments to determine if the benefits of agency and flexibility translate into measurably better long-term employment and career progression (Government Digital Service, 2018; </w:t>
      </w:r>
      <w:proofErr w:type="spellStart"/>
      <w:r w:rsidRPr="001E42BE">
        <w:rPr>
          <w:rFonts w:ascii="Arial" w:eastAsia="MS Mincho" w:hAnsi="Arial" w:cs="Arial"/>
          <w:color w:val="000000"/>
          <w:lang w:val="en-GB"/>
        </w:rPr>
        <w:t>Griful-Freixenet</w:t>
      </w:r>
      <w:proofErr w:type="spellEnd"/>
      <w:r w:rsidRPr="001E42BE">
        <w:rPr>
          <w:rFonts w:ascii="Arial" w:eastAsia="MS Mincho" w:hAnsi="Arial" w:cs="Arial"/>
          <w:color w:val="000000"/>
          <w:lang w:val="en-GB"/>
        </w:rPr>
        <w:t xml:space="preserve"> et al., 2020).</w:t>
      </w:r>
    </w:p>
    <w:p w14:paraId="75EDAA70" w14:textId="67B11B51" w:rsidR="00175D5D" w:rsidRPr="00175D5D" w:rsidRDefault="00E425D9" w:rsidP="00A44044">
      <w:pPr>
        <w:pStyle w:val="Heading1"/>
      </w:pPr>
      <w:bookmarkStart w:id="11" w:name="_Toc206171131"/>
      <w:r>
        <w:t>5</w:t>
      </w:r>
      <w:r w:rsidR="00175D5D" w:rsidRPr="00175D5D">
        <w:t xml:space="preserve">. Context: Higher Education Pressures and the Case for Seamless </w:t>
      </w:r>
      <w:proofErr w:type="spellStart"/>
      <w:r w:rsidR="00175D5D" w:rsidRPr="00175D5D">
        <w:t>UDL</w:t>
      </w:r>
      <w:proofErr w:type="spellEnd"/>
      <w:r w:rsidR="002F0827">
        <w:t>.</w:t>
      </w:r>
      <w:bookmarkEnd w:id="11"/>
    </w:p>
    <w:p w14:paraId="39B08665" w14:textId="267F41D1"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In recent years, the combination of demographic and economic pressures within UK higher education has strengthened the case for sector-wide, seamless adoption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particularly so as the sector accommodates a growing proportion of neurodivergent students and learners from less </w:t>
      </w:r>
      <w:r w:rsidR="00F91366" w:rsidRPr="00175D5D">
        <w:rPr>
          <w:rFonts w:ascii="Arial" w:eastAsia="MS Mincho" w:hAnsi="Arial" w:cs="Arial"/>
          <w:color w:val="000000"/>
        </w:rPr>
        <w:t>traditional</w:t>
      </w:r>
      <w:r w:rsidR="00175D5D" w:rsidRPr="00175D5D">
        <w:rPr>
          <w:rFonts w:ascii="Arial" w:eastAsia="MS Mincho" w:hAnsi="Arial" w:cs="Arial"/>
          <w:color w:val="000000"/>
        </w:rPr>
        <w:t xml:space="preserve"> academic backgrounds (Galvin, 2024; Hubble &amp; Bolton, 2023; Richardson, 2022).</w:t>
      </w:r>
    </w:p>
    <w:p w14:paraId="4420A656"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 xml:space="preserve">This corresponds to recent studies demonstrating that embedding multiple means of engagement, representation, and expression, as used in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improves participation and attainment across such diverse cohorts (Bray, 2024; Hakel et al., 2024; </w:t>
      </w:r>
      <w:proofErr w:type="spellStart"/>
      <w:r w:rsidRPr="00175D5D">
        <w:rPr>
          <w:rFonts w:ascii="Arial" w:eastAsia="MS Mincho" w:hAnsi="Arial" w:cs="Arial"/>
          <w:color w:val="000000"/>
          <w:lang w:val="en-GB"/>
        </w:rPr>
        <w:t>Horlin</w:t>
      </w:r>
      <w:proofErr w:type="spellEnd"/>
      <w:r w:rsidRPr="00175D5D">
        <w:rPr>
          <w:rFonts w:ascii="Arial" w:eastAsia="MS Mincho" w:hAnsi="Arial" w:cs="Arial"/>
          <w:color w:val="000000"/>
          <w:lang w:val="en-GB"/>
        </w:rPr>
        <w:t xml:space="preserve"> et al., 2024).</w:t>
      </w:r>
    </w:p>
    <w:p w14:paraId="3399FC52"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rPr>
        <w:t xml:space="preserve">At the same time, research on the UN Sustainable Development Goals (SDGs) identifies universal, inclusive approaches such as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as directly contributing to SDG 4 (</w:t>
      </w:r>
      <w:r w:rsidRPr="00175D5D">
        <w:rPr>
          <w:rFonts w:ascii="Arial" w:eastAsia="MS Mincho" w:hAnsi="Arial" w:cs="Arial"/>
          <w:i/>
          <w:iCs/>
          <w:color w:val="000000"/>
        </w:rPr>
        <w:t>Quality Education</w:t>
      </w:r>
      <w:r w:rsidRPr="00175D5D">
        <w:rPr>
          <w:rFonts w:ascii="Arial" w:eastAsia="MS Mincho" w:hAnsi="Arial" w:cs="Arial"/>
          <w:color w:val="000000"/>
        </w:rPr>
        <w:t>) by creating equitable learning opportunities, and to SDG 10 (</w:t>
      </w:r>
      <w:r w:rsidRPr="00175D5D">
        <w:rPr>
          <w:rFonts w:ascii="Arial" w:eastAsia="MS Mincho" w:hAnsi="Arial" w:cs="Arial"/>
          <w:i/>
          <w:iCs/>
          <w:color w:val="000000"/>
        </w:rPr>
        <w:t>Reduced Inequalities</w:t>
      </w:r>
      <w:r w:rsidRPr="00175D5D">
        <w:rPr>
          <w:rFonts w:ascii="Arial" w:eastAsia="MS Mincho" w:hAnsi="Arial" w:cs="Arial"/>
          <w:color w:val="000000"/>
        </w:rPr>
        <w:t>) by actively removing structural barriers that limit participation (Disabled Students UK, 2023; Veytia Bucheli et al., 2024; Qu, 2024).</w:t>
      </w:r>
    </w:p>
    <w:p w14:paraId="3571AFC7" w14:textId="611E6FBA" w:rsidR="00175D5D" w:rsidRPr="00175D5D" w:rsidRDefault="00E425D9" w:rsidP="00A44044">
      <w:pPr>
        <w:pStyle w:val="Heading2"/>
        <w:rPr>
          <w:lang w:val="en-GB"/>
        </w:rPr>
      </w:pPr>
      <w:bookmarkStart w:id="12" w:name="_Toc206171132"/>
      <w:r>
        <w:lastRenderedPageBreak/>
        <w:t>5</w:t>
      </w:r>
      <w:r w:rsidR="00175D5D" w:rsidRPr="00175D5D">
        <w:t>.1</w:t>
      </w:r>
      <w:r>
        <w:t xml:space="preserve">. </w:t>
      </w:r>
      <w:r w:rsidR="00175D5D" w:rsidRPr="00175D5D">
        <w:t>Declining Applicant Numbers and Changing Student Profiles</w:t>
      </w:r>
      <w:r w:rsidR="002F0827">
        <w:t>.</w:t>
      </w:r>
      <w:bookmarkEnd w:id="12"/>
    </w:p>
    <w:p w14:paraId="657144E6" w14:textId="0C8A5038"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Recent </w:t>
      </w:r>
      <w:proofErr w:type="spellStart"/>
      <w:r w:rsidR="00175D5D" w:rsidRPr="00175D5D">
        <w:rPr>
          <w:rFonts w:ascii="Arial" w:eastAsia="MS Mincho" w:hAnsi="Arial" w:cs="Arial"/>
          <w:color w:val="000000"/>
        </w:rPr>
        <w:t>UCAS</w:t>
      </w:r>
      <w:proofErr w:type="spellEnd"/>
      <w:r w:rsidR="00175D5D" w:rsidRPr="00175D5D">
        <w:rPr>
          <w:rFonts w:ascii="Arial" w:eastAsia="MS Mincho" w:hAnsi="Arial" w:cs="Arial"/>
          <w:color w:val="000000"/>
        </w:rPr>
        <w:t xml:space="preserve"> data </w:t>
      </w:r>
      <w:r w:rsidR="004921AB">
        <w:rPr>
          <w:rFonts w:ascii="Arial" w:eastAsia="MS Mincho" w:hAnsi="Arial" w:cs="Arial"/>
          <w:color w:val="000000"/>
        </w:rPr>
        <w:t xml:space="preserve">detail that total applications to UK universities remain moderately high. However, specific subject areas are experiencing reduced numbers, with international student numbers, especially from China and the EU, </w:t>
      </w:r>
      <w:r w:rsidR="00175D5D" w:rsidRPr="00175D5D">
        <w:rPr>
          <w:rFonts w:ascii="Arial" w:eastAsia="MS Mincho" w:hAnsi="Arial" w:cs="Arial"/>
          <w:color w:val="000000"/>
        </w:rPr>
        <w:t>influenced by post-Brexit visa restrictions and affordability challenges (</w:t>
      </w:r>
      <w:proofErr w:type="spellStart"/>
      <w:r w:rsidR="00175D5D" w:rsidRPr="00175D5D">
        <w:rPr>
          <w:rFonts w:ascii="Arial" w:eastAsia="MS Mincho" w:hAnsi="Arial" w:cs="Arial"/>
          <w:color w:val="000000"/>
        </w:rPr>
        <w:t>Amuedo</w:t>
      </w:r>
      <w:proofErr w:type="spellEnd"/>
      <w:r w:rsidR="00175D5D" w:rsidRPr="00175D5D">
        <w:rPr>
          <w:rFonts w:ascii="Arial" w:eastAsia="MS Mincho" w:hAnsi="Arial" w:cs="Arial"/>
          <w:color w:val="000000"/>
        </w:rPr>
        <w:t xml:space="preserve">-Dorantes &amp; Romiti, 2024; Universities UK &amp; HEPI, 2023). </w:t>
      </w:r>
      <w:r w:rsidR="004921AB">
        <w:rPr>
          <w:rFonts w:ascii="Arial" w:eastAsia="MS Mincho" w:hAnsi="Arial" w:cs="Arial"/>
          <w:color w:val="000000"/>
        </w:rPr>
        <w:t>Specifically, the</w:t>
      </w:r>
      <w:r w:rsidR="00175D5D" w:rsidRPr="00175D5D">
        <w:rPr>
          <w:rFonts w:ascii="Arial" w:eastAsia="MS Mincho" w:hAnsi="Arial" w:cs="Arial"/>
          <w:color w:val="000000"/>
        </w:rPr>
        <w:t xml:space="preserve"> sharpest decline is among EU students, with enrolments dropping by approximately 57% between 2020/21 and 2023/24 (</w:t>
      </w:r>
      <w:proofErr w:type="spellStart"/>
      <w:r w:rsidR="00175D5D" w:rsidRPr="00175D5D">
        <w:rPr>
          <w:rFonts w:ascii="Arial" w:eastAsia="MS Mincho" w:hAnsi="Arial" w:cs="Arial"/>
          <w:color w:val="000000"/>
        </w:rPr>
        <w:t>Amuedo</w:t>
      </w:r>
      <w:proofErr w:type="spellEnd"/>
      <w:r w:rsidR="00175D5D" w:rsidRPr="00175D5D">
        <w:rPr>
          <w:rFonts w:ascii="Arial" w:eastAsia="MS Mincho" w:hAnsi="Arial" w:cs="Arial"/>
          <w:color w:val="000000"/>
        </w:rPr>
        <w:t>-Dorantes &amp; Romiti, 2024).</w:t>
      </w:r>
    </w:p>
    <w:p w14:paraId="456D2311"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decline in high-fee-paying international students has significantly reduced HE institutional revenue. The impact is compounded by rising operational costs and the continued domestic tuition fee freeze, creating heightened pressure on higher education providers to increase domestic recruitment, including from applicants with lower entry qualifications. Financial modelling suggests that a drop of 60,000 international students could equate to a revenue loss of approximately £1.14 billion (HEPI, 2024; Watson, 2024).</w:t>
      </w:r>
    </w:p>
    <w:p w14:paraId="06E71227" w14:textId="041DC8BC"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change inevitably affects teaching with</w:t>
      </w:r>
      <w:r w:rsidR="00673F9C">
        <w:rPr>
          <w:rFonts w:ascii="Arial" w:eastAsia="MS Mincho" w:hAnsi="Arial" w:cs="Arial"/>
          <w:color w:val="000000"/>
        </w:rPr>
        <w:t xml:space="preserve"> more recent UK</w:t>
      </w:r>
      <w:r w:rsidRPr="00175D5D">
        <w:rPr>
          <w:rFonts w:ascii="Arial" w:eastAsia="MS Mincho" w:hAnsi="Arial" w:cs="Arial"/>
          <w:color w:val="000000"/>
        </w:rPr>
        <w:t xml:space="preserve"> incoming cohorts presenting with a wider variance in academic readiness, digital skills, and self-directed learning ability (Graham et al., 2021). </w:t>
      </w:r>
    </w:p>
    <w:p w14:paraId="69B026E0" w14:textId="613248C4" w:rsidR="00175D5D" w:rsidRPr="00175D5D" w:rsidRDefault="00E425D9" w:rsidP="00A44044">
      <w:pPr>
        <w:pStyle w:val="Heading2"/>
      </w:pPr>
      <w:bookmarkStart w:id="13" w:name="_Toc206171133"/>
      <w:r>
        <w:t>5</w:t>
      </w:r>
      <w:r w:rsidR="00175D5D" w:rsidRPr="00175D5D">
        <w:t>.2</w:t>
      </w:r>
      <w:r>
        <w:t>.</w:t>
      </w:r>
      <w:r w:rsidR="00175D5D" w:rsidRPr="00175D5D">
        <w:t xml:space="preserve"> Increasing Prevalence of Neurodivergent Students</w:t>
      </w:r>
      <w:r w:rsidR="002F0827">
        <w:t>.</w:t>
      </w:r>
      <w:bookmarkEnd w:id="13"/>
    </w:p>
    <w:p w14:paraId="25D04EDF" w14:textId="31342AE5"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Recent UK research confirms this upward trend, with significant rises in the proportion of students self-reporting neurodivergent conditions in higher education over the past decade (Hubble &amp; Bolton, 2023; Richardson, 2022). While part of this growth reflects improved awareness, diagnosis, and institutional disclosure processes, studies indicate that many </w:t>
      </w:r>
      <w:r w:rsidR="00175D5D" w:rsidRPr="00175D5D">
        <w:rPr>
          <w:rFonts w:ascii="Arial" w:eastAsia="MS Mincho" w:hAnsi="Arial" w:cs="Arial"/>
          <w:color w:val="000000"/>
        </w:rPr>
        <w:lastRenderedPageBreak/>
        <w:t>students remain unidentified yet experience substantial learning barriers (</w:t>
      </w:r>
      <w:proofErr w:type="spellStart"/>
      <w:r w:rsidR="00175D5D" w:rsidRPr="00175D5D">
        <w:rPr>
          <w:rFonts w:ascii="Arial" w:eastAsia="MS Mincho" w:hAnsi="Arial" w:cs="Arial"/>
          <w:color w:val="000000"/>
        </w:rPr>
        <w:t>Clouder</w:t>
      </w:r>
      <w:proofErr w:type="spellEnd"/>
      <w:r w:rsidR="00175D5D" w:rsidRPr="00175D5D">
        <w:rPr>
          <w:rFonts w:ascii="Arial" w:eastAsia="MS Mincho" w:hAnsi="Arial" w:cs="Arial"/>
          <w:color w:val="000000"/>
        </w:rPr>
        <w:t xml:space="preserve"> et al., 2020; Cooper, 2023).</w:t>
      </w:r>
    </w:p>
    <w:p w14:paraId="436E7F4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Significantly, when teaching models rely primarily on </w:t>
      </w:r>
      <w:proofErr w:type="spellStart"/>
      <w:r w:rsidRPr="00175D5D">
        <w:rPr>
          <w:rFonts w:ascii="Arial" w:eastAsia="MS Mincho" w:hAnsi="Arial" w:cs="Arial"/>
          <w:color w:val="000000"/>
        </w:rPr>
        <w:t>individualised</w:t>
      </w:r>
      <w:proofErr w:type="spellEnd"/>
      <w:r w:rsidRPr="00175D5D">
        <w:rPr>
          <w:rFonts w:ascii="Arial" w:eastAsia="MS Mincho" w:hAnsi="Arial" w:cs="Arial"/>
          <w:color w:val="000000"/>
        </w:rPr>
        <w:t xml:space="preserve"> adjustments, these students, who may not have a formal diagnosis, are at increased risk of exclusion from effective learning opportunities (Eccles et al., 2018;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2020; Seale, 2021).</w:t>
      </w:r>
    </w:p>
    <w:p w14:paraId="01159E77" w14:textId="525A0D0D"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Recent UK studies show that applying </w:t>
      </w:r>
      <w:proofErr w:type="spellStart"/>
      <w:r w:rsidR="004921AB" w:rsidRPr="004921AB">
        <w:rPr>
          <w:rFonts w:ascii="Arial" w:eastAsia="MS Mincho" w:hAnsi="Arial" w:cs="Arial"/>
          <w:color w:val="000000"/>
        </w:rPr>
        <w:t>UDL</w:t>
      </w:r>
      <w:proofErr w:type="spellEnd"/>
      <w:r w:rsidR="004921AB" w:rsidRPr="004921AB">
        <w:rPr>
          <w:rFonts w:ascii="Arial" w:eastAsia="MS Mincho" w:hAnsi="Arial" w:cs="Arial"/>
          <w:color w:val="000000"/>
        </w:rPr>
        <w:t xml:space="preserve"> </w:t>
      </w:r>
      <w:r w:rsidRPr="00175D5D">
        <w:rPr>
          <w:rFonts w:ascii="Arial" w:eastAsia="MS Mincho" w:hAnsi="Arial" w:cs="Arial"/>
          <w:color w:val="000000"/>
        </w:rPr>
        <w:t>principles, such as multiple means of engagement, representation, and expression, enhances access, participation, and achievement for both diagnosed and undiagnosed neurodivergent students. It also reduces reliance on reactive, case-by-case accommodations (Galvin, 2024; Seery et al., 2023; Woodley et al., 2024).</w:t>
      </w:r>
    </w:p>
    <w:p w14:paraId="279E8BD0" w14:textId="666BD680" w:rsidR="00F91366" w:rsidRPr="002F0827" w:rsidRDefault="00F91366" w:rsidP="002F0827">
      <w:pPr>
        <w:spacing w:line="480" w:lineRule="auto"/>
        <w:rPr>
          <w:rFonts w:ascii="Arial" w:hAnsi="Arial" w:cs="Arial"/>
          <w:b/>
          <w:bCs/>
          <w:lang w:val="en-GB"/>
        </w:rPr>
      </w:pPr>
      <w:r w:rsidRPr="00F91366">
        <w:rPr>
          <w:rFonts w:ascii="Arial" w:hAnsi="Arial" w:cs="Arial"/>
          <w:lang w:val="en-GB"/>
        </w:rPr>
        <w:t xml:space="preserve">A seamless, institution-wide adoption of </w:t>
      </w:r>
      <w:proofErr w:type="spellStart"/>
      <w:r w:rsidRPr="00F91366">
        <w:rPr>
          <w:rFonts w:ascii="Arial" w:hAnsi="Arial" w:cs="Arial"/>
          <w:lang w:val="en-GB"/>
        </w:rPr>
        <w:t>UDL</w:t>
      </w:r>
      <w:proofErr w:type="spellEnd"/>
      <w:r w:rsidRPr="00F91366">
        <w:rPr>
          <w:rFonts w:ascii="Arial" w:hAnsi="Arial" w:cs="Arial"/>
          <w:lang w:val="en-GB"/>
        </w:rPr>
        <w:t xml:space="preserve"> offers a sustainable, proactive approach that contributes to both SDG 4 and SDG 10 by removing structural barriers and ensuring equitable opportunities for </w:t>
      </w:r>
      <w:r>
        <w:rPr>
          <w:rFonts w:ascii="Arial" w:hAnsi="Arial" w:cs="Arial"/>
          <w:lang w:val="en-GB"/>
        </w:rPr>
        <w:t>an increasingly</w:t>
      </w:r>
      <w:r w:rsidRPr="00F91366">
        <w:rPr>
          <w:rFonts w:ascii="Arial" w:hAnsi="Arial" w:cs="Arial"/>
          <w:lang w:val="en-GB"/>
        </w:rPr>
        <w:t xml:space="preserve"> divers</w:t>
      </w:r>
      <w:r>
        <w:rPr>
          <w:rFonts w:ascii="Arial" w:hAnsi="Arial" w:cs="Arial"/>
          <w:lang w:val="en-GB"/>
        </w:rPr>
        <w:t xml:space="preserve">e </w:t>
      </w:r>
      <w:r w:rsidRPr="00F91366">
        <w:rPr>
          <w:rFonts w:ascii="Arial" w:hAnsi="Arial" w:cs="Arial"/>
          <w:lang w:val="en-GB"/>
        </w:rPr>
        <w:t>student body.</w:t>
      </w:r>
    </w:p>
    <w:p w14:paraId="2C4B473E" w14:textId="2CDACE8A" w:rsidR="00175D5D" w:rsidRPr="00175D5D" w:rsidRDefault="00E425D9" w:rsidP="00A44044">
      <w:pPr>
        <w:pStyle w:val="Heading2"/>
      </w:pPr>
      <w:bookmarkStart w:id="14" w:name="_Toc206171134"/>
      <w:r>
        <w:t>5</w:t>
      </w:r>
      <w:r w:rsidR="00175D5D" w:rsidRPr="00175D5D">
        <w:t>.3</w:t>
      </w:r>
      <w:r>
        <w:t>.</w:t>
      </w:r>
      <w:r w:rsidR="00175D5D" w:rsidRPr="00175D5D">
        <w:t xml:space="preserve"> Financial Constraints and Efficiency Imperatives</w:t>
      </w:r>
      <w:r w:rsidR="002F0827">
        <w:t>.</w:t>
      </w:r>
      <w:bookmarkEnd w:id="14"/>
    </w:p>
    <w:p w14:paraId="5EF8E459" w14:textId="395E4FA9"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Financial pressures in the UK higher education sector, exacerbated by the prolonged freeze on the domestic tuition fee cap, escalating operational costs, and decline in international student enrolments, are increasing the strain on institutional finances and creating an urgent need for significant, sustainable income solutions. At the same time, accommodating the wider, diverse student population, delivering highly individualised interventions for specific student subgroups, while potentially beneficial, can be both financially costly and administratively burdensome, diverting resources away from core educational functions and challenging long-term scalability (</w:t>
      </w:r>
      <w:proofErr w:type="spellStart"/>
      <w:r w:rsidR="00175D5D" w:rsidRPr="00175D5D">
        <w:rPr>
          <w:rFonts w:ascii="Arial" w:eastAsia="MS Mincho" w:hAnsi="Arial" w:cs="Arial"/>
          <w:color w:val="000000"/>
          <w:lang w:val="en-GB"/>
        </w:rPr>
        <w:t>Woelert</w:t>
      </w:r>
      <w:proofErr w:type="spellEnd"/>
      <w:r w:rsidR="00175D5D" w:rsidRPr="00175D5D">
        <w:rPr>
          <w:rFonts w:ascii="Arial" w:eastAsia="MS Mincho" w:hAnsi="Arial" w:cs="Arial"/>
          <w:color w:val="000000"/>
          <w:lang w:val="en-GB"/>
        </w:rPr>
        <w:t>, 2023; Watson, 2024).</w:t>
      </w:r>
    </w:p>
    <w:p w14:paraId="0D5D0779" w14:textId="1E09D499"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lastRenderedPageBreak/>
        <w:t xml:space="preserve">The literature in this review </w:t>
      </w:r>
      <w:proofErr w:type="gramStart"/>
      <w:r w:rsidRPr="00175D5D">
        <w:rPr>
          <w:rFonts w:ascii="Arial" w:eastAsia="MS Mincho" w:hAnsi="Arial" w:cs="Arial"/>
          <w:color w:val="000000"/>
        </w:rPr>
        <w:t>indicates,</w:t>
      </w:r>
      <w:proofErr w:type="gramEnd"/>
      <w:r w:rsidRPr="00175D5D">
        <w:rPr>
          <w:rFonts w:ascii="Arial" w:eastAsia="MS Mincho" w:hAnsi="Arial" w:cs="Arial"/>
          <w:color w:val="000000"/>
        </w:rPr>
        <w:t xml:space="preserve"> a strategically embedded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model offers a scalable, cost-effective response to these challenges. By incorporating inclusive teaching materials, varied modes of engagement, and flexible assessment options across all modules,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supports the full diversity of the student body without the repeated need for bespoke adaptations (Bray et al., 2024; CAST, 2018; Redstone &amp; Luo, 2024). This proactive design approach, rather than the more often used reactive approach to supporting struggling students, ensures that students, including those who are neurodivergent, have lower prior attainment, or do not disclose support needs, can access learning equitably from the outset, aligning with SDG 4 on inclusive and equitable quality education and SDG 10 on reducing inequalities</w:t>
      </w:r>
      <w:r w:rsidR="00314EB4">
        <w:rPr>
          <w:rFonts w:ascii="Arial" w:eastAsia="MS Mincho" w:hAnsi="Arial" w:cs="Arial"/>
          <w:color w:val="000000"/>
        </w:rPr>
        <w:t xml:space="preserve"> </w:t>
      </w:r>
      <w:r w:rsidR="00314EB4" w:rsidRPr="00314EB4">
        <w:rPr>
          <w:rFonts w:ascii="Arial" w:eastAsia="MS Mincho" w:hAnsi="Arial" w:cs="Arial"/>
          <w:color w:val="000000"/>
        </w:rPr>
        <w:t>(Eccles et al., 2018; Rao et al., 2021; Seale, 2021; Woodley et al., 2024)</w:t>
      </w:r>
      <w:r w:rsidR="00314EB4">
        <w:rPr>
          <w:rFonts w:ascii="Arial" w:eastAsia="MS Mincho" w:hAnsi="Arial" w:cs="Arial"/>
          <w:color w:val="000000"/>
        </w:rPr>
        <w:t>.</w:t>
      </w:r>
    </w:p>
    <w:p w14:paraId="44F457F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Moreover, embedding a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framework curriculum-</w:t>
      </w:r>
      <w:proofErr w:type="gramStart"/>
      <w:r w:rsidRPr="00175D5D">
        <w:rPr>
          <w:rFonts w:ascii="Arial" w:eastAsia="MS Mincho" w:hAnsi="Arial" w:cs="Arial"/>
          <w:color w:val="000000"/>
        </w:rPr>
        <w:t>wide,</w:t>
      </w:r>
      <w:proofErr w:type="gramEnd"/>
      <w:r w:rsidRPr="00175D5D">
        <w:rPr>
          <w:rFonts w:ascii="Arial" w:eastAsia="MS Mincho" w:hAnsi="Arial" w:cs="Arial"/>
          <w:color w:val="000000"/>
        </w:rPr>
        <w:t xml:space="preserve"> creates learning environments that are accessible by default and responsive to diverse learner needs, </w:t>
      </w:r>
      <w:proofErr w:type="spellStart"/>
      <w:r w:rsidRPr="00175D5D">
        <w:rPr>
          <w:rFonts w:ascii="Arial" w:eastAsia="MS Mincho" w:hAnsi="Arial" w:cs="Arial"/>
          <w:color w:val="000000"/>
        </w:rPr>
        <w:t>minimising</w:t>
      </w:r>
      <w:proofErr w:type="spellEnd"/>
      <w:r w:rsidRPr="00175D5D">
        <w:rPr>
          <w:rFonts w:ascii="Arial" w:eastAsia="MS Mincho" w:hAnsi="Arial" w:cs="Arial"/>
          <w:color w:val="000000"/>
        </w:rPr>
        <w:t xml:space="preserve"> reliance on resource-intensive, reactive accommodations. Such a system-wide approach streamlines delivery, reduces administrative burden, and strengthens institutional resilience through a consistent, embedded structure of accessibility and flexibility (Espada-Chavarría et al., 2023; </w:t>
      </w:r>
      <w:proofErr w:type="spellStart"/>
      <w:r w:rsidRPr="00175D5D">
        <w:rPr>
          <w:rFonts w:ascii="Arial" w:eastAsia="MS Mincho" w:hAnsi="Arial" w:cs="Arial"/>
          <w:color w:val="000000"/>
        </w:rPr>
        <w:t>Jisc</w:t>
      </w:r>
      <w:proofErr w:type="spellEnd"/>
      <w:r w:rsidRPr="00175D5D">
        <w:rPr>
          <w:rFonts w:ascii="Arial" w:eastAsia="MS Mincho" w:hAnsi="Arial" w:cs="Arial"/>
          <w:color w:val="000000"/>
        </w:rPr>
        <w:t>, 2024; Qu &amp; Cross, 2024).</w:t>
      </w:r>
    </w:p>
    <w:p w14:paraId="6CDF829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real-term erosion of tuition fee value (Economics Observatory, 2024) and a halving of institutional operating surpluses (Ogden &amp; Waltmann, 2024), compounded by increasing student debt and an overreliance on international fee income (Disabled Students UK, 2023; HEPI, 2024), makes the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model not just pedagogically beneficial but economically strategic. </w:t>
      </w:r>
      <w:proofErr w:type="spellStart"/>
      <w:r w:rsidRPr="00175D5D">
        <w:rPr>
          <w:rFonts w:ascii="Arial" w:eastAsia="MS Mincho" w:hAnsi="Arial" w:cs="Arial"/>
          <w:color w:val="000000"/>
        </w:rPr>
        <w:t>UDL’s</w:t>
      </w:r>
      <w:proofErr w:type="spellEnd"/>
      <w:r w:rsidRPr="00175D5D">
        <w:rPr>
          <w:rFonts w:ascii="Arial" w:eastAsia="MS Mincho" w:hAnsi="Arial" w:cs="Arial"/>
          <w:color w:val="000000"/>
        </w:rPr>
        <w:t xml:space="preserve"> universality can reduce costly, ad-hoc accommodations while promoting inclusion at scale (CAST, 2018; Espada-Chavarría et al., 2023; Hills et al., 2022; Plantin &amp; Galvin, 2024).</w:t>
      </w:r>
    </w:p>
    <w:p w14:paraId="55A27961" w14:textId="0A2AF3E2" w:rsidR="00175D5D" w:rsidRPr="00175D5D" w:rsidRDefault="00E425D9" w:rsidP="00A44044">
      <w:pPr>
        <w:pStyle w:val="Heading2"/>
      </w:pPr>
      <w:bookmarkStart w:id="15" w:name="_Toc206171135"/>
      <w:r>
        <w:lastRenderedPageBreak/>
        <w:t>5</w:t>
      </w:r>
      <w:r w:rsidR="00175D5D" w:rsidRPr="00175D5D">
        <w:t>.4</w:t>
      </w:r>
      <w:r>
        <w:t>.</w:t>
      </w:r>
      <w:r w:rsidR="00175D5D" w:rsidRPr="00175D5D">
        <w:t xml:space="preserve"> Moving from Retrospective Accommodation to Anticipation</w:t>
      </w:r>
      <w:r w:rsidR="002F0827">
        <w:t>.</w:t>
      </w:r>
      <w:bookmarkEnd w:id="15"/>
    </w:p>
    <w:p w14:paraId="55176EDB" w14:textId="7222D045"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Considering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as a mainstream pedagogical ‘seamless’ strategy rather than a specialist service aligns with contemporary equity frameworks and with the ‘anticipatory’ duty under the Equality Act 2010. The Equality Act 2010 places an ‘anticipatory duty’ on higher education institutions, meaning they must identify and address likely barriers to participation before they occur, rather than waiting for individual complaints or adjustment requests. This proactive responsibility applies across all core teaching and assessment activities, requiring lecturers to consider diverse sensory, cognitive, and linguistic needs as standard in curriculum design (Equality Act 2010; Department for Education, 2017; Woodley et al., 2024).</w:t>
      </w:r>
    </w:p>
    <w:p w14:paraId="7F04A19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proactive approach directly supports SDG 4 (inclusive and equitable quality education) by ensuring that all learners, including those with undiagnosed or unreported disabilities, can participate fully. It also contributes to SDG 10 (reduced inequalities) by addressing structural barriers that disproportionately affect </w:t>
      </w:r>
      <w:proofErr w:type="spellStart"/>
      <w:r w:rsidRPr="00175D5D">
        <w:rPr>
          <w:rFonts w:ascii="Arial" w:eastAsia="MS Mincho" w:hAnsi="Arial" w:cs="Arial"/>
          <w:color w:val="000000"/>
        </w:rPr>
        <w:t>marginalised</w:t>
      </w:r>
      <w:proofErr w:type="spellEnd"/>
      <w:r w:rsidRPr="00175D5D">
        <w:rPr>
          <w:rFonts w:ascii="Arial" w:eastAsia="MS Mincho" w:hAnsi="Arial" w:cs="Arial"/>
          <w:color w:val="000000"/>
        </w:rPr>
        <w:t xml:space="preserve"> groups </w:t>
      </w:r>
      <w:r w:rsidRPr="00175D5D">
        <w:rPr>
          <w:rFonts w:ascii="Arial" w:eastAsia="MS Mincho" w:hAnsi="Arial" w:cs="Arial"/>
          <w:i/>
          <w:iCs/>
          <w:color w:val="000000"/>
        </w:rPr>
        <w:t>before</w:t>
      </w:r>
      <w:r w:rsidRPr="00175D5D">
        <w:rPr>
          <w:rFonts w:ascii="Arial" w:eastAsia="MS Mincho" w:hAnsi="Arial" w:cs="Arial"/>
          <w:color w:val="000000"/>
        </w:rPr>
        <w:t xml:space="preserve"> they impact learning. When the curriculum offers multiple means of engagement, representation, and expression for everyone, it supports varied learning preferences, builds resilience, and increases student satisfaction and student outcomes (CAST, 2018; Smith et al., 2022).</w:t>
      </w:r>
    </w:p>
    <w:p w14:paraId="6FB93756" w14:textId="2110362C" w:rsidR="00175D5D" w:rsidRPr="00175D5D" w:rsidRDefault="00E425D9" w:rsidP="00A44044">
      <w:pPr>
        <w:pStyle w:val="Heading1"/>
      </w:pPr>
      <w:bookmarkStart w:id="16" w:name="_Toc206171136"/>
      <w:r>
        <w:t>6</w:t>
      </w:r>
      <w:r w:rsidR="00175D5D" w:rsidRPr="00175D5D">
        <w:t xml:space="preserve">. Linking Seamless </w:t>
      </w:r>
      <w:proofErr w:type="spellStart"/>
      <w:r w:rsidR="00175D5D" w:rsidRPr="00175D5D">
        <w:t>UDL</w:t>
      </w:r>
      <w:proofErr w:type="spellEnd"/>
      <w:r w:rsidR="00175D5D" w:rsidRPr="00175D5D">
        <w:t xml:space="preserve"> to SDG 4 and SDG 10</w:t>
      </w:r>
      <w:r w:rsidR="002F0827">
        <w:t>.</w:t>
      </w:r>
      <w:bookmarkEnd w:id="16"/>
    </w:p>
    <w:p w14:paraId="2F8CD1B5" w14:textId="3C9CEB0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The United Nations Sustainable Development Goals (SDGs) provide a global framework for reducing inequality and improving quality of life. Two of these goals, SDG 4: Quality Education and SDG 10: Reduced Inequalities, are directly aligned with the principles and outcomes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when applied in higher education.</w:t>
      </w:r>
    </w:p>
    <w:p w14:paraId="4855E325" w14:textId="05FB063D" w:rsidR="00175D5D" w:rsidRPr="002F0827" w:rsidRDefault="00E425D9" w:rsidP="002F0827">
      <w:pPr>
        <w:pStyle w:val="Heading2"/>
      </w:pPr>
      <w:bookmarkStart w:id="17" w:name="_Toc206171137"/>
      <w:r w:rsidRPr="002F0827">
        <w:lastRenderedPageBreak/>
        <w:t>6</w:t>
      </w:r>
      <w:r w:rsidR="00175D5D" w:rsidRPr="002F0827">
        <w:t>.1</w:t>
      </w:r>
      <w:r w:rsidRPr="002F0827">
        <w:t>.</w:t>
      </w:r>
      <w:r w:rsidR="00175D5D" w:rsidRPr="002F0827">
        <w:t xml:space="preserve"> SDG 4: Quality Education</w:t>
      </w:r>
      <w:r w:rsidR="002F0827" w:rsidRPr="002F0827">
        <w:t>.</w:t>
      </w:r>
      <w:bookmarkEnd w:id="17"/>
    </w:p>
    <w:p w14:paraId="21F7ECD7" w14:textId="6AF0CD58"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SDG 4 aims to “ensure inclusive and equitable quality education and promote lifelong learning opportunities for all” (United Nations, 2015). Within this, Target 4.3 explicitly calls for equal access to “affordable and quality technical, vocational and tertiary education, including university” (United Nations, 2015). UNESCO (2025) further </w:t>
      </w:r>
      <w:proofErr w:type="spellStart"/>
      <w:r w:rsidR="00175D5D" w:rsidRPr="00175D5D">
        <w:rPr>
          <w:rFonts w:ascii="Arial" w:eastAsia="MS Mincho" w:hAnsi="Arial" w:cs="Arial"/>
          <w:color w:val="000000"/>
        </w:rPr>
        <w:t>emphasises</w:t>
      </w:r>
      <w:proofErr w:type="spellEnd"/>
      <w:r w:rsidR="00175D5D" w:rsidRPr="00175D5D">
        <w:rPr>
          <w:rFonts w:ascii="Arial" w:eastAsia="MS Mincho" w:hAnsi="Arial" w:cs="Arial"/>
          <w:color w:val="000000"/>
        </w:rPr>
        <w:t xml:space="preserve"> the point, stating that higher education is an essential and integral part of the SDG 4, Education 2030 agenda, with universities acting as key drivers of workforce development, civic participation, and the production of knowledge for sustainable societies.</w:t>
      </w:r>
    </w:p>
    <w:p w14:paraId="3F45CB3F" w14:textId="77777777" w:rsidR="00175D5D" w:rsidRPr="00175D5D" w:rsidRDefault="00175D5D" w:rsidP="00A92172">
      <w:pPr>
        <w:spacing w:line="480" w:lineRule="auto"/>
        <w:rPr>
          <w:rFonts w:ascii="Arial" w:eastAsia="MS Mincho" w:hAnsi="Arial" w:cs="Arial"/>
          <w:color w:val="000000"/>
          <w:lang w:val="en-GB"/>
        </w:rPr>
      </w:pP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supports higher education in relation to SDG 4 by:</w:t>
      </w:r>
    </w:p>
    <w:p w14:paraId="7393133D"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Improving access to learning</w:t>
      </w:r>
      <w:r w:rsidRPr="00175D5D">
        <w:rPr>
          <w:rFonts w:ascii="Arial" w:eastAsia="MS Mincho" w:hAnsi="Arial" w:cs="Arial"/>
          <w:color w:val="000000"/>
          <w:lang w:val="en-GB"/>
        </w:rPr>
        <w:t xml:space="preserve"> through multiple representation formats such as captioned videos, visual diagrams, text-to-speech tools, and multilingual resources, which expand participation for students with sensory, cognitive, and language-related barriers. This directly supports </w:t>
      </w:r>
      <w:r w:rsidRPr="00175D5D">
        <w:rPr>
          <w:rFonts w:ascii="Arial" w:eastAsia="MS Mincho" w:hAnsi="Arial" w:cs="Arial"/>
          <w:b/>
          <w:bCs/>
          <w:color w:val="000000"/>
          <w:lang w:val="en-GB"/>
        </w:rPr>
        <w:t>Target 4.5</w:t>
      </w:r>
      <w:r w:rsidRPr="00175D5D">
        <w:rPr>
          <w:rFonts w:ascii="Arial" w:eastAsia="MS Mincho" w:hAnsi="Arial" w:cs="Arial"/>
          <w:color w:val="000000"/>
          <w:lang w:val="en-GB"/>
        </w:rPr>
        <w:t xml:space="preserve"> (</w:t>
      </w:r>
      <w:r w:rsidRPr="00175D5D">
        <w:rPr>
          <w:rFonts w:ascii="Arial" w:eastAsia="MS Mincho" w:hAnsi="Arial" w:cs="Arial"/>
          <w:i/>
          <w:iCs/>
          <w:color w:val="000000"/>
          <w:lang w:val="en-GB"/>
        </w:rPr>
        <w:t>eliminate gender disparities in education and ensure equal access for all to all levels of education and vocational training</w:t>
      </w:r>
      <w:r w:rsidRPr="00175D5D">
        <w:rPr>
          <w:rFonts w:ascii="Arial" w:eastAsia="MS Mincho" w:hAnsi="Arial" w:cs="Arial"/>
          <w:color w:val="000000"/>
          <w:lang w:val="en-GB"/>
        </w:rPr>
        <w:t xml:space="preserve">), as it removes systemic accessibility barriers that disproportionately affect marginalised groups </w:t>
      </w:r>
      <w:r w:rsidRPr="00175D5D">
        <w:rPr>
          <w:rFonts w:ascii="Arial" w:eastAsia="MS Mincho" w:hAnsi="Arial" w:cs="Arial"/>
          <w:color w:val="000000"/>
        </w:rPr>
        <w:t>(Seale et al., 2020; Rao et al., 2021).</w:t>
      </w:r>
    </w:p>
    <w:p w14:paraId="6C5605D1"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Enhancing learning quality</w:t>
      </w:r>
      <w:r w:rsidRPr="00175D5D">
        <w:rPr>
          <w:rFonts w:ascii="Arial" w:eastAsia="MS Mincho" w:hAnsi="Arial" w:cs="Arial"/>
          <w:color w:val="000000"/>
          <w:lang w:val="en-GB"/>
        </w:rPr>
        <w:t xml:space="preserve"> by enabling students to choose the method of engagement that best fits their strengths. This flexibility aligns with </w:t>
      </w:r>
      <w:r w:rsidRPr="00175D5D">
        <w:rPr>
          <w:rFonts w:ascii="Arial" w:eastAsia="MS Mincho" w:hAnsi="Arial" w:cs="Arial"/>
          <w:b/>
          <w:bCs/>
          <w:color w:val="000000"/>
          <w:lang w:val="en-GB"/>
        </w:rPr>
        <w:t>Target 4.7</w:t>
      </w:r>
      <w:r w:rsidRPr="00175D5D">
        <w:rPr>
          <w:rFonts w:ascii="Arial" w:eastAsia="MS Mincho" w:hAnsi="Arial" w:cs="Arial"/>
          <w:color w:val="000000"/>
          <w:lang w:val="en-GB"/>
        </w:rPr>
        <w:t xml:space="preserve"> (</w:t>
      </w:r>
      <w:r w:rsidRPr="00175D5D">
        <w:rPr>
          <w:rFonts w:ascii="Arial" w:eastAsia="MS Mincho" w:hAnsi="Arial" w:cs="Arial"/>
          <w:i/>
          <w:iCs/>
          <w:color w:val="000000"/>
          <w:lang w:val="en-GB"/>
        </w:rPr>
        <w:t>ensure all learners acquire the knowledge and skills needed to promote sustainable development</w:t>
      </w:r>
      <w:r w:rsidRPr="00175D5D">
        <w:rPr>
          <w:rFonts w:ascii="Arial" w:eastAsia="MS Mincho" w:hAnsi="Arial" w:cs="Arial"/>
          <w:color w:val="000000"/>
          <w:lang w:val="en-GB"/>
        </w:rPr>
        <w:t xml:space="preserve">), as it facilitates deeper understanding and adaptive learning strategies </w:t>
      </w:r>
      <w:r w:rsidRPr="00175D5D">
        <w:rPr>
          <w:rFonts w:ascii="Arial" w:eastAsia="MS Mincho" w:hAnsi="Arial" w:cs="Arial"/>
          <w:color w:val="000000"/>
        </w:rPr>
        <w:t>(Al-</w:t>
      </w:r>
      <w:proofErr w:type="spellStart"/>
      <w:r w:rsidRPr="00175D5D">
        <w:rPr>
          <w:rFonts w:ascii="Arial" w:eastAsia="MS Mincho" w:hAnsi="Arial" w:cs="Arial"/>
          <w:color w:val="000000"/>
        </w:rPr>
        <w:t>Azawei</w:t>
      </w:r>
      <w:proofErr w:type="spellEnd"/>
      <w:r w:rsidRPr="00175D5D">
        <w:rPr>
          <w:rFonts w:ascii="Arial" w:eastAsia="MS Mincho" w:hAnsi="Arial" w:cs="Arial"/>
          <w:color w:val="000000"/>
        </w:rPr>
        <w:t xml:space="preserve"> et al., 2016; Al-</w:t>
      </w:r>
      <w:proofErr w:type="spellStart"/>
      <w:r w:rsidRPr="00175D5D">
        <w:rPr>
          <w:rFonts w:ascii="Arial" w:eastAsia="MS Mincho" w:hAnsi="Arial" w:cs="Arial"/>
          <w:color w:val="000000"/>
        </w:rPr>
        <w:t>Azawei</w:t>
      </w:r>
      <w:proofErr w:type="spellEnd"/>
      <w:r w:rsidRPr="00175D5D">
        <w:rPr>
          <w:rFonts w:ascii="Arial" w:eastAsia="MS Mincho" w:hAnsi="Arial" w:cs="Arial"/>
          <w:color w:val="000000"/>
        </w:rPr>
        <w:t xml:space="preserve"> &amp; Al-Moghrabi, 2023).</w:t>
      </w:r>
    </w:p>
    <w:p w14:paraId="3B2A0A1A"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Promoting lifelong learning skills</w:t>
      </w:r>
      <w:r w:rsidRPr="00175D5D">
        <w:rPr>
          <w:rFonts w:ascii="Arial" w:eastAsia="MS Mincho" w:hAnsi="Arial" w:cs="Arial"/>
          <w:color w:val="000000"/>
          <w:lang w:val="en-GB"/>
        </w:rPr>
        <w:t xml:space="preserve"> by encouraging students to self-assess, set personal learning goals, and select strategies that work for them, skills transferable to workplace and community contexts. This links to </w:t>
      </w:r>
      <w:r w:rsidRPr="00175D5D">
        <w:rPr>
          <w:rFonts w:ascii="Arial" w:eastAsia="MS Mincho" w:hAnsi="Arial" w:cs="Arial"/>
          <w:b/>
          <w:bCs/>
          <w:color w:val="000000"/>
          <w:lang w:val="en-GB"/>
        </w:rPr>
        <w:t>Target 4.3</w:t>
      </w:r>
      <w:r w:rsidRPr="00175D5D">
        <w:rPr>
          <w:rFonts w:ascii="Arial" w:eastAsia="MS Mincho" w:hAnsi="Arial" w:cs="Arial"/>
          <w:color w:val="000000"/>
          <w:lang w:val="en-GB"/>
        </w:rPr>
        <w:t xml:space="preserve"> (</w:t>
      </w:r>
      <w:r w:rsidRPr="00B370A7">
        <w:rPr>
          <w:rFonts w:ascii="Arial" w:eastAsia="MS Mincho" w:hAnsi="Arial" w:cs="Arial"/>
          <w:color w:val="000000"/>
          <w:lang w:val="en-GB"/>
        </w:rPr>
        <w:t xml:space="preserve">ensure equal access </w:t>
      </w:r>
      <w:r w:rsidRPr="00B370A7">
        <w:rPr>
          <w:rFonts w:ascii="Arial" w:eastAsia="MS Mincho" w:hAnsi="Arial" w:cs="Arial"/>
          <w:color w:val="000000"/>
          <w:lang w:val="en-GB"/>
        </w:rPr>
        <w:lastRenderedPageBreak/>
        <w:t>for all women and men to affordable and quality technical, vocational, and tertiary education, including university</w:t>
      </w:r>
      <w:r w:rsidRPr="00175D5D">
        <w:rPr>
          <w:rFonts w:ascii="Arial" w:eastAsia="MS Mincho" w:hAnsi="Arial" w:cs="Arial"/>
          <w:color w:val="000000"/>
          <w:lang w:val="en-GB"/>
        </w:rPr>
        <w:t>), supporting both academic progression and career readiness (</w:t>
      </w:r>
      <w:proofErr w:type="spellStart"/>
      <w:r w:rsidRPr="00175D5D">
        <w:rPr>
          <w:rFonts w:ascii="Arial" w:eastAsia="MS Mincho" w:hAnsi="Arial" w:cs="Arial"/>
          <w:color w:val="000000"/>
          <w:lang w:val="en-GB"/>
        </w:rPr>
        <w:t>Griful-Freixenet</w:t>
      </w:r>
      <w:proofErr w:type="spellEnd"/>
      <w:r w:rsidRPr="00175D5D">
        <w:rPr>
          <w:rFonts w:ascii="Arial" w:eastAsia="MS Mincho" w:hAnsi="Arial" w:cs="Arial"/>
          <w:color w:val="000000"/>
          <w:lang w:val="en-GB"/>
        </w:rPr>
        <w:t xml:space="preserve"> et al., 2020).</w:t>
      </w:r>
    </w:p>
    <w:p w14:paraId="56D265EE" w14:textId="77777777" w:rsidR="00175D5D" w:rsidRPr="00175D5D" w:rsidRDefault="00175D5D" w:rsidP="00A92172">
      <w:pPr>
        <w:spacing w:line="480" w:lineRule="auto"/>
        <w:rPr>
          <w:rFonts w:ascii="Arial" w:eastAsia="MS Mincho" w:hAnsi="Arial" w:cs="Arial"/>
          <w:b/>
          <w:bCs/>
          <w:color w:val="000000"/>
        </w:rPr>
      </w:pPr>
      <w:r w:rsidRPr="00175D5D">
        <w:rPr>
          <w:rFonts w:ascii="Arial" w:eastAsia="MS Mincho" w:hAnsi="Arial" w:cs="Arial"/>
          <w:b/>
          <w:bCs/>
          <w:color w:val="000000"/>
        </w:rPr>
        <w:t xml:space="preserve">Reducing attrition through early inclusivity design: </w:t>
      </w:r>
      <w:r w:rsidRPr="00175D5D">
        <w:rPr>
          <w:rFonts w:ascii="Arial" w:eastAsia="MS Mincho" w:hAnsi="Arial" w:cs="Arial"/>
          <w:color w:val="000000"/>
        </w:rPr>
        <w:t xml:space="preserve">Evidence from UK higher education indicates that embedding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principles across entire </w:t>
      </w:r>
      <w:proofErr w:type="spellStart"/>
      <w:r w:rsidRPr="00175D5D">
        <w:rPr>
          <w:rFonts w:ascii="Arial" w:eastAsia="MS Mincho" w:hAnsi="Arial" w:cs="Arial"/>
          <w:color w:val="000000"/>
        </w:rPr>
        <w:t>programmes</w:t>
      </w:r>
      <w:proofErr w:type="spellEnd"/>
      <w:r w:rsidRPr="00175D5D">
        <w:rPr>
          <w:rFonts w:ascii="Arial" w:eastAsia="MS Mincho" w:hAnsi="Arial" w:cs="Arial"/>
          <w:color w:val="000000"/>
        </w:rPr>
        <w:t xml:space="preserve"> correlates with higher completion rates and fewer withdrawals due to perceptions of the course being “unsuitable” (Hockings et al., 2022). This addresses Target 4.1 (ensure that all learners complete free, equitable, and quality primary and secondary education) when extended in HE contexts to completion of tertiary </w:t>
      </w:r>
      <w:proofErr w:type="gramStart"/>
      <w:r w:rsidRPr="00175D5D">
        <w:rPr>
          <w:rFonts w:ascii="Arial" w:eastAsia="MS Mincho" w:hAnsi="Arial" w:cs="Arial"/>
          <w:color w:val="000000"/>
        </w:rPr>
        <w:t>studies, and</w:t>
      </w:r>
      <w:proofErr w:type="gramEnd"/>
      <w:r w:rsidRPr="00175D5D">
        <w:rPr>
          <w:rFonts w:ascii="Arial" w:eastAsia="MS Mincho" w:hAnsi="Arial" w:cs="Arial"/>
          <w:color w:val="000000"/>
        </w:rPr>
        <w:t xml:space="preserve"> shows that early inclusivity reduces dropout risk (Seale et al., 2020).</w:t>
      </w:r>
    </w:p>
    <w:p w14:paraId="609D372C" w14:textId="37AE5840" w:rsidR="00175D5D" w:rsidRPr="00175D5D" w:rsidRDefault="00E425D9" w:rsidP="00A44044">
      <w:pPr>
        <w:pStyle w:val="Heading2"/>
      </w:pPr>
      <w:bookmarkStart w:id="18" w:name="_Toc206171138"/>
      <w:r>
        <w:t>6</w:t>
      </w:r>
      <w:r w:rsidR="00175D5D" w:rsidRPr="00175D5D">
        <w:t>.2</w:t>
      </w:r>
      <w:r>
        <w:t>.</w:t>
      </w:r>
      <w:r w:rsidR="00175D5D" w:rsidRPr="00175D5D">
        <w:t xml:space="preserve"> SDG 10: Reduced Inequalities</w:t>
      </w:r>
      <w:r w:rsidR="002F0827">
        <w:t>.</w:t>
      </w:r>
      <w:bookmarkEnd w:id="18"/>
    </w:p>
    <w:p w14:paraId="0A5A796A" w14:textId="3302A17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SDG 10 focuses on reducing inequality within and among countries. In the context of HE, inequality can be considered as attainment gaps between different demographic groups, such as students from lower socioeconomic backgrounds, mature learners, and those with disabilities or neurodivergent profiles (Advance HE, 2024).</w:t>
      </w:r>
    </w:p>
    <w:p w14:paraId="4BF09699" w14:textId="77777777" w:rsidR="00175D5D" w:rsidRPr="00175D5D" w:rsidRDefault="00175D5D" w:rsidP="00A92172">
      <w:pPr>
        <w:spacing w:line="480" w:lineRule="auto"/>
        <w:rPr>
          <w:rFonts w:ascii="Arial" w:eastAsia="MS Mincho" w:hAnsi="Arial" w:cs="Arial"/>
          <w:b/>
          <w:bCs/>
          <w:color w:val="000000"/>
        </w:rPr>
      </w:pPr>
      <w:r w:rsidRPr="00175D5D">
        <w:rPr>
          <w:rFonts w:ascii="Arial" w:eastAsia="MS Mincho" w:hAnsi="Arial" w:cs="Arial"/>
          <w:b/>
          <w:bCs/>
          <w:color w:val="000000"/>
        </w:rPr>
        <w:t xml:space="preserve">A seamless </w:t>
      </w:r>
      <w:proofErr w:type="spellStart"/>
      <w:r w:rsidRPr="00175D5D">
        <w:rPr>
          <w:rFonts w:ascii="Arial" w:eastAsia="MS Mincho" w:hAnsi="Arial" w:cs="Arial"/>
          <w:b/>
          <w:bCs/>
          <w:color w:val="000000"/>
        </w:rPr>
        <w:t>UDL</w:t>
      </w:r>
      <w:proofErr w:type="spellEnd"/>
      <w:r w:rsidRPr="00175D5D">
        <w:rPr>
          <w:rFonts w:ascii="Arial" w:eastAsia="MS Mincho" w:hAnsi="Arial" w:cs="Arial"/>
          <w:b/>
          <w:bCs/>
          <w:color w:val="000000"/>
        </w:rPr>
        <w:t xml:space="preserve"> approach can reduce these gaps by:</w:t>
      </w:r>
    </w:p>
    <w:p w14:paraId="67CE432C" w14:textId="77777777" w:rsidR="00175D5D" w:rsidRPr="00175D5D" w:rsidRDefault="00175D5D" w:rsidP="00A92172">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t>Removing dependency on formal diagnosis for access to adapted learning, which benefits students who face barriers to assessment or disclosure.</w:t>
      </w:r>
      <w:r w:rsidRPr="00175D5D">
        <w:rPr>
          <w:rFonts w:ascii="Arial" w:eastAsia="MS Mincho" w:hAnsi="Arial" w:cs="Arial"/>
          <w:color w:val="000000"/>
        </w:rPr>
        <w:br/>
      </w:r>
    </w:p>
    <w:p w14:paraId="6EF3D5C9" w14:textId="77777777" w:rsidR="00175D5D" w:rsidRPr="00175D5D" w:rsidRDefault="00175D5D" w:rsidP="00A92172">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t>Reducing stigma, since everyone receives the same flexible learning environment rather than adjustments being “flagged” as disability accommodations.</w:t>
      </w:r>
      <w:r w:rsidRPr="00175D5D">
        <w:rPr>
          <w:rFonts w:ascii="Arial" w:eastAsia="MS Mincho" w:hAnsi="Arial" w:cs="Arial"/>
          <w:color w:val="000000"/>
        </w:rPr>
        <w:br/>
      </w:r>
    </w:p>
    <w:p w14:paraId="1B5D61F4" w14:textId="77777777" w:rsidR="00175D5D" w:rsidRPr="00175D5D" w:rsidRDefault="00175D5D" w:rsidP="00A92172">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lastRenderedPageBreak/>
        <w:t>Enabling fairer assessment through multiple means of action and expression, such as giving students a choice between a written report, recorded presentation, or applied project, each assessed against the same learning outcomes.</w:t>
      </w:r>
    </w:p>
    <w:p w14:paraId="688390B3" w14:textId="689B4258" w:rsidR="00175D5D" w:rsidRPr="00175D5D" w:rsidRDefault="00B370A7"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Research by </w:t>
      </w:r>
      <w:proofErr w:type="spellStart"/>
      <w:r w:rsidR="00175D5D" w:rsidRPr="00175D5D">
        <w:rPr>
          <w:rFonts w:ascii="Arial" w:eastAsia="MS Mincho" w:hAnsi="Arial" w:cs="Arial"/>
          <w:color w:val="000000"/>
        </w:rPr>
        <w:t>Moriña</w:t>
      </w:r>
      <w:proofErr w:type="spellEnd"/>
      <w:r w:rsidR="00175D5D" w:rsidRPr="00175D5D">
        <w:rPr>
          <w:rFonts w:ascii="Arial" w:eastAsia="MS Mincho" w:hAnsi="Arial" w:cs="Arial"/>
          <w:color w:val="000000"/>
        </w:rPr>
        <w:t xml:space="preserve"> (2020) and Thomas &amp; May (2020) indicates that when such options are consistently applied, students from underrepresented groups close the grade gap without reducing academic standards, consequently reducing the inequality gaps between different student groups.</w:t>
      </w:r>
    </w:p>
    <w:p w14:paraId="1A5312AC" w14:textId="367C729B" w:rsidR="00175D5D" w:rsidRPr="00175D5D" w:rsidRDefault="00E425D9" w:rsidP="00A44044">
      <w:pPr>
        <w:pStyle w:val="Heading2"/>
      </w:pPr>
      <w:bookmarkStart w:id="19" w:name="_Toc206171139"/>
      <w:r>
        <w:t>6</w:t>
      </w:r>
      <w:r w:rsidR="00175D5D" w:rsidRPr="00175D5D">
        <w:t>.3</w:t>
      </w:r>
      <w:r>
        <w:t>.</w:t>
      </w:r>
      <w:r w:rsidR="00175D5D" w:rsidRPr="00175D5D">
        <w:t xml:space="preserve"> The Interdependence of SDG 4 and SDG 10</w:t>
      </w:r>
      <w:r w:rsidR="002F0827">
        <w:t>.</w:t>
      </w:r>
      <w:bookmarkEnd w:id="19"/>
    </w:p>
    <w:p w14:paraId="00001CB1" w14:textId="06F8BBFB"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SDG 4 supports SDG 10 when higher education is genuinely accessible and of high quality, not just </w:t>
      </w:r>
      <w:r w:rsidR="004921AB">
        <w:rPr>
          <w:rFonts w:ascii="Arial" w:eastAsia="MS Mincho" w:hAnsi="Arial" w:cs="Arial"/>
          <w:color w:val="000000"/>
        </w:rPr>
        <w:t>within</w:t>
      </w:r>
      <w:r w:rsidR="00175D5D" w:rsidRPr="00175D5D">
        <w:rPr>
          <w:rFonts w:ascii="Arial" w:eastAsia="MS Mincho" w:hAnsi="Arial" w:cs="Arial"/>
          <w:color w:val="000000"/>
        </w:rPr>
        <w:t xml:space="preserve"> the HE environment, but also with improved outcomes, reducing gaps in graduate employment and progression to postgraduate study (Divan et al., 2022; Mateos-González &amp; Wakeling, 2022). If inequities in participation, accessibility to learning, and subsequent poor outcomes persist, claims to provide a quality education simply cannot be the case, as increasing numbers of students are not able to or cannot engage sufficiently to succeed on comparable terms (Sabri, 2023).</w:t>
      </w:r>
    </w:p>
    <w:p w14:paraId="1F595B5D"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Using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as the default design rather than a post-hoc adjustment can therefore serve as a basis for reducing such inequalities by enhancing learning, accessibility, and participation across whole cohorts, advancing both quality and equity without the trade-offs that often occur when inclusion is approached reactively; often the approach within many HE environments (</w:t>
      </w:r>
      <w:proofErr w:type="spellStart"/>
      <w:r w:rsidRPr="00175D5D">
        <w:rPr>
          <w:rFonts w:ascii="Arial" w:eastAsia="MS Mincho" w:hAnsi="Arial" w:cs="Arial"/>
          <w:color w:val="000000"/>
        </w:rPr>
        <w:t>Almeqdad</w:t>
      </w:r>
      <w:proofErr w:type="spellEnd"/>
      <w:r w:rsidRPr="00175D5D">
        <w:rPr>
          <w:rFonts w:ascii="Arial" w:eastAsia="MS Mincho" w:hAnsi="Arial" w:cs="Arial"/>
          <w:color w:val="000000"/>
        </w:rPr>
        <w:t xml:space="preserve"> et al., 2023; Qu &amp; Cross, 2023; Seale, 2021).</w:t>
      </w:r>
    </w:p>
    <w:p w14:paraId="4212C6F1" w14:textId="2E04528A" w:rsidR="00175D5D" w:rsidRPr="00175D5D" w:rsidRDefault="00E425D9" w:rsidP="00A44044">
      <w:pPr>
        <w:pStyle w:val="Heading1"/>
      </w:pPr>
      <w:bookmarkStart w:id="20" w:name="_Toc206171140"/>
      <w:r>
        <w:t>7</w:t>
      </w:r>
      <w:r w:rsidR="00175D5D" w:rsidRPr="00175D5D">
        <w:t xml:space="preserve">. </w:t>
      </w:r>
      <w:proofErr w:type="spellStart"/>
      <w:r w:rsidR="00175D5D" w:rsidRPr="00175D5D">
        <w:t>UDL</w:t>
      </w:r>
      <w:proofErr w:type="spellEnd"/>
      <w:r w:rsidR="00175D5D" w:rsidRPr="00175D5D">
        <w:t xml:space="preserve"> as a Whole-Institution Strategy </w:t>
      </w:r>
      <w:r w:rsidR="005818C3">
        <w:t>r</w:t>
      </w:r>
      <w:r w:rsidR="00175D5D" w:rsidRPr="00175D5D">
        <w:t xml:space="preserve">ather </w:t>
      </w:r>
      <w:r w:rsidR="005818C3">
        <w:t>t</w:t>
      </w:r>
      <w:r w:rsidR="00175D5D" w:rsidRPr="00175D5D">
        <w:t>han an Adjustment</w:t>
      </w:r>
      <w:r w:rsidR="002F0827">
        <w:t>.</w:t>
      </w:r>
      <w:bookmarkEnd w:id="20"/>
    </w:p>
    <w:p w14:paraId="6566F01A" w14:textId="0F5041B0"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Across the literature reviewed, there is a clear trend toward reframing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from a specialist </w:t>
      </w:r>
      <w:r w:rsidR="00175D5D" w:rsidRPr="00175D5D">
        <w:rPr>
          <w:rFonts w:ascii="Arial" w:eastAsia="MS Mincho" w:hAnsi="Arial" w:cs="Arial"/>
          <w:color w:val="000000"/>
        </w:rPr>
        <w:lastRenderedPageBreak/>
        <w:t>support measure to a baseline expectation for curriculum design. This shift responds to multiple sector challenges, including declining enrolments, greater acceptance of students with diverse learning profiles, reduced international student intake, and constrained institutional budgets (Advance HE, 2024; UUK, 2022).</w:t>
      </w:r>
    </w:p>
    <w:p w14:paraId="39160C82" w14:textId="665CF5AE"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Recent UK studies </w:t>
      </w:r>
      <w:r w:rsidR="00673F9C">
        <w:rPr>
          <w:rFonts w:ascii="Arial" w:eastAsia="MS Mincho" w:hAnsi="Arial" w:cs="Arial"/>
          <w:color w:val="000000"/>
        </w:rPr>
        <w:t>suggest</w:t>
      </w:r>
      <w:r w:rsidRPr="00175D5D">
        <w:rPr>
          <w:rFonts w:ascii="Arial" w:eastAsia="MS Mincho" w:hAnsi="Arial" w:cs="Arial"/>
          <w:color w:val="000000"/>
        </w:rPr>
        <w:t xml:space="preserve"> that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seamlessly, for all students rather than as a reactive accommodation for neurodivergent learners, also reduces the administrative and social barriers that come with the “adjustments” model (Capp, 2020; Hockings et al., 2022).</w:t>
      </w:r>
    </w:p>
    <w:p w14:paraId="1DEAA2C2"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universal approach has three practical benefits highlighted in the literature:</w:t>
      </w:r>
    </w:p>
    <w:p w14:paraId="4D72A38C" w14:textId="77777777"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Reduces stigma</w:t>
      </w:r>
      <w:r w:rsidRPr="00175D5D">
        <w:rPr>
          <w:rFonts w:ascii="Arial" w:eastAsia="MS Mincho" w:hAnsi="Arial" w:cs="Arial"/>
          <w:color w:val="000000"/>
        </w:rPr>
        <w:t>: Neurodivergent students are not singled out for “special” treatment; all students receive the same flexibility and choice in engagement, representation, and assessment.</w:t>
      </w:r>
      <w:r w:rsidRPr="00175D5D">
        <w:rPr>
          <w:rFonts w:ascii="Arial" w:eastAsia="MS Mincho" w:hAnsi="Arial" w:cs="Arial"/>
          <w:color w:val="000000"/>
        </w:rPr>
        <w:br/>
      </w:r>
    </w:p>
    <w:p w14:paraId="41F91F1B" w14:textId="22F4EA00"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Improves teaching efficiency</w:t>
      </w:r>
      <w:r w:rsidRPr="00175D5D">
        <w:rPr>
          <w:rFonts w:ascii="Arial" w:eastAsia="MS Mincho" w:hAnsi="Arial" w:cs="Arial"/>
          <w:color w:val="000000"/>
        </w:rPr>
        <w:t>: Lecturers design once for all, rather than modifying materials repeatedly for different groups (</w:t>
      </w:r>
      <w:r w:rsidR="00673F9C" w:rsidRPr="00175D5D">
        <w:rPr>
          <w:rFonts w:ascii="Arial" w:eastAsia="MS Mincho" w:hAnsi="Arial" w:cs="Arial"/>
          <w:color w:val="000000"/>
        </w:rPr>
        <w:t>CAST, 2018)</w:t>
      </w:r>
      <w:r w:rsidR="00673F9C">
        <w:rPr>
          <w:rFonts w:ascii="Arial" w:eastAsia="MS Mincho" w:hAnsi="Arial" w:cs="Arial"/>
          <w:color w:val="000000"/>
        </w:rPr>
        <w:t xml:space="preserve">; </w:t>
      </w:r>
      <w:r w:rsidR="00673F9C" w:rsidRPr="00175D5D">
        <w:rPr>
          <w:rFonts w:ascii="Arial" w:eastAsia="MS Mincho" w:hAnsi="Arial" w:cs="Arial"/>
          <w:color w:val="000000"/>
        </w:rPr>
        <w:br/>
      </w:r>
      <w:r w:rsidRPr="00175D5D">
        <w:rPr>
          <w:rFonts w:ascii="Arial" w:eastAsia="MS Mincho" w:hAnsi="Arial" w:cs="Arial"/>
          <w:color w:val="000000"/>
        </w:rPr>
        <w:t>Meyer et al., 2014</w:t>
      </w:r>
      <w:r w:rsidR="00673F9C">
        <w:rPr>
          <w:rFonts w:ascii="Arial" w:eastAsia="MS Mincho" w:hAnsi="Arial" w:cs="Arial"/>
          <w:color w:val="000000"/>
        </w:rPr>
        <w:t>).</w:t>
      </w:r>
      <w:r w:rsidR="00673F9C">
        <w:rPr>
          <w:rFonts w:ascii="Arial" w:eastAsia="MS Mincho" w:hAnsi="Arial" w:cs="Arial"/>
          <w:color w:val="000000"/>
        </w:rPr>
        <w:br/>
      </w:r>
    </w:p>
    <w:p w14:paraId="0D2B2235" w14:textId="77777777"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Supports recruitment and retention</w:t>
      </w:r>
      <w:r w:rsidRPr="00175D5D">
        <w:rPr>
          <w:rFonts w:ascii="Arial" w:eastAsia="MS Mincho" w:hAnsi="Arial" w:cs="Arial"/>
          <w:color w:val="000000"/>
        </w:rPr>
        <w:t xml:space="preserve">: In a competitive HE </w:t>
      </w:r>
      <w:proofErr w:type="gramStart"/>
      <w:r w:rsidRPr="00175D5D">
        <w:rPr>
          <w:rFonts w:ascii="Arial" w:eastAsia="MS Mincho" w:hAnsi="Arial" w:cs="Arial"/>
          <w:color w:val="000000"/>
        </w:rPr>
        <w:t>market</w:t>
      </w:r>
      <w:proofErr w:type="gramEnd"/>
      <w:r w:rsidRPr="00175D5D">
        <w:rPr>
          <w:rFonts w:ascii="Arial" w:eastAsia="MS Mincho" w:hAnsi="Arial" w:cs="Arial"/>
          <w:color w:val="000000"/>
        </w:rPr>
        <w:t>, visibly inclusive teaching practices can attract applicants from under-represented backgrounds (Disabled Students UK, 2023).</w:t>
      </w:r>
    </w:p>
    <w:p w14:paraId="4ACC0519" w14:textId="241FD7B1" w:rsidR="00175D5D" w:rsidRPr="00175D5D" w:rsidRDefault="00175D5D" w:rsidP="00A44044">
      <w:pPr>
        <w:pStyle w:val="Heading2"/>
      </w:pPr>
      <w:r>
        <w:br/>
      </w:r>
      <w:bookmarkStart w:id="21" w:name="_Toc206171141"/>
      <w:r w:rsidR="00E425D9">
        <w:t>7</w:t>
      </w:r>
      <w:r w:rsidRPr="00175D5D">
        <w:t>.1 Impact on Learning Outcomes and Student Engagement</w:t>
      </w:r>
      <w:r w:rsidR="005818C3">
        <w:t>.</w:t>
      </w:r>
      <w:bookmarkEnd w:id="21"/>
    </w:p>
    <w:p w14:paraId="0FEC729E" w14:textId="14F4A49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Hockings et al. (2022) reported that in modules redesigned using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principles at a mid-sized UK university, student satisfaction scores increased by 14%, while retention improved </w:t>
      </w:r>
      <w:r w:rsidR="00175D5D" w:rsidRPr="00175D5D">
        <w:rPr>
          <w:rFonts w:ascii="Arial" w:eastAsia="MS Mincho" w:hAnsi="Arial" w:cs="Arial"/>
          <w:color w:val="000000"/>
        </w:rPr>
        <w:lastRenderedPageBreak/>
        <w:t>by 8% over two years. These gains were particularly strong among students from widening participation backgrounds and those declaring disabilities.</w:t>
      </w:r>
    </w:p>
    <w:p w14:paraId="7CF5C56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However, Seale (2021) cautions that while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appears to improve the experience of learning, the direct correlation to ‘summative’ academic performance remains inconsistent. Further research is therefore required to fully understand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often improves access to learning but does not automatically address deeper pedagogical issues like curriculum relevance or prior educational disadvantage (Boysen, 2024). </w:t>
      </w:r>
    </w:p>
    <w:p w14:paraId="7BA2EE7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Engagement benefits are, however, more widely positively recognised in the literature. Case studies from the Open University and University of Glasgow demonstrate that incorporating multiple means of engagement, such as asynchronous discussion forums, optional live Q&amp;As, and varied assessment formats, increases participation from students who might otherwise remain silent in traditional lectures (Government Digital Service, 2018).</w:t>
      </w:r>
    </w:p>
    <w:p w14:paraId="34A404C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One recurring finding in the research is that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shifts the locus, or control, of learning towards students. Students are given more autonomy in demonstrating their understanding, strengthening their sense of agency (Capp, 2020). However, it is important to consider that too much flexibility without sufficient guidance can overwhelm students who are used to more prescriptive learning structures (Burgstahler, 2015; Seale, 2021).</w:t>
      </w:r>
    </w:p>
    <w:p w14:paraId="403A8C8B" w14:textId="74A278BD" w:rsidR="00175D5D" w:rsidRPr="00175D5D" w:rsidRDefault="00E425D9" w:rsidP="00A44044">
      <w:pPr>
        <w:pStyle w:val="Heading1"/>
      </w:pPr>
      <w:bookmarkStart w:id="22" w:name="_Toc206171142"/>
      <w:r>
        <w:t>8</w:t>
      </w:r>
      <w:r w:rsidR="00175D5D" w:rsidRPr="00175D5D">
        <w:t>. Barriers to Implementation in UK Higher Education</w:t>
      </w:r>
      <w:r w:rsidR="005818C3">
        <w:t>.</w:t>
      </w:r>
      <w:bookmarkEnd w:id="22"/>
    </w:p>
    <w:p w14:paraId="212E834B" w14:textId="3F0BFDA2"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However, the literature also indicates that in HE settings, there are challenges. Academic staff report perceiving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as an “add-on” rather than an integral part of academic quality (Seale, 2021). Others highlight the lack of training and digital infrastructure as barriers to scaling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institution-wide (Hockings et al., 2022).</w:t>
      </w:r>
    </w:p>
    <w:p w14:paraId="106FA313"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lastRenderedPageBreak/>
        <w:t xml:space="preserve">Despite </w:t>
      </w:r>
      <w:proofErr w:type="spellStart"/>
      <w:r w:rsidRPr="00175D5D">
        <w:rPr>
          <w:rFonts w:ascii="Arial" w:eastAsia="MS Mincho" w:hAnsi="Arial" w:cs="Arial"/>
          <w:color w:val="000000"/>
        </w:rPr>
        <w:t>UDL's</w:t>
      </w:r>
      <w:proofErr w:type="spellEnd"/>
      <w:r w:rsidRPr="00175D5D">
        <w:rPr>
          <w:rFonts w:ascii="Arial" w:eastAsia="MS Mincho" w:hAnsi="Arial" w:cs="Arial"/>
          <w:color w:val="000000"/>
        </w:rPr>
        <w:t xml:space="preserve"> conceptual appeal and its alignment with SDGS 4 and 10, large-scale and consistent adoption across UK higher education remains uneven. A recurring theme in the literature is the tension between ‘institutional aspiration’ and ‘operational reality’ (Hockings, 2010, Hockings et.al., 2022).</w:t>
      </w:r>
    </w:p>
    <w:p w14:paraId="25CFC6AD"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Resource and workload pressures are frequently cited as primary barriers.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requires time to redesign modules, source accessible materials, and develop alternative assessments. In an environment where academic workloads are already stretched with many institutions facing budget constraints, the additional time commitment associated with the embedding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can make it feel unattainable without dedicated institutional support (Morgan, 2020).</w:t>
      </w:r>
    </w:p>
    <w:p w14:paraId="2F05AC39"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Staff knowledge and confidence also play a significant role. While many HE lecturers agree with the idea of inclusive teaching, many have not received any formal training in accessible pedagogy, particularly in designing inclusively from the outset rather than making reactive adjustments (Lamb et al., 2021). </w:t>
      </w:r>
    </w:p>
    <w:p w14:paraId="07ACC43A"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Institutional priorities can further hinder implementation. In some universities, the focus on league table performance and research output is perceived to overshadow teaching development (Grayson, 2024; Hills et al., 2022; Stentiford &amp; </w:t>
      </w:r>
      <w:proofErr w:type="spellStart"/>
      <w:r w:rsidRPr="00175D5D">
        <w:rPr>
          <w:rFonts w:ascii="Arial" w:eastAsia="MS Mincho" w:hAnsi="Arial" w:cs="Arial"/>
          <w:color w:val="000000"/>
        </w:rPr>
        <w:t>Koutsouris</w:t>
      </w:r>
      <w:proofErr w:type="spellEnd"/>
      <w:r w:rsidRPr="00175D5D">
        <w:rPr>
          <w:rFonts w:ascii="Arial" w:eastAsia="MS Mincho" w:hAnsi="Arial" w:cs="Arial"/>
          <w:color w:val="000000"/>
        </w:rPr>
        <w:t xml:space="preserve">, 2022). Without explicit inclusion targets tied to strategic plans and accountability measures,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may remain a ‘niche’ interest rather than a mainstream expectation (Seale, 2021).</w:t>
      </w:r>
    </w:p>
    <w:p w14:paraId="09F09D6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Finally, cultural resistance cannot be ignored. Some academics remain </w:t>
      </w:r>
      <w:proofErr w:type="spellStart"/>
      <w:r w:rsidRPr="00175D5D">
        <w:rPr>
          <w:rFonts w:ascii="Arial" w:eastAsia="MS Mincho" w:hAnsi="Arial" w:cs="Arial"/>
          <w:color w:val="000000"/>
        </w:rPr>
        <w:t>sceptical</w:t>
      </w:r>
      <w:proofErr w:type="spellEnd"/>
      <w:r w:rsidRPr="00175D5D">
        <w:rPr>
          <w:rFonts w:ascii="Arial" w:eastAsia="MS Mincho" w:hAnsi="Arial" w:cs="Arial"/>
          <w:color w:val="000000"/>
        </w:rPr>
        <w:t xml:space="preserve"> of the pedagogical value of certain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practices, viewing them as a dilution of academic standards or as unnecessary when catering to what they perceive to be a minority of students (</w:t>
      </w:r>
      <w:proofErr w:type="spellStart"/>
      <w:r w:rsidRPr="00175D5D">
        <w:rPr>
          <w:rFonts w:ascii="Arial" w:eastAsia="MS Mincho" w:hAnsi="Arial" w:cs="Arial"/>
          <w:color w:val="000000"/>
        </w:rPr>
        <w:t>Dignath</w:t>
      </w:r>
      <w:proofErr w:type="spellEnd"/>
      <w:r w:rsidRPr="00175D5D">
        <w:rPr>
          <w:rFonts w:ascii="Arial" w:eastAsia="MS Mincho" w:hAnsi="Arial" w:cs="Arial"/>
          <w:color w:val="000000"/>
        </w:rPr>
        <w:t xml:space="preserve"> et al., 2022). This </w:t>
      </w:r>
      <w:proofErr w:type="spellStart"/>
      <w:r w:rsidRPr="00175D5D">
        <w:rPr>
          <w:rFonts w:ascii="Arial" w:eastAsia="MS Mincho" w:hAnsi="Arial" w:cs="Arial"/>
          <w:color w:val="000000"/>
        </w:rPr>
        <w:t>scepticism</w:t>
      </w:r>
      <w:proofErr w:type="spellEnd"/>
      <w:r w:rsidRPr="00175D5D">
        <w:rPr>
          <w:rFonts w:ascii="Arial" w:eastAsia="MS Mincho" w:hAnsi="Arial" w:cs="Arial"/>
          <w:color w:val="000000"/>
        </w:rPr>
        <w:t xml:space="preserve"> often reflects a lack of exposure to data </w:t>
      </w:r>
      <w:r w:rsidRPr="00175D5D">
        <w:rPr>
          <w:rFonts w:ascii="Arial" w:eastAsia="MS Mincho" w:hAnsi="Arial" w:cs="Arial"/>
          <w:color w:val="000000"/>
        </w:rPr>
        <w:lastRenderedPageBreak/>
        <w:t xml:space="preserve">showing benefits for the wider student population, impacting on subsequent institutional leadership </w:t>
      </w:r>
      <w:proofErr w:type="spellStart"/>
      <w:r w:rsidRPr="00175D5D">
        <w:rPr>
          <w:rFonts w:ascii="Arial" w:eastAsia="MS Mincho" w:hAnsi="Arial" w:cs="Arial"/>
          <w:color w:val="000000"/>
        </w:rPr>
        <w:t>prioritisation</w:t>
      </w:r>
      <w:proofErr w:type="spellEnd"/>
      <w:r w:rsidRPr="00175D5D">
        <w:rPr>
          <w:rFonts w:ascii="Arial" w:eastAsia="MS Mincho" w:hAnsi="Arial" w:cs="Arial"/>
          <w:color w:val="000000"/>
        </w:rPr>
        <w:t xml:space="preserve"> (Macfarlane, Bolden, &amp; </w:t>
      </w:r>
      <w:proofErr w:type="spellStart"/>
      <w:r w:rsidRPr="00175D5D">
        <w:rPr>
          <w:rFonts w:ascii="Arial" w:eastAsia="MS Mincho" w:hAnsi="Arial" w:cs="Arial"/>
          <w:color w:val="000000"/>
        </w:rPr>
        <w:t>Watermeyer</w:t>
      </w:r>
      <w:proofErr w:type="spellEnd"/>
      <w:r w:rsidRPr="00175D5D">
        <w:rPr>
          <w:rFonts w:ascii="Arial" w:eastAsia="MS Mincho" w:hAnsi="Arial" w:cs="Arial"/>
          <w:color w:val="000000"/>
        </w:rPr>
        <w:t>, 2024).</w:t>
      </w:r>
    </w:p>
    <w:p w14:paraId="6ED3DC1F"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literature suggests that overcoming these barriers requires a combination of leadership commitment, targeted professional development, recognition of inclusive practice in workload models, and the integration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principles into quality assurance processes (Hockings et. </w:t>
      </w:r>
      <w:proofErr w:type="gramStart"/>
      <w:r w:rsidRPr="00175D5D">
        <w:rPr>
          <w:rFonts w:ascii="Arial" w:eastAsia="MS Mincho" w:hAnsi="Arial" w:cs="Arial"/>
          <w:color w:val="000000"/>
        </w:rPr>
        <w:t>al</w:t>
      </w:r>
      <w:proofErr w:type="gramEnd"/>
      <w:r w:rsidRPr="00175D5D">
        <w:rPr>
          <w:rFonts w:ascii="Arial" w:eastAsia="MS Mincho" w:hAnsi="Arial" w:cs="Arial"/>
          <w:color w:val="000000"/>
        </w:rPr>
        <w:t>, 2022; Prowse &amp; Hodgson, 2020).</w:t>
      </w:r>
    </w:p>
    <w:p w14:paraId="50B091B0" w14:textId="17FEE9E4" w:rsidR="00175D5D" w:rsidRPr="00175D5D" w:rsidRDefault="00E425D9" w:rsidP="00A44044">
      <w:pPr>
        <w:pStyle w:val="Heading1"/>
      </w:pPr>
      <w:bookmarkStart w:id="23" w:name="_Toc206171143"/>
      <w:r>
        <w:t>9</w:t>
      </w:r>
      <w:r w:rsidR="00175D5D" w:rsidRPr="00175D5D">
        <w:t>. Examples of Best Practice in UK Higher Education</w:t>
      </w:r>
      <w:r w:rsidR="005818C3">
        <w:t>.</w:t>
      </w:r>
      <w:bookmarkEnd w:id="23"/>
    </w:p>
    <w:p w14:paraId="20D1F3AB" w14:textId="4A0E0EEF"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Several UK universities have begun embedding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into their teaching and learning strategies, offering empirical evidence into how inclusive design can be used and scaled effectively.</w:t>
      </w:r>
    </w:p>
    <w:p w14:paraId="324B5308" w14:textId="295F93CA" w:rsidR="00A44044" w:rsidRPr="005818C3" w:rsidRDefault="00E425D9" w:rsidP="005818C3">
      <w:pPr>
        <w:pStyle w:val="Heading2"/>
        <w:rPr>
          <w:rFonts w:eastAsia="MS Mincho" w:cs="Arial"/>
          <w:b w:val="0"/>
          <w:bCs w:val="0"/>
          <w:color w:val="000000"/>
        </w:rPr>
      </w:pPr>
      <w:bookmarkStart w:id="24" w:name="_Toc206171144"/>
      <w:r w:rsidRPr="005818C3">
        <w:rPr>
          <w:rStyle w:val="Heading2Char"/>
          <w:b/>
          <w:bCs/>
        </w:rPr>
        <w:t>9</w:t>
      </w:r>
      <w:r w:rsidR="00175D5D" w:rsidRPr="005818C3">
        <w:rPr>
          <w:rStyle w:val="Heading2Char"/>
          <w:b/>
          <w:bCs/>
        </w:rPr>
        <w:t>.1. University of Leeds: Inclusive Learning Design Project</w:t>
      </w:r>
      <w:r w:rsidR="005818C3" w:rsidRPr="005818C3">
        <w:rPr>
          <w:rStyle w:val="Heading2Char"/>
          <w:b/>
          <w:bCs/>
        </w:rPr>
        <w:t>.</w:t>
      </w:r>
      <w:bookmarkEnd w:id="24"/>
    </w:p>
    <w:p w14:paraId="317D9BB9" w14:textId="51DBBD47" w:rsidR="00175D5D" w:rsidRPr="00175D5D" w:rsidRDefault="005818C3"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Leeds undertook a university-wide review of teaching practice against its Inclusive Baseline Standards in 2019–21, coordinated by School Academic Leads for Inclusive Practice (</w:t>
      </w:r>
      <w:proofErr w:type="spellStart"/>
      <w:r w:rsidR="00175D5D" w:rsidRPr="00175D5D">
        <w:rPr>
          <w:rFonts w:ascii="Arial" w:eastAsia="MS Mincho" w:hAnsi="Arial" w:cs="Arial"/>
          <w:color w:val="000000"/>
        </w:rPr>
        <w:t>SALIPs</w:t>
      </w:r>
      <w:proofErr w:type="spellEnd"/>
      <w:r w:rsidR="00175D5D" w:rsidRPr="00175D5D">
        <w:rPr>
          <w:rFonts w:ascii="Arial" w:eastAsia="MS Mincho" w:hAnsi="Arial" w:cs="Arial"/>
          <w:color w:val="000000"/>
        </w:rPr>
        <w:t xml:space="preserve">) and drawing on 137 school case studies and linked to the design principles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(Brady, 2022; University of Leeds, 2022).</w:t>
      </w:r>
    </w:p>
    <w:p w14:paraId="3ACBCF51"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Academic developers and </w:t>
      </w:r>
      <w:proofErr w:type="spellStart"/>
      <w:r w:rsidRPr="00175D5D">
        <w:rPr>
          <w:rFonts w:ascii="Arial" w:eastAsia="MS Mincho" w:hAnsi="Arial" w:cs="Arial"/>
          <w:color w:val="000000"/>
        </w:rPr>
        <w:t>SALIPs</w:t>
      </w:r>
      <w:proofErr w:type="spellEnd"/>
      <w:r w:rsidRPr="00175D5D">
        <w:rPr>
          <w:rFonts w:ascii="Arial" w:eastAsia="MS Mincho" w:hAnsi="Arial" w:cs="Arial"/>
          <w:color w:val="000000"/>
        </w:rPr>
        <w:t xml:space="preserve"> worked with </w:t>
      </w:r>
      <w:proofErr w:type="spellStart"/>
      <w:r w:rsidRPr="00175D5D">
        <w:rPr>
          <w:rFonts w:ascii="Arial" w:eastAsia="MS Mincho" w:hAnsi="Arial" w:cs="Arial"/>
          <w:color w:val="000000"/>
        </w:rPr>
        <w:t>programme</w:t>
      </w:r>
      <w:proofErr w:type="spellEnd"/>
      <w:r w:rsidRPr="00175D5D">
        <w:rPr>
          <w:rFonts w:ascii="Arial" w:eastAsia="MS Mincho" w:hAnsi="Arial" w:cs="Arial"/>
          <w:color w:val="000000"/>
        </w:rPr>
        <w:t xml:space="preserve"> teams to </w:t>
      </w:r>
      <w:proofErr w:type="spellStart"/>
      <w:r w:rsidRPr="00175D5D">
        <w:rPr>
          <w:rFonts w:ascii="Arial" w:eastAsia="MS Mincho" w:hAnsi="Arial" w:cs="Arial"/>
          <w:color w:val="000000"/>
        </w:rPr>
        <w:t>prioritise</w:t>
      </w:r>
      <w:proofErr w:type="spellEnd"/>
      <w:r w:rsidRPr="00175D5D">
        <w:rPr>
          <w:rFonts w:ascii="Arial" w:eastAsia="MS Mincho" w:hAnsi="Arial" w:cs="Arial"/>
          <w:color w:val="000000"/>
        </w:rPr>
        <w:t xml:space="preserve"> “quick wins” aligned with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all students, releasing materials in advance (48 hours before sessions), expanding recorded and pre-recorded content with captions, and improving digital accessibility such as </w:t>
      </w:r>
      <w:proofErr w:type="spellStart"/>
      <w:r w:rsidRPr="00175D5D">
        <w:rPr>
          <w:rFonts w:ascii="Arial" w:eastAsia="MS Mincho" w:hAnsi="Arial" w:cs="Arial"/>
          <w:color w:val="000000"/>
        </w:rPr>
        <w:t>colour</w:t>
      </w:r>
      <w:proofErr w:type="spellEnd"/>
      <w:r w:rsidRPr="00175D5D">
        <w:rPr>
          <w:rFonts w:ascii="Arial" w:eastAsia="MS Mincho" w:hAnsi="Arial" w:cs="Arial"/>
          <w:color w:val="000000"/>
        </w:rPr>
        <w:t xml:space="preserve">-contrast and </w:t>
      </w:r>
      <w:proofErr w:type="spellStart"/>
      <w:r w:rsidRPr="00175D5D">
        <w:rPr>
          <w:rFonts w:ascii="Arial" w:eastAsia="MS Mincho" w:hAnsi="Arial" w:cs="Arial"/>
          <w:color w:val="000000"/>
        </w:rPr>
        <w:t>colour</w:t>
      </w:r>
      <w:proofErr w:type="spellEnd"/>
      <w:r w:rsidRPr="00175D5D">
        <w:rPr>
          <w:rFonts w:ascii="Arial" w:eastAsia="MS Mincho" w:hAnsi="Arial" w:cs="Arial"/>
          <w:color w:val="000000"/>
        </w:rPr>
        <w:t>-blind-friendly graphics and support for complex images (Brady, 2022).</w:t>
      </w:r>
    </w:p>
    <w:p w14:paraId="37DD185D" w14:textId="2334C0EC" w:rsidR="00175D5D" w:rsidRPr="005818C3" w:rsidRDefault="00E425D9" w:rsidP="005818C3">
      <w:pPr>
        <w:pStyle w:val="Heading2"/>
      </w:pPr>
      <w:bookmarkStart w:id="25" w:name="_Toc206171145"/>
      <w:r w:rsidRPr="005818C3">
        <w:lastRenderedPageBreak/>
        <w:t>9</w:t>
      </w:r>
      <w:r w:rsidR="00175D5D" w:rsidRPr="005818C3">
        <w:t>.2. Open University: Digital Accessibility Leadership</w:t>
      </w:r>
      <w:r w:rsidR="005818C3">
        <w:t>.</w:t>
      </w:r>
      <w:bookmarkEnd w:id="25"/>
    </w:p>
    <w:p w14:paraId="37FC7BA1" w14:textId="45B296F3" w:rsidR="00175D5D" w:rsidRPr="00175D5D" w:rsidRDefault="001B6086" w:rsidP="00A92172">
      <w:pPr>
        <w:spacing w:line="480" w:lineRule="auto"/>
        <w:rPr>
          <w:rFonts w:ascii="Arial" w:eastAsia="MS Mincho" w:hAnsi="Arial" w:cs="Arial"/>
          <w:b/>
          <w:bCs/>
          <w:color w:val="000000"/>
        </w:rPr>
      </w:pPr>
      <w:r>
        <w:rPr>
          <w:rFonts w:ascii="Arial" w:eastAsia="MS Mincho" w:hAnsi="Arial" w:cs="Arial"/>
          <w:color w:val="000000"/>
          <w:lang w:val="en-GB"/>
        </w:rPr>
        <w:br/>
      </w:r>
      <w:proofErr w:type="gramStart"/>
      <w:r w:rsidR="00175D5D" w:rsidRPr="00175D5D">
        <w:rPr>
          <w:rFonts w:ascii="Arial" w:eastAsia="MS Mincho" w:hAnsi="Arial" w:cs="Arial"/>
          <w:color w:val="000000"/>
          <w:lang w:val="en-GB"/>
        </w:rPr>
        <w:t>The Open University (OU),</w:t>
      </w:r>
      <w:proofErr w:type="gramEnd"/>
      <w:r w:rsidR="00175D5D" w:rsidRPr="00175D5D">
        <w:rPr>
          <w:rFonts w:ascii="Arial" w:eastAsia="MS Mincho" w:hAnsi="Arial" w:cs="Arial"/>
          <w:color w:val="000000"/>
          <w:lang w:val="en-GB"/>
        </w:rPr>
        <w:t xml:space="preserve"> has been providing distance learning since 1969. Over the last seven years, following the UK public-sector accessibility regulations (2018) requiring UK public-sector websites and apps, including university VLEs, to meet new standards and publish accessibility statements, it has embedded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based accessibility-by-design across its VLE.</w:t>
      </w:r>
    </w:p>
    <w:p w14:paraId="6C1FB324"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Alternative text for images, provide multiple content formats (HTML, Word, PDF, </w:t>
      </w:r>
      <w:proofErr w:type="spellStart"/>
      <w:r w:rsidRPr="00175D5D">
        <w:rPr>
          <w:rFonts w:ascii="Arial" w:eastAsia="MS Mincho" w:hAnsi="Arial" w:cs="Arial"/>
          <w:color w:val="000000"/>
        </w:rPr>
        <w:t>ePub</w:t>
      </w:r>
      <w:proofErr w:type="spellEnd"/>
      <w:r w:rsidRPr="00175D5D">
        <w:rPr>
          <w:rFonts w:ascii="Arial" w:eastAsia="MS Mincho" w:hAnsi="Arial" w:cs="Arial"/>
          <w:color w:val="000000"/>
        </w:rPr>
        <w:t xml:space="preserve">/Kindle), supported by OU structured-content tools. These built-in authoring templates prompt accessibility (e.g., headings, alt text) and output course materials in multiple formats (HTML, Word, PDF, </w:t>
      </w:r>
      <w:proofErr w:type="spellStart"/>
      <w:r w:rsidRPr="00175D5D">
        <w:rPr>
          <w:rFonts w:ascii="Arial" w:eastAsia="MS Mincho" w:hAnsi="Arial" w:cs="Arial"/>
          <w:color w:val="000000"/>
        </w:rPr>
        <w:t>ePub</w:t>
      </w:r>
      <w:proofErr w:type="spellEnd"/>
      <w:r w:rsidRPr="00175D5D">
        <w:rPr>
          <w:rFonts w:ascii="Arial" w:eastAsia="MS Mincho" w:hAnsi="Arial" w:cs="Arial"/>
          <w:color w:val="000000"/>
        </w:rPr>
        <w:t xml:space="preserve">) that ensures inclusive strategies are at the design stage of student support and embedded as part of academic quality, rather than a post-hoc accommodation (Douce, 2007; GOV.UK, 2018; </w:t>
      </w:r>
      <w:proofErr w:type="spellStart"/>
      <w:r w:rsidRPr="00175D5D">
        <w:rPr>
          <w:rFonts w:ascii="Arial" w:eastAsia="MS Mincho" w:hAnsi="Arial" w:cs="Arial"/>
          <w:color w:val="000000"/>
        </w:rPr>
        <w:t>Iniesto</w:t>
      </w:r>
      <w:proofErr w:type="spellEnd"/>
      <w:r w:rsidRPr="00175D5D">
        <w:rPr>
          <w:rFonts w:ascii="Arial" w:eastAsia="MS Mincho" w:hAnsi="Arial" w:cs="Arial"/>
          <w:color w:val="000000"/>
        </w:rPr>
        <w:t xml:space="preserve"> et al., 2022).</w:t>
      </w:r>
    </w:p>
    <w:p w14:paraId="1355D7FF" w14:textId="28BB32BB" w:rsidR="001B6086" w:rsidRPr="005818C3" w:rsidRDefault="00175D5D" w:rsidP="00A92172">
      <w:pPr>
        <w:spacing w:line="480" w:lineRule="auto"/>
        <w:rPr>
          <w:rStyle w:val="Heading2Char"/>
        </w:rPr>
      </w:pPr>
      <w:r w:rsidRPr="00175D5D">
        <w:rPr>
          <w:rFonts w:ascii="Arial" w:eastAsia="MS Mincho" w:hAnsi="Arial" w:cs="Arial"/>
          <w:color w:val="000000"/>
        </w:rPr>
        <w:t xml:space="preserve">The university states it uses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as a fundamental approach given its large cohort of disabled and mature learners, regularly referring to it as a key enabler of pedagogical value and successful outcomes (</w:t>
      </w:r>
      <w:proofErr w:type="spellStart"/>
      <w:r w:rsidRPr="00175D5D">
        <w:rPr>
          <w:rFonts w:ascii="Arial" w:eastAsia="MS Mincho" w:hAnsi="Arial" w:cs="Arial"/>
          <w:color w:val="000000"/>
        </w:rPr>
        <w:t>Iniesto</w:t>
      </w:r>
      <w:proofErr w:type="spellEnd"/>
      <w:r w:rsidRPr="00175D5D">
        <w:rPr>
          <w:rFonts w:ascii="Arial" w:eastAsia="MS Mincho" w:hAnsi="Arial" w:cs="Arial"/>
          <w:color w:val="000000"/>
        </w:rPr>
        <w:t xml:space="preserve"> et al., 2022; </w:t>
      </w:r>
      <w:proofErr w:type="spellStart"/>
      <w:r w:rsidRPr="00175D5D">
        <w:rPr>
          <w:rFonts w:ascii="Arial" w:eastAsia="MS Mincho" w:hAnsi="Arial" w:cs="Arial"/>
          <w:color w:val="000000"/>
        </w:rPr>
        <w:t>OpenTEL</w:t>
      </w:r>
      <w:proofErr w:type="spellEnd"/>
      <w:r w:rsidRPr="00175D5D">
        <w:rPr>
          <w:rFonts w:ascii="Arial" w:eastAsia="MS Mincho" w:hAnsi="Arial" w:cs="Arial"/>
          <w:color w:val="000000"/>
        </w:rPr>
        <w:t>, 2019; Seale et al., 2021; The Open University, 2022).</w:t>
      </w:r>
      <w:r>
        <w:rPr>
          <w:rFonts w:ascii="Arial" w:eastAsia="MS Mincho" w:hAnsi="Arial" w:cs="Arial"/>
          <w:color w:val="000000"/>
        </w:rPr>
        <w:br/>
      </w:r>
      <w:r w:rsidRPr="00175D5D">
        <w:rPr>
          <w:rFonts w:ascii="Arial" w:eastAsia="MS Mincho" w:hAnsi="Arial" w:cs="Arial"/>
          <w:color w:val="000000"/>
          <w:lang w:val="en-GB"/>
        </w:rPr>
        <w:br/>
      </w:r>
      <w:r w:rsidR="00E425D9" w:rsidRPr="005818C3">
        <w:rPr>
          <w:rStyle w:val="Heading2Char"/>
        </w:rPr>
        <w:t>9</w:t>
      </w:r>
      <w:r w:rsidRPr="005818C3">
        <w:rPr>
          <w:rStyle w:val="Heading2Char"/>
        </w:rPr>
        <w:t>.3. University of the Arts London (UAL): Inclusive Assessment Framework</w:t>
      </w:r>
      <w:r w:rsidR="005818C3" w:rsidRPr="005818C3">
        <w:rPr>
          <w:rStyle w:val="Heading2Char"/>
        </w:rPr>
        <w:t>.</w:t>
      </w:r>
    </w:p>
    <w:p w14:paraId="7D937779" w14:textId="59119A35" w:rsidR="004921AB"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UAL has embedded inclusive assessment guidance that permits multiple modes of submission aligned to the same learning outcomes, for example, staff are encouraged to let students evidence learning via a</w:t>
      </w:r>
      <w:r w:rsidRPr="00175D5D">
        <w:rPr>
          <w:rFonts w:ascii="Arial" w:eastAsia="MS Mincho" w:hAnsi="Arial" w:cs="Arial"/>
          <w:b/>
          <w:bCs/>
          <w:color w:val="000000"/>
          <w:lang w:val="en-GB"/>
        </w:rPr>
        <w:t xml:space="preserve"> </w:t>
      </w:r>
      <w:r w:rsidRPr="00175D5D">
        <w:rPr>
          <w:rFonts w:ascii="Arial" w:eastAsia="MS Mincho" w:hAnsi="Arial" w:cs="Arial"/>
          <w:color w:val="000000"/>
          <w:lang w:val="en-GB"/>
        </w:rPr>
        <w:t>poster, short text, or podcast, separate from and within written assessments to widen access (Stephens &amp; Staddon, 2019).</w:t>
      </w:r>
    </w:p>
    <w:p w14:paraId="0267B395" w14:textId="26DB8AB0"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lang w:val="en-GB"/>
        </w:rPr>
        <w:lastRenderedPageBreak/>
        <w:t xml:space="preserve">This approach sits with the universities ongoing ‘Belonging through Assessment’ approach, a </w:t>
      </w:r>
      <w:r w:rsidR="004921AB" w:rsidRPr="00175D5D">
        <w:rPr>
          <w:rFonts w:ascii="Arial" w:eastAsia="MS Mincho" w:hAnsi="Arial" w:cs="Arial"/>
          <w:color w:val="000000"/>
          <w:lang w:val="en-GB"/>
        </w:rPr>
        <w:t>collaboration</w:t>
      </w:r>
      <w:r w:rsidRPr="00175D5D">
        <w:rPr>
          <w:rFonts w:ascii="Arial" w:eastAsia="MS Mincho" w:hAnsi="Arial" w:cs="Arial"/>
          <w:color w:val="000000"/>
          <w:lang w:val="en-GB"/>
        </w:rPr>
        <w:t xml:space="preserve"> of 3 universities, University of the Arts London (UAL), Leeds Arts University (LAU) and Glasgow School of Art (GSA), where assessment reforms during 2019/20–2020/21 saw the introduction of ‘pass/fail’ at Level 4; a strategy that subsequently was assessed as lowering student stress and anxiety, and produce a greater willingness to experiment, supporting participation without lowering standards (QAA Collaborative Enhancement Project, 2023; </w:t>
      </w:r>
      <w:r w:rsidRPr="00175D5D">
        <w:rPr>
          <w:rFonts w:ascii="Arial" w:eastAsia="MS Mincho" w:hAnsi="Arial" w:cs="Arial"/>
          <w:color w:val="000000"/>
        </w:rPr>
        <w:t>University of the Arts London, 2025)</w:t>
      </w:r>
      <w:r w:rsidRPr="00175D5D">
        <w:rPr>
          <w:rFonts w:ascii="Arial" w:eastAsia="MS Mincho" w:hAnsi="Arial" w:cs="Arial"/>
          <w:color w:val="000000"/>
          <w:lang w:val="en-GB"/>
        </w:rPr>
        <w:t xml:space="preserve">. </w:t>
      </w:r>
    </w:p>
    <w:p w14:paraId="5F6114A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Collectively, these examples demonstrate that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can be implemented in varied institutional contexts, from large research-intensive universities to specialist and distance learning </w:t>
      </w:r>
      <w:proofErr w:type="gramStart"/>
      <w:r w:rsidRPr="00175D5D">
        <w:rPr>
          <w:rFonts w:ascii="Arial" w:eastAsia="MS Mincho" w:hAnsi="Arial" w:cs="Arial"/>
          <w:color w:val="000000"/>
        </w:rPr>
        <w:t>providers, and</w:t>
      </w:r>
      <w:proofErr w:type="gramEnd"/>
      <w:r w:rsidRPr="00175D5D">
        <w:rPr>
          <w:rFonts w:ascii="Arial" w:eastAsia="MS Mincho" w:hAnsi="Arial" w:cs="Arial"/>
          <w:color w:val="000000"/>
        </w:rPr>
        <w:t xml:space="preserve"> can serve both equity and quality imperatives.</w:t>
      </w:r>
    </w:p>
    <w:p w14:paraId="2A62F782" w14:textId="2AF2F501" w:rsidR="00175D5D" w:rsidRPr="00175D5D" w:rsidRDefault="00175D5D" w:rsidP="00A44044">
      <w:pPr>
        <w:pStyle w:val="Heading1"/>
      </w:pPr>
      <w:bookmarkStart w:id="26" w:name="_Toc206171146"/>
      <w:r w:rsidRPr="00175D5D">
        <w:t>1</w:t>
      </w:r>
      <w:r w:rsidR="00E425D9">
        <w:t>0</w:t>
      </w:r>
      <w:r w:rsidRPr="00175D5D">
        <w:t>. Recommendations for Policy and Practice Derived from the Review of Literature</w:t>
      </w:r>
      <w:r w:rsidR="005818C3">
        <w:t>.</w:t>
      </w:r>
      <w:bookmarkEnd w:id="26"/>
    </w:p>
    <w:p w14:paraId="31BE0BB9" w14:textId="4D6125DD" w:rsidR="00175D5D" w:rsidRPr="00175D5D" w:rsidRDefault="001B6086" w:rsidP="00A92172">
      <w:pPr>
        <w:spacing w:line="480" w:lineRule="auto"/>
        <w:rPr>
          <w:rFonts w:ascii="Arial" w:eastAsia="MS Mincho" w:hAnsi="Arial" w:cs="Arial"/>
          <w:color w:val="000000"/>
          <w:lang w:val="en-GB"/>
        </w:rPr>
      </w:pPr>
      <w:r>
        <w:rPr>
          <w:rFonts w:ascii="Arial" w:eastAsia="MS Mincho" w:hAnsi="Arial" w:cs="Arial"/>
          <w:b/>
          <w:bCs/>
          <w:color w:val="000000"/>
          <w:lang w:val="en-GB"/>
        </w:rPr>
        <w:br/>
      </w:r>
      <w:r w:rsidR="00175D5D" w:rsidRPr="00175D5D">
        <w:rPr>
          <w:rFonts w:ascii="Arial" w:eastAsia="MS Mincho" w:hAnsi="Arial" w:cs="Arial"/>
          <w:b/>
          <w:bCs/>
          <w:color w:val="000000"/>
          <w:lang w:val="en-GB"/>
        </w:rPr>
        <w:t xml:space="preserve">Make </w:t>
      </w:r>
      <w:proofErr w:type="spellStart"/>
      <w:r w:rsidR="00175D5D" w:rsidRPr="00175D5D">
        <w:rPr>
          <w:rFonts w:ascii="Arial" w:eastAsia="MS Mincho" w:hAnsi="Arial" w:cs="Arial"/>
          <w:b/>
          <w:bCs/>
          <w:color w:val="000000"/>
          <w:lang w:val="en-GB"/>
        </w:rPr>
        <w:t>UDL</w:t>
      </w:r>
      <w:proofErr w:type="spellEnd"/>
      <w:r w:rsidR="00175D5D" w:rsidRPr="00175D5D">
        <w:rPr>
          <w:rFonts w:ascii="Arial" w:eastAsia="MS Mincho" w:hAnsi="Arial" w:cs="Arial"/>
          <w:b/>
          <w:bCs/>
          <w:color w:val="000000"/>
          <w:lang w:val="en-GB"/>
        </w:rPr>
        <w:t xml:space="preserve"> a core curriculum design principle.</w:t>
      </w:r>
      <w:r w:rsidR="00175D5D" w:rsidRPr="00175D5D">
        <w:rPr>
          <w:rFonts w:ascii="Arial" w:eastAsia="MS Mincho" w:hAnsi="Arial" w:cs="Arial"/>
          <w:color w:val="000000"/>
          <w:lang w:val="en-GB"/>
        </w:rPr>
        <w:t xml:space="preserve"> Require programme and module validations to evidence alignment to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principles and inclusive assessment attributes so accessibility is planned at design stage (Advance HE, 2024; QAA, 2023; QAA, 2022; Qu &amp; Cross, 2024; </w:t>
      </w:r>
      <w:proofErr w:type="spellStart"/>
      <w:r w:rsidR="00175D5D" w:rsidRPr="00175D5D">
        <w:rPr>
          <w:rFonts w:ascii="Arial" w:eastAsia="MS Mincho" w:hAnsi="Arial" w:cs="Arial"/>
          <w:color w:val="000000"/>
          <w:lang w:val="en-GB"/>
        </w:rPr>
        <w:t>Tarconish</w:t>
      </w:r>
      <w:proofErr w:type="spellEnd"/>
      <w:r w:rsidR="004921AB">
        <w:rPr>
          <w:rFonts w:ascii="Arial" w:eastAsia="MS Mincho" w:hAnsi="Arial" w:cs="Arial"/>
          <w:color w:val="000000"/>
          <w:lang w:val="en-GB"/>
        </w:rPr>
        <w:t xml:space="preserve"> et al.</w:t>
      </w:r>
      <w:r w:rsidR="00175D5D" w:rsidRPr="00175D5D">
        <w:rPr>
          <w:rFonts w:ascii="Arial" w:eastAsia="MS Mincho" w:hAnsi="Arial" w:cs="Arial"/>
          <w:color w:val="000000"/>
          <w:lang w:val="en-GB"/>
        </w:rPr>
        <w:t>,</w:t>
      </w:r>
      <w:r w:rsidR="004921AB">
        <w:rPr>
          <w:rFonts w:ascii="Arial" w:eastAsia="MS Mincho" w:hAnsi="Arial" w:cs="Arial"/>
          <w:color w:val="000000"/>
          <w:lang w:val="en-GB"/>
        </w:rPr>
        <w:t xml:space="preserve"> </w:t>
      </w:r>
      <w:r w:rsidR="00175D5D" w:rsidRPr="00175D5D">
        <w:rPr>
          <w:rFonts w:ascii="Arial" w:eastAsia="MS Mincho" w:hAnsi="Arial" w:cs="Arial"/>
          <w:color w:val="000000"/>
          <w:lang w:val="en-GB"/>
        </w:rPr>
        <w:t xml:space="preserve">2023). </w:t>
      </w:r>
    </w:p>
    <w:p w14:paraId="62D47559"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rPr>
        <w:t xml:space="preserve">Invest in professional development (PD). </w:t>
      </w:r>
      <w:r w:rsidRPr="00175D5D">
        <w:rPr>
          <w:rFonts w:ascii="Arial" w:eastAsia="MS Mincho" w:hAnsi="Arial" w:cs="Arial"/>
          <w:color w:val="000000"/>
        </w:rPr>
        <w:t xml:space="preserve">Provide mandatory, discipline-relevant PD on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academic and professional services staff. Evidence shows faculty training improves implementation and persistence of practice (Hills et al., 2022; </w:t>
      </w:r>
      <w:proofErr w:type="spellStart"/>
      <w:r w:rsidRPr="00175D5D">
        <w:rPr>
          <w:rFonts w:ascii="Arial" w:eastAsia="MS Mincho" w:hAnsi="Arial" w:cs="Arial"/>
          <w:color w:val="000000"/>
        </w:rPr>
        <w:t>Keengwe</w:t>
      </w:r>
      <w:proofErr w:type="spellEnd"/>
      <w:r w:rsidRPr="00175D5D">
        <w:rPr>
          <w:rFonts w:ascii="Arial" w:eastAsia="MS Mincho" w:hAnsi="Arial" w:cs="Arial"/>
          <w:color w:val="000000"/>
        </w:rPr>
        <w:t xml:space="preserve"> et al., 2023).</w:t>
      </w:r>
    </w:p>
    <w:p w14:paraId="0BA6B991" w14:textId="30350F20"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Engage technology effectively.</w:t>
      </w:r>
      <w:r w:rsidRPr="00175D5D">
        <w:rPr>
          <w:rFonts w:ascii="Arial" w:eastAsia="MS Mincho" w:hAnsi="Arial" w:cs="Arial"/>
          <w:color w:val="000000"/>
          <w:lang w:val="en-GB"/>
        </w:rPr>
        <w:t xml:space="preserve"> Use accessible VLEs and institution-wide tools (captions/transcripts, alt-text workflows, multimodal resources) to support diverse learners without increasing ad-hoc workload. Treat digital accessibility as an institutional </w:t>
      </w:r>
      <w:r w:rsidRPr="00175D5D">
        <w:rPr>
          <w:rFonts w:ascii="Arial" w:eastAsia="MS Mincho" w:hAnsi="Arial" w:cs="Arial"/>
          <w:color w:val="000000"/>
          <w:lang w:val="en-GB"/>
        </w:rPr>
        <w:lastRenderedPageBreak/>
        <w:t>responsibility, not an individual workaround (Jisc, 2024; UK Government, 2018</w:t>
      </w:r>
      <w:r w:rsidR="00540A5C">
        <w:rPr>
          <w:rFonts w:ascii="Arial" w:eastAsia="MS Mincho" w:hAnsi="Arial" w:cs="Arial"/>
          <w:color w:val="000000"/>
          <w:lang w:val="en-GB"/>
        </w:rPr>
        <w:t xml:space="preserve">; </w:t>
      </w:r>
      <w:r w:rsidR="00540A5C" w:rsidRPr="00175D5D">
        <w:rPr>
          <w:rFonts w:ascii="Arial" w:eastAsia="MS Mincho" w:hAnsi="Arial" w:cs="Arial"/>
          <w:color w:val="000000"/>
          <w:lang w:val="en-GB"/>
        </w:rPr>
        <w:t>Zorec et al., 2024</w:t>
      </w:r>
      <w:r w:rsidRPr="00175D5D">
        <w:rPr>
          <w:rFonts w:ascii="Arial" w:eastAsia="MS Mincho" w:hAnsi="Arial" w:cs="Arial"/>
          <w:color w:val="000000"/>
          <w:lang w:val="en-GB"/>
        </w:rPr>
        <w:t xml:space="preserve">). </w:t>
      </w:r>
    </w:p>
    <w:p w14:paraId="1629A82D"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Measure impact using SDG-aligned indicators.</w:t>
      </w:r>
      <w:r w:rsidRPr="00175D5D">
        <w:rPr>
          <w:rFonts w:ascii="Arial" w:eastAsia="MS Mincho" w:hAnsi="Arial" w:cs="Arial"/>
          <w:color w:val="000000"/>
          <w:lang w:val="en-GB"/>
        </w:rPr>
        <w:t xml:space="preserve"> Track continuation, progression, and graduate outcomes by demographic group and where necessary, relate findings to SDG 4/10 ambitions and regulatory expectations on student outcomes (Fia, Ghasemzadeh, &amp; Paletta, 2023; Office for Students, 2024, 2023).</w:t>
      </w:r>
    </w:p>
    <w:p w14:paraId="5725782D" w14:textId="77777777" w:rsidR="00175D5D" w:rsidRPr="00175D5D" w:rsidRDefault="00175D5D" w:rsidP="00A92172">
      <w:pPr>
        <w:spacing w:line="480" w:lineRule="auto"/>
        <w:rPr>
          <w:rFonts w:ascii="Arial" w:eastAsia="MS Mincho" w:hAnsi="Arial" w:cs="Arial"/>
          <w:b/>
          <w:bCs/>
          <w:color w:val="000000"/>
        </w:rPr>
      </w:pPr>
      <w:proofErr w:type="spellStart"/>
      <w:r w:rsidRPr="00175D5D">
        <w:rPr>
          <w:rFonts w:ascii="Arial" w:eastAsia="MS Mincho" w:hAnsi="Arial" w:cs="Arial"/>
          <w:b/>
          <w:bCs/>
          <w:color w:val="000000"/>
        </w:rPr>
        <w:t>Normalise</w:t>
      </w:r>
      <w:proofErr w:type="spellEnd"/>
      <w:r w:rsidRPr="00175D5D">
        <w:rPr>
          <w:rFonts w:ascii="Arial" w:eastAsia="MS Mincho" w:hAnsi="Arial" w:cs="Arial"/>
          <w:b/>
          <w:bCs/>
          <w:color w:val="000000"/>
        </w:rPr>
        <w:t xml:space="preserve"> inclusive practice through leadership. </w:t>
      </w:r>
      <w:r w:rsidRPr="00175D5D">
        <w:rPr>
          <w:rFonts w:ascii="Arial" w:eastAsia="MS Mincho" w:hAnsi="Arial" w:cs="Arial"/>
          <w:color w:val="000000"/>
        </w:rPr>
        <w:t xml:space="preserve">Ask senior leaders to model inclusive teaching, embed it in the university's identity and reward structures, and provide resource time for course teams. Studies link leadership stance and incentives to a much higher adoption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w:t>
      </w:r>
      <w:proofErr w:type="spellStart"/>
      <w:r w:rsidRPr="00175D5D">
        <w:rPr>
          <w:rFonts w:ascii="Arial" w:eastAsia="MS Mincho" w:hAnsi="Arial" w:cs="Arial"/>
          <w:color w:val="000000"/>
        </w:rPr>
        <w:t>Dell’Anna</w:t>
      </w:r>
      <w:proofErr w:type="spellEnd"/>
      <w:r w:rsidRPr="00175D5D">
        <w:rPr>
          <w:rFonts w:ascii="Arial" w:eastAsia="MS Mincho" w:hAnsi="Arial" w:cs="Arial"/>
          <w:color w:val="000000"/>
        </w:rPr>
        <w:t xml:space="preserve"> et al., 2024; Macfarlane, Bolden, &amp; </w:t>
      </w:r>
      <w:proofErr w:type="spellStart"/>
      <w:r w:rsidRPr="00175D5D">
        <w:rPr>
          <w:rFonts w:ascii="Arial" w:eastAsia="MS Mincho" w:hAnsi="Arial" w:cs="Arial"/>
          <w:color w:val="000000"/>
        </w:rPr>
        <w:t>Watermeyer</w:t>
      </w:r>
      <w:proofErr w:type="spellEnd"/>
      <w:r w:rsidRPr="00175D5D">
        <w:rPr>
          <w:rFonts w:ascii="Arial" w:eastAsia="MS Mincho" w:hAnsi="Arial" w:cs="Arial"/>
          <w:color w:val="000000"/>
        </w:rPr>
        <w:t xml:space="preserve">, 2024; </w:t>
      </w:r>
      <w:proofErr w:type="spellStart"/>
      <w:r w:rsidRPr="00175D5D">
        <w:rPr>
          <w:rFonts w:ascii="Arial" w:eastAsia="MS Mincho" w:hAnsi="Arial" w:cs="Arial"/>
          <w:color w:val="000000"/>
        </w:rPr>
        <w:t>QAA</w:t>
      </w:r>
      <w:proofErr w:type="spellEnd"/>
      <w:r w:rsidRPr="00175D5D">
        <w:rPr>
          <w:rFonts w:ascii="Arial" w:eastAsia="MS Mincho" w:hAnsi="Arial" w:cs="Arial"/>
          <w:color w:val="000000"/>
        </w:rPr>
        <w:t>, 2023; Zorec et al., 2024).</w:t>
      </w:r>
    </w:p>
    <w:p w14:paraId="5380282B" w14:textId="6C231D4F"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lang w:val="en-GB"/>
        </w:rPr>
        <w:t>Encourage peer learning and co-design.</w:t>
      </w:r>
      <w:r w:rsidRPr="00175D5D">
        <w:rPr>
          <w:rFonts w:ascii="Arial" w:eastAsia="MS Mincho" w:hAnsi="Arial" w:cs="Arial"/>
          <w:color w:val="000000"/>
          <w:lang w:val="en-GB"/>
        </w:rPr>
        <w:t xml:space="preserve"> Partner with students, especially those with lived experience, to review briefs, materials, and VLE layouts. Whole-class co-creation and structured </w:t>
      </w:r>
      <w:proofErr w:type="spellStart"/>
      <w:r w:rsidRPr="00175D5D">
        <w:rPr>
          <w:rFonts w:ascii="Arial" w:eastAsia="MS Mincho" w:hAnsi="Arial" w:cs="Arial"/>
          <w:color w:val="000000"/>
          <w:lang w:val="en-GB"/>
        </w:rPr>
        <w:t>SaP</w:t>
      </w:r>
      <w:proofErr w:type="spellEnd"/>
      <w:r w:rsidRPr="00175D5D">
        <w:rPr>
          <w:rFonts w:ascii="Arial" w:eastAsia="MS Mincho" w:hAnsi="Arial" w:cs="Arial"/>
          <w:color w:val="000000"/>
          <w:lang w:val="en-GB"/>
        </w:rPr>
        <w:t xml:space="preserve"> (Students-as-Partners) work are associated with clearer communication and better fit-for-purpose assessment and teaching (Bovill, 2020; Chadha</w:t>
      </w:r>
      <w:r w:rsidR="004921AB">
        <w:rPr>
          <w:rFonts w:ascii="Arial" w:eastAsia="MS Mincho" w:hAnsi="Arial" w:cs="Arial"/>
          <w:color w:val="000000"/>
          <w:lang w:val="en-GB"/>
        </w:rPr>
        <w:t xml:space="preserve"> et al.</w:t>
      </w:r>
      <w:r w:rsidRPr="00175D5D">
        <w:rPr>
          <w:rFonts w:ascii="Arial" w:eastAsia="MS Mincho" w:hAnsi="Arial" w:cs="Arial"/>
          <w:color w:val="000000"/>
          <w:lang w:val="en-GB"/>
        </w:rPr>
        <w:t>, 2023; QAA, 2023).</w:t>
      </w:r>
    </w:p>
    <w:p w14:paraId="7691E0F2" w14:textId="081B28EB" w:rsidR="00175D5D" w:rsidRPr="00175D5D" w:rsidRDefault="00175D5D" w:rsidP="00A44044">
      <w:pPr>
        <w:pStyle w:val="Heading1"/>
      </w:pPr>
      <w:bookmarkStart w:id="27" w:name="_Toc206171147"/>
      <w:r w:rsidRPr="00175D5D">
        <w:t>1</w:t>
      </w:r>
      <w:r w:rsidR="00E425D9">
        <w:t>1</w:t>
      </w:r>
      <w:r w:rsidRPr="00175D5D">
        <w:t>. Conclusion</w:t>
      </w:r>
      <w:r w:rsidR="005818C3">
        <w:t>.</w:t>
      </w:r>
      <w:bookmarkEnd w:id="27"/>
    </w:p>
    <w:p w14:paraId="556F9042" w14:textId="0C1F9AE5" w:rsidR="00175D5D" w:rsidRPr="00175D5D" w:rsidRDefault="001B6086"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F91366" w:rsidRPr="00F91366">
        <w:rPr>
          <w:rFonts w:ascii="Arial" w:eastAsia="MS Mincho" w:hAnsi="Arial" w:cs="Arial"/>
          <w:color w:val="000000"/>
        </w:rPr>
        <w:t xml:space="preserve">This review examined the integration of </w:t>
      </w:r>
      <w:proofErr w:type="spellStart"/>
      <w:r w:rsidR="00F91366" w:rsidRPr="00F91366">
        <w:rPr>
          <w:rFonts w:ascii="Arial" w:eastAsia="MS Mincho" w:hAnsi="Arial" w:cs="Arial"/>
          <w:color w:val="000000"/>
        </w:rPr>
        <w:t>UDL</w:t>
      </w:r>
      <w:proofErr w:type="spellEnd"/>
      <w:r w:rsidR="00F91366" w:rsidRPr="00F91366">
        <w:rPr>
          <w:rFonts w:ascii="Arial" w:eastAsia="MS Mincho" w:hAnsi="Arial" w:cs="Arial"/>
          <w:color w:val="000000"/>
        </w:rPr>
        <w:t xml:space="preserve"> in UK higher education and its alignment with SDGs 4 and 10</w:t>
      </w:r>
      <w:r w:rsidR="00F91366">
        <w:rPr>
          <w:rFonts w:ascii="Arial" w:eastAsia="MS Mincho" w:hAnsi="Arial" w:cs="Arial"/>
          <w:color w:val="000000"/>
        </w:rPr>
        <w:t xml:space="preserve">. </w:t>
      </w:r>
      <w:r w:rsidR="00175D5D" w:rsidRPr="00175D5D">
        <w:rPr>
          <w:rFonts w:ascii="Arial" w:eastAsia="MS Mincho" w:hAnsi="Arial" w:cs="Arial"/>
          <w:color w:val="000000"/>
          <w:lang w:val="en-GB"/>
        </w:rPr>
        <w:t xml:space="preserve">The contemporary </w:t>
      </w:r>
      <w:r w:rsidR="00F91366">
        <w:rPr>
          <w:rFonts w:ascii="Arial" w:eastAsia="MS Mincho" w:hAnsi="Arial" w:cs="Arial"/>
          <w:color w:val="000000"/>
          <w:lang w:val="en-GB"/>
        </w:rPr>
        <w:t>literature</w:t>
      </w:r>
      <w:r w:rsidR="00175D5D" w:rsidRPr="00175D5D">
        <w:rPr>
          <w:rFonts w:ascii="Arial" w:eastAsia="MS Mincho" w:hAnsi="Arial" w:cs="Arial"/>
          <w:color w:val="000000"/>
          <w:lang w:val="en-GB"/>
        </w:rPr>
        <w:t xml:space="preserve"> from the past seven years indicates that when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is embedded seamlessly as standard practice through measures such as multiple content formats, and valid assessment choices, it improves engagement, academic performance, and retention for all students, including neurodivergent learners and those </w:t>
      </w:r>
      <w:r w:rsidR="00175D5D" w:rsidRPr="00175D5D">
        <w:rPr>
          <w:rFonts w:ascii="Arial" w:eastAsia="MS Mincho" w:hAnsi="Arial" w:cs="Arial"/>
          <w:color w:val="000000"/>
          <w:lang w:val="en-GB"/>
        </w:rPr>
        <w:lastRenderedPageBreak/>
        <w:t xml:space="preserve">who are undiagnosed or choose not to disclose (CAST, 2018; Kendall, 2016; Novak &amp; Brackett, 2022; Rao et al., 2021; Seale, 2021). </w:t>
      </w:r>
    </w:p>
    <w:p w14:paraId="33FE26F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proactive, “one design for all” approach reduces reliance on reactive adjustments, </w:t>
      </w:r>
      <w:proofErr w:type="spellStart"/>
      <w:r w:rsidRPr="00175D5D">
        <w:rPr>
          <w:rFonts w:ascii="Arial" w:eastAsia="MS Mincho" w:hAnsi="Arial" w:cs="Arial"/>
          <w:color w:val="000000"/>
        </w:rPr>
        <w:t>minimises</w:t>
      </w:r>
      <w:proofErr w:type="spellEnd"/>
      <w:r w:rsidRPr="00175D5D">
        <w:rPr>
          <w:rFonts w:ascii="Arial" w:eastAsia="MS Mincho" w:hAnsi="Arial" w:cs="Arial"/>
          <w:color w:val="000000"/>
        </w:rPr>
        <w:t xml:space="preserve"> stigma, and aligns directly with the Office for Students’ (</w:t>
      </w:r>
      <w:proofErr w:type="spellStart"/>
      <w:r w:rsidRPr="00175D5D">
        <w:rPr>
          <w:rFonts w:ascii="Arial" w:eastAsia="MS Mincho" w:hAnsi="Arial" w:cs="Arial"/>
          <w:color w:val="000000"/>
        </w:rPr>
        <w:t>OfS</w:t>
      </w:r>
      <w:proofErr w:type="spellEnd"/>
      <w:r w:rsidRPr="00175D5D">
        <w:rPr>
          <w:rFonts w:ascii="Arial" w:eastAsia="MS Mincho" w:hAnsi="Arial" w:cs="Arial"/>
          <w:color w:val="000000"/>
        </w:rPr>
        <w:t>) B3 outcomes and SDG targets 4.3, 4.5, 4.a, and 10.2, 10.3 (UNESCO Technical Cooperation Group, 2023; United Nations, 2015).</w:t>
      </w:r>
    </w:p>
    <w:p w14:paraId="382AB125"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Sector trends strengthen the argument for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disabled student numbers have risen from 6.6% in 2010/11 to 18.1% in 2021/22, with mental health disclosures increasing from below 1% to 5.8% in the same period (Hubble &amp; Bolton, 2023). </w:t>
      </w:r>
    </w:p>
    <w:p w14:paraId="58DAAE3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Simultaneously, UK universities face demographic shifts, reduced numbers of high-fee overseas students, greater intake of students with diverse learning profiles, and constrained finances (Office for Students, 2022; Watson, 2024). While the literature suggests resistance persists, often linked to perceived resource demands, uncertainty about pedagogical change, and entrenched teaching cultures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xml:space="preserve">, 2020;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xml:space="preserve"> &amp; Carballo, 2021; Seale, 2021) the evidence shows that leadership commitment and targeted staff development are decisive in overcoming these barriers.</w:t>
      </w:r>
    </w:p>
    <w:p w14:paraId="585B0CCF"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 xml:space="preserve">By embedding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across teaching, learning, and assessment, institutions can enhance student success rates, strengthen continuation and completion metrics, narrow attainment gaps, improve compliance with regulatory requirements, and reduce staff workload from fewer reactive adjustments (Advance HE, 2024; Seale et al., 2015). </w:t>
      </w:r>
    </w:p>
    <w:p w14:paraId="3807594F" w14:textId="422FA02A"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rPr>
        <w:t xml:space="preserve">For senior leaders in higher education responsible for curriculum design decisions, the literature suggests that embedding a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has the opportunity to secure sustainable additional funding linked to performance and widening participation, while also enhancing their reputation for equity, innovation, and agility in meeting the demands of a </w:t>
      </w:r>
      <w:r w:rsidRPr="00175D5D">
        <w:rPr>
          <w:rFonts w:ascii="Arial" w:eastAsia="MS Mincho" w:hAnsi="Arial" w:cs="Arial"/>
          <w:color w:val="000000"/>
        </w:rPr>
        <w:lastRenderedPageBreak/>
        <w:t xml:space="preserve">rapidly changing higher education environment </w:t>
      </w:r>
      <w:r w:rsidR="004921AB" w:rsidRPr="004921AB">
        <w:rPr>
          <w:rFonts w:ascii="Arial" w:eastAsia="MS Mincho" w:hAnsi="Arial" w:cs="Arial"/>
          <w:color w:val="000000"/>
        </w:rPr>
        <w:t xml:space="preserve">(Lombardi et al., 2021; </w:t>
      </w:r>
      <w:proofErr w:type="spellStart"/>
      <w:r w:rsidR="004921AB" w:rsidRPr="004921AB">
        <w:rPr>
          <w:rFonts w:ascii="Arial" w:eastAsia="MS Mincho" w:hAnsi="Arial" w:cs="Arial"/>
          <w:color w:val="000000"/>
        </w:rPr>
        <w:t>Moriña</w:t>
      </w:r>
      <w:proofErr w:type="spellEnd"/>
      <w:r w:rsidR="004921AB" w:rsidRPr="004921AB">
        <w:rPr>
          <w:rFonts w:ascii="Arial" w:eastAsia="MS Mincho" w:hAnsi="Arial" w:cs="Arial"/>
          <w:color w:val="000000"/>
        </w:rPr>
        <w:t xml:space="preserve"> &amp; Carballo, 2021; Qu &amp; Cross, 2024; Rao et al., 2021; Seale, 2021)</w:t>
      </w:r>
      <w:r w:rsidR="004921AB">
        <w:rPr>
          <w:rFonts w:ascii="Arial" w:eastAsia="MS Mincho" w:hAnsi="Arial" w:cs="Arial"/>
          <w:color w:val="000000"/>
        </w:rPr>
        <w:t>.</w:t>
      </w:r>
    </w:p>
    <w:p w14:paraId="0CFA0C0F" w14:textId="77777777" w:rsidR="00175D5D" w:rsidRPr="00175D5D" w:rsidRDefault="00175D5D" w:rsidP="00175D5D">
      <w:pPr>
        <w:spacing w:after="160" w:line="278" w:lineRule="auto"/>
        <w:rPr>
          <w:rFonts w:ascii="Aptos" w:eastAsia="Aptos" w:hAnsi="Aptos" w:cs="Times New Roman"/>
          <w:kern w:val="2"/>
          <w:sz w:val="24"/>
          <w:szCs w:val="24"/>
          <w:lang w:val="en-GB"/>
          <w14:ligatures w14:val="standardContextual"/>
        </w:rPr>
      </w:pPr>
    </w:p>
    <w:p w14:paraId="2FACDC05" w14:textId="77777777" w:rsidR="00C4286B" w:rsidRDefault="00C4286B" w:rsidP="00035401">
      <w:pPr>
        <w:rPr>
          <w:rFonts w:ascii="Arial" w:hAnsi="Arial" w:cs="Arial"/>
          <w:color w:val="4F6228" w:themeColor="accent3" w:themeShade="80"/>
          <w:lang w:val="en-GB"/>
        </w:rPr>
      </w:pPr>
    </w:p>
    <w:p w14:paraId="7F969CBD" w14:textId="77777777" w:rsidR="00175D5D" w:rsidRPr="00C4286B" w:rsidRDefault="00175D5D" w:rsidP="00035401">
      <w:pPr>
        <w:rPr>
          <w:rFonts w:ascii="Arial" w:hAnsi="Arial" w:cs="Arial"/>
          <w:color w:val="4F6228" w:themeColor="accent3" w:themeShade="80"/>
          <w:lang w:val="en-GB"/>
        </w:rPr>
      </w:pPr>
    </w:p>
    <w:p w14:paraId="7FFD8EB4" w14:textId="77777777" w:rsidR="00666FCC" w:rsidRDefault="00666FCC">
      <w:pPr>
        <w:rPr>
          <w:rFonts w:ascii="Arial" w:hAnsi="Arial" w:cs="Arial"/>
          <w:b/>
          <w:bCs/>
          <w:color w:val="EE0000"/>
          <w:sz w:val="28"/>
          <w:szCs w:val="28"/>
        </w:rPr>
      </w:pPr>
    </w:p>
    <w:p w14:paraId="1F6B1354" w14:textId="77777777" w:rsidR="00F91366" w:rsidRDefault="00F91366">
      <w:pPr>
        <w:rPr>
          <w:rFonts w:ascii="Arial" w:hAnsi="Arial" w:cs="Arial"/>
          <w:b/>
          <w:bCs/>
          <w:color w:val="EE0000"/>
          <w:sz w:val="28"/>
          <w:szCs w:val="28"/>
        </w:rPr>
      </w:pPr>
    </w:p>
    <w:p w14:paraId="1D33E533" w14:textId="77777777" w:rsidR="00F91366" w:rsidRDefault="00F91366">
      <w:pPr>
        <w:rPr>
          <w:rFonts w:ascii="Arial" w:hAnsi="Arial" w:cs="Arial"/>
          <w:b/>
          <w:bCs/>
          <w:color w:val="EE0000"/>
          <w:sz w:val="28"/>
          <w:szCs w:val="28"/>
        </w:rPr>
      </w:pPr>
    </w:p>
    <w:p w14:paraId="140806B9" w14:textId="77777777" w:rsidR="00F91366" w:rsidRDefault="00F91366">
      <w:pPr>
        <w:rPr>
          <w:rFonts w:ascii="Arial" w:hAnsi="Arial" w:cs="Arial"/>
          <w:b/>
          <w:bCs/>
          <w:color w:val="EE0000"/>
          <w:sz w:val="28"/>
          <w:szCs w:val="28"/>
        </w:rPr>
      </w:pPr>
    </w:p>
    <w:p w14:paraId="18E10587" w14:textId="77777777" w:rsidR="00F91366" w:rsidRDefault="00F91366">
      <w:pPr>
        <w:rPr>
          <w:rFonts w:ascii="Arial" w:hAnsi="Arial" w:cs="Arial"/>
          <w:b/>
          <w:bCs/>
          <w:color w:val="EE0000"/>
          <w:sz w:val="28"/>
          <w:szCs w:val="28"/>
        </w:rPr>
      </w:pPr>
    </w:p>
    <w:p w14:paraId="3CFFEC0B" w14:textId="77777777" w:rsidR="00F91366" w:rsidRDefault="00F91366">
      <w:pPr>
        <w:rPr>
          <w:rFonts w:ascii="Arial" w:hAnsi="Arial" w:cs="Arial"/>
          <w:b/>
          <w:bCs/>
          <w:color w:val="EE0000"/>
          <w:sz w:val="28"/>
          <w:szCs w:val="28"/>
        </w:rPr>
      </w:pPr>
    </w:p>
    <w:p w14:paraId="7DA2F300" w14:textId="77777777" w:rsidR="00F91366" w:rsidRDefault="00F91366">
      <w:pPr>
        <w:rPr>
          <w:rFonts w:ascii="Arial" w:hAnsi="Arial" w:cs="Arial"/>
          <w:b/>
          <w:bCs/>
          <w:color w:val="EE0000"/>
          <w:sz w:val="28"/>
          <w:szCs w:val="28"/>
        </w:rPr>
      </w:pPr>
    </w:p>
    <w:p w14:paraId="1C7BA3C3" w14:textId="77777777" w:rsidR="00F91366" w:rsidRDefault="00F91366">
      <w:pPr>
        <w:rPr>
          <w:rFonts w:ascii="Arial" w:hAnsi="Arial" w:cs="Arial"/>
          <w:b/>
          <w:bCs/>
          <w:color w:val="EE0000"/>
          <w:sz w:val="28"/>
          <w:szCs w:val="28"/>
        </w:rPr>
      </w:pPr>
    </w:p>
    <w:p w14:paraId="77ED6A95" w14:textId="77777777" w:rsidR="00E679CF" w:rsidRDefault="00E679CF">
      <w:pPr>
        <w:rPr>
          <w:rFonts w:ascii="Arial" w:hAnsi="Arial" w:cs="Arial"/>
          <w:b/>
          <w:bCs/>
          <w:color w:val="EE0000"/>
          <w:sz w:val="28"/>
          <w:szCs w:val="28"/>
        </w:rPr>
      </w:pPr>
    </w:p>
    <w:p w14:paraId="1826E26C" w14:textId="77777777" w:rsidR="003B1388" w:rsidRDefault="003B1388" w:rsidP="00E679CF">
      <w:pPr>
        <w:rPr>
          <w:rFonts w:ascii="Arial" w:hAnsi="Arial" w:cs="Arial"/>
          <w:b/>
          <w:bCs/>
          <w:color w:val="EE0000"/>
          <w:sz w:val="28"/>
          <w:szCs w:val="28"/>
        </w:rPr>
      </w:pPr>
    </w:p>
    <w:p w14:paraId="62FDB87D" w14:textId="77777777" w:rsidR="00F67E36" w:rsidRDefault="00F67E36" w:rsidP="00E679CF">
      <w:pPr>
        <w:rPr>
          <w:rFonts w:ascii="Arial" w:hAnsi="Arial" w:cs="Arial"/>
          <w:b/>
          <w:bCs/>
          <w:color w:val="EE0000"/>
          <w:sz w:val="28"/>
          <w:szCs w:val="28"/>
        </w:rPr>
      </w:pPr>
    </w:p>
    <w:p w14:paraId="33D9EF56" w14:textId="77777777" w:rsidR="001B6086" w:rsidRDefault="001B6086" w:rsidP="00E679CF">
      <w:pPr>
        <w:rPr>
          <w:rFonts w:ascii="Arial" w:hAnsi="Arial" w:cs="Arial"/>
          <w:b/>
          <w:bCs/>
          <w:color w:val="EE0000"/>
          <w:sz w:val="28"/>
          <w:szCs w:val="28"/>
        </w:rPr>
      </w:pPr>
    </w:p>
    <w:p w14:paraId="32A56030" w14:textId="77777777" w:rsidR="001B6086" w:rsidRDefault="001B6086" w:rsidP="00E679CF">
      <w:pPr>
        <w:rPr>
          <w:rFonts w:ascii="Arial" w:hAnsi="Arial" w:cs="Arial"/>
          <w:b/>
          <w:bCs/>
          <w:color w:val="EE0000"/>
          <w:sz w:val="28"/>
          <w:szCs w:val="28"/>
        </w:rPr>
      </w:pPr>
    </w:p>
    <w:p w14:paraId="672FAF29" w14:textId="77777777" w:rsidR="001B6086" w:rsidRDefault="001B6086" w:rsidP="00E679CF">
      <w:pPr>
        <w:rPr>
          <w:rFonts w:ascii="Arial" w:hAnsi="Arial" w:cs="Arial"/>
          <w:b/>
          <w:bCs/>
          <w:color w:val="EE0000"/>
          <w:sz w:val="28"/>
          <w:szCs w:val="28"/>
        </w:rPr>
      </w:pPr>
    </w:p>
    <w:p w14:paraId="0FC2244E" w14:textId="77777777" w:rsidR="001B6086" w:rsidRDefault="001B6086" w:rsidP="00E679CF">
      <w:pPr>
        <w:rPr>
          <w:rFonts w:ascii="Arial" w:hAnsi="Arial" w:cs="Arial"/>
          <w:b/>
          <w:bCs/>
          <w:color w:val="EE0000"/>
          <w:sz w:val="28"/>
          <w:szCs w:val="28"/>
        </w:rPr>
      </w:pPr>
    </w:p>
    <w:p w14:paraId="7C9FA2F7" w14:textId="77777777" w:rsidR="001B6086" w:rsidRDefault="001B6086" w:rsidP="00E679CF">
      <w:pPr>
        <w:rPr>
          <w:rFonts w:ascii="Arial" w:hAnsi="Arial" w:cs="Arial"/>
          <w:b/>
          <w:bCs/>
          <w:color w:val="EE0000"/>
          <w:sz w:val="28"/>
          <w:szCs w:val="28"/>
        </w:rPr>
      </w:pPr>
    </w:p>
    <w:p w14:paraId="0EF54B58" w14:textId="77777777" w:rsidR="00673F9C" w:rsidRDefault="00673F9C" w:rsidP="00E679CF">
      <w:pPr>
        <w:rPr>
          <w:rFonts w:ascii="Arial" w:hAnsi="Arial" w:cs="Arial"/>
          <w:b/>
          <w:bCs/>
          <w:color w:val="EE0000"/>
          <w:sz w:val="28"/>
          <w:szCs w:val="28"/>
        </w:rPr>
      </w:pPr>
    </w:p>
    <w:p w14:paraId="6D9651CF" w14:textId="2BD46A0D" w:rsidR="00155160" w:rsidRDefault="00F67E36" w:rsidP="00A44044">
      <w:pPr>
        <w:pStyle w:val="Heading1"/>
      </w:pPr>
      <w:bookmarkStart w:id="28" w:name="_Toc206171148"/>
      <w:r>
        <w:lastRenderedPageBreak/>
        <w:t>References</w:t>
      </w:r>
      <w:bookmarkEnd w:id="28"/>
    </w:p>
    <w:p w14:paraId="5EE7145E" w14:textId="77777777" w:rsidR="001B6086" w:rsidRPr="001B6086" w:rsidRDefault="001B6086" w:rsidP="001B6086"/>
    <w:p w14:paraId="4EFFA7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Advance HE. (2024). </w:t>
      </w:r>
      <w:r w:rsidRPr="00155160">
        <w:rPr>
          <w:rFonts w:ascii="Arial" w:hAnsi="Arial" w:cs="Arial"/>
          <w:i/>
          <w:iCs/>
          <w:color w:val="000000" w:themeColor="text1"/>
          <w:lang w:val="en-GB"/>
        </w:rPr>
        <w:t>Framework for inclusive learning and teaching</w:t>
      </w:r>
      <w:r w:rsidRPr="00155160">
        <w:rPr>
          <w:rFonts w:ascii="Arial" w:hAnsi="Arial" w:cs="Arial"/>
          <w:color w:val="000000" w:themeColor="text1"/>
          <w:lang w:val="en-GB"/>
        </w:rPr>
        <w:t xml:space="preserve">. </w:t>
      </w:r>
      <w:hyperlink r:id="rId9" w:tgtFrame="_blank" w:history="1">
        <w:r w:rsidRPr="00155160">
          <w:rPr>
            <w:rStyle w:val="Hyperlink"/>
            <w:rFonts w:ascii="Arial" w:hAnsi="Arial" w:cs="Arial"/>
            <w:color w:val="000000" w:themeColor="text1"/>
            <w:lang w:val="en-GB"/>
          </w:rPr>
          <w:t>https://www.advance-he.ac.uk/knowledge-hub/framework-inclusive-learning-and-teaching</w:t>
        </w:r>
      </w:hyperlink>
    </w:p>
    <w:p w14:paraId="40BC60C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Al-Azawei, A., &amp; Al-Moghrabi, S. (2023). </w:t>
      </w:r>
      <w:r w:rsidRPr="00155160">
        <w:rPr>
          <w:rFonts w:ascii="Arial" w:hAnsi="Arial" w:cs="Arial"/>
          <w:color w:val="000000" w:themeColor="text1"/>
          <w:lang w:val="en-GB"/>
        </w:rPr>
        <w:t xml:space="preserve">The role of universal design for learning in enhancing student engagement in higher education. </w:t>
      </w:r>
      <w:r w:rsidRPr="00155160">
        <w:rPr>
          <w:rFonts w:ascii="Arial" w:hAnsi="Arial" w:cs="Arial"/>
          <w:i/>
          <w:iCs/>
          <w:color w:val="000000" w:themeColor="text1"/>
          <w:lang w:val="en-GB"/>
        </w:rPr>
        <w:t>Journal of Applied Research in Higher Education, 15</w:t>
      </w:r>
      <w:r w:rsidRPr="00155160">
        <w:rPr>
          <w:rFonts w:ascii="Arial" w:hAnsi="Arial" w:cs="Arial"/>
          <w:color w:val="000000" w:themeColor="text1"/>
          <w:lang w:val="en-GB"/>
        </w:rPr>
        <w:t xml:space="preserve">(2), 345–360. </w:t>
      </w:r>
      <w:hyperlink r:id="rId10" w:tgtFrame="_blank" w:history="1">
        <w:r w:rsidRPr="00155160">
          <w:rPr>
            <w:rStyle w:val="Hyperlink"/>
            <w:rFonts w:ascii="Arial" w:hAnsi="Arial" w:cs="Arial"/>
            <w:color w:val="000000" w:themeColor="text1"/>
            <w:lang w:val="en-GB"/>
          </w:rPr>
          <w:t>https://doi.org/10.1108/JARHE-07-2021-0259</w:t>
        </w:r>
      </w:hyperlink>
    </w:p>
    <w:p w14:paraId="15D8A0E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Al-Azawei, A., Serenelli, F., &amp; Lundqvist, K. (2016). </w:t>
      </w:r>
      <w:r w:rsidRPr="00155160">
        <w:rPr>
          <w:rFonts w:ascii="Arial" w:hAnsi="Arial" w:cs="Arial"/>
          <w:color w:val="000000" w:themeColor="text1"/>
          <w:lang w:val="en-GB"/>
        </w:rPr>
        <w:t>Universal design for learning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A content analysis of peer-reviewed journal papers from 2012 to 2015. </w:t>
      </w:r>
      <w:r w:rsidRPr="00155160">
        <w:rPr>
          <w:rFonts w:ascii="Arial" w:hAnsi="Arial" w:cs="Arial"/>
          <w:i/>
          <w:iCs/>
          <w:color w:val="000000" w:themeColor="text1"/>
          <w:lang w:val="en-GB"/>
        </w:rPr>
        <w:t>Journal of the Scholarship of Teaching and Learning, 16</w:t>
      </w:r>
      <w:r w:rsidRPr="00155160">
        <w:rPr>
          <w:rFonts w:ascii="Arial" w:hAnsi="Arial" w:cs="Arial"/>
          <w:color w:val="000000" w:themeColor="text1"/>
          <w:lang w:val="en-GB"/>
        </w:rPr>
        <w:t xml:space="preserve">(3), 39–56. </w:t>
      </w:r>
      <w:hyperlink r:id="rId11" w:tgtFrame="_blank" w:history="1">
        <w:r w:rsidRPr="00155160">
          <w:rPr>
            <w:rStyle w:val="Hyperlink"/>
            <w:rFonts w:ascii="Arial" w:hAnsi="Arial" w:cs="Arial"/>
            <w:color w:val="000000" w:themeColor="text1"/>
            <w:lang w:val="en-GB"/>
          </w:rPr>
          <w:t>https://doi.org/10.14434/josotl.v16i3.19299</w:t>
        </w:r>
      </w:hyperlink>
    </w:p>
    <w:p w14:paraId="32A2BBFA"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Almeqdad</w:t>
      </w:r>
      <w:proofErr w:type="spellEnd"/>
      <w:r w:rsidRPr="00155160">
        <w:rPr>
          <w:rFonts w:ascii="Arial" w:hAnsi="Arial" w:cs="Arial"/>
          <w:color w:val="000000" w:themeColor="text1"/>
          <w:lang w:val="en-GB"/>
        </w:rPr>
        <w:t xml:space="preserve">, Q. I., </w:t>
      </w:r>
      <w:proofErr w:type="spellStart"/>
      <w:r w:rsidRPr="00155160">
        <w:rPr>
          <w:rFonts w:ascii="Arial" w:hAnsi="Arial" w:cs="Arial"/>
          <w:color w:val="000000" w:themeColor="text1"/>
          <w:lang w:val="en-GB"/>
        </w:rPr>
        <w:t>Alodat</w:t>
      </w:r>
      <w:proofErr w:type="spellEnd"/>
      <w:r w:rsidRPr="00155160">
        <w:rPr>
          <w:rFonts w:ascii="Arial" w:hAnsi="Arial" w:cs="Arial"/>
          <w:color w:val="000000" w:themeColor="text1"/>
          <w:lang w:val="en-GB"/>
        </w:rPr>
        <w:t xml:space="preserve">, A. M., </w:t>
      </w:r>
      <w:proofErr w:type="spellStart"/>
      <w:r w:rsidRPr="00155160">
        <w:rPr>
          <w:rFonts w:ascii="Arial" w:hAnsi="Arial" w:cs="Arial"/>
          <w:color w:val="000000" w:themeColor="text1"/>
          <w:lang w:val="en-GB"/>
        </w:rPr>
        <w:t>Alquraan</w:t>
      </w:r>
      <w:proofErr w:type="spellEnd"/>
      <w:r w:rsidRPr="00155160">
        <w:rPr>
          <w:rFonts w:ascii="Arial" w:hAnsi="Arial" w:cs="Arial"/>
          <w:color w:val="000000" w:themeColor="text1"/>
          <w:lang w:val="en-GB"/>
        </w:rPr>
        <w:t xml:space="preserve">, M. F., </w:t>
      </w:r>
      <w:proofErr w:type="spellStart"/>
      <w:r w:rsidRPr="00155160">
        <w:rPr>
          <w:rFonts w:ascii="Arial" w:hAnsi="Arial" w:cs="Arial"/>
          <w:color w:val="000000" w:themeColor="text1"/>
          <w:lang w:val="en-GB"/>
        </w:rPr>
        <w:t>Mohaidat</w:t>
      </w:r>
      <w:proofErr w:type="spellEnd"/>
      <w:r w:rsidRPr="00155160">
        <w:rPr>
          <w:rFonts w:ascii="Arial" w:hAnsi="Arial" w:cs="Arial"/>
          <w:color w:val="000000" w:themeColor="text1"/>
          <w:lang w:val="en-GB"/>
        </w:rPr>
        <w:t>, M. A., &amp; Al-</w:t>
      </w:r>
      <w:proofErr w:type="spellStart"/>
      <w:r w:rsidRPr="00155160">
        <w:rPr>
          <w:rFonts w:ascii="Arial" w:hAnsi="Arial" w:cs="Arial"/>
          <w:color w:val="000000" w:themeColor="text1"/>
          <w:lang w:val="en-GB"/>
        </w:rPr>
        <w:t>Makhzoomy</w:t>
      </w:r>
      <w:proofErr w:type="spellEnd"/>
      <w:r w:rsidRPr="00155160">
        <w:rPr>
          <w:rFonts w:ascii="Arial" w:hAnsi="Arial" w:cs="Arial"/>
          <w:color w:val="000000" w:themeColor="text1"/>
          <w:lang w:val="en-GB"/>
        </w:rPr>
        <w:t xml:space="preserve">, A. K. (2023). The effectiveness of universal design for learning: A systematic review of the literature and meta-analysis. </w:t>
      </w:r>
      <w:r w:rsidRPr="00155160">
        <w:rPr>
          <w:rFonts w:ascii="Arial" w:hAnsi="Arial" w:cs="Arial"/>
          <w:i/>
          <w:iCs/>
          <w:color w:val="000000" w:themeColor="text1"/>
          <w:lang w:val="en-GB"/>
        </w:rPr>
        <w:t>Cogent Education, 10</w:t>
      </w:r>
      <w:r w:rsidRPr="00155160">
        <w:rPr>
          <w:rFonts w:ascii="Arial" w:hAnsi="Arial" w:cs="Arial"/>
          <w:color w:val="000000" w:themeColor="text1"/>
          <w:lang w:val="en-GB"/>
        </w:rPr>
        <w:t xml:space="preserve">(1), 2218191. </w:t>
      </w:r>
      <w:hyperlink r:id="rId12" w:tgtFrame="_blank" w:history="1">
        <w:r w:rsidRPr="00155160">
          <w:rPr>
            <w:rStyle w:val="Hyperlink"/>
            <w:rFonts w:ascii="Arial" w:hAnsi="Arial" w:cs="Arial"/>
            <w:color w:val="000000" w:themeColor="text1"/>
            <w:lang w:val="en-GB"/>
          </w:rPr>
          <w:t>https://doi.org/10.1080/2331186X.2023.2218191</w:t>
        </w:r>
      </w:hyperlink>
    </w:p>
    <w:p w14:paraId="281246C8"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Amuedo</w:t>
      </w:r>
      <w:proofErr w:type="spellEnd"/>
      <w:r w:rsidRPr="00155160">
        <w:rPr>
          <w:rFonts w:ascii="Arial" w:hAnsi="Arial" w:cs="Arial"/>
          <w:color w:val="000000" w:themeColor="text1"/>
          <w:lang w:val="en-GB"/>
        </w:rPr>
        <w:t xml:space="preserve">-Dorantes, C., &amp; Romiti, A. (2024). Brexit and international student </w:t>
      </w:r>
      <w:proofErr w:type="spellStart"/>
      <w:r w:rsidRPr="00155160">
        <w:rPr>
          <w:rFonts w:ascii="Arial" w:hAnsi="Arial" w:cs="Arial"/>
          <w:color w:val="000000" w:themeColor="text1"/>
          <w:lang w:val="en-GB"/>
        </w:rPr>
        <w:t>enrollment</w:t>
      </w:r>
      <w:proofErr w:type="spellEnd"/>
      <w:r w:rsidRPr="00155160">
        <w:rPr>
          <w:rFonts w:ascii="Arial" w:hAnsi="Arial" w:cs="Arial"/>
          <w:color w:val="000000" w:themeColor="text1"/>
          <w:lang w:val="en-GB"/>
        </w:rPr>
        <w:t xml:space="preserve"> in UK higher education. </w:t>
      </w:r>
      <w:r w:rsidRPr="00155160">
        <w:rPr>
          <w:rFonts w:ascii="Arial" w:hAnsi="Arial" w:cs="Arial"/>
          <w:i/>
          <w:iCs/>
          <w:color w:val="000000" w:themeColor="text1"/>
          <w:lang w:val="en-GB"/>
        </w:rPr>
        <w:t>European Economic Review, 161</w:t>
      </w:r>
      <w:r w:rsidRPr="00155160">
        <w:rPr>
          <w:rFonts w:ascii="Arial" w:hAnsi="Arial" w:cs="Arial"/>
          <w:color w:val="000000" w:themeColor="text1"/>
          <w:lang w:val="en-GB"/>
        </w:rPr>
        <w:t xml:space="preserve">, 104639. </w:t>
      </w:r>
      <w:hyperlink r:id="rId13" w:tgtFrame="_blank" w:history="1">
        <w:r w:rsidRPr="00155160">
          <w:rPr>
            <w:rStyle w:val="Hyperlink"/>
            <w:rFonts w:ascii="Arial" w:hAnsi="Arial" w:cs="Arial"/>
            <w:color w:val="000000" w:themeColor="text1"/>
            <w:lang w:val="en-GB"/>
          </w:rPr>
          <w:t>https://doi.org/10.1016/j.euroecorev.2023.104639</w:t>
        </w:r>
      </w:hyperlink>
    </w:p>
    <w:p w14:paraId="60321BC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Bovill, C. (2020). Co-creation in learning and teaching: The case for a whole-class approach in higher education. </w:t>
      </w:r>
      <w:r w:rsidRPr="00155160">
        <w:rPr>
          <w:rFonts w:ascii="Arial" w:hAnsi="Arial" w:cs="Arial"/>
          <w:i/>
          <w:iCs/>
          <w:color w:val="000000" w:themeColor="text1"/>
          <w:lang w:val="en-GB"/>
        </w:rPr>
        <w:t>Higher Education, 79</w:t>
      </w:r>
      <w:r w:rsidRPr="00155160">
        <w:rPr>
          <w:rFonts w:ascii="Arial" w:hAnsi="Arial" w:cs="Arial"/>
          <w:color w:val="000000" w:themeColor="text1"/>
          <w:lang w:val="en-GB"/>
        </w:rPr>
        <w:t xml:space="preserve">(6), 1023–1037. </w:t>
      </w:r>
      <w:hyperlink r:id="rId14" w:tgtFrame="_blank" w:history="1">
        <w:r w:rsidRPr="00155160">
          <w:rPr>
            <w:rStyle w:val="Hyperlink"/>
            <w:rFonts w:ascii="Arial" w:hAnsi="Arial" w:cs="Arial"/>
            <w:color w:val="000000" w:themeColor="text1"/>
            <w:lang w:val="en-GB"/>
          </w:rPr>
          <w:t>https://doi.org/10.1007/s10734-019-00453-4</w:t>
        </w:r>
      </w:hyperlink>
    </w:p>
    <w:p w14:paraId="7D60992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Boysen, G. A. (2024). A critical analysis of the research evidence </w:t>
      </w:r>
      <w:proofErr w:type="gramStart"/>
      <w:r w:rsidRPr="00155160">
        <w:rPr>
          <w:rFonts w:ascii="Arial" w:hAnsi="Arial" w:cs="Arial"/>
          <w:color w:val="000000" w:themeColor="text1"/>
          <w:lang w:val="en-GB"/>
        </w:rPr>
        <w:t>base</w:t>
      </w:r>
      <w:proofErr w:type="gramEnd"/>
      <w:r w:rsidRPr="00155160">
        <w:rPr>
          <w:rFonts w:ascii="Arial" w:hAnsi="Arial" w:cs="Arial"/>
          <w:color w:val="000000" w:themeColor="text1"/>
          <w:lang w:val="en-GB"/>
        </w:rPr>
        <w:t xml:space="preserve"> for universal design for learning. </w:t>
      </w:r>
      <w:r w:rsidRPr="00155160">
        <w:rPr>
          <w:rFonts w:ascii="Arial" w:hAnsi="Arial" w:cs="Arial"/>
          <w:i/>
          <w:iCs/>
          <w:color w:val="000000" w:themeColor="text1"/>
          <w:lang w:val="en-GB"/>
        </w:rPr>
        <w:t>Policy Futures in Education, 22</w:t>
      </w:r>
      <w:r w:rsidRPr="00155160">
        <w:rPr>
          <w:rFonts w:ascii="Arial" w:hAnsi="Arial" w:cs="Arial"/>
          <w:color w:val="000000" w:themeColor="text1"/>
          <w:lang w:val="en-GB"/>
        </w:rPr>
        <w:t xml:space="preserve">(7), 1219–1238. </w:t>
      </w:r>
      <w:hyperlink r:id="rId15" w:tgtFrame="_blank" w:history="1">
        <w:r w:rsidRPr="00155160">
          <w:rPr>
            <w:rStyle w:val="Hyperlink"/>
            <w:rFonts w:ascii="Arial" w:hAnsi="Arial" w:cs="Arial"/>
            <w:color w:val="000000" w:themeColor="text1"/>
            <w:lang w:val="en-GB"/>
          </w:rPr>
          <w:t>https://doi.org/10.1177/14782103241255428</w:t>
        </w:r>
      </w:hyperlink>
    </w:p>
    <w:p w14:paraId="7DE1452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Brady, J. (2022). </w:t>
      </w:r>
      <w:r w:rsidRPr="00155160">
        <w:rPr>
          <w:rFonts w:ascii="Arial" w:hAnsi="Arial" w:cs="Arial"/>
          <w:i/>
          <w:iCs/>
          <w:color w:val="000000" w:themeColor="text1"/>
          <w:lang w:val="en-GB"/>
        </w:rPr>
        <w:t>Baseline standards of inclusive learning and teaching – Report (Spring 2022)</w:t>
      </w:r>
      <w:r w:rsidRPr="00155160">
        <w:rPr>
          <w:rFonts w:ascii="Arial" w:hAnsi="Arial" w:cs="Arial"/>
          <w:color w:val="000000" w:themeColor="text1"/>
          <w:lang w:val="en-GB"/>
        </w:rPr>
        <w:t xml:space="preserve">. Leeds Institute for Teaching Excellence, University of Leeds. </w:t>
      </w:r>
      <w:hyperlink r:id="rId16" w:tgtFrame="_blank" w:history="1">
        <w:r w:rsidRPr="00155160">
          <w:rPr>
            <w:rStyle w:val="Hyperlink"/>
            <w:rFonts w:ascii="Arial" w:hAnsi="Arial" w:cs="Arial"/>
            <w:color w:val="000000" w:themeColor="text1"/>
            <w:lang w:val="en-GB"/>
          </w:rPr>
          <w:t>https://teachingexcellence.leeds.ac.uk/wp-content/uploads/sites/89/2022/06/Baseline-Standards-of-Inclusive-Learning-and-Teaching-Report-Spring-2022-updated.pdf</w:t>
        </w:r>
      </w:hyperlink>
    </w:p>
    <w:p w14:paraId="462732C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Braun, V., &amp; Clarke, V. (2022). </w:t>
      </w:r>
      <w:r w:rsidRPr="00155160">
        <w:rPr>
          <w:rFonts w:ascii="Arial" w:hAnsi="Arial" w:cs="Arial"/>
          <w:i/>
          <w:iCs/>
          <w:color w:val="000000" w:themeColor="text1"/>
          <w:lang w:val="en-GB"/>
        </w:rPr>
        <w:t>Thematic Analysis: A practical guide</w:t>
      </w:r>
      <w:r w:rsidRPr="00155160">
        <w:rPr>
          <w:rFonts w:ascii="Arial" w:hAnsi="Arial" w:cs="Arial"/>
          <w:color w:val="000000" w:themeColor="text1"/>
          <w:lang w:val="en-GB"/>
        </w:rPr>
        <w:t>. SAGE Publications.</w:t>
      </w:r>
    </w:p>
    <w:p w14:paraId="68D4B48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Bray, A., Devitt, A., Banks, J., Sánchez Fuentes, S., Sandoval, M., </w:t>
      </w:r>
      <w:proofErr w:type="spellStart"/>
      <w:r w:rsidRPr="00155160">
        <w:rPr>
          <w:rFonts w:ascii="Arial" w:hAnsi="Arial" w:cs="Arial"/>
          <w:color w:val="000000" w:themeColor="text1"/>
          <w:lang w:val="en-GB"/>
        </w:rPr>
        <w:t>Riviou</w:t>
      </w:r>
      <w:proofErr w:type="spellEnd"/>
      <w:r w:rsidRPr="00155160">
        <w:rPr>
          <w:rFonts w:ascii="Arial" w:hAnsi="Arial" w:cs="Arial"/>
          <w:color w:val="000000" w:themeColor="text1"/>
          <w:lang w:val="en-GB"/>
        </w:rPr>
        <w:t xml:space="preserve">, K., Byrne, D., Flood, M., Reale, J., &amp; </w:t>
      </w:r>
      <w:proofErr w:type="spellStart"/>
      <w:r w:rsidRPr="00155160">
        <w:rPr>
          <w:rFonts w:ascii="Arial" w:hAnsi="Arial" w:cs="Arial"/>
          <w:color w:val="000000" w:themeColor="text1"/>
          <w:lang w:val="en-GB"/>
        </w:rPr>
        <w:t>Terrenzio</w:t>
      </w:r>
      <w:proofErr w:type="spellEnd"/>
      <w:r w:rsidRPr="00155160">
        <w:rPr>
          <w:rFonts w:ascii="Arial" w:hAnsi="Arial" w:cs="Arial"/>
          <w:color w:val="000000" w:themeColor="text1"/>
          <w:lang w:val="en-GB"/>
        </w:rPr>
        <w:t xml:space="preserve">, S. (2024). What next for Universal Design for Learning? A systematic literature review of technology in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implementations at second level. </w:t>
      </w:r>
      <w:r w:rsidRPr="00155160">
        <w:rPr>
          <w:rFonts w:ascii="Arial" w:hAnsi="Arial" w:cs="Arial"/>
          <w:i/>
          <w:iCs/>
          <w:color w:val="000000" w:themeColor="text1"/>
          <w:lang w:val="en-GB"/>
        </w:rPr>
        <w:t>British Journal of Educational Technology, 55</w:t>
      </w:r>
      <w:r w:rsidRPr="00155160">
        <w:rPr>
          <w:rFonts w:ascii="Arial" w:hAnsi="Arial" w:cs="Arial"/>
          <w:color w:val="000000" w:themeColor="text1"/>
          <w:lang w:val="en-GB"/>
        </w:rPr>
        <w:t xml:space="preserve">(1), 113–138. </w:t>
      </w:r>
      <w:hyperlink r:id="rId17" w:tgtFrame="_blank" w:history="1">
        <w:r w:rsidRPr="00155160">
          <w:rPr>
            <w:rStyle w:val="Hyperlink"/>
            <w:rFonts w:ascii="Arial" w:hAnsi="Arial" w:cs="Arial"/>
            <w:color w:val="000000" w:themeColor="text1"/>
            <w:lang w:val="en-GB"/>
          </w:rPr>
          <w:t>https://doi.org/10.1111/bjet.13328</w:t>
        </w:r>
      </w:hyperlink>
    </w:p>
    <w:p w14:paraId="431E282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Burgstahler, S. E. (2015). </w:t>
      </w:r>
      <w:r w:rsidRPr="00155160">
        <w:rPr>
          <w:rFonts w:ascii="Arial" w:hAnsi="Arial" w:cs="Arial"/>
          <w:i/>
          <w:iCs/>
          <w:color w:val="000000" w:themeColor="text1"/>
          <w:lang w:val="en-GB"/>
        </w:rPr>
        <w:t>Universal design in higher education: From principles to practice</w:t>
      </w:r>
      <w:r w:rsidRPr="00155160">
        <w:rPr>
          <w:rFonts w:ascii="Arial" w:hAnsi="Arial" w:cs="Arial"/>
          <w:color w:val="000000" w:themeColor="text1"/>
          <w:lang w:val="en-GB"/>
        </w:rPr>
        <w:t xml:space="preserve"> (2nd ed.). Harvard Education Press.</w:t>
      </w:r>
    </w:p>
    <w:p w14:paraId="76F8730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Capp, M. J. (2020). The effectiveness of Universal Design for Learning: A meta-analysis of literature from 2014 to 2019. </w:t>
      </w:r>
      <w:r w:rsidRPr="00155160">
        <w:rPr>
          <w:rFonts w:ascii="Arial" w:hAnsi="Arial" w:cs="Arial"/>
          <w:i/>
          <w:iCs/>
          <w:color w:val="000000" w:themeColor="text1"/>
          <w:lang w:val="en-GB"/>
        </w:rPr>
        <w:t>Journal of Educational Psychology, 112</w:t>
      </w:r>
      <w:r w:rsidRPr="00155160">
        <w:rPr>
          <w:rFonts w:ascii="Arial" w:hAnsi="Arial" w:cs="Arial"/>
          <w:color w:val="000000" w:themeColor="text1"/>
          <w:lang w:val="en-GB"/>
        </w:rPr>
        <w:t xml:space="preserve">(8), 1561–176. </w:t>
      </w:r>
      <w:hyperlink r:id="rId18" w:tgtFrame="_blank" w:history="1">
        <w:r w:rsidRPr="00155160">
          <w:rPr>
            <w:rStyle w:val="Hyperlink"/>
            <w:rFonts w:ascii="Arial" w:hAnsi="Arial" w:cs="Arial"/>
            <w:color w:val="000000" w:themeColor="text1"/>
            <w:lang w:val="en-GB"/>
          </w:rPr>
          <w:t>https://doi.org/10.1037/edu0000476</w:t>
        </w:r>
      </w:hyperlink>
    </w:p>
    <w:p w14:paraId="3462D41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CAST. (2018). </w:t>
      </w:r>
      <w:r w:rsidRPr="00155160">
        <w:rPr>
          <w:rFonts w:ascii="Arial" w:hAnsi="Arial" w:cs="Arial"/>
          <w:i/>
          <w:iCs/>
          <w:color w:val="000000" w:themeColor="text1"/>
          <w:lang w:val="en-GB"/>
        </w:rPr>
        <w:t>Universal Design for Learning Guidelines (Version 2.2)</w:t>
      </w:r>
      <w:r w:rsidRPr="00155160">
        <w:rPr>
          <w:rFonts w:ascii="Arial" w:hAnsi="Arial" w:cs="Arial"/>
          <w:color w:val="000000" w:themeColor="text1"/>
          <w:lang w:val="en-GB"/>
        </w:rPr>
        <w:t xml:space="preserve">. </w:t>
      </w:r>
      <w:hyperlink r:id="rId19" w:tgtFrame="_blank" w:history="1">
        <w:r w:rsidRPr="00155160">
          <w:rPr>
            <w:rStyle w:val="Hyperlink"/>
            <w:rFonts w:ascii="Arial" w:hAnsi="Arial" w:cs="Arial"/>
            <w:color w:val="000000" w:themeColor="text1"/>
            <w:lang w:val="en-GB"/>
          </w:rPr>
          <w:t>http://udlguidelines.cast.org</w:t>
        </w:r>
      </w:hyperlink>
    </w:p>
    <w:p w14:paraId="4E6EBDA2" w14:textId="77777777" w:rsidR="00155160" w:rsidRPr="00155160" w:rsidRDefault="00155160" w:rsidP="005E276E">
      <w:pPr>
        <w:spacing w:line="360" w:lineRule="auto"/>
        <w:ind w:left="720" w:hanging="720"/>
        <w:rPr>
          <w:rFonts w:ascii="Arial" w:hAnsi="Arial" w:cs="Arial"/>
          <w:color w:val="000000" w:themeColor="text1"/>
          <w:lang w:val="pl-PL"/>
        </w:rPr>
      </w:pPr>
      <w:r w:rsidRPr="00155160">
        <w:rPr>
          <w:rFonts w:ascii="Arial" w:hAnsi="Arial" w:cs="Arial"/>
          <w:color w:val="000000" w:themeColor="text1"/>
          <w:lang w:val="en-GB"/>
        </w:rPr>
        <w:t xml:space="preserve">CAST. (2024). </w:t>
      </w:r>
      <w:r w:rsidRPr="00155160">
        <w:rPr>
          <w:rFonts w:ascii="Arial" w:hAnsi="Arial" w:cs="Arial"/>
          <w:i/>
          <w:iCs/>
          <w:color w:val="000000" w:themeColor="text1"/>
          <w:lang w:val="en-GB"/>
        </w:rPr>
        <w:t>About Universal Design for Learning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w:t>
      </w:r>
      <w:r w:rsidRPr="00155160">
        <w:rPr>
          <w:rFonts w:ascii="Arial" w:hAnsi="Arial" w:cs="Arial"/>
          <w:color w:val="000000" w:themeColor="text1"/>
          <w:lang w:val="en-GB"/>
        </w:rPr>
        <w:t xml:space="preserve">. </w:t>
      </w:r>
      <w:hyperlink r:id="rId20" w:tgtFrame="_blank" w:history="1">
        <w:r w:rsidRPr="00155160">
          <w:rPr>
            <w:rStyle w:val="Hyperlink"/>
            <w:rFonts w:ascii="Arial" w:hAnsi="Arial" w:cs="Arial"/>
            <w:color w:val="000000" w:themeColor="text1"/>
            <w:lang w:val="pl-PL"/>
          </w:rPr>
          <w:t>https://www.cast.org/impact/universal-design-for-learning-udl</w:t>
        </w:r>
      </w:hyperlink>
    </w:p>
    <w:p w14:paraId="096DDCC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Chadha, D., Inguva, S., Bui Le, C., &amp; Kogelbauer, A. (2023). </w:t>
      </w:r>
      <w:r w:rsidRPr="00155160">
        <w:rPr>
          <w:rFonts w:ascii="Arial" w:hAnsi="Arial" w:cs="Arial"/>
          <w:color w:val="000000" w:themeColor="text1"/>
          <w:lang w:val="en-GB"/>
        </w:rPr>
        <w:t xml:space="preserve">Students as partners in co-creating assessments in higher education: A systematic literature review. </w:t>
      </w:r>
      <w:r w:rsidRPr="00155160">
        <w:rPr>
          <w:rFonts w:ascii="Arial" w:hAnsi="Arial" w:cs="Arial"/>
          <w:i/>
          <w:iCs/>
          <w:color w:val="000000" w:themeColor="text1"/>
          <w:lang w:val="en-GB"/>
        </w:rPr>
        <w:t>International Journal for Students as Partners, 7</w:t>
      </w:r>
      <w:r w:rsidRPr="00155160">
        <w:rPr>
          <w:rFonts w:ascii="Arial" w:hAnsi="Arial" w:cs="Arial"/>
          <w:color w:val="000000" w:themeColor="text1"/>
          <w:lang w:val="en-GB"/>
        </w:rPr>
        <w:t xml:space="preserve">(2), 64–81. </w:t>
      </w:r>
      <w:hyperlink r:id="rId21" w:tgtFrame="_blank" w:history="1">
        <w:r w:rsidRPr="00155160">
          <w:rPr>
            <w:rStyle w:val="Hyperlink"/>
            <w:rFonts w:ascii="Arial" w:hAnsi="Arial" w:cs="Arial"/>
            <w:color w:val="000000" w:themeColor="text1"/>
            <w:lang w:val="en-GB"/>
          </w:rPr>
          <w:t>https://doi.org/10.15173/ijsap.v7i2.5312</w:t>
        </w:r>
      </w:hyperlink>
    </w:p>
    <w:p w14:paraId="56BC5BFE"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Clouder</w:t>
      </w:r>
      <w:proofErr w:type="spellEnd"/>
      <w:r w:rsidRPr="00155160">
        <w:rPr>
          <w:rFonts w:ascii="Arial" w:hAnsi="Arial" w:cs="Arial"/>
          <w:color w:val="000000" w:themeColor="text1"/>
          <w:lang w:val="en-GB"/>
        </w:rPr>
        <w:t xml:space="preserve">, L., Morris, K., Davies, P., Lag-Tokens, M., &amp; O’Neill, D. S. C. (2020). Neurodiversity in higher education: A narrative synthesis. </w:t>
      </w:r>
      <w:r w:rsidRPr="00155160">
        <w:rPr>
          <w:rFonts w:ascii="Arial" w:hAnsi="Arial" w:cs="Arial"/>
          <w:i/>
          <w:iCs/>
          <w:color w:val="000000" w:themeColor="text1"/>
          <w:lang w:val="en-GB"/>
        </w:rPr>
        <w:t>Higher Education, 80</w:t>
      </w:r>
      <w:r w:rsidRPr="00155160">
        <w:rPr>
          <w:rFonts w:ascii="Arial" w:hAnsi="Arial" w:cs="Arial"/>
          <w:color w:val="000000" w:themeColor="text1"/>
          <w:lang w:val="en-GB"/>
        </w:rPr>
        <w:t xml:space="preserve">(4), 757–778. </w:t>
      </w:r>
      <w:hyperlink r:id="rId22" w:tgtFrame="_blank" w:history="1">
        <w:r w:rsidRPr="00155160">
          <w:rPr>
            <w:rStyle w:val="Hyperlink"/>
            <w:rFonts w:ascii="Arial" w:hAnsi="Arial" w:cs="Arial"/>
            <w:color w:val="000000" w:themeColor="text1"/>
            <w:lang w:val="en-GB"/>
          </w:rPr>
          <w:t>https://doi.org/10.1007/s10734-020-00513-6</w:t>
        </w:r>
      </w:hyperlink>
    </w:p>
    <w:p w14:paraId="13220F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Cooper, R. (2023). </w:t>
      </w:r>
      <w:r w:rsidRPr="00155160">
        <w:rPr>
          <w:rFonts w:ascii="Arial" w:hAnsi="Arial" w:cs="Arial"/>
          <w:i/>
          <w:iCs/>
          <w:color w:val="000000" w:themeColor="text1"/>
          <w:lang w:val="en-GB"/>
        </w:rPr>
        <w:t>Neurodiversity and education</w:t>
      </w:r>
      <w:r w:rsidRPr="00155160">
        <w:rPr>
          <w:rFonts w:ascii="Arial" w:hAnsi="Arial" w:cs="Arial"/>
          <w:color w:val="000000" w:themeColor="text1"/>
          <w:lang w:val="en-GB"/>
        </w:rPr>
        <w:t>. Routledge.</w:t>
      </w:r>
    </w:p>
    <w:p w14:paraId="1CCB57C4"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Dell’Anna</w:t>
      </w:r>
      <w:proofErr w:type="spellEnd"/>
      <w:r w:rsidRPr="00155160">
        <w:rPr>
          <w:rFonts w:ascii="Arial" w:hAnsi="Arial" w:cs="Arial"/>
          <w:color w:val="000000" w:themeColor="text1"/>
          <w:lang w:val="en-GB"/>
        </w:rPr>
        <w:t xml:space="preserve">, S., Demo, H., &amp; Luppi, E. (2024). The role of leadership in implementing universal design for learning in Italian universities. </w:t>
      </w:r>
      <w:r w:rsidRPr="00155160">
        <w:rPr>
          <w:rFonts w:ascii="Arial" w:hAnsi="Arial" w:cs="Arial"/>
          <w:i/>
          <w:iCs/>
          <w:color w:val="000000" w:themeColor="text1"/>
          <w:lang w:val="en-GB"/>
        </w:rPr>
        <w:t>European Journal of Special Needs Education</w:t>
      </w:r>
      <w:r w:rsidRPr="00155160">
        <w:rPr>
          <w:rFonts w:ascii="Arial" w:hAnsi="Arial" w:cs="Arial"/>
          <w:color w:val="000000" w:themeColor="text1"/>
          <w:lang w:val="en-GB"/>
        </w:rPr>
        <w:t xml:space="preserve">, 1–16. </w:t>
      </w:r>
      <w:hyperlink r:id="rId23" w:tgtFrame="_blank" w:history="1">
        <w:r w:rsidRPr="00155160">
          <w:rPr>
            <w:rStyle w:val="Hyperlink"/>
            <w:rFonts w:ascii="Arial" w:hAnsi="Arial" w:cs="Arial"/>
            <w:color w:val="000000" w:themeColor="text1"/>
            <w:lang w:val="en-GB"/>
          </w:rPr>
          <w:t>https://doi.org/10.1080/08856257.2023.2295328</w:t>
        </w:r>
      </w:hyperlink>
    </w:p>
    <w:p w14:paraId="3FF2B64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Department for Education. (2017). </w:t>
      </w:r>
      <w:r w:rsidRPr="00155160">
        <w:rPr>
          <w:rFonts w:ascii="Arial" w:hAnsi="Arial" w:cs="Arial"/>
          <w:i/>
          <w:iCs/>
          <w:color w:val="000000" w:themeColor="text1"/>
          <w:lang w:val="en-GB"/>
        </w:rPr>
        <w:t>Inclusive teaching and learning in higher education: A review of the literature</w:t>
      </w:r>
      <w:r w:rsidRPr="00155160">
        <w:rPr>
          <w:rFonts w:ascii="Arial" w:hAnsi="Arial" w:cs="Arial"/>
          <w:color w:val="000000" w:themeColor="text1"/>
          <w:lang w:val="en-GB"/>
        </w:rPr>
        <w:t xml:space="preserve">. </w:t>
      </w:r>
      <w:hyperlink r:id="rId24" w:tgtFrame="_blank" w:history="1">
        <w:r w:rsidRPr="00155160">
          <w:rPr>
            <w:rStyle w:val="Hyperlink"/>
            <w:rFonts w:ascii="Arial" w:hAnsi="Arial" w:cs="Arial"/>
            <w:color w:val="000000" w:themeColor="text1"/>
            <w:lang w:val="en-GB"/>
          </w:rPr>
          <w:t>https://assets.publishing.service.gov.uk/media/5a802f43e5274a2e8ab4ead7/Inclusive_Teaching_and_Learning_in_Higher_Education_as_a_route_to-excellence.pdf</w:t>
        </w:r>
      </w:hyperlink>
    </w:p>
    <w:p w14:paraId="3A0BF1EB"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lastRenderedPageBreak/>
        <w:t>Dignath</w:t>
      </w:r>
      <w:proofErr w:type="spellEnd"/>
      <w:r w:rsidRPr="00155160">
        <w:rPr>
          <w:rFonts w:ascii="Arial" w:hAnsi="Arial" w:cs="Arial"/>
          <w:color w:val="000000" w:themeColor="text1"/>
          <w:lang w:val="en-GB"/>
        </w:rPr>
        <w:t xml:space="preserve">, A., </w:t>
      </w:r>
      <w:proofErr w:type="spellStart"/>
      <w:r w:rsidRPr="00155160">
        <w:rPr>
          <w:rFonts w:ascii="Arial" w:hAnsi="Arial" w:cs="Arial"/>
          <w:color w:val="000000" w:themeColor="text1"/>
          <w:lang w:val="en-GB"/>
        </w:rPr>
        <w:t>Rödle</w:t>
      </w:r>
      <w:proofErr w:type="spellEnd"/>
      <w:r w:rsidRPr="00155160">
        <w:rPr>
          <w:rFonts w:ascii="Arial" w:hAnsi="Arial" w:cs="Arial"/>
          <w:color w:val="000000" w:themeColor="text1"/>
          <w:lang w:val="en-GB"/>
        </w:rPr>
        <w:t xml:space="preserve">, F., &amp; Ramm, M. (2022). Why don’t you use it? A qualitative study on university </w:t>
      </w:r>
      <w:proofErr w:type="gramStart"/>
      <w:r w:rsidRPr="00155160">
        <w:rPr>
          <w:rFonts w:ascii="Arial" w:hAnsi="Arial" w:cs="Arial"/>
          <w:color w:val="000000" w:themeColor="text1"/>
          <w:lang w:val="en-GB"/>
        </w:rPr>
        <w:t>lecturers’</w:t>
      </w:r>
      <w:proofErr w:type="gramEnd"/>
      <w:r w:rsidRPr="00155160">
        <w:rPr>
          <w:rFonts w:ascii="Arial" w:hAnsi="Arial" w:cs="Arial"/>
          <w:color w:val="000000" w:themeColor="text1"/>
          <w:lang w:val="en-GB"/>
        </w:rPr>
        <w:t xml:space="preserve"> perceived barriers and enhancers for applying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w:t>
      </w:r>
      <w:r w:rsidRPr="00155160">
        <w:rPr>
          <w:rFonts w:ascii="Arial" w:hAnsi="Arial" w:cs="Arial"/>
          <w:i/>
          <w:iCs/>
          <w:color w:val="000000" w:themeColor="text1"/>
          <w:lang w:val="en-GB"/>
        </w:rPr>
        <w:t>Teaching in Higher Education</w:t>
      </w:r>
      <w:r w:rsidRPr="00155160">
        <w:rPr>
          <w:rFonts w:ascii="Arial" w:hAnsi="Arial" w:cs="Arial"/>
          <w:color w:val="000000" w:themeColor="text1"/>
          <w:lang w:val="en-GB"/>
        </w:rPr>
        <w:t xml:space="preserve">. </w:t>
      </w:r>
      <w:hyperlink r:id="rId25" w:tgtFrame="_blank" w:history="1">
        <w:r w:rsidRPr="00155160">
          <w:rPr>
            <w:rStyle w:val="Hyperlink"/>
            <w:rFonts w:ascii="Arial" w:hAnsi="Arial" w:cs="Arial"/>
            <w:color w:val="000000" w:themeColor="text1"/>
            <w:lang w:val="en-GB"/>
          </w:rPr>
          <w:t>https://doi.org/10.1080/13562517.2022.2144883</w:t>
        </w:r>
      </w:hyperlink>
    </w:p>
    <w:p w14:paraId="774C975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(2023). </w:t>
      </w:r>
      <w:r w:rsidRPr="00155160">
        <w:rPr>
          <w:rFonts w:ascii="Arial" w:hAnsi="Arial" w:cs="Arial"/>
          <w:i/>
          <w:iCs/>
          <w:color w:val="000000" w:themeColor="text1"/>
          <w:lang w:val="en-GB"/>
        </w:rPr>
        <w:t>Access insights 2023 report</w:t>
      </w:r>
      <w:r w:rsidRPr="00155160">
        <w:rPr>
          <w:rFonts w:ascii="Arial" w:hAnsi="Arial" w:cs="Arial"/>
          <w:color w:val="000000" w:themeColor="text1"/>
          <w:lang w:val="en-GB"/>
        </w:rPr>
        <w:t xml:space="preserve">. </w:t>
      </w:r>
      <w:hyperlink r:id="rId26" w:tgtFrame="_blank" w:history="1">
        <w:r w:rsidRPr="00155160">
          <w:rPr>
            <w:rStyle w:val="Hyperlink"/>
            <w:rFonts w:ascii="Arial" w:hAnsi="Arial" w:cs="Arial"/>
            <w:color w:val="000000" w:themeColor="text1"/>
            <w:lang w:val="en-GB"/>
          </w:rPr>
          <w:t>https://disabledstudents.co.uk/research/access-insights-2023-report/</w:t>
        </w:r>
      </w:hyperlink>
    </w:p>
    <w:p w14:paraId="5055DB3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(2024a). </w:t>
      </w:r>
      <w:r w:rsidRPr="00155160">
        <w:rPr>
          <w:rFonts w:ascii="Arial" w:hAnsi="Arial" w:cs="Arial"/>
          <w:i/>
          <w:iCs/>
          <w:color w:val="000000" w:themeColor="text1"/>
          <w:lang w:val="en-GB"/>
        </w:rPr>
        <w:t>Disabled students manifesto</w:t>
      </w:r>
      <w:r w:rsidRPr="00155160">
        <w:rPr>
          <w:rFonts w:ascii="Arial" w:hAnsi="Arial" w:cs="Arial"/>
          <w:color w:val="000000" w:themeColor="text1"/>
          <w:lang w:val="en-GB"/>
        </w:rPr>
        <w:t xml:space="preserve">. </w:t>
      </w:r>
      <w:hyperlink r:id="rId27" w:tgtFrame="_blank" w:history="1">
        <w:r w:rsidRPr="00155160">
          <w:rPr>
            <w:rStyle w:val="Hyperlink"/>
            <w:rFonts w:ascii="Arial" w:hAnsi="Arial" w:cs="Arial"/>
            <w:color w:val="000000" w:themeColor="text1"/>
            <w:lang w:val="en-GB"/>
          </w:rPr>
          <w:t>https://disabledstudents.co.uk/manifesto/</w:t>
        </w:r>
      </w:hyperlink>
    </w:p>
    <w:p w14:paraId="08C6957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(2024b). </w:t>
      </w:r>
      <w:r w:rsidRPr="00155160">
        <w:rPr>
          <w:rFonts w:ascii="Arial" w:hAnsi="Arial" w:cs="Arial"/>
          <w:i/>
          <w:iCs/>
          <w:color w:val="000000" w:themeColor="text1"/>
          <w:lang w:val="en-GB"/>
        </w:rPr>
        <w:t>The 2024 Access Insights report</w:t>
      </w:r>
      <w:r w:rsidRPr="00155160">
        <w:rPr>
          <w:rFonts w:ascii="Arial" w:hAnsi="Arial" w:cs="Arial"/>
          <w:color w:val="000000" w:themeColor="text1"/>
          <w:lang w:val="en-GB"/>
        </w:rPr>
        <w:t xml:space="preserve">. </w:t>
      </w:r>
      <w:hyperlink r:id="rId28" w:tgtFrame="_blank" w:history="1">
        <w:r w:rsidRPr="00155160">
          <w:rPr>
            <w:rStyle w:val="Hyperlink"/>
            <w:rFonts w:ascii="Arial" w:hAnsi="Arial" w:cs="Arial"/>
            <w:color w:val="000000" w:themeColor="text1"/>
            <w:lang w:val="en-GB"/>
          </w:rPr>
          <w:t>https://disabledstudents.co.uk/research/the-2024-access-insights-report/</w:t>
        </w:r>
      </w:hyperlink>
    </w:p>
    <w:p w14:paraId="45616FB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Divan, A., Ludwig, L., Matthews, K., &amp; Milburn, J. (2022). The role of higher education in promoting social mobility and reducing inequality. </w:t>
      </w:r>
      <w:r w:rsidRPr="00155160">
        <w:rPr>
          <w:rFonts w:ascii="Arial" w:hAnsi="Arial" w:cs="Arial"/>
          <w:i/>
          <w:iCs/>
          <w:color w:val="000000" w:themeColor="text1"/>
          <w:lang w:val="en-GB"/>
        </w:rPr>
        <w:t>British Educational Research Journal, 48</w:t>
      </w:r>
      <w:r w:rsidRPr="00155160">
        <w:rPr>
          <w:rFonts w:ascii="Arial" w:hAnsi="Arial" w:cs="Arial"/>
          <w:color w:val="000000" w:themeColor="text1"/>
          <w:lang w:val="en-GB"/>
        </w:rPr>
        <w:t xml:space="preserve">(5), 843–860. </w:t>
      </w:r>
      <w:hyperlink r:id="rId29" w:tgtFrame="_blank" w:history="1">
        <w:r w:rsidRPr="00155160">
          <w:rPr>
            <w:rStyle w:val="Hyperlink"/>
            <w:rFonts w:ascii="Arial" w:hAnsi="Arial" w:cs="Arial"/>
            <w:color w:val="000000" w:themeColor="text1"/>
            <w:lang w:val="en-GB"/>
          </w:rPr>
          <w:t>https://doi.org/10.1002/berj.3793</w:t>
        </w:r>
      </w:hyperlink>
    </w:p>
    <w:p w14:paraId="4608A09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Douce, C. (2007). </w:t>
      </w:r>
      <w:r w:rsidRPr="00155160">
        <w:rPr>
          <w:rFonts w:ascii="Arial" w:hAnsi="Arial" w:cs="Arial"/>
          <w:i/>
          <w:iCs/>
          <w:color w:val="000000" w:themeColor="text1"/>
          <w:lang w:val="en-GB"/>
        </w:rPr>
        <w:t xml:space="preserve">Creating accessible SCORM content from </w:t>
      </w:r>
      <w:proofErr w:type="spellStart"/>
      <w:r w:rsidRPr="00155160">
        <w:rPr>
          <w:rFonts w:ascii="Arial" w:hAnsi="Arial" w:cs="Arial"/>
          <w:i/>
          <w:iCs/>
          <w:color w:val="000000" w:themeColor="text1"/>
          <w:lang w:val="en-GB"/>
        </w:rPr>
        <w:t>OpenLearn</w:t>
      </w:r>
      <w:proofErr w:type="spellEnd"/>
      <w:r w:rsidRPr="00155160">
        <w:rPr>
          <w:rFonts w:ascii="Arial" w:hAnsi="Arial" w:cs="Arial"/>
          <w:i/>
          <w:iCs/>
          <w:color w:val="000000" w:themeColor="text1"/>
          <w:lang w:val="en-GB"/>
        </w:rPr>
        <w:t xml:space="preserve"> material (Extract)</w:t>
      </w:r>
      <w:r w:rsidRPr="00155160">
        <w:rPr>
          <w:rFonts w:ascii="Arial" w:hAnsi="Arial" w:cs="Arial"/>
          <w:color w:val="000000" w:themeColor="text1"/>
          <w:lang w:val="en-GB"/>
        </w:rPr>
        <w:t xml:space="preserve">. The Open University. </w:t>
      </w:r>
      <w:hyperlink r:id="rId30" w:tgtFrame="_blank" w:history="1">
        <w:r w:rsidRPr="00155160">
          <w:rPr>
            <w:rStyle w:val="Hyperlink"/>
            <w:rFonts w:ascii="Arial" w:hAnsi="Arial" w:cs="Arial"/>
            <w:color w:val="000000" w:themeColor="text1"/>
            <w:lang w:val="en-GB"/>
          </w:rPr>
          <w:t>https://oro.open.ac.uk/24938/</w:t>
        </w:r>
      </w:hyperlink>
    </w:p>
    <w:p w14:paraId="5406AA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Eccles, S., Jain, N. R., &amp; Madaus, J. W. (2018). The disclosure dilemma: A critical review of the literature on disability disclosure in higher education. </w:t>
      </w:r>
      <w:r w:rsidRPr="00155160">
        <w:rPr>
          <w:rFonts w:ascii="Arial" w:hAnsi="Arial" w:cs="Arial"/>
          <w:i/>
          <w:iCs/>
          <w:color w:val="000000" w:themeColor="text1"/>
          <w:lang w:val="en-GB"/>
        </w:rPr>
        <w:t>Journal of Postsecondary Education and Disability, 31</w:t>
      </w:r>
      <w:r w:rsidRPr="00155160">
        <w:rPr>
          <w:rFonts w:ascii="Arial" w:hAnsi="Arial" w:cs="Arial"/>
          <w:color w:val="000000" w:themeColor="text1"/>
          <w:lang w:val="en-GB"/>
        </w:rPr>
        <w:t xml:space="preserve">(2), 115–129. </w:t>
      </w:r>
      <w:hyperlink r:id="rId31" w:tgtFrame="_blank" w:history="1">
        <w:r w:rsidRPr="00155160">
          <w:rPr>
            <w:rStyle w:val="Hyperlink"/>
            <w:rFonts w:ascii="Arial" w:hAnsi="Arial" w:cs="Arial"/>
            <w:color w:val="000000" w:themeColor="text1"/>
            <w:lang w:val="en-GB"/>
          </w:rPr>
          <w:t>https://files.eric.ed.gov/fulltext/EJ1186255.pdf</w:t>
        </w:r>
      </w:hyperlink>
    </w:p>
    <w:p w14:paraId="1EB4FC0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Economics Observatory. (2024, February 20). </w:t>
      </w:r>
      <w:r w:rsidRPr="00155160">
        <w:rPr>
          <w:rFonts w:ascii="Arial" w:hAnsi="Arial" w:cs="Arial"/>
          <w:i/>
          <w:iCs/>
          <w:color w:val="000000" w:themeColor="text1"/>
          <w:lang w:val="en-GB"/>
        </w:rPr>
        <w:t>How has the value of university tuition fees in England changed over time?</w:t>
      </w:r>
      <w:r w:rsidRPr="00155160">
        <w:rPr>
          <w:rFonts w:ascii="Arial" w:hAnsi="Arial" w:cs="Arial"/>
          <w:color w:val="000000" w:themeColor="text1"/>
          <w:lang w:val="en-GB"/>
        </w:rPr>
        <w:t xml:space="preserve"> </w:t>
      </w:r>
      <w:hyperlink r:id="rId32" w:tgtFrame="_blank" w:history="1">
        <w:r w:rsidRPr="00155160">
          <w:rPr>
            <w:rStyle w:val="Hyperlink"/>
            <w:rFonts w:ascii="Arial" w:hAnsi="Arial" w:cs="Arial"/>
            <w:color w:val="000000" w:themeColor="text1"/>
            <w:lang w:val="en-GB"/>
          </w:rPr>
          <w:t>https://www.economicsobservatory.com/how-has-the-value-of-university-tuition-fees-in-england-changed-over-time</w:t>
        </w:r>
      </w:hyperlink>
    </w:p>
    <w:p w14:paraId="203632B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Espada-Chavarría, R., Pérez-Paredes, P., &amp; Sánchez-Hernández, M. D. (2023). Universal design for learning in higher education: A systematic review. </w:t>
      </w:r>
      <w:r w:rsidRPr="00155160">
        <w:rPr>
          <w:rFonts w:ascii="Arial" w:hAnsi="Arial" w:cs="Arial"/>
          <w:i/>
          <w:iCs/>
          <w:color w:val="000000" w:themeColor="text1"/>
          <w:lang w:val="en-GB"/>
        </w:rPr>
        <w:t>Education Sciences, 13</w:t>
      </w:r>
      <w:r w:rsidRPr="00155160">
        <w:rPr>
          <w:rFonts w:ascii="Arial" w:hAnsi="Arial" w:cs="Arial"/>
          <w:color w:val="000000" w:themeColor="text1"/>
          <w:lang w:val="en-GB"/>
        </w:rPr>
        <w:t xml:space="preserve">(9), 920. </w:t>
      </w:r>
      <w:hyperlink r:id="rId33" w:tgtFrame="_blank" w:history="1">
        <w:r w:rsidRPr="00155160">
          <w:rPr>
            <w:rStyle w:val="Hyperlink"/>
            <w:rFonts w:ascii="Arial" w:hAnsi="Arial" w:cs="Arial"/>
            <w:color w:val="000000" w:themeColor="text1"/>
            <w:lang w:val="en-GB"/>
          </w:rPr>
          <w:t>https://doi.org/10.3390/educsci13090920</w:t>
        </w:r>
      </w:hyperlink>
    </w:p>
    <w:p w14:paraId="5A44BF4B"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Fia, M., Ghasemzadeh, K., &amp; Paletta, A. (2023). How higher education institutions walk their talk on the 2030 Agenda: A systematic literature review. </w:t>
      </w:r>
      <w:r w:rsidRPr="00155160">
        <w:rPr>
          <w:rFonts w:ascii="Arial" w:hAnsi="Arial" w:cs="Arial"/>
          <w:i/>
          <w:iCs/>
          <w:color w:val="000000" w:themeColor="text1"/>
          <w:lang w:val="en-GB"/>
        </w:rPr>
        <w:t>Higher Education Policy, 36</w:t>
      </w:r>
      <w:r w:rsidRPr="00155160">
        <w:rPr>
          <w:rFonts w:ascii="Arial" w:hAnsi="Arial" w:cs="Arial"/>
          <w:color w:val="000000" w:themeColor="text1"/>
          <w:lang w:val="en-GB"/>
        </w:rPr>
        <w:t xml:space="preserve">, 513–535. </w:t>
      </w:r>
      <w:hyperlink r:id="rId34" w:tgtFrame="_blank" w:history="1">
        <w:r w:rsidRPr="00155160">
          <w:rPr>
            <w:rStyle w:val="Hyperlink"/>
            <w:rFonts w:ascii="Arial" w:hAnsi="Arial" w:cs="Arial"/>
            <w:color w:val="000000" w:themeColor="text1"/>
            <w:lang w:val="en-GB"/>
          </w:rPr>
          <w:t>https://doi.org/10.1057/s41307-022-00277-x</w:t>
        </w:r>
      </w:hyperlink>
    </w:p>
    <w:p w14:paraId="1A6B83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Galvin, T. (2024).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provides equitable opportunities for diverse STEM learners. </w:t>
      </w:r>
      <w:r w:rsidRPr="00155160">
        <w:rPr>
          <w:rFonts w:ascii="Arial" w:hAnsi="Arial" w:cs="Arial"/>
          <w:i/>
          <w:iCs/>
          <w:color w:val="000000" w:themeColor="text1"/>
          <w:lang w:val="en-GB"/>
        </w:rPr>
        <w:t>AISHE-J, 16</w:t>
      </w:r>
      <w:r w:rsidRPr="00155160">
        <w:rPr>
          <w:rFonts w:ascii="Arial" w:hAnsi="Arial" w:cs="Arial"/>
          <w:color w:val="000000" w:themeColor="text1"/>
          <w:lang w:val="en-GB"/>
        </w:rPr>
        <w:t xml:space="preserve">(2). </w:t>
      </w:r>
      <w:hyperlink r:id="rId35" w:tgtFrame="_blank" w:history="1">
        <w:r w:rsidRPr="00155160">
          <w:rPr>
            <w:rStyle w:val="Hyperlink"/>
            <w:rFonts w:ascii="Arial" w:hAnsi="Arial" w:cs="Arial"/>
            <w:color w:val="000000" w:themeColor="text1"/>
            <w:lang w:val="en-GB"/>
          </w:rPr>
          <w:t>https://doi.org/10.21427/H4RK-NC66</w:t>
        </w:r>
      </w:hyperlink>
    </w:p>
    <w:p w14:paraId="2993400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GOV.UK. (2018). </w:t>
      </w:r>
      <w:r w:rsidRPr="00155160">
        <w:rPr>
          <w:rFonts w:ascii="Arial" w:hAnsi="Arial" w:cs="Arial"/>
          <w:i/>
          <w:iCs/>
          <w:color w:val="000000" w:themeColor="text1"/>
          <w:lang w:val="en-GB"/>
        </w:rPr>
        <w:t>The Public Sector Bodies (Websites and Mobile Applications) (No. 2) Accessibility Regulations 2018</w:t>
      </w:r>
      <w:r w:rsidRPr="00155160">
        <w:rPr>
          <w:rFonts w:ascii="Arial" w:hAnsi="Arial" w:cs="Arial"/>
          <w:color w:val="000000" w:themeColor="text1"/>
          <w:lang w:val="en-GB"/>
        </w:rPr>
        <w:t xml:space="preserve">. </w:t>
      </w:r>
      <w:hyperlink r:id="rId36" w:tgtFrame="_blank" w:history="1">
        <w:r w:rsidRPr="00155160">
          <w:rPr>
            <w:rStyle w:val="Hyperlink"/>
            <w:rFonts w:ascii="Arial" w:hAnsi="Arial" w:cs="Arial"/>
            <w:color w:val="000000" w:themeColor="text1"/>
            <w:lang w:val="en-GB"/>
          </w:rPr>
          <w:t>https://www.legislation.gov.uk/uksi/2018/952/contents/made</w:t>
        </w:r>
      </w:hyperlink>
    </w:p>
    <w:p w14:paraId="110BB2E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Government Digital Service. (2018, August 31). </w:t>
      </w:r>
      <w:r w:rsidRPr="00155160">
        <w:rPr>
          <w:rFonts w:ascii="Arial" w:hAnsi="Arial" w:cs="Arial"/>
          <w:i/>
          <w:iCs/>
          <w:color w:val="000000" w:themeColor="text1"/>
          <w:lang w:val="en-GB"/>
        </w:rPr>
        <w:t>Making your service more inclusive</w:t>
      </w:r>
      <w:r w:rsidRPr="00155160">
        <w:rPr>
          <w:rFonts w:ascii="Arial" w:hAnsi="Arial" w:cs="Arial"/>
          <w:color w:val="000000" w:themeColor="text1"/>
          <w:lang w:val="en-GB"/>
        </w:rPr>
        <w:t xml:space="preserve">. GDS Way. </w:t>
      </w:r>
      <w:hyperlink r:id="rId37" w:tgtFrame="_blank" w:history="1">
        <w:r w:rsidRPr="00155160">
          <w:rPr>
            <w:rStyle w:val="Hyperlink"/>
            <w:rFonts w:ascii="Arial" w:hAnsi="Arial" w:cs="Arial"/>
            <w:color w:val="000000" w:themeColor="text1"/>
            <w:lang w:val="en-GB"/>
          </w:rPr>
          <w:t>https://gds.blog.gov.uk/2018/08/31/making-your-service-more-inclusive/</w:t>
        </w:r>
      </w:hyperlink>
    </w:p>
    <w:p w14:paraId="08DBB69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Graham, A., Med-Moussa, M., &amp; Thompson, K. (2021). The impact of COVID-19 on the transition to university: A study of student preparedness and academic readiness. </w:t>
      </w:r>
      <w:r w:rsidRPr="00155160">
        <w:rPr>
          <w:rFonts w:ascii="Arial" w:hAnsi="Arial" w:cs="Arial"/>
          <w:i/>
          <w:iCs/>
          <w:color w:val="000000" w:themeColor="text1"/>
          <w:lang w:val="en-GB"/>
        </w:rPr>
        <w:t>Journal of Further and Higher Education, 45</w:t>
      </w:r>
      <w:r w:rsidRPr="00155160">
        <w:rPr>
          <w:rFonts w:ascii="Arial" w:hAnsi="Arial" w:cs="Arial"/>
          <w:color w:val="000000" w:themeColor="text1"/>
          <w:lang w:val="en-GB"/>
        </w:rPr>
        <w:t xml:space="preserve">(10), 1354–1368. </w:t>
      </w:r>
      <w:hyperlink r:id="rId38" w:tgtFrame="_blank" w:history="1">
        <w:r w:rsidRPr="00155160">
          <w:rPr>
            <w:rStyle w:val="Hyperlink"/>
            <w:rFonts w:ascii="Arial" w:hAnsi="Arial" w:cs="Arial"/>
            <w:color w:val="000000" w:themeColor="text1"/>
            <w:lang w:val="en-GB"/>
          </w:rPr>
          <w:t>https://doi.org/10.1080/0309877X.2021.1902573</w:t>
        </w:r>
      </w:hyperlink>
    </w:p>
    <w:p w14:paraId="6FF7A04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Grant, M. J., &amp; Booth, A. (2009). A typology of reviews: An analysis of 14 review types and associated methodologies. </w:t>
      </w:r>
      <w:r w:rsidRPr="00155160">
        <w:rPr>
          <w:rFonts w:ascii="Arial" w:hAnsi="Arial" w:cs="Arial"/>
          <w:i/>
          <w:iCs/>
          <w:color w:val="000000" w:themeColor="text1"/>
          <w:lang w:val="en-GB"/>
        </w:rPr>
        <w:t>Health Information &amp; Libraries Journal, 26</w:t>
      </w:r>
      <w:r w:rsidRPr="00155160">
        <w:rPr>
          <w:rFonts w:ascii="Arial" w:hAnsi="Arial" w:cs="Arial"/>
          <w:color w:val="000000" w:themeColor="text1"/>
          <w:lang w:val="en-GB"/>
        </w:rPr>
        <w:t xml:space="preserve">(2), 91–108. </w:t>
      </w:r>
      <w:hyperlink r:id="rId39" w:tgtFrame="_blank" w:history="1">
        <w:r w:rsidRPr="00155160">
          <w:rPr>
            <w:rStyle w:val="Hyperlink"/>
            <w:rFonts w:ascii="Arial" w:hAnsi="Arial" w:cs="Arial"/>
            <w:color w:val="000000" w:themeColor="text1"/>
            <w:lang w:val="en-GB"/>
          </w:rPr>
          <w:t>https://doi.org/10.1111/j.1471-1842.2009.00848.x</w:t>
        </w:r>
      </w:hyperlink>
    </w:p>
    <w:p w14:paraId="35C0A72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Grayson, R. (2024). </w:t>
      </w:r>
      <w:r w:rsidRPr="00155160">
        <w:rPr>
          <w:rFonts w:ascii="Arial" w:hAnsi="Arial" w:cs="Arial"/>
          <w:i/>
          <w:iCs/>
          <w:color w:val="000000" w:themeColor="text1"/>
          <w:lang w:val="en-GB"/>
        </w:rPr>
        <w:t>The audit culture in UK higher education and its impact on academic practice</w:t>
      </w:r>
      <w:r w:rsidRPr="00155160">
        <w:rPr>
          <w:rFonts w:ascii="Arial" w:hAnsi="Arial" w:cs="Arial"/>
          <w:color w:val="000000" w:themeColor="text1"/>
          <w:lang w:val="en-GB"/>
        </w:rPr>
        <w:t>. Palgrave Macmillan.</w:t>
      </w:r>
    </w:p>
    <w:p w14:paraId="3AD996C7"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Griful-Freixenet</w:t>
      </w:r>
      <w:proofErr w:type="spellEnd"/>
      <w:r w:rsidRPr="00155160">
        <w:rPr>
          <w:rFonts w:ascii="Arial" w:hAnsi="Arial" w:cs="Arial"/>
          <w:color w:val="000000" w:themeColor="text1"/>
          <w:lang w:val="en-GB"/>
        </w:rPr>
        <w:t xml:space="preserve">, J., </w:t>
      </w:r>
      <w:proofErr w:type="spellStart"/>
      <w:r w:rsidRPr="00155160">
        <w:rPr>
          <w:rFonts w:ascii="Arial" w:hAnsi="Arial" w:cs="Arial"/>
          <w:color w:val="000000" w:themeColor="text1"/>
          <w:lang w:val="en-GB"/>
        </w:rPr>
        <w:t>Struyven</w:t>
      </w:r>
      <w:proofErr w:type="spellEnd"/>
      <w:r w:rsidRPr="00155160">
        <w:rPr>
          <w:rFonts w:ascii="Arial" w:hAnsi="Arial" w:cs="Arial"/>
          <w:color w:val="000000" w:themeColor="text1"/>
          <w:lang w:val="en-GB"/>
        </w:rPr>
        <w:t xml:space="preserve">, K., </w:t>
      </w:r>
      <w:proofErr w:type="spellStart"/>
      <w:r w:rsidRPr="00155160">
        <w:rPr>
          <w:rFonts w:ascii="Arial" w:hAnsi="Arial" w:cs="Arial"/>
          <w:color w:val="000000" w:themeColor="text1"/>
          <w:lang w:val="en-GB"/>
        </w:rPr>
        <w:t>Vantourout</w:t>
      </w:r>
      <w:proofErr w:type="spellEnd"/>
      <w:r w:rsidRPr="00155160">
        <w:rPr>
          <w:rFonts w:ascii="Arial" w:hAnsi="Arial" w:cs="Arial"/>
          <w:color w:val="000000" w:themeColor="text1"/>
          <w:lang w:val="en-GB"/>
        </w:rPr>
        <w:t xml:space="preserve">, M., &amp; </w:t>
      </w:r>
      <w:proofErr w:type="spellStart"/>
      <w:r w:rsidRPr="00155160">
        <w:rPr>
          <w:rFonts w:ascii="Arial" w:hAnsi="Arial" w:cs="Arial"/>
          <w:color w:val="000000" w:themeColor="text1"/>
          <w:lang w:val="en-GB"/>
        </w:rPr>
        <w:t>Verstichele</w:t>
      </w:r>
      <w:proofErr w:type="spellEnd"/>
      <w:r w:rsidRPr="00155160">
        <w:rPr>
          <w:rFonts w:ascii="Arial" w:hAnsi="Arial" w:cs="Arial"/>
          <w:color w:val="000000" w:themeColor="text1"/>
          <w:lang w:val="en-GB"/>
        </w:rPr>
        <w:t xml:space="preserve">, L. (2020). A systematic review of the literature on universal design in higher education. </w:t>
      </w:r>
      <w:r w:rsidRPr="00155160">
        <w:rPr>
          <w:rFonts w:ascii="Arial" w:hAnsi="Arial" w:cs="Arial"/>
          <w:i/>
          <w:iCs/>
          <w:color w:val="000000" w:themeColor="text1"/>
          <w:lang w:val="en-GB"/>
        </w:rPr>
        <w:t>Higher Education Research &amp; Development, 39</w:t>
      </w:r>
      <w:r w:rsidRPr="00155160">
        <w:rPr>
          <w:rFonts w:ascii="Arial" w:hAnsi="Arial" w:cs="Arial"/>
          <w:color w:val="000000" w:themeColor="text1"/>
          <w:lang w:val="en-GB"/>
        </w:rPr>
        <w:t xml:space="preserve">(5), 855–872. </w:t>
      </w:r>
      <w:hyperlink r:id="rId40" w:tgtFrame="_blank" w:history="1">
        <w:r w:rsidRPr="00155160">
          <w:rPr>
            <w:rStyle w:val="Hyperlink"/>
            <w:rFonts w:ascii="Arial" w:hAnsi="Arial" w:cs="Arial"/>
            <w:color w:val="000000" w:themeColor="text1"/>
            <w:lang w:val="en-GB"/>
          </w:rPr>
          <w:t>https://doi.org/10.1080/07294360.2019.1692576</w:t>
        </w:r>
      </w:hyperlink>
    </w:p>
    <w:p w14:paraId="487A23B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Hakel, K., D’Souza, S., &amp; Ho, S. (2024). The impact of universal design for learning on student engagement and success in a large-enrolment introductory science course. </w:t>
      </w:r>
      <w:r w:rsidRPr="00155160">
        <w:rPr>
          <w:rFonts w:ascii="Arial" w:hAnsi="Arial" w:cs="Arial"/>
          <w:i/>
          <w:iCs/>
          <w:color w:val="000000" w:themeColor="text1"/>
          <w:lang w:val="en-GB"/>
        </w:rPr>
        <w:t>Journal of College Science Teaching, 53</w:t>
      </w:r>
      <w:r w:rsidRPr="00155160">
        <w:rPr>
          <w:rFonts w:ascii="Arial" w:hAnsi="Arial" w:cs="Arial"/>
          <w:color w:val="000000" w:themeColor="text1"/>
          <w:lang w:val="en-GB"/>
        </w:rPr>
        <w:t>(3), 45–54.</w:t>
      </w:r>
    </w:p>
    <w:p w14:paraId="7C9128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Higher Education Policy Institute. (2024, January 18). </w:t>
      </w:r>
      <w:r w:rsidRPr="00155160">
        <w:rPr>
          <w:rFonts w:ascii="Arial" w:hAnsi="Arial" w:cs="Arial"/>
          <w:i/>
          <w:iCs/>
          <w:color w:val="000000" w:themeColor="text1"/>
          <w:lang w:val="en-GB"/>
        </w:rPr>
        <w:t>The financial health of the UK higher education sector: It is worse than people think</w:t>
      </w:r>
      <w:r w:rsidRPr="00155160">
        <w:rPr>
          <w:rFonts w:ascii="Arial" w:hAnsi="Arial" w:cs="Arial"/>
          <w:color w:val="000000" w:themeColor="text1"/>
          <w:lang w:val="en-GB"/>
        </w:rPr>
        <w:t xml:space="preserve">. </w:t>
      </w:r>
      <w:hyperlink r:id="rId41" w:tgtFrame="_blank" w:history="1">
        <w:r w:rsidRPr="00155160">
          <w:rPr>
            <w:rStyle w:val="Hyperlink"/>
            <w:rFonts w:ascii="Arial" w:hAnsi="Arial" w:cs="Arial"/>
            <w:color w:val="000000" w:themeColor="text1"/>
            <w:lang w:val="en-GB"/>
          </w:rPr>
          <w:t>https://www.hepi.ac.uk/2024/01/18/the-financial-health-of-the-uk-higher-education-sector-it-is-worse-than-people-think/</w:t>
        </w:r>
      </w:hyperlink>
    </w:p>
    <w:p w14:paraId="67DDACD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Hills, M., Overend, A., &amp; Hildebrandt, S. (2022). Faculty perspectives on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Enablers and barriers to implementation. </w:t>
      </w:r>
      <w:r w:rsidRPr="00155160">
        <w:rPr>
          <w:rFonts w:ascii="Arial" w:hAnsi="Arial" w:cs="Arial"/>
          <w:i/>
          <w:iCs/>
          <w:color w:val="000000" w:themeColor="text1"/>
          <w:lang w:val="en-GB"/>
        </w:rPr>
        <w:t>The Canadian Journal for the Scholarship of Teaching and Learning, 13</w:t>
      </w:r>
      <w:r w:rsidRPr="00155160">
        <w:rPr>
          <w:rFonts w:ascii="Arial" w:hAnsi="Arial" w:cs="Arial"/>
          <w:color w:val="000000" w:themeColor="text1"/>
          <w:lang w:val="en-GB"/>
        </w:rPr>
        <w:t xml:space="preserve">(1), Article 13. </w:t>
      </w:r>
      <w:hyperlink r:id="rId42" w:tgtFrame="_blank" w:history="1">
        <w:r w:rsidRPr="00155160">
          <w:rPr>
            <w:rStyle w:val="Hyperlink"/>
            <w:rFonts w:ascii="Arial" w:hAnsi="Arial" w:cs="Arial"/>
            <w:color w:val="000000" w:themeColor="text1"/>
            <w:lang w:val="en-GB"/>
          </w:rPr>
          <w:t>https://doi.org/10.5206/cjsotl-rcacea.2022.1.13588</w:t>
        </w:r>
      </w:hyperlink>
    </w:p>
    <w:p w14:paraId="3E3C08D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Hockings, C. (2010). </w:t>
      </w:r>
      <w:r w:rsidRPr="00155160">
        <w:rPr>
          <w:rFonts w:ascii="Arial" w:hAnsi="Arial" w:cs="Arial"/>
          <w:i/>
          <w:iCs/>
          <w:color w:val="000000" w:themeColor="text1"/>
          <w:lang w:val="en-GB"/>
        </w:rPr>
        <w:t>Inclusive learning and teaching in higher education: A synthesis of research</w:t>
      </w:r>
      <w:r w:rsidRPr="00155160">
        <w:rPr>
          <w:rFonts w:ascii="Arial" w:hAnsi="Arial" w:cs="Arial"/>
          <w:color w:val="000000" w:themeColor="text1"/>
          <w:lang w:val="en-GB"/>
        </w:rPr>
        <w:t xml:space="preserve">. Higher Education Academy. </w:t>
      </w:r>
      <w:hyperlink r:id="rId43" w:tgtFrame="_blank" w:history="1">
        <w:r w:rsidRPr="00155160">
          <w:rPr>
            <w:rStyle w:val="Hyperlink"/>
            <w:rFonts w:ascii="Arial" w:hAnsi="Arial" w:cs="Arial"/>
            <w:color w:val="000000" w:themeColor="text1"/>
            <w:lang w:val="en-GB"/>
          </w:rPr>
          <w:t>https://www.advance-he.ac.uk/knowledge-hub/inclusive-learning-and-teaching-higher-education-synthesis-research</w:t>
        </w:r>
      </w:hyperlink>
    </w:p>
    <w:p w14:paraId="202D3445"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Hockings, C., Brett, P., &amp; </w:t>
      </w:r>
      <w:proofErr w:type="spellStart"/>
      <w:r w:rsidRPr="00155160">
        <w:rPr>
          <w:rFonts w:ascii="Arial" w:hAnsi="Arial" w:cs="Arial"/>
          <w:color w:val="000000" w:themeColor="text1"/>
          <w:lang w:val="en-GB"/>
        </w:rPr>
        <w:t>Terentjevs</w:t>
      </w:r>
      <w:proofErr w:type="spellEnd"/>
      <w:r w:rsidRPr="00155160">
        <w:rPr>
          <w:rFonts w:ascii="Arial" w:hAnsi="Arial" w:cs="Arial"/>
          <w:color w:val="000000" w:themeColor="text1"/>
          <w:lang w:val="en-GB"/>
        </w:rPr>
        <w:t xml:space="preserve">, M. (2022). Universal design for learning in UK higher education: Perceptions and practice. </w:t>
      </w:r>
      <w:r w:rsidRPr="00155160">
        <w:rPr>
          <w:rFonts w:ascii="Arial" w:hAnsi="Arial" w:cs="Arial"/>
          <w:i/>
          <w:iCs/>
          <w:color w:val="000000" w:themeColor="text1"/>
          <w:lang w:val="en-GB"/>
        </w:rPr>
        <w:t>Studies in Higher Education, 47</w:t>
      </w:r>
      <w:r w:rsidRPr="00155160">
        <w:rPr>
          <w:rFonts w:ascii="Arial" w:hAnsi="Arial" w:cs="Arial"/>
          <w:color w:val="000000" w:themeColor="text1"/>
          <w:lang w:val="en-GB"/>
        </w:rPr>
        <w:t xml:space="preserve">(8), 1606–1622. </w:t>
      </w:r>
      <w:hyperlink r:id="rId44" w:tgtFrame="_blank" w:history="1">
        <w:r w:rsidRPr="00155160">
          <w:rPr>
            <w:rStyle w:val="Hyperlink"/>
            <w:rFonts w:ascii="Arial" w:hAnsi="Arial" w:cs="Arial"/>
            <w:color w:val="000000" w:themeColor="text1"/>
            <w:lang w:val="en-GB"/>
          </w:rPr>
          <w:t>https://doi.org/10.1080/03075079.2021.1943869</w:t>
        </w:r>
      </w:hyperlink>
    </w:p>
    <w:p w14:paraId="013B0C11" w14:textId="77777777" w:rsidR="00155160" w:rsidRPr="00155160" w:rsidRDefault="00155160" w:rsidP="005E276E">
      <w:pPr>
        <w:spacing w:line="360" w:lineRule="auto"/>
        <w:ind w:left="720" w:hanging="720"/>
        <w:rPr>
          <w:rFonts w:ascii="Arial" w:hAnsi="Arial" w:cs="Arial"/>
          <w:color w:val="000000" w:themeColor="text1"/>
          <w:lang w:val="pl-PL"/>
        </w:rPr>
      </w:pPr>
      <w:r w:rsidRPr="00155160">
        <w:rPr>
          <w:rFonts w:ascii="Arial" w:hAnsi="Arial" w:cs="Arial"/>
          <w:color w:val="000000" w:themeColor="text1"/>
          <w:lang w:val="en-GB"/>
        </w:rPr>
        <w:t xml:space="preserve">Hong, J., Lee, A., &amp; Lee, W. H. (2018). </w:t>
      </w:r>
      <w:r w:rsidRPr="00155160">
        <w:rPr>
          <w:rFonts w:ascii="Arial" w:hAnsi="Arial" w:cs="Arial"/>
          <w:i/>
          <w:iCs/>
          <w:color w:val="000000" w:themeColor="text1"/>
          <w:lang w:val="en-GB"/>
        </w:rPr>
        <w:t>Mixed Methods Appraisal Tool (</w:t>
      </w:r>
      <w:proofErr w:type="spellStart"/>
      <w:r w:rsidRPr="00155160">
        <w:rPr>
          <w:rFonts w:ascii="Arial" w:hAnsi="Arial" w:cs="Arial"/>
          <w:i/>
          <w:iCs/>
          <w:color w:val="000000" w:themeColor="text1"/>
          <w:lang w:val="en-GB"/>
        </w:rPr>
        <w:t>MMAT</w:t>
      </w:r>
      <w:proofErr w:type="spellEnd"/>
      <w:r w:rsidRPr="00155160">
        <w:rPr>
          <w:rFonts w:ascii="Arial" w:hAnsi="Arial" w:cs="Arial"/>
          <w:i/>
          <w:iCs/>
          <w:color w:val="000000" w:themeColor="text1"/>
          <w:lang w:val="en-GB"/>
        </w:rPr>
        <w:t>) (Version 2018)</w:t>
      </w:r>
      <w:r w:rsidRPr="00155160">
        <w:rPr>
          <w:rFonts w:ascii="Arial" w:hAnsi="Arial" w:cs="Arial"/>
          <w:color w:val="000000" w:themeColor="text1"/>
          <w:lang w:val="en-GB"/>
        </w:rPr>
        <w:t xml:space="preserve">. </w:t>
      </w:r>
      <w:r w:rsidRPr="00155160">
        <w:rPr>
          <w:rFonts w:ascii="Arial" w:hAnsi="Arial" w:cs="Arial"/>
          <w:color w:val="000000" w:themeColor="text1"/>
          <w:lang w:val="pl-PL"/>
        </w:rPr>
        <w:t xml:space="preserve">ICDRG. </w:t>
      </w:r>
      <w:hyperlink r:id="rId45" w:tgtFrame="_blank" w:history="1">
        <w:r w:rsidRPr="00155160">
          <w:rPr>
            <w:rStyle w:val="Hyperlink"/>
            <w:rFonts w:ascii="Arial" w:hAnsi="Arial" w:cs="Arial"/>
            <w:color w:val="000000" w:themeColor="text1"/>
            <w:lang w:val="pl-PL"/>
          </w:rPr>
          <w:t>http://mixedmethodsappraisaltoolpublic.pbworks.com/w/file/fetch/127916259/MMAT_2018_criteria-manual_2018-08-01_ENG.pdf</w:t>
        </w:r>
      </w:hyperlink>
    </w:p>
    <w:p w14:paraId="514AA93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Hong, Q. N., </w:t>
      </w:r>
      <w:proofErr w:type="spellStart"/>
      <w:r w:rsidRPr="00155160">
        <w:rPr>
          <w:rFonts w:ascii="Arial" w:hAnsi="Arial" w:cs="Arial"/>
          <w:color w:val="000000" w:themeColor="text1"/>
          <w:lang w:val="en-GB"/>
        </w:rPr>
        <w:t>Pluye</w:t>
      </w:r>
      <w:proofErr w:type="spellEnd"/>
      <w:r w:rsidRPr="00155160">
        <w:rPr>
          <w:rFonts w:ascii="Arial" w:hAnsi="Arial" w:cs="Arial"/>
          <w:color w:val="000000" w:themeColor="text1"/>
          <w:lang w:val="en-GB"/>
        </w:rPr>
        <w:t xml:space="preserve">, P., </w:t>
      </w:r>
      <w:proofErr w:type="spellStart"/>
      <w:r w:rsidRPr="00155160">
        <w:rPr>
          <w:rFonts w:ascii="Arial" w:hAnsi="Arial" w:cs="Arial"/>
          <w:color w:val="000000" w:themeColor="text1"/>
          <w:lang w:val="en-GB"/>
        </w:rPr>
        <w:t>Fàbregues</w:t>
      </w:r>
      <w:proofErr w:type="spellEnd"/>
      <w:r w:rsidRPr="00155160">
        <w:rPr>
          <w:rFonts w:ascii="Arial" w:hAnsi="Arial" w:cs="Arial"/>
          <w:color w:val="000000" w:themeColor="text1"/>
          <w:lang w:val="en-GB"/>
        </w:rPr>
        <w:t xml:space="preserve">, S., Bartlett, G., Boardman, F., Cargo, M., Dagenais, P., Gagnon, M.-P., Griffiths, F., Nicolau, B., </w:t>
      </w:r>
      <w:proofErr w:type="spellStart"/>
      <w:r w:rsidRPr="00155160">
        <w:rPr>
          <w:rFonts w:ascii="Arial" w:hAnsi="Arial" w:cs="Arial"/>
          <w:color w:val="000000" w:themeColor="text1"/>
          <w:lang w:val="en-GB"/>
        </w:rPr>
        <w:t>O’Cathain</w:t>
      </w:r>
      <w:proofErr w:type="spellEnd"/>
      <w:r w:rsidRPr="00155160">
        <w:rPr>
          <w:rFonts w:ascii="Arial" w:hAnsi="Arial" w:cs="Arial"/>
          <w:color w:val="000000" w:themeColor="text1"/>
          <w:lang w:val="en-GB"/>
        </w:rPr>
        <w:t xml:space="preserve">, A., Rousseau, M.-C., &amp; Vedel, I. (2019). A mixed-methods systematic review of the effectiveness of implementation strategies for scaling up evidence-based practices in primary care. </w:t>
      </w:r>
      <w:r w:rsidRPr="00155160">
        <w:rPr>
          <w:rFonts w:ascii="Arial" w:hAnsi="Arial" w:cs="Arial"/>
          <w:i/>
          <w:iCs/>
          <w:color w:val="000000" w:themeColor="text1"/>
          <w:lang w:val="en-GB"/>
        </w:rPr>
        <w:t>Implementation Science, 14</w:t>
      </w:r>
      <w:r w:rsidRPr="00155160">
        <w:rPr>
          <w:rFonts w:ascii="Arial" w:hAnsi="Arial" w:cs="Arial"/>
          <w:color w:val="000000" w:themeColor="text1"/>
          <w:lang w:val="en-GB"/>
        </w:rPr>
        <w:t xml:space="preserve">(1), 81. </w:t>
      </w:r>
      <w:hyperlink r:id="rId46" w:tgtFrame="_blank" w:history="1">
        <w:r w:rsidRPr="00155160">
          <w:rPr>
            <w:rStyle w:val="Hyperlink"/>
            <w:rFonts w:ascii="Arial" w:hAnsi="Arial" w:cs="Arial"/>
            <w:color w:val="000000" w:themeColor="text1"/>
            <w:lang w:val="en-GB"/>
          </w:rPr>
          <w:t>https://doi.org/10.1186/s13012-019-0947-9</w:t>
        </w:r>
      </w:hyperlink>
    </w:p>
    <w:p w14:paraId="384A6FEF"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Horlin</w:t>
      </w:r>
      <w:proofErr w:type="spellEnd"/>
      <w:r w:rsidRPr="00155160">
        <w:rPr>
          <w:rFonts w:ascii="Arial" w:hAnsi="Arial" w:cs="Arial"/>
          <w:color w:val="000000" w:themeColor="text1"/>
          <w:lang w:val="en-GB"/>
        </w:rPr>
        <w:t xml:space="preserve">, C., </w:t>
      </w:r>
      <w:proofErr w:type="spellStart"/>
      <w:r w:rsidRPr="00155160">
        <w:rPr>
          <w:rFonts w:ascii="Arial" w:hAnsi="Arial" w:cs="Arial"/>
          <w:color w:val="000000" w:themeColor="text1"/>
          <w:lang w:val="en-GB"/>
        </w:rPr>
        <w:t>Falkmer</w:t>
      </w:r>
      <w:proofErr w:type="spellEnd"/>
      <w:r w:rsidRPr="00155160">
        <w:rPr>
          <w:rFonts w:ascii="Arial" w:hAnsi="Arial" w:cs="Arial"/>
          <w:color w:val="000000" w:themeColor="text1"/>
          <w:lang w:val="en-GB"/>
        </w:rPr>
        <w:t xml:space="preserve">, M., Parsons, R., Albrecht, M. A., &amp; Lee, H. (2024). Implementing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a university-wide context: A mixed-methods study of staff and student experiences. </w:t>
      </w:r>
      <w:r w:rsidRPr="00155160">
        <w:rPr>
          <w:rFonts w:ascii="Arial" w:hAnsi="Arial" w:cs="Arial"/>
          <w:i/>
          <w:iCs/>
          <w:color w:val="000000" w:themeColor="text1"/>
          <w:lang w:val="en-GB"/>
        </w:rPr>
        <w:t>Journal of University Teaching &amp; Learning Practice, 21</w:t>
      </w:r>
      <w:r w:rsidRPr="00155160">
        <w:rPr>
          <w:rFonts w:ascii="Arial" w:hAnsi="Arial" w:cs="Arial"/>
          <w:color w:val="000000" w:themeColor="text1"/>
          <w:lang w:val="en-GB"/>
        </w:rPr>
        <w:t xml:space="preserve">(1), 1–18. </w:t>
      </w:r>
      <w:hyperlink r:id="rId47" w:tgtFrame="_blank" w:history="1">
        <w:r w:rsidRPr="00155160">
          <w:rPr>
            <w:rStyle w:val="Hyperlink"/>
            <w:rFonts w:ascii="Arial" w:hAnsi="Arial" w:cs="Arial"/>
            <w:color w:val="000000" w:themeColor="text1"/>
            <w:lang w:val="en-GB"/>
          </w:rPr>
          <w:t>https://doi.org/10.53761/1.21.1.09</w:t>
        </w:r>
      </w:hyperlink>
    </w:p>
    <w:p w14:paraId="1AB4F7A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Hubble, S., &amp; Bolton, P. (2023, August 3). </w:t>
      </w:r>
      <w:r w:rsidRPr="00155160">
        <w:rPr>
          <w:rFonts w:ascii="Arial" w:hAnsi="Arial" w:cs="Arial"/>
          <w:i/>
          <w:iCs/>
          <w:color w:val="000000" w:themeColor="text1"/>
          <w:lang w:val="en-GB"/>
        </w:rPr>
        <w:t>Support for disabled students in higher education in England</w:t>
      </w:r>
      <w:r w:rsidRPr="00155160">
        <w:rPr>
          <w:rFonts w:ascii="Arial" w:hAnsi="Arial" w:cs="Arial"/>
          <w:color w:val="000000" w:themeColor="text1"/>
          <w:lang w:val="en-GB"/>
        </w:rPr>
        <w:t xml:space="preserve"> (Briefing Paper No. 8716). House of Commons Library. </w:t>
      </w:r>
      <w:hyperlink r:id="rId48" w:tgtFrame="_blank" w:history="1">
        <w:r w:rsidRPr="00155160">
          <w:rPr>
            <w:rStyle w:val="Hyperlink"/>
            <w:rFonts w:ascii="Arial" w:hAnsi="Arial" w:cs="Arial"/>
            <w:color w:val="000000" w:themeColor="text1"/>
            <w:lang w:val="en-GB"/>
          </w:rPr>
          <w:t>https://researchbriefings.files.parliament.uk/documents/CBP-8716/CBP-8716.pdf</w:t>
        </w:r>
      </w:hyperlink>
    </w:p>
    <w:p w14:paraId="2B8E3EC7"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Iniesto</w:t>
      </w:r>
      <w:proofErr w:type="spellEnd"/>
      <w:r w:rsidRPr="00155160">
        <w:rPr>
          <w:rFonts w:ascii="Arial" w:hAnsi="Arial" w:cs="Arial"/>
          <w:color w:val="000000" w:themeColor="text1"/>
          <w:lang w:val="en-GB"/>
        </w:rPr>
        <w:t xml:space="preserve">, F., Rodrigo, C., &amp; Hillaire, G. (2022). A case study to explore a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evaluation framework based on MOOCs. </w:t>
      </w:r>
      <w:r w:rsidRPr="00155160">
        <w:rPr>
          <w:rFonts w:ascii="Arial" w:hAnsi="Arial" w:cs="Arial"/>
          <w:i/>
          <w:iCs/>
          <w:color w:val="000000" w:themeColor="text1"/>
          <w:lang w:val="en-GB"/>
        </w:rPr>
        <w:t>Applied Sciences, 13</w:t>
      </w:r>
      <w:r w:rsidRPr="00155160">
        <w:rPr>
          <w:rFonts w:ascii="Arial" w:hAnsi="Arial" w:cs="Arial"/>
          <w:color w:val="000000" w:themeColor="text1"/>
          <w:lang w:val="en-GB"/>
        </w:rPr>
        <w:t xml:space="preserve">(1), 476. </w:t>
      </w:r>
      <w:hyperlink r:id="rId49" w:tgtFrame="_blank" w:history="1">
        <w:r w:rsidRPr="00155160">
          <w:rPr>
            <w:rStyle w:val="Hyperlink"/>
            <w:rFonts w:ascii="Arial" w:hAnsi="Arial" w:cs="Arial"/>
            <w:color w:val="000000" w:themeColor="text1"/>
            <w:lang w:val="en-GB"/>
          </w:rPr>
          <w:t>https://doi.org/10.3390/app13010476</w:t>
        </w:r>
      </w:hyperlink>
    </w:p>
    <w:p w14:paraId="0B0B221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Jisc. (2024). </w:t>
      </w:r>
      <w:r w:rsidRPr="00155160">
        <w:rPr>
          <w:rFonts w:ascii="Arial" w:hAnsi="Arial" w:cs="Arial"/>
          <w:i/>
          <w:iCs/>
          <w:color w:val="000000" w:themeColor="text1"/>
          <w:lang w:val="en-GB"/>
        </w:rPr>
        <w:t>Investigating the impact of universal design for learning</w:t>
      </w:r>
      <w:r w:rsidRPr="00155160">
        <w:rPr>
          <w:rFonts w:ascii="Arial" w:hAnsi="Arial" w:cs="Arial"/>
          <w:color w:val="000000" w:themeColor="text1"/>
          <w:lang w:val="en-GB"/>
        </w:rPr>
        <w:t xml:space="preserve">. </w:t>
      </w:r>
      <w:hyperlink r:id="rId50" w:tgtFrame="_blank" w:history="1">
        <w:r w:rsidRPr="00155160">
          <w:rPr>
            <w:rStyle w:val="Hyperlink"/>
            <w:rFonts w:ascii="Arial" w:hAnsi="Arial" w:cs="Arial"/>
            <w:color w:val="000000" w:themeColor="text1"/>
            <w:lang w:val="en-GB"/>
          </w:rPr>
          <w:t>https://beta.jisc.ac.uk/reports/investigating-the-impact-of-universal-design-for-learning</w:t>
        </w:r>
      </w:hyperlink>
    </w:p>
    <w:p w14:paraId="4527EFB3"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Keengwe</w:t>
      </w:r>
      <w:proofErr w:type="spellEnd"/>
      <w:r w:rsidRPr="00155160">
        <w:rPr>
          <w:rFonts w:ascii="Arial" w:hAnsi="Arial" w:cs="Arial"/>
          <w:color w:val="000000" w:themeColor="text1"/>
          <w:lang w:val="en-GB"/>
        </w:rPr>
        <w:t xml:space="preserve">, J., </w:t>
      </w:r>
      <w:proofErr w:type="spellStart"/>
      <w:r w:rsidRPr="00155160">
        <w:rPr>
          <w:rFonts w:ascii="Arial" w:hAnsi="Arial" w:cs="Arial"/>
          <w:color w:val="000000" w:themeColor="text1"/>
          <w:lang w:val="en-GB"/>
        </w:rPr>
        <w:t>Onchwari</w:t>
      </w:r>
      <w:proofErr w:type="spellEnd"/>
      <w:r w:rsidRPr="00155160">
        <w:rPr>
          <w:rFonts w:ascii="Arial" w:hAnsi="Arial" w:cs="Arial"/>
          <w:color w:val="000000" w:themeColor="text1"/>
          <w:lang w:val="en-GB"/>
        </w:rPr>
        <w:t xml:space="preserve">, G., &amp; </w:t>
      </w:r>
      <w:proofErr w:type="spellStart"/>
      <w:r w:rsidRPr="00155160">
        <w:rPr>
          <w:rFonts w:ascii="Arial" w:hAnsi="Arial" w:cs="Arial"/>
          <w:color w:val="000000" w:themeColor="text1"/>
          <w:lang w:val="en-GB"/>
        </w:rPr>
        <w:t>Agamba</w:t>
      </w:r>
      <w:proofErr w:type="spellEnd"/>
      <w:r w:rsidRPr="00155160">
        <w:rPr>
          <w:rFonts w:ascii="Arial" w:hAnsi="Arial" w:cs="Arial"/>
          <w:color w:val="000000" w:themeColor="text1"/>
          <w:lang w:val="en-GB"/>
        </w:rPr>
        <w:t xml:space="preserve">, J. J. (2023). Enhancing instructor capacity through the redesign of online practicum course environments using universal design for </w:t>
      </w:r>
      <w:r w:rsidRPr="00155160">
        <w:rPr>
          <w:rFonts w:ascii="Arial" w:hAnsi="Arial" w:cs="Arial"/>
          <w:color w:val="000000" w:themeColor="text1"/>
          <w:lang w:val="en-GB"/>
        </w:rPr>
        <w:lastRenderedPageBreak/>
        <w:t xml:space="preserve">learning. </w:t>
      </w:r>
      <w:r w:rsidRPr="00155160">
        <w:rPr>
          <w:rFonts w:ascii="Arial" w:hAnsi="Arial" w:cs="Arial"/>
          <w:i/>
          <w:iCs/>
          <w:color w:val="000000" w:themeColor="text1"/>
          <w:lang w:val="en-GB"/>
        </w:rPr>
        <w:t>Online Learning Journal, 27</w:t>
      </w:r>
      <w:r w:rsidRPr="00155160">
        <w:rPr>
          <w:rFonts w:ascii="Arial" w:hAnsi="Arial" w:cs="Arial"/>
          <w:color w:val="000000" w:themeColor="text1"/>
          <w:lang w:val="en-GB"/>
        </w:rPr>
        <w:t xml:space="preserve">(1), 21–33. </w:t>
      </w:r>
      <w:hyperlink r:id="rId51" w:tgtFrame="_blank" w:history="1">
        <w:r w:rsidRPr="00155160">
          <w:rPr>
            <w:rStyle w:val="Hyperlink"/>
            <w:rFonts w:ascii="Arial" w:hAnsi="Arial" w:cs="Arial"/>
            <w:color w:val="000000" w:themeColor="text1"/>
            <w:lang w:val="en-GB"/>
          </w:rPr>
          <w:t>https://doi.org/10.24059/olj.v27i1.3080</w:t>
        </w:r>
      </w:hyperlink>
    </w:p>
    <w:p w14:paraId="28237E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Kendall, L. (2016). Higher education and disability: Exploring student experiences. </w:t>
      </w:r>
      <w:r w:rsidRPr="00155160">
        <w:rPr>
          <w:rFonts w:ascii="Arial" w:hAnsi="Arial" w:cs="Arial"/>
          <w:i/>
          <w:iCs/>
          <w:color w:val="000000" w:themeColor="text1"/>
          <w:lang w:val="en-GB"/>
        </w:rPr>
        <w:t>Cogent Education, 3</w:t>
      </w:r>
      <w:r w:rsidRPr="00155160">
        <w:rPr>
          <w:rFonts w:ascii="Arial" w:hAnsi="Arial" w:cs="Arial"/>
          <w:color w:val="000000" w:themeColor="text1"/>
          <w:lang w:val="en-GB"/>
        </w:rPr>
        <w:t xml:space="preserve">(1), 1256142. </w:t>
      </w:r>
      <w:hyperlink r:id="rId52" w:tgtFrame="_blank" w:history="1">
        <w:r w:rsidRPr="00155160">
          <w:rPr>
            <w:rStyle w:val="Hyperlink"/>
            <w:rFonts w:ascii="Arial" w:hAnsi="Arial" w:cs="Arial"/>
            <w:color w:val="000000" w:themeColor="text1"/>
            <w:lang w:val="en-GB"/>
          </w:rPr>
          <w:t>https://doi.org/10.1080/2331186X.2016.1256142</w:t>
        </w:r>
      </w:hyperlink>
    </w:p>
    <w:p w14:paraId="74CABAD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Kernohan, D. (2024, February 12). How bad is the UK recruitment situation really? </w:t>
      </w:r>
      <w:proofErr w:type="spellStart"/>
      <w:r w:rsidRPr="00155160">
        <w:rPr>
          <w:rFonts w:ascii="Arial" w:hAnsi="Arial" w:cs="Arial"/>
          <w:i/>
          <w:iCs/>
          <w:color w:val="000000" w:themeColor="text1"/>
          <w:lang w:val="en-GB"/>
        </w:rPr>
        <w:t>Wonkhe</w:t>
      </w:r>
      <w:proofErr w:type="spellEnd"/>
      <w:r w:rsidRPr="00155160">
        <w:rPr>
          <w:rFonts w:ascii="Arial" w:hAnsi="Arial" w:cs="Arial"/>
          <w:color w:val="000000" w:themeColor="text1"/>
          <w:lang w:val="en-GB"/>
        </w:rPr>
        <w:t xml:space="preserve">. </w:t>
      </w:r>
      <w:hyperlink r:id="rId53" w:tgtFrame="_blank" w:history="1">
        <w:r w:rsidRPr="00155160">
          <w:rPr>
            <w:rStyle w:val="Hyperlink"/>
            <w:rFonts w:ascii="Arial" w:hAnsi="Arial" w:cs="Arial"/>
            <w:color w:val="000000" w:themeColor="text1"/>
            <w:lang w:val="en-GB"/>
          </w:rPr>
          <w:t>https://wonkhe.com/blogs/how-bad-is-the-uk-recruitment-situation-really/</w:t>
        </w:r>
      </w:hyperlink>
    </w:p>
    <w:p w14:paraId="206FE17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Lamb, J., O’Reilly, M., O’Loughlin, C., &amp; Wilson, A. (2021). </w:t>
      </w:r>
      <w:r w:rsidRPr="00155160">
        <w:rPr>
          <w:rFonts w:ascii="Arial" w:hAnsi="Arial" w:cs="Arial"/>
          <w:i/>
          <w:iCs/>
          <w:color w:val="000000" w:themeColor="text1"/>
          <w:lang w:val="en-GB"/>
        </w:rPr>
        <w:t>Review of the evidence base of inclusive learning and teaching for disabled students in higher education</w:t>
      </w:r>
      <w:r w:rsidRPr="00155160">
        <w:rPr>
          <w:rFonts w:ascii="Arial" w:hAnsi="Arial" w:cs="Arial"/>
          <w:color w:val="000000" w:themeColor="text1"/>
          <w:lang w:val="en-GB"/>
        </w:rPr>
        <w:t xml:space="preserve">. Advance HE. </w:t>
      </w:r>
      <w:hyperlink r:id="rId54" w:tgtFrame="_blank" w:history="1">
        <w:r w:rsidRPr="00155160">
          <w:rPr>
            <w:rStyle w:val="Hyperlink"/>
            <w:rFonts w:ascii="Arial" w:hAnsi="Arial" w:cs="Arial"/>
            <w:color w:val="000000" w:themeColor="text1"/>
            <w:lang w:val="en-GB"/>
          </w:rPr>
          <w:t>https://www.advance-he.ac.uk/knowledge-hub/review-evidence-base-inclusive-learning-and-teaching-disabled-students-higher</w:t>
        </w:r>
      </w:hyperlink>
    </w:p>
    <w:p w14:paraId="7F2A689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Lombardi, A. R., Murray, C., &amp; Dallas, B. (2021). University faculty attitudes toward disability and inclusive instruction: Comparing two institutions. </w:t>
      </w:r>
      <w:r w:rsidRPr="00155160">
        <w:rPr>
          <w:rFonts w:ascii="Arial" w:hAnsi="Arial" w:cs="Arial"/>
          <w:i/>
          <w:iCs/>
          <w:color w:val="000000" w:themeColor="text1"/>
          <w:lang w:val="en-GB"/>
        </w:rPr>
        <w:t>Journal of Postsecondary Education and Disability, 34</w:t>
      </w:r>
      <w:r w:rsidRPr="00155160">
        <w:rPr>
          <w:rFonts w:ascii="Arial" w:hAnsi="Arial" w:cs="Arial"/>
          <w:color w:val="000000" w:themeColor="text1"/>
          <w:lang w:val="en-GB"/>
        </w:rPr>
        <w:t xml:space="preserve">(1), 5–20. </w:t>
      </w:r>
      <w:hyperlink r:id="rId55" w:tgtFrame="_blank" w:history="1">
        <w:r w:rsidRPr="00155160">
          <w:rPr>
            <w:rStyle w:val="Hyperlink"/>
            <w:rFonts w:ascii="Arial" w:hAnsi="Arial" w:cs="Arial"/>
            <w:color w:val="000000" w:themeColor="text1"/>
            <w:lang w:val="en-GB"/>
          </w:rPr>
          <w:t>https://files.eric.ed.gov/fulltext/EJ1294242.pdf</w:t>
        </w:r>
      </w:hyperlink>
    </w:p>
    <w:p w14:paraId="18FACC6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Macfarlane, B., Bolden, R., &amp; </w:t>
      </w:r>
      <w:proofErr w:type="spellStart"/>
      <w:r w:rsidRPr="00155160">
        <w:rPr>
          <w:rFonts w:ascii="Arial" w:hAnsi="Arial" w:cs="Arial"/>
          <w:color w:val="000000" w:themeColor="text1"/>
          <w:lang w:val="en-GB"/>
        </w:rPr>
        <w:t>Watermeyer</w:t>
      </w:r>
      <w:proofErr w:type="spellEnd"/>
      <w:r w:rsidRPr="00155160">
        <w:rPr>
          <w:rFonts w:ascii="Arial" w:hAnsi="Arial" w:cs="Arial"/>
          <w:color w:val="000000" w:themeColor="text1"/>
          <w:lang w:val="en-GB"/>
        </w:rPr>
        <w:t xml:space="preserve">, R. (2024). </w:t>
      </w:r>
      <w:r w:rsidRPr="00155160">
        <w:rPr>
          <w:rFonts w:ascii="Arial" w:hAnsi="Arial" w:cs="Arial"/>
          <w:i/>
          <w:iCs/>
          <w:color w:val="000000" w:themeColor="text1"/>
          <w:lang w:val="en-GB"/>
        </w:rPr>
        <w:t>The inclusive university: A critical international perspective</w:t>
      </w:r>
      <w:r w:rsidRPr="00155160">
        <w:rPr>
          <w:rFonts w:ascii="Arial" w:hAnsi="Arial" w:cs="Arial"/>
          <w:color w:val="000000" w:themeColor="text1"/>
          <w:lang w:val="en-GB"/>
        </w:rPr>
        <w:t>. Routledge.</w:t>
      </w:r>
    </w:p>
    <w:p w14:paraId="687FA48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Mateos-González, J. L., &amp; Wakeling, P. (2022). Social origin, field of study and graduate destinations in the UK. </w:t>
      </w:r>
      <w:r w:rsidRPr="00155160">
        <w:rPr>
          <w:rFonts w:ascii="Arial" w:hAnsi="Arial" w:cs="Arial"/>
          <w:i/>
          <w:iCs/>
          <w:color w:val="000000" w:themeColor="text1"/>
          <w:lang w:val="en-GB"/>
        </w:rPr>
        <w:t>British Journal of Sociology of Education, 43</w:t>
      </w:r>
      <w:r w:rsidRPr="00155160">
        <w:rPr>
          <w:rFonts w:ascii="Arial" w:hAnsi="Arial" w:cs="Arial"/>
          <w:color w:val="000000" w:themeColor="text1"/>
          <w:lang w:val="en-GB"/>
        </w:rPr>
        <w:t xml:space="preserve">(1), 122–143. </w:t>
      </w:r>
      <w:hyperlink r:id="rId56" w:tgtFrame="_blank" w:history="1">
        <w:r w:rsidRPr="00155160">
          <w:rPr>
            <w:rStyle w:val="Hyperlink"/>
            <w:rFonts w:ascii="Arial" w:hAnsi="Arial" w:cs="Arial"/>
            <w:color w:val="000000" w:themeColor="text1"/>
            <w:lang w:val="en-GB"/>
          </w:rPr>
          <w:t>https://doi.org/10.1080/01425692.2021.1994862</w:t>
        </w:r>
      </w:hyperlink>
    </w:p>
    <w:p w14:paraId="1833E8E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Meyer, A., Rose, D. H., &amp; Gordon, D. (2014). </w:t>
      </w:r>
      <w:r w:rsidRPr="00155160">
        <w:rPr>
          <w:rFonts w:ascii="Arial" w:hAnsi="Arial" w:cs="Arial"/>
          <w:i/>
          <w:iCs/>
          <w:color w:val="000000" w:themeColor="text1"/>
          <w:lang w:val="en-GB"/>
        </w:rPr>
        <w:t>Universal design for learning: Theory and practice</w:t>
      </w:r>
      <w:r w:rsidRPr="00155160">
        <w:rPr>
          <w:rFonts w:ascii="Arial" w:hAnsi="Arial" w:cs="Arial"/>
          <w:color w:val="000000" w:themeColor="text1"/>
          <w:lang w:val="en-GB"/>
        </w:rPr>
        <w:t xml:space="preserve">. CAST Professional Publishing. </w:t>
      </w:r>
      <w:hyperlink r:id="rId57" w:tgtFrame="_blank" w:history="1">
        <w:r w:rsidRPr="00155160">
          <w:rPr>
            <w:rStyle w:val="Hyperlink"/>
            <w:rFonts w:ascii="Arial" w:hAnsi="Arial" w:cs="Arial"/>
            <w:color w:val="000000" w:themeColor="text1"/>
            <w:lang w:val="en-GB"/>
          </w:rPr>
          <w:t>https://udl-irn.org/wp-content/uploads/2021/08/UDL-Theory-and-Practice-CAST-2014.pdf</w:t>
        </w:r>
      </w:hyperlink>
    </w:p>
    <w:p w14:paraId="1A7AFC6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Morgan, H. (2020). Best practices for implementing universal design for learning in higher education. </w:t>
      </w:r>
      <w:r w:rsidRPr="00155160">
        <w:rPr>
          <w:rFonts w:ascii="Arial" w:hAnsi="Arial" w:cs="Arial"/>
          <w:i/>
          <w:iCs/>
          <w:color w:val="000000" w:themeColor="text1"/>
          <w:lang w:val="en-GB"/>
        </w:rPr>
        <w:t>Higher Education Studies, 10</w:t>
      </w:r>
      <w:r w:rsidRPr="00155160">
        <w:rPr>
          <w:rFonts w:ascii="Arial" w:hAnsi="Arial" w:cs="Arial"/>
          <w:color w:val="000000" w:themeColor="text1"/>
          <w:lang w:val="en-GB"/>
        </w:rPr>
        <w:t xml:space="preserve">(3), 66–78. </w:t>
      </w:r>
      <w:hyperlink r:id="rId58" w:tgtFrame="_blank" w:history="1">
        <w:r w:rsidRPr="00155160">
          <w:rPr>
            <w:rStyle w:val="Hyperlink"/>
            <w:rFonts w:ascii="Arial" w:hAnsi="Arial" w:cs="Arial"/>
            <w:color w:val="000000" w:themeColor="text1"/>
            <w:lang w:val="en-GB"/>
          </w:rPr>
          <w:t>https://doi.org/10.5539/hes.v10n3p66</w:t>
        </w:r>
      </w:hyperlink>
    </w:p>
    <w:p w14:paraId="7B30BE85"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Moriña</w:t>
      </w:r>
      <w:proofErr w:type="spellEnd"/>
      <w:r w:rsidRPr="00155160">
        <w:rPr>
          <w:rFonts w:ascii="Arial" w:hAnsi="Arial" w:cs="Arial"/>
          <w:color w:val="000000" w:themeColor="text1"/>
          <w:lang w:val="en-GB"/>
        </w:rPr>
        <w:t xml:space="preserve">, A. (2020). Inclusive education in higher education: Challenges and opportunities. </w:t>
      </w:r>
      <w:r w:rsidRPr="00155160">
        <w:rPr>
          <w:rFonts w:ascii="Arial" w:hAnsi="Arial" w:cs="Arial"/>
          <w:i/>
          <w:iCs/>
          <w:color w:val="000000" w:themeColor="text1"/>
          <w:lang w:val="en-GB"/>
        </w:rPr>
        <w:t>European Journal of Special Needs Education, 35</w:t>
      </w:r>
      <w:r w:rsidRPr="00155160">
        <w:rPr>
          <w:rFonts w:ascii="Arial" w:hAnsi="Arial" w:cs="Arial"/>
          <w:color w:val="000000" w:themeColor="text1"/>
          <w:lang w:val="en-GB"/>
        </w:rPr>
        <w:t xml:space="preserve">(1), 3–17. </w:t>
      </w:r>
      <w:hyperlink r:id="rId59" w:tgtFrame="_blank" w:history="1">
        <w:r w:rsidRPr="00155160">
          <w:rPr>
            <w:rStyle w:val="Hyperlink"/>
            <w:rFonts w:ascii="Arial" w:hAnsi="Arial" w:cs="Arial"/>
            <w:color w:val="000000" w:themeColor="text1"/>
            <w:lang w:val="en-GB"/>
          </w:rPr>
          <w:t>https://doi.org/10.1080/08856257.2019.1635204</w:t>
        </w:r>
      </w:hyperlink>
    </w:p>
    <w:p w14:paraId="1809F7BE"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lastRenderedPageBreak/>
        <w:t>Moriña</w:t>
      </w:r>
      <w:proofErr w:type="spellEnd"/>
      <w:r w:rsidRPr="00155160">
        <w:rPr>
          <w:rFonts w:ascii="Arial" w:hAnsi="Arial" w:cs="Arial"/>
          <w:color w:val="000000" w:themeColor="text1"/>
          <w:lang w:val="en-GB"/>
        </w:rPr>
        <w:t xml:space="preserve">, A., &amp; Carballo, R. (2021). Faculty perceptions of inclusive education in higher education: An international perspective. </w:t>
      </w:r>
      <w:r w:rsidRPr="00155160">
        <w:rPr>
          <w:rFonts w:ascii="Arial" w:hAnsi="Arial" w:cs="Arial"/>
          <w:i/>
          <w:iCs/>
          <w:color w:val="000000" w:themeColor="text1"/>
          <w:lang w:val="en-GB"/>
        </w:rPr>
        <w:t>Higher Education Research &amp; Development, 40</w:t>
      </w:r>
      <w:r w:rsidRPr="00155160">
        <w:rPr>
          <w:rFonts w:ascii="Arial" w:hAnsi="Arial" w:cs="Arial"/>
          <w:color w:val="000000" w:themeColor="text1"/>
          <w:lang w:val="en-GB"/>
        </w:rPr>
        <w:t xml:space="preserve">(6), 1195–1208. </w:t>
      </w:r>
      <w:hyperlink r:id="rId60" w:tgtFrame="_blank" w:history="1">
        <w:r w:rsidRPr="00155160">
          <w:rPr>
            <w:rStyle w:val="Hyperlink"/>
            <w:rFonts w:ascii="Arial" w:hAnsi="Arial" w:cs="Arial"/>
            <w:color w:val="000000" w:themeColor="text1"/>
            <w:lang w:val="en-GB"/>
          </w:rPr>
          <w:t>https://doi.org/10.1080/07294360.2020.1811640</w:t>
        </w:r>
      </w:hyperlink>
    </w:p>
    <w:p w14:paraId="1D40435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Novak, K., &amp; Brackett, M. (2022).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 xml:space="preserve"> and social-emotional learning: Promoting inclusion and equity in the classroom</w:t>
      </w:r>
      <w:r w:rsidRPr="00155160">
        <w:rPr>
          <w:rFonts w:ascii="Arial" w:hAnsi="Arial" w:cs="Arial"/>
          <w:color w:val="000000" w:themeColor="text1"/>
          <w:lang w:val="en-GB"/>
        </w:rPr>
        <w:t>. CAST.</w:t>
      </w:r>
    </w:p>
    <w:p w14:paraId="456436B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(2022a). </w:t>
      </w:r>
      <w:r w:rsidRPr="00155160">
        <w:rPr>
          <w:rFonts w:ascii="Arial" w:hAnsi="Arial" w:cs="Arial"/>
          <w:i/>
          <w:iCs/>
          <w:color w:val="000000" w:themeColor="text1"/>
          <w:lang w:val="en-GB"/>
        </w:rPr>
        <w:t>B conditions: Quality and standards</w:t>
      </w:r>
      <w:r w:rsidRPr="00155160">
        <w:rPr>
          <w:rFonts w:ascii="Arial" w:hAnsi="Arial" w:cs="Arial"/>
          <w:color w:val="000000" w:themeColor="text1"/>
          <w:lang w:val="en-GB"/>
        </w:rPr>
        <w:t xml:space="preserve">. </w:t>
      </w:r>
      <w:hyperlink r:id="rId61" w:tgtFrame="_blank" w:history="1">
        <w:r w:rsidRPr="00155160">
          <w:rPr>
            <w:rStyle w:val="Hyperlink"/>
            <w:rFonts w:ascii="Arial" w:hAnsi="Arial" w:cs="Arial"/>
            <w:color w:val="000000" w:themeColor="text1"/>
            <w:lang w:val="en-GB"/>
          </w:rPr>
          <w:t>https://www.officeforstudents.org.uk/for-providers/the-register-and-conditions/conditions-of-registration/b-conditions-quality-and-standards/</w:t>
        </w:r>
      </w:hyperlink>
    </w:p>
    <w:p w14:paraId="30933F8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(2022b). </w:t>
      </w:r>
      <w:r w:rsidRPr="00155160">
        <w:rPr>
          <w:rFonts w:ascii="Arial" w:hAnsi="Arial" w:cs="Arial"/>
          <w:i/>
          <w:iCs/>
          <w:color w:val="000000" w:themeColor="text1"/>
          <w:lang w:val="en-GB"/>
        </w:rPr>
        <w:t>B3 conditions of registration</w:t>
      </w:r>
      <w:r w:rsidRPr="00155160">
        <w:rPr>
          <w:rFonts w:ascii="Arial" w:hAnsi="Arial" w:cs="Arial"/>
          <w:color w:val="000000" w:themeColor="text1"/>
          <w:lang w:val="en-GB"/>
        </w:rPr>
        <w:t xml:space="preserve">. </w:t>
      </w:r>
      <w:hyperlink r:id="rId62" w:tgtFrame="_blank" w:history="1">
        <w:r w:rsidRPr="00155160">
          <w:rPr>
            <w:rStyle w:val="Hyperlink"/>
            <w:rFonts w:ascii="Arial" w:hAnsi="Arial" w:cs="Arial"/>
            <w:color w:val="000000" w:themeColor="text1"/>
            <w:lang w:val="en-GB"/>
          </w:rPr>
          <w:t>https://www.officeforstudents.org.uk/for-providers/the-register-and-conditions/conditions-of-registration/b-conditions-quality-and-standards/condition-b3/</w:t>
        </w:r>
      </w:hyperlink>
    </w:p>
    <w:p w14:paraId="1BF9EBD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(2024, July 23). </w:t>
      </w:r>
      <w:r w:rsidRPr="00155160">
        <w:rPr>
          <w:rFonts w:ascii="Arial" w:hAnsi="Arial" w:cs="Arial"/>
          <w:i/>
          <w:iCs/>
          <w:color w:val="000000" w:themeColor="text1"/>
          <w:lang w:val="en-GB"/>
        </w:rPr>
        <w:t>Update on regulating student outcomes (condition B3)</w:t>
      </w:r>
      <w:r w:rsidRPr="00155160">
        <w:rPr>
          <w:rFonts w:ascii="Arial" w:hAnsi="Arial" w:cs="Arial"/>
          <w:color w:val="000000" w:themeColor="text1"/>
          <w:lang w:val="en-GB"/>
        </w:rPr>
        <w:t xml:space="preserve">. </w:t>
      </w:r>
      <w:hyperlink r:id="rId63" w:tgtFrame="_blank" w:history="1">
        <w:r w:rsidRPr="00155160">
          <w:rPr>
            <w:rStyle w:val="Hyperlink"/>
            <w:rFonts w:ascii="Arial" w:hAnsi="Arial" w:cs="Arial"/>
            <w:color w:val="000000" w:themeColor="text1"/>
            <w:lang w:val="en-GB"/>
          </w:rPr>
          <w:t>https://www.officeforstudents.org.uk/publications/update-on-regulating-student-outcomes-condition-b3/</w:t>
        </w:r>
      </w:hyperlink>
    </w:p>
    <w:p w14:paraId="5DD9C5B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Ogden, J., &amp; Waltmann, B. (2024). </w:t>
      </w:r>
      <w:r w:rsidRPr="00155160">
        <w:rPr>
          <w:rFonts w:ascii="Arial" w:hAnsi="Arial" w:cs="Arial"/>
          <w:i/>
          <w:iCs/>
          <w:color w:val="000000" w:themeColor="text1"/>
          <w:lang w:val="en-GB"/>
        </w:rPr>
        <w:t>The financial sustainability of the UK higher education sector</w:t>
      </w:r>
      <w:r w:rsidRPr="00155160">
        <w:rPr>
          <w:rFonts w:ascii="Arial" w:hAnsi="Arial" w:cs="Arial"/>
          <w:color w:val="000000" w:themeColor="text1"/>
          <w:lang w:val="en-GB"/>
        </w:rPr>
        <w:t xml:space="preserve">. Institute for Fiscal Studies. </w:t>
      </w:r>
      <w:hyperlink r:id="rId64" w:tgtFrame="_blank" w:history="1">
        <w:r w:rsidRPr="00155160">
          <w:rPr>
            <w:rStyle w:val="Hyperlink"/>
            <w:rFonts w:ascii="Arial" w:hAnsi="Arial" w:cs="Arial"/>
            <w:color w:val="000000" w:themeColor="text1"/>
            <w:lang w:val="en-GB"/>
          </w:rPr>
          <w:t>https://doi.org/10.1920/re.ifs.2024.0277</w:t>
        </w:r>
      </w:hyperlink>
    </w:p>
    <w:p w14:paraId="0681D352"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OpenTEL</w:t>
      </w:r>
      <w:proofErr w:type="spellEnd"/>
      <w:r w:rsidRPr="00155160">
        <w:rPr>
          <w:rFonts w:ascii="Arial" w:hAnsi="Arial" w:cs="Arial"/>
          <w:color w:val="000000" w:themeColor="text1"/>
          <w:lang w:val="en-GB"/>
        </w:rPr>
        <w:t xml:space="preserve">. (2019, February 22). </w:t>
      </w:r>
      <w:r w:rsidRPr="00155160">
        <w:rPr>
          <w:rFonts w:ascii="Arial" w:hAnsi="Arial" w:cs="Arial"/>
          <w:i/>
          <w:iCs/>
          <w:color w:val="000000" w:themeColor="text1"/>
          <w:lang w:val="en-GB"/>
        </w:rPr>
        <w:t>Universal design for learning at the first Open &amp; Inclusive SIG</w:t>
      </w:r>
      <w:r w:rsidRPr="00155160">
        <w:rPr>
          <w:rFonts w:ascii="Arial" w:hAnsi="Arial" w:cs="Arial"/>
          <w:color w:val="000000" w:themeColor="text1"/>
          <w:lang w:val="en-GB"/>
        </w:rPr>
        <w:t xml:space="preserve">. The Open University. </w:t>
      </w:r>
      <w:hyperlink r:id="rId65" w:tgtFrame="_blank" w:history="1">
        <w:r w:rsidRPr="00155160">
          <w:rPr>
            <w:rStyle w:val="Hyperlink"/>
            <w:rFonts w:ascii="Arial" w:hAnsi="Arial" w:cs="Arial"/>
            <w:color w:val="000000" w:themeColor="text1"/>
            <w:lang w:val="en-GB"/>
          </w:rPr>
          <w:t>https://www.open.ac.uk/blogs/opentel/universal-design-for-learning-at-the-first-open-inclusive-sig/</w:t>
        </w:r>
      </w:hyperlink>
    </w:p>
    <w:p w14:paraId="3D94B73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Paez, A. (2017). Gray literature: An important resource in systematic reviews. </w:t>
      </w:r>
      <w:r w:rsidRPr="00155160">
        <w:rPr>
          <w:rFonts w:ascii="Arial" w:hAnsi="Arial" w:cs="Arial"/>
          <w:i/>
          <w:iCs/>
          <w:color w:val="000000" w:themeColor="text1"/>
          <w:lang w:val="en-GB"/>
        </w:rPr>
        <w:t>Journal of Evidence-Based Medicine, 10</w:t>
      </w:r>
      <w:r w:rsidRPr="00155160">
        <w:rPr>
          <w:rFonts w:ascii="Arial" w:hAnsi="Arial" w:cs="Arial"/>
          <w:color w:val="000000" w:themeColor="text1"/>
          <w:lang w:val="en-GB"/>
        </w:rPr>
        <w:t xml:space="preserve">(3), 233–240. </w:t>
      </w:r>
      <w:hyperlink r:id="rId66" w:tgtFrame="_blank" w:history="1">
        <w:r w:rsidRPr="00155160">
          <w:rPr>
            <w:rStyle w:val="Hyperlink"/>
            <w:rFonts w:ascii="Arial" w:hAnsi="Arial" w:cs="Arial"/>
            <w:color w:val="000000" w:themeColor="text1"/>
            <w:lang w:val="en-GB"/>
          </w:rPr>
          <w:t>https://doi.org/10.1111/jebm.12266</w:t>
        </w:r>
      </w:hyperlink>
    </w:p>
    <w:p w14:paraId="0D45D5A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Page, M. J., McKenzie, J. E., Bossuyt, P. M., </w:t>
      </w:r>
      <w:proofErr w:type="spellStart"/>
      <w:r w:rsidRPr="00155160">
        <w:rPr>
          <w:rFonts w:ascii="Arial" w:hAnsi="Arial" w:cs="Arial"/>
          <w:color w:val="000000" w:themeColor="text1"/>
          <w:lang w:val="en-GB"/>
        </w:rPr>
        <w:t>Boutron</w:t>
      </w:r>
      <w:proofErr w:type="spellEnd"/>
      <w:r w:rsidRPr="00155160">
        <w:rPr>
          <w:rFonts w:ascii="Arial" w:hAnsi="Arial" w:cs="Arial"/>
          <w:color w:val="000000" w:themeColor="text1"/>
          <w:lang w:val="en-GB"/>
        </w:rPr>
        <w:t xml:space="preserve">, I., Hoffmann, T. C., Mulrow, C. D., </w:t>
      </w:r>
      <w:proofErr w:type="spellStart"/>
      <w:r w:rsidRPr="00155160">
        <w:rPr>
          <w:rFonts w:ascii="Arial" w:hAnsi="Arial" w:cs="Arial"/>
          <w:color w:val="000000" w:themeColor="text1"/>
          <w:lang w:val="en-GB"/>
        </w:rPr>
        <w:t>Shamseer</w:t>
      </w:r>
      <w:proofErr w:type="spellEnd"/>
      <w:r w:rsidRPr="00155160">
        <w:rPr>
          <w:rFonts w:ascii="Arial" w:hAnsi="Arial" w:cs="Arial"/>
          <w:color w:val="000000" w:themeColor="text1"/>
          <w:lang w:val="en-GB"/>
        </w:rPr>
        <w:t xml:space="preserve">, L., Tetzlaff, J. M., Akl, E. A., Brennan, S. E., Chou, R., Glanville, J., Grimshaw, J. M., Hróbjartsson, A., Lalu, M. M., Li, T., Loder, E. W., Mayo-Wilson, E., McDonald, S., … Moher, D. (2021). The PRISMA 2020 statement: An updated guideline for reporting systematic reviews. </w:t>
      </w:r>
      <w:r w:rsidRPr="00155160">
        <w:rPr>
          <w:rFonts w:ascii="Arial" w:hAnsi="Arial" w:cs="Arial"/>
          <w:i/>
          <w:iCs/>
          <w:color w:val="000000" w:themeColor="text1"/>
          <w:lang w:val="en-GB"/>
        </w:rPr>
        <w:t>BMJ, 372</w:t>
      </w:r>
      <w:r w:rsidRPr="00155160">
        <w:rPr>
          <w:rFonts w:ascii="Arial" w:hAnsi="Arial" w:cs="Arial"/>
          <w:color w:val="000000" w:themeColor="text1"/>
          <w:lang w:val="en-GB"/>
        </w:rPr>
        <w:t xml:space="preserve">, n71. </w:t>
      </w:r>
      <w:hyperlink r:id="rId67" w:tgtFrame="_blank" w:history="1">
        <w:r w:rsidRPr="00155160">
          <w:rPr>
            <w:rStyle w:val="Hyperlink"/>
            <w:rFonts w:ascii="Arial" w:hAnsi="Arial" w:cs="Arial"/>
            <w:color w:val="000000" w:themeColor="text1"/>
            <w:lang w:val="en-GB"/>
          </w:rPr>
          <w:t>https://doi.org/10.1136/bmj.n71</w:t>
        </w:r>
      </w:hyperlink>
    </w:p>
    <w:p w14:paraId="4B22609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Plantin, J., &amp; Galvin, T. (2024). A systematic literature review on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higher education STEM. </w:t>
      </w:r>
      <w:r w:rsidRPr="00155160">
        <w:rPr>
          <w:rFonts w:ascii="Arial" w:hAnsi="Arial" w:cs="Arial"/>
          <w:i/>
          <w:iCs/>
          <w:color w:val="000000" w:themeColor="text1"/>
          <w:lang w:val="en-GB"/>
        </w:rPr>
        <w:t>Education in Science, 14</w:t>
      </w:r>
      <w:r w:rsidRPr="00155160">
        <w:rPr>
          <w:rFonts w:ascii="Arial" w:hAnsi="Arial" w:cs="Arial"/>
          <w:color w:val="000000" w:themeColor="text1"/>
          <w:lang w:val="en-GB"/>
        </w:rPr>
        <w:t xml:space="preserve">(3), 257. </w:t>
      </w:r>
      <w:hyperlink r:id="rId68" w:tgtFrame="_blank" w:history="1">
        <w:r w:rsidRPr="00155160">
          <w:rPr>
            <w:rStyle w:val="Hyperlink"/>
            <w:rFonts w:ascii="Arial" w:hAnsi="Arial" w:cs="Arial"/>
            <w:color w:val="000000" w:themeColor="text1"/>
            <w:lang w:val="en-GB"/>
          </w:rPr>
          <w:t>https://doi.org/10.3390/educsci14030257</w:t>
        </w:r>
      </w:hyperlink>
    </w:p>
    <w:p w14:paraId="4C3A9E9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Prowse, A., &amp; Hodgson, A. (2020). Universal design for learning: A framework for equity or a tool of the neoliberal university? In M. Martínez, R. T. de la Vega, &amp; T. O. O’Connor (Eds.), </w:t>
      </w:r>
      <w:r w:rsidRPr="00155160">
        <w:rPr>
          <w:rFonts w:ascii="Arial" w:hAnsi="Arial" w:cs="Arial"/>
          <w:i/>
          <w:iCs/>
          <w:color w:val="000000" w:themeColor="text1"/>
          <w:lang w:val="en-GB"/>
        </w:rPr>
        <w:t>Neoliberalism and the university: The new “knowledge-power” nexus</w:t>
      </w:r>
      <w:r w:rsidRPr="00155160">
        <w:rPr>
          <w:rFonts w:ascii="Arial" w:hAnsi="Arial" w:cs="Arial"/>
          <w:color w:val="000000" w:themeColor="text1"/>
          <w:lang w:val="en-GB"/>
        </w:rPr>
        <w:t xml:space="preserve"> (pp. 135–151). Routledge.</w:t>
      </w:r>
    </w:p>
    <w:p w14:paraId="7FE2174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QAA Collaborative Enhancement Project. (2023). </w:t>
      </w:r>
      <w:r w:rsidRPr="00155160">
        <w:rPr>
          <w:rFonts w:ascii="Arial" w:hAnsi="Arial" w:cs="Arial"/>
          <w:i/>
          <w:iCs/>
          <w:color w:val="000000" w:themeColor="text1"/>
          <w:lang w:val="en-GB"/>
        </w:rPr>
        <w:t>Belonging through assessment: Pipelines of compassion</w:t>
      </w:r>
      <w:r w:rsidRPr="00155160">
        <w:rPr>
          <w:rFonts w:ascii="Arial" w:hAnsi="Arial" w:cs="Arial"/>
          <w:color w:val="000000" w:themeColor="text1"/>
          <w:lang w:val="en-GB"/>
        </w:rPr>
        <w:t xml:space="preserve">. Quality Assurance Agency for Higher Education. </w:t>
      </w:r>
      <w:hyperlink r:id="rId69" w:tgtFrame="_blank" w:history="1">
        <w:r w:rsidRPr="00155160">
          <w:rPr>
            <w:rStyle w:val="Hyperlink"/>
            <w:rFonts w:ascii="Arial" w:hAnsi="Arial" w:cs="Arial"/>
            <w:color w:val="000000" w:themeColor="text1"/>
            <w:lang w:val="en-GB"/>
          </w:rPr>
          <w:t>https://www.qaa.ac.uk/docs/qaa/members/belonging-through-assessment-pipelines-of-compassion-final-report.pdf</w:t>
        </w:r>
      </w:hyperlink>
    </w:p>
    <w:p w14:paraId="1FA4456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 H., &amp; Cross, J. (2024). Universal design for learning in higher education: A systematic review. </w:t>
      </w:r>
      <w:r w:rsidRPr="00155160">
        <w:rPr>
          <w:rFonts w:ascii="Arial" w:hAnsi="Arial" w:cs="Arial"/>
          <w:i/>
          <w:iCs/>
          <w:color w:val="000000" w:themeColor="text1"/>
          <w:lang w:val="en-GB"/>
        </w:rPr>
        <w:t>Higher Education, 87</w:t>
      </w:r>
      <w:r w:rsidRPr="00155160">
        <w:rPr>
          <w:rFonts w:ascii="Arial" w:hAnsi="Arial" w:cs="Arial"/>
          <w:color w:val="000000" w:themeColor="text1"/>
          <w:lang w:val="en-GB"/>
        </w:rPr>
        <w:t xml:space="preserve">(4), 843–862. </w:t>
      </w:r>
      <w:hyperlink r:id="rId70" w:tgtFrame="_blank" w:history="1">
        <w:r w:rsidRPr="00155160">
          <w:rPr>
            <w:rStyle w:val="Hyperlink"/>
            <w:rFonts w:ascii="Arial" w:hAnsi="Arial" w:cs="Arial"/>
            <w:color w:val="000000" w:themeColor="text1"/>
            <w:lang w:val="en-GB"/>
          </w:rPr>
          <w:t>https://doi.org/10.1007/s10734-023-01050-5</w:t>
        </w:r>
      </w:hyperlink>
    </w:p>
    <w:p w14:paraId="7C0854D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 X., &amp; Cross, B. (2023). A qualitative study of international students’ experiences with group work in UK higher education: A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perspective. </w:t>
      </w:r>
      <w:r w:rsidRPr="00155160">
        <w:rPr>
          <w:rFonts w:ascii="Arial" w:hAnsi="Arial" w:cs="Arial"/>
          <w:i/>
          <w:iCs/>
          <w:color w:val="000000" w:themeColor="text1"/>
          <w:lang w:val="en-GB"/>
        </w:rPr>
        <w:t>Journal of Studies in International Education, 27</w:t>
      </w:r>
      <w:r w:rsidRPr="00155160">
        <w:rPr>
          <w:rFonts w:ascii="Arial" w:hAnsi="Arial" w:cs="Arial"/>
          <w:color w:val="000000" w:themeColor="text1"/>
          <w:lang w:val="en-GB"/>
        </w:rPr>
        <w:t xml:space="preserve">(5), 640–658. </w:t>
      </w:r>
      <w:hyperlink r:id="rId71" w:tgtFrame="_blank" w:history="1">
        <w:r w:rsidRPr="00155160">
          <w:rPr>
            <w:rStyle w:val="Hyperlink"/>
            <w:rFonts w:ascii="Arial" w:hAnsi="Arial" w:cs="Arial"/>
            <w:color w:val="000000" w:themeColor="text1"/>
            <w:lang w:val="en-GB"/>
          </w:rPr>
          <w:t>https://doi.org/10.1177/10283153221124231</w:t>
        </w:r>
      </w:hyperlink>
    </w:p>
    <w:p w14:paraId="66AAB72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Quality Assurance Agency for Higher Education. (2022). </w:t>
      </w:r>
      <w:r w:rsidRPr="00155160">
        <w:rPr>
          <w:rFonts w:ascii="Arial" w:hAnsi="Arial" w:cs="Arial"/>
          <w:i/>
          <w:iCs/>
          <w:color w:val="000000" w:themeColor="text1"/>
          <w:lang w:val="en-GB"/>
        </w:rPr>
        <w:t xml:space="preserve">Inclusive assessment attributes for use across the HE </w:t>
      </w:r>
      <w:proofErr w:type="gramStart"/>
      <w:r w:rsidRPr="00155160">
        <w:rPr>
          <w:rFonts w:ascii="Arial" w:hAnsi="Arial" w:cs="Arial"/>
          <w:i/>
          <w:iCs/>
          <w:color w:val="000000" w:themeColor="text1"/>
          <w:lang w:val="en-GB"/>
        </w:rPr>
        <w:t>sector</w:t>
      </w:r>
      <w:proofErr w:type="gramEnd"/>
      <w:r w:rsidRPr="00155160">
        <w:rPr>
          <w:rFonts w:ascii="Arial" w:hAnsi="Arial" w:cs="Arial"/>
          <w:color w:val="000000" w:themeColor="text1"/>
          <w:lang w:val="en-GB"/>
        </w:rPr>
        <w:t xml:space="preserve">. </w:t>
      </w:r>
      <w:hyperlink r:id="rId72" w:tgtFrame="_blank" w:history="1">
        <w:r w:rsidRPr="00155160">
          <w:rPr>
            <w:rStyle w:val="Hyperlink"/>
            <w:rFonts w:ascii="Arial" w:hAnsi="Arial" w:cs="Arial"/>
            <w:color w:val="000000" w:themeColor="text1"/>
            <w:lang w:val="en-GB"/>
          </w:rPr>
          <w:t>https://www.qaa.ac.uk/membership/collaborative-enhancement-projects/assessment/developing-a-set-of-inclusive-assessment-design-attributes-for-use-across-the-he-sector</w:t>
        </w:r>
      </w:hyperlink>
    </w:p>
    <w:p w14:paraId="3E42573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Quality Assurance Agency for Higher Education. (2023). </w:t>
      </w:r>
      <w:r w:rsidRPr="00155160">
        <w:rPr>
          <w:rFonts w:ascii="Arial" w:hAnsi="Arial" w:cs="Arial"/>
          <w:i/>
          <w:iCs/>
          <w:color w:val="000000" w:themeColor="text1"/>
          <w:lang w:val="en-GB"/>
        </w:rPr>
        <w:t>Hallmarks of success in inclusive curriculum design</w:t>
      </w:r>
      <w:r w:rsidRPr="00155160">
        <w:rPr>
          <w:rFonts w:ascii="Arial" w:hAnsi="Arial" w:cs="Arial"/>
          <w:color w:val="000000" w:themeColor="text1"/>
          <w:lang w:val="en-GB"/>
        </w:rPr>
        <w:t xml:space="preserve">. </w:t>
      </w:r>
      <w:hyperlink r:id="rId73" w:tgtFrame="_blank" w:history="1">
        <w:r w:rsidRPr="00155160">
          <w:rPr>
            <w:rStyle w:val="Hyperlink"/>
            <w:rFonts w:ascii="Arial" w:hAnsi="Arial" w:cs="Arial"/>
            <w:color w:val="000000" w:themeColor="text1"/>
            <w:lang w:val="en-GB"/>
          </w:rPr>
          <w:t>https://www.qaa.ac.uk/docs/qaa/guidance/hallmarks-of-success-in-inclusive-curriculum-design.pdf</w:t>
        </w:r>
      </w:hyperlink>
    </w:p>
    <w:p w14:paraId="1218F4A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Rao, K., Ok, M. W., &amp; Bryant, B. R. (2021). </w:t>
      </w:r>
      <w:r w:rsidRPr="00155160">
        <w:rPr>
          <w:rFonts w:ascii="Arial" w:hAnsi="Arial" w:cs="Arial"/>
          <w:color w:val="000000" w:themeColor="text1"/>
          <w:lang w:val="en-GB"/>
        </w:rPr>
        <w:t xml:space="preserve">A review of research on universal design educational models. </w:t>
      </w:r>
      <w:r w:rsidRPr="00155160">
        <w:rPr>
          <w:rFonts w:ascii="Arial" w:hAnsi="Arial" w:cs="Arial"/>
          <w:i/>
          <w:iCs/>
          <w:color w:val="000000" w:themeColor="text1"/>
          <w:lang w:val="en-GB"/>
        </w:rPr>
        <w:t>Remedial and Special Education, 42</w:t>
      </w:r>
      <w:r w:rsidRPr="00155160">
        <w:rPr>
          <w:rFonts w:ascii="Arial" w:hAnsi="Arial" w:cs="Arial"/>
          <w:color w:val="000000" w:themeColor="text1"/>
          <w:lang w:val="en-GB"/>
        </w:rPr>
        <w:t xml:space="preserve">(3), 153–165. </w:t>
      </w:r>
      <w:hyperlink r:id="rId74" w:tgtFrame="_blank" w:history="1">
        <w:r w:rsidRPr="00155160">
          <w:rPr>
            <w:rStyle w:val="Hyperlink"/>
            <w:rFonts w:ascii="Arial" w:hAnsi="Arial" w:cs="Arial"/>
            <w:color w:val="000000" w:themeColor="text1"/>
            <w:lang w:val="en-GB"/>
          </w:rPr>
          <w:t>https://doi.org/10.1177/0741932520909821</w:t>
        </w:r>
      </w:hyperlink>
    </w:p>
    <w:p w14:paraId="626FA24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Redstone, I., &amp; Luo, J. (2024). A practical guide to implementing universal design for learning in higher education. </w:t>
      </w:r>
      <w:r w:rsidRPr="00155160">
        <w:rPr>
          <w:rFonts w:ascii="Arial" w:hAnsi="Arial" w:cs="Arial"/>
          <w:i/>
          <w:iCs/>
          <w:color w:val="000000" w:themeColor="text1"/>
          <w:lang w:val="en-GB"/>
        </w:rPr>
        <w:t>Journal of Postsecondary Education and Disability, 37</w:t>
      </w:r>
      <w:r w:rsidRPr="00155160">
        <w:rPr>
          <w:rFonts w:ascii="Arial" w:hAnsi="Arial" w:cs="Arial"/>
          <w:color w:val="000000" w:themeColor="text1"/>
          <w:lang w:val="en-GB"/>
        </w:rPr>
        <w:t xml:space="preserve">(1), 79–90. </w:t>
      </w:r>
      <w:hyperlink r:id="rId75" w:tgtFrame="_blank" w:history="1">
        <w:r w:rsidRPr="00155160">
          <w:rPr>
            <w:rStyle w:val="Hyperlink"/>
            <w:rFonts w:ascii="Arial" w:hAnsi="Arial" w:cs="Arial"/>
            <w:color w:val="000000" w:themeColor="text1"/>
            <w:lang w:val="en-GB"/>
          </w:rPr>
          <w:t>https://www.ahead.org/professional-resources/publications/jped/jped-volume-37/jped-37-1</w:t>
        </w:r>
      </w:hyperlink>
    </w:p>
    <w:p w14:paraId="6FB193A6"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lastRenderedPageBreak/>
        <w:t>Rethlefsen</w:t>
      </w:r>
      <w:proofErr w:type="spellEnd"/>
      <w:r w:rsidRPr="00155160">
        <w:rPr>
          <w:rFonts w:ascii="Arial" w:hAnsi="Arial" w:cs="Arial"/>
          <w:color w:val="000000" w:themeColor="text1"/>
          <w:lang w:val="en-GB"/>
        </w:rPr>
        <w:t xml:space="preserve">, M. L., Kirtley, S., Waffenschmidt, S., Ayala, A. P., Moher, D., Page, M. J., &amp; Koffel, J. B. (2021). PRISMA-S: An extension to the PRISMA statement for reporting literature searches in systematic reviews. </w:t>
      </w:r>
      <w:r w:rsidRPr="00155160">
        <w:rPr>
          <w:rFonts w:ascii="Arial" w:hAnsi="Arial" w:cs="Arial"/>
          <w:i/>
          <w:iCs/>
          <w:color w:val="000000" w:themeColor="text1"/>
          <w:lang w:val="en-GB"/>
        </w:rPr>
        <w:t>Systematic Reviews, 10</w:t>
      </w:r>
      <w:r w:rsidRPr="00155160">
        <w:rPr>
          <w:rFonts w:ascii="Arial" w:hAnsi="Arial" w:cs="Arial"/>
          <w:color w:val="000000" w:themeColor="text1"/>
          <w:lang w:val="en-GB"/>
        </w:rPr>
        <w:t xml:space="preserve">(1), 39. </w:t>
      </w:r>
      <w:hyperlink r:id="rId76" w:tgtFrame="_blank" w:history="1">
        <w:r w:rsidRPr="00155160">
          <w:rPr>
            <w:rStyle w:val="Hyperlink"/>
            <w:rFonts w:ascii="Arial" w:hAnsi="Arial" w:cs="Arial"/>
            <w:color w:val="000000" w:themeColor="text1"/>
            <w:lang w:val="en-GB"/>
          </w:rPr>
          <w:t>https://doi.org/10.1186/s13643-020-01542-z</w:t>
        </w:r>
      </w:hyperlink>
    </w:p>
    <w:p w14:paraId="0A7A2BF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Richardson, J. T. E. (2022). </w:t>
      </w:r>
      <w:r w:rsidRPr="00155160">
        <w:rPr>
          <w:rFonts w:ascii="Arial" w:hAnsi="Arial" w:cs="Arial"/>
          <w:i/>
          <w:iCs/>
          <w:color w:val="000000" w:themeColor="text1"/>
          <w:lang w:val="en-GB"/>
        </w:rPr>
        <w:t>The representation of disabled students in UK higher education: A statistical overview</w:t>
      </w:r>
      <w:r w:rsidRPr="00155160">
        <w:rPr>
          <w:rFonts w:ascii="Arial" w:hAnsi="Arial" w:cs="Arial"/>
          <w:color w:val="000000" w:themeColor="text1"/>
          <w:lang w:val="en-GB"/>
        </w:rPr>
        <w:t xml:space="preserve"> [Report].</w:t>
      </w:r>
    </w:p>
    <w:p w14:paraId="0BF4479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Rose, D. H. (2014). </w:t>
      </w:r>
      <w:r w:rsidRPr="00155160">
        <w:rPr>
          <w:rFonts w:ascii="Arial" w:hAnsi="Arial" w:cs="Arial"/>
          <w:i/>
          <w:iCs/>
          <w:color w:val="000000" w:themeColor="text1"/>
          <w:lang w:val="en-GB"/>
        </w:rPr>
        <w:t>The art of the possible: Universal design for learning</w:t>
      </w:r>
      <w:r w:rsidRPr="00155160">
        <w:rPr>
          <w:rFonts w:ascii="Arial" w:hAnsi="Arial" w:cs="Arial"/>
          <w:color w:val="000000" w:themeColor="text1"/>
          <w:lang w:val="en-GB"/>
        </w:rPr>
        <w:t>. Harvard Education Press.</w:t>
      </w:r>
    </w:p>
    <w:p w14:paraId="356A540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Sabri, D. (2023). </w:t>
      </w:r>
      <w:r w:rsidRPr="00155160">
        <w:rPr>
          <w:rFonts w:ascii="Arial" w:hAnsi="Arial" w:cs="Arial"/>
          <w:i/>
          <w:iCs/>
          <w:color w:val="000000" w:themeColor="text1"/>
          <w:lang w:val="en-GB"/>
        </w:rPr>
        <w:t>The student engagement handbook: Practice in higher education</w:t>
      </w:r>
      <w:r w:rsidRPr="00155160">
        <w:rPr>
          <w:rFonts w:ascii="Arial" w:hAnsi="Arial" w:cs="Arial"/>
          <w:color w:val="000000" w:themeColor="text1"/>
          <w:lang w:val="en-GB"/>
        </w:rPr>
        <w:t>. Routledge.</w:t>
      </w:r>
    </w:p>
    <w:p w14:paraId="4B27506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(2021). From the margins to the mainstream: Should we move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to the heart of university teaching? </w:t>
      </w:r>
      <w:r w:rsidRPr="00155160">
        <w:rPr>
          <w:rFonts w:ascii="Arial" w:hAnsi="Arial" w:cs="Arial"/>
          <w:i/>
          <w:iCs/>
          <w:color w:val="000000" w:themeColor="text1"/>
          <w:lang w:val="en-GB"/>
        </w:rPr>
        <w:t>Educational Review, 73</w:t>
      </w:r>
      <w:r w:rsidRPr="00155160">
        <w:rPr>
          <w:rFonts w:ascii="Arial" w:hAnsi="Arial" w:cs="Arial"/>
          <w:color w:val="000000" w:themeColor="text1"/>
          <w:lang w:val="en-GB"/>
        </w:rPr>
        <w:t xml:space="preserve">(1), 1–18. </w:t>
      </w:r>
      <w:hyperlink r:id="rId77" w:tgtFrame="_blank" w:history="1">
        <w:r w:rsidRPr="00155160">
          <w:rPr>
            <w:rStyle w:val="Hyperlink"/>
            <w:rFonts w:ascii="Arial" w:hAnsi="Arial" w:cs="Arial"/>
            <w:color w:val="000000" w:themeColor="text1"/>
            <w:lang w:val="en-GB"/>
          </w:rPr>
          <w:t>https://doi.org/10.1080/00131911.2019.1566217</w:t>
        </w:r>
      </w:hyperlink>
    </w:p>
    <w:p w14:paraId="3E44B63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Seale, J., Colwell, C., Coughlan, T., Heiman, T., Kaspi-</w:t>
      </w:r>
      <w:proofErr w:type="spellStart"/>
      <w:r w:rsidRPr="00155160">
        <w:rPr>
          <w:rFonts w:ascii="Arial" w:hAnsi="Arial" w:cs="Arial"/>
          <w:color w:val="000000" w:themeColor="text1"/>
          <w:lang w:val="en-GB"/>
        </w:rPr>
        <w:t>Tsahor</w:t>
      </w:r>
      <w:proofErr w:type="spellEnd"/>
      <w:r w:rsidRPr="00155160">
        <w:rPr>
          <w:rFonts w:ascii="Arial" w:hAnsi="Arial" w:cs="Arial"/>
          <w:color w:val="000000" w:themeColor="text1"/>
          <w:lang w:val="en-GB"/>
        </w:rPr>
        <w:t xml:space="preserve">, D., &amp; Olenik-Shemesh, D. (2021). ‘Dreaming in colour’: Disabled higher education students’ perspectives on improving design practices that would enable them to benefit from their use of technologies. </w:t>
      </w:r>
      <w:r w:rsidRPr="00155160">
        <w:rPr>
          <w:rFonts w:ascii="Arial" w:hAnsi="Arial" w:cs="Arial"/>
          <w:i/>
          <w:iCs/>
          <w:color w:val="000000" w:themeColor="text1"/>
          <w:lang w:val="en-GB"/>
        </w:rPr>
        <w:t>Education and Information Technologies, 26</w:t>
      </w:r>
      <w:r w:rsidRPr="00155160">
        <w:rPr>
          <w:rFonts w:ascii="Arial" w:hAnsi="Arial" w:cs="Arial"/>
          <w:color w:val="000000" w:themeColor="text1"/>
          <w:lang w:val="en-GB"/>
        </w:rPr>
        <w:t xml:space="preserve">(2), 1687–1719. </w:t>
      </w:r>
      <w:hyperlink r:id="rId78" w:tgtFrame="_blank" w:history="1">
        <w:r w:rsidRPr="00155160">
          <w:rPr>
            <w:rStyle w:val="Hyperlink"/>
            <w:rFonts w:ascii="Arial" w:hAnsi="Arial" w:cs="Arial"/>
            <w:color w:val="000000" w:themeColor="text1"/>
            <w:lang w:val="en-GB"/>
          </w:rPr>
          <w:t>https://doi.org/10.1007/s10639-020-10329-7</w:t>
        </w:r>
      </w:hyperlink>
    </w:p>
    <w:p w14:paraId="6D104A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Georgeson, J., Mamas, C., &amp; Swain, J. (2015). Not the right kind of ‘digital capital’? An examination of the complex relationship between disabled students, their technologies and higher education institutions. </w:t>
      </w:r>
      <w:r w:rsidRPr="00155160">
        <w:rPr>
          <w:rFonts w:ascii="Arial" w:hAnsi="Arial" w:cs="Arial"/>
          <w:i/>
          <w:iCs/>
          <w:color w:val="000000" w:themeColor="text1"/>
          <w:lang w:val="en-GB"/>
        </w:rPr>
        <w:t>Computers &amp; Education, 82</w:t>
      </w:r>
      <w:r w:rsidRPr="00155160">
        <w:rPr>
          <w:rFonts w:ascii="Arial" w:hAnsi="Arial" w:cs="Arial"/>
          <w:color w:val="000000" w:themeColor="text1"/>
          <w:lang w:val="en-GB"/>
        </w:rPr>
        <w:t xml:space="preserve">, 118–128. </w:t>
      </w:r>
      <w:hyperlink r:id="rId79" w:tgtFrame="_blank" w:history="1">
        <w:r w:rsidRPr="00155160">
          <w:rPr>
            <w:rStyle w:val="Hyperlink"/>
            <w:rFonts w:ascii="Arial" w:hAnsi="Arial" w:cs="Arial"/>
            <w:color w:val="000000" w:themeColor="text1"/>
            <w:lang w:val="en-GB"/>
          </w:rPr>
          <w:t>https://doi.org/10.1016/j.compedu.2014.11.007</w:t>
        </w:r>
      </w:hyperlink>
    </w:p>
    <w:p w14:paraId="24F9AE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Gibson, S., &amp; O’Connor, A. (2020). </w:t>
      </w:r>
      <w:r w:rsidRPr="00155160">
        <w:rPr>
          <w:rFonts w:ascii="Arial" w:hAnsi="Arial" w:cs="Arial"/>
          <w:i/>
          <w:iCs/>
          <w:color w:val="000000" w:themeColor="text1"/>
          <w:lang w:val="en-GB"/>
        </w:rPr>
        <w:t xml:space="preserve">Designing for inclusion: A practical guide to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 xml:space="preserve"> in UK higher education</w:t>
      </w:r>
      <w:r w:rsidRPr="00155160">
        <w:rPr>
          <w:rFonts w:ascii="Arial" w:hAnsi="Arial" w:cs="Arial"/>
          <w:color w:val="000000" w:themeColor="text1"/>
          <w:lang w:val="en-GB"/>
        </w:rPr>
        <w:t>. Advance HE.</w:t>
      </w:r>
    </w:p>
    <w:p w14:paraId="199555A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Seery, C., Bourke, A. P., O'Rourke, K., &amp; </w:t>
      </w:r>
      <w:proofErr w:type="spellStart"/>
      <w:r w:rsidRPr="00155160">
        <w:rPr>
          <w:rFonts w:ascii="Arial" w:hAnsi="Arial" w:cs="Arial"/>
          <w:color w:val="000000" w:themeColor="text1"/>
          <w:lang w:val="en-GB"/>
        </w:rPr>
        <w:t>MacCarthaigh</w:t>
      </w:r>
      <w:proofErr w:type="spellEnd"/>
      <w:r w:rsidRPr="00155160">
        <w:rPr>
          <w:rFonts w:ascii="Arial" w:hAnsi="Arial" w:cs="Arial"/>
          <w:color w:val="000000" w:themeColor="text1"/>
          <w:lang w:val="en-GB"/>
        </w:rPr>
        <w:t xml:space="preserve">, E. (2024). Exploring the experiences of neurodivergent students in Irish higher education. </w:t>
      </w:r>
      <w:r w:rsidRPr="00155160">
        <w:rPr>
          <w:rFonts w:ascii="Arial" w:hAnsi="Arial" w:cs="Arial"/>
          <w:i/>
          <w:iCs/>
          <w:color w:val="000000" w:themeColor="text1"/>
          <w:lang w:val="en-GB"/>
        </w:rPr>
        <w:t>Disability &amp; Society, 39</w:t>
      </w:r>
      <w:r w:rsidRPr="00155160">
        <w:rPr>
          <w:rFonts w:ascii="Arial" w:hAnsi="Arial" w:cs="Arial"/>
          <w:color w:val="000000" w:themeColor="text1"/>
          <w:lang w:val="en-GB"/>
        </w:rPr>
        <w:t xml:space="preserve">(5), 1014–1035. </w:t>
      </w:r>
      <w:hyperlink r:id="rId80" w:tgtFrame="_blank" w:history="1">
        <w:r w:rsidRPr="00155160">
          <w:rPr>
            <w:rStyle w:val="Hyperlink"/>
            <w:rFonts w:ascii="Arial" w:hAnsi="Arial" w:cs="Arial"/>
            <w:color w:val="000000" w:themeColor="text1"/>
            <w:lang w:val="en-GB"/>
          </w:rPr>
          <w:t>https://doi.org/10.1080/09687599.2023.2209736</w:t>
        </w:r>
      </w:hyperlink>
    </w:p>
    <w:p w14:paraId="11048440" w14:textId="43563338"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Smith, F. G., Rao, K., &amp; Smith, L. (2022). The impact of universal design for learning on student satisfaction and academic outcomes: A systematic review. </w:t>
      </w:r>
      <w:r w:rsidRPr="00155160">
        <w:rPr>
          <w:rFonts w:ascii="Arial" w:hAnsi="Arial" w:cs="Arial"/>
          <w:i/>
          <w:iCs/>
          <w:color w:val="000000" w:themeColor="text1"/>
          <w:lang w:val="en-GB"/>
        </w:rPr>
        <w:t xml:space="preserve">Journal of </w:t>
      </w:r>
      <w:r w:rsidRPr="00155160">
        <w:rPr>
          <w:rFonts w:ascii="Arial" w:hAnsi="Arial" w:cs="Arial"/>
          <w:i/>
          <w:iCs/>
          <w:color w:val="000000" w:themeColor="text1"/>
          <w:lang w:val="en-GB"/>
        </w:rPr>
        <w:lastRenderedPageBreak/>
        <w:t>Further and Higher Education, 46</w:t>
      </w:r>
      <w:r w:rsidRPr="00155160">
        <w:rPr>
          <w:rFonts w:ascii="Arial" w:hAnsi="Arial" w:cs="Arial"/>
          <w:color w:val="000000" w:themeColor="text1"/>
          <w:lang w:val="en-GB"/>
        </w:rPr>
        <w:t xml:space="preserve">(7), 963–977. </w:t>
      </w:r>
      <w:hyperlink r:id="rId81" w:tgtFrame="_blank" w:history="1">
        <w:r w:rsidRPr="00155160">
          <w:rPr>
            <w:rStyle w:val="Hyperlink"/>
            <w:rFonts w:ascii="Arial" w:hAnsi="Arial" w:cs="Arial"/>
            <w:color w:val="000000" w:themeColor="text1"/>
            <w:lang w:val="en-GB"/>
          </w:rPr>
          <w:t>https://doi.org/10.1080/0309877X.2021.1995893</w:t>
        </w:r>
      </w:hyperlink>
    </w:p>
    <w:p w14:paraId="755239C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Snyder, H. (2019). Literature review as a research methodology: An overview and guidelines. </w:t>
      </w:r>
      <w:r w:rsidRPr="00155160">
        <w:rPr>
          <w:rFonts w:ascii="Arial" w:hAnsi="Arial" w:cs="Arial"/>
          <w:i/>
          <w:iCs/>
          <w:color w:val="000000" w:themeColor="text1"/>
          <w:lang w:val="en-GB"/>
        </w:rPr>
        <w:t>Journal of Business Research, 104</w:t>
      </w:r>
      <w:r w:rsidRPr="00155160">
        <w:rPr>
          <w:rFonts w:ascii="Arial" w:hAnsi="Arial" w:cs="Arial"/>
          <w:color w:val="000000" w:themeColor="text1"/>
          <w:lang w:val="en-GB"/>
        </w:rPr>
        <w:t xml:space="preserve">, 333–339. </w:t>
      </w:r>
      <w:hyperlink r:id="rId82" w:tgtFrame="_blank" w:history="1">
        <w:r w:rsidRPr="00155160">
          <w:rPr>
            <w:rStyle w:val="Hyperlink"/>
            <w:rFonts w:ascii="Arial" w:hAnsi="Arial" w:cs="Arial"/>
            <w:color w:val="000000" w:themeColor="text1"/>
            <w:lang w:val="en-GB"/>
          </w:rPr>
          <w:t>https://doi.org/10.1016/j.jbusres.2019.07.039</w:t>
        </w:r>
      </w:hyperlink>
    </w:p>
    <w:p w14:paraId="6E7F7FC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Stentiford, L., &amp; </w:t>
      </w:r>
      <w:proofErr w:type="spellStart"/>
      <w:r w:rsidRPr="00155160">
        <w:rPr>
          <w:rFonts w:ascii="Arial" w:hAnsi="Arial" w:cs="Arial"/>
          <w:color w:val="000000" w:themeColor="text1"/>
          <w:lang w:val="en-GB"/>
        </w:rPr>
        <w:t>Koutsouris</w:t>
      </w:r>
      <w:proofErr w:type="spellEnd"/>
      <w:r w:rsidRPr="00155160">
        <w:rPr>
          <w:rFonts w:ascii="Arial" w:hAnsi="Arial" w:cs="Arial"/>
          <w:color w:val="000000" w:themeColor="text1"/>
          <w:lang w:val="en-GB"/>
        </w:rPr>
        <w:t xml:space="preserve">, G. (2022). What are the barriers to delivering inclusive higher education for disabled students in the UK? </w:t>
      </w:r>
      <w:r w:rsidRPr="00155160">
        <w:rPr>
          <w:rFonts w:ascii="Arial" w:hAnsi="Arial" w:cs="Arial"/>
          <w:i/>
          <w:iCs/>
          <w:color w:val="000000" w:themeColor="text1"/>
          <w:lang w:val="en-GB"/>
        </w:rPr>
        <w:t>Disability &amp; Society, 37</w:t>
      </w:r>
      <w:r w:rsidRPr="00155160">
        <w:rPr>
          <w:rFonts w:ascii="Arial" w:hAnsi="Arial" w:cs="Arial"/>
          <w:color w:val="000000" w:themeColor="text1"/>
          <w:lang w:val="en-GB"/>
        </w:rPr>
        <w:t xml:space="preserve">(7), 1146–1169. </w:t>
      </w:r>
      <w:hyperlink r:id="rId83" w:tgtFrame="_blank" w:history="1">
        <w:r w:rsidRPr="00155160">
          <w:rPr>
            <w:rStyle w:val="Hyperlink"/>
            <w:rFonts w:ascii="Arial" w:hAnsi="Arial" w:cs="Arial"/>
            <w:color w:val="000000" w:themeColor="text1"/>
            <w:lang w:val="en-GB"/>
          </w:rPr>
          <w:t>https://doi.org/10.1080/09687599.2021.1916327</w:t>
        </w:r>
      </w:hyperlink>
    </w:p>
    <w:p w14:paraId="2C55D22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Stephens, T., &amp; Staddon, E. (2019). </w:t>
      </w:r>
      <w:r w:rsidRPr="00155160">
        <w:rPr>
          <w:rFonts w:ascii="Arial" w:hAnsi="Arial" w:cs="Arial"/>
          <w:i/>
          <w:iCs/>
          <w:color w:val="000000" w:themeColor="text1"/>
          <w:lang w:val="en-GB"/>
        </w:rPr>
        <w:t>Course Designer: Designing inclusive assessment</w:t>
      </w:r>
      <w:r w:rsidRPr="00155160">
        <w:rPr>
          <w:rFonts w:ascii="Arial" w:hAnsi="Arial" w:cs="Arial"/>
          <w:color w:val="000000" w:themeColor="text1"/>
          <w:lang w:val="en-GB"/>
        </w:rPr>
        <w:t xml:space="preserve">. Teaching, Learning and Employability Exchange, University of the Arts London. </w:t>
      </w:r>
      <w:hyperlink r:id="rId84" w:tgtFrame="_blank" w:history="1">
        <w:r w:rsidRPr="00155160">
          <w:rPr>
            <w:rStyle w:val="Hyperlink"/>
            <w:rFonts w:ascii="Arial" w:hAnsi="Arial" w:cs="Arial"/>
            <w:color w:val="000000" w:themeColor="text1"/>
            <w:lang w:val="en-GB"/>
          </w:rPr>
          <w:t>https://ualresearchonline.arts.ac.uk/id/eprint/18273/</w:t>
        </w:r>
      </w:hyperlink>
    </w:p>
    <w:p w14:paraId="736B17EC" w14:textId="77777777" w:rsidR="00155160" w:rsidRDefault="00155160" w:rsidP="005E276E">
      <w:pPr>
        <w:spacing w:line="360" w:lineRule="auto"/>
        <w:ind w:left="720" w:hanging="720"/>
      </w:pPr>
      <w:r w:rsidRPr="00155160">
        <w:rPr>
          <w:rFonts w:ascii="Arial" w:hAnsi="Arial" w:cs="Arial"/>
          <w:color w:val="000000" w:themeColor="text1"/>
          <w:lang w:val="en-GB"/>
        </w:rPr>
        <w:t xml:space="preserve">Student Minds. (2024). </w:t>
      </w:r>
      <w:r w:rsidRPr="00155160">
        <w:rPr>
          <w:rFonts w:ascii="Arial" w:hAnsi="Arial" w:cs="Arial"/>
          <w:i/>
          <w:iCs/>
          <w:color w:val="000000" w:themeColor="text1"/>
          <w:lang w:val="en-GB"/>
        </w:rPr>
        <w:t>The University Mental Health Charter</w:t>
      </w:r>
      <w:r w:rsidRPr="00155160">
        <w:rPr>
          <w:rFonts w:ascii="Arial" w:hAnsi="Arial" w:cs="Arial"/>
          <w:color w:val="000000" w:themeColor="text1"/>
          <w:lang w:val="en-GB"/>
        </w:rPr>
        <w:t xml:space="preserve">. </w:t>
      </w:r>
      <w:hyperlink r:id="rId85" w:tgtFrame="_blank" w:history="1">
        <w:r w:rsidRPr="00155160">
          <w:rPr>
            <w:rStyle w:val="Hyperlink"/>
            <w:rFonts w:ascii="Arial" w:hAnsi="Arial" w:cs="Arial"/>
            <w:color w:val="000000" w:themeColor="text1"/>
            <w:lang w:val="en-GB"/>
          </w:rPr>
          <w:t>https://www.studentminds.org.uk/universitymentalhealthcharter.html</w:t>
        </w:r>
      </w:hyperlink>
    </w:p>
    <w:p w14:paraId="7E5BD749" w14:textId="74F3031B" w:rsidR="00F91366" w:rsidRPr="00155160" w:rsidRDefault="00F91366" w:rsidP="005E276E">
      <w:pPr>
        <w:spacing w:line="360" w:lineRule="auto"/>
        <w:ind w:left="720" w:hanging="720"/>
        <w:rPr>
          <w:rFonts w:ascii="Arial" w:hAnsi="Arial" w:cs="Arial"/>
          <w:color w:val="000000" w:themeColor="text1"/>
          <w:lang w:val="en-GB"/>
        </w:rPr>
      </w:pPr>
      <w:proofErr w:type="spellStart"/>
      <w:r w:rsidRPr="00F91366">
        <w:rPr>
          <w:rFonts w:ascii="Arial" w:hAnsi="Arial" w:cs="Arial"/>
          <w:color w:val="000000" w:themeColor="text1"/>
        </w:rPr>
        <w:t>Tarconish</w:t>
      </w:r>
      <w:proofErr w:type="spellEnd"/>
      <w:r w:rsidRPr="00F91366">
        <w:rPr>
          <w:rFonts w:ascii="Arial" w:hAnsi="Arial" w:cs="Arial"/>
          <w:color w:val="000000" w:themeColor="text1"/>
        </w:rPr>
        <w:t xml:space="preserve">, N. E., Scott, L. A., Banerjee, M., &amp; Lombardi, A. (2023). Universal design for learning in postsecondary STEM education for students with disabilities: A systematic literature review. </w:t>
      </w:r>
      <w:r w:rsidRPr="00F91366">
        <w:rPr>
          <w:rFonts w:ascii="Arial" w:hAnsi="Arial" w:cs="Arial"/>
          <w:i/>
          <w:iCs/>
          <w:color w:val="000000" w:themeColor="text1"/>
        </w:rPr>
        <w:t>Journal of Postsecondary Education and Disability, 36</w:t>
      </w:r>
      <w:r w:rsidRPr="00F91366">
        <w:rPr>
          <w:rFonts w:ascii="Arial" w:hAnsi="Arial" w:cs="Arial"/>
          <w:color w:val="000000" w:themeColor="text1"/>
        </w:rPr>
        <w:t xml:space="preserve">(1), 41–56. </w:t>
      </w:r>
      <w:hyperlink r:id="rId86" w:tgtFrame="_blank" w:history="1">
        <w:r w:rsidRPr="00F91366">
          <w:rPr>
            <w:rStyle w:val="Hyperlink"/>
            <w:rFonts w:ascii="Arial" w:hAnsi="Arial" w:cs="Arial"/>
            <w:color w:val="000000" w:themeColor="text1"/>
          </w:rPr>
          <w:t>https://www.ahead.org/professional-resources/publications/jped/jped-volume-36-issue-1</w:t>
        </w:r>
      </w:hyperlink>
    </w:p>
    <w:p w14:paraId="6E81B41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The Open University. (2022, April 1). </w:t>
      </w:r>
      <w:r w:rsidRPr="00155160">
        <w:rPr>
          <w:rFonts w:ascii="Arial" w:hAnsi="Arial" w:cs="Arial"/>
          <w:i/>
          <w:iCs/>
          <w:color w:val="000000" w:themeColor="text1"/>
          <w:lang w:val="en-GB"/>
        </w:rPr>
        <w:t>Student accessibility policy</w:t>
      </w:r>
      <w:r w:rsidRPr="00155160">
        <w:rPr>
          <w:rFonts w:ascii="Arial" w:hAnsi="Arial" w:cs="Arial"/>
          <w:color w:val="000000" w:themeColor="text1"/>
          <w:lang w:val="en-GB"/>
        </w:rPr>
        <w:t xml:space="preserve">. </w:t>
      </w:r>
      <w:hyperlink r:id="rId87" w:tgtFrame="_blank" w:history="1">
        <w:r w:rsidRPr="00155160">
          <w:rPr>
            <w:rStyle w:val="Hyperlink"/>
            <w:rFonts w:ascii="Arial" w:hAnsi="Arial" w:cs="Arial"/>
            <w:color w:val="000000" w:themeColor="text1"/>
            <w:lang w:val="en-GB"/>
          </w:rPr>
          <w:t>https://help.open.ac.uk/documents/policies/accessibility/files/42/student-accessibility-policy.pdf</w:t>
        </w:r>
      </w:hyperlink>
    </w:p>
    <w:p w14:paraId="00E5C96B"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Thomas, L., &amp; May, H. (2020). </w:t>
      </w:r>
      <w:r w:rsidRPr="00155160">
        <w:rPr>
          <w:rFonts w:ascii="Arial" w:hAnsi="Arial" w:cs="Arial"/>
          <w:i/>
          <w:iCs/>
          <w:color w:val="000000" w:themeColor="text1"/>
          <w:lang w:val="en-GB"/>
        </w:rPr>
        <w:t>Inclusive teaching and learning in higher education</w:t>
      </w:r>
      <w:r w:rsidRPr="00155160">
        <w:rPr>
          <w:rFonts w:ascii="Arial" w:hAnsi="Arial" w:cs="Arial"/>
          <w:color w:val="000000" w:themeColor="text1"/>
          <w:lang w:val="en-GB"/>
        </w:rPr>
        <w:t xml:space="preserve">. Advance HE. </w:t>
      </w:r>
      <w:hyperlink r:id="rId88" w:tgtFrame="_blank" w:history="1">
        <w:r w:rsidRPr="00155160">
          <w:rPr>
            <w:rStyle w:val="Hyperlink"/>
            <w:rFonts w:ascii="Arial" w:hAnsi="Arial" w:cs="Arial"/>
            <w:color w:val="000000" w:themeColor="text1"/>
            <w:lang w:val="en-GB"/>
          </w:rPr>
          <w:t>https://www.advance-he.ac.uk/knowledge-hub/inclusive-teaching-and-learning-higher-education</w:t>
        </w:r>
      </w:hyperlink>
    </w:p>
    <w:p w14:paraId="0A6CCE3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UCAS. (2024). </w:t>
      </w:r>
      <w:r w:rsidRPr="00155160">
        <w:rPr>
          <w:rFonts w:ascii="Arial" w:hAnsi="Arial" w:cs="Arial"/>
          <w:i/>
          <w:iCs/>
          <w:color w:val="000000" w:themeColor="text1"/>
          <w:lang w:val="en-GB"/>
        </w:rPr>
        <w:t>January deadline: Application figures</w:t>
      </w:r>
      <w:r w:rsidRPr="00155160">
        <w:rPr>
          <w:rFonts w:ascii="Arial" w:hAnsi="Arial" w:cs="Arial"/>
          <w:color w:val="000000" w:themeColor="text1"/>
          <w:lang w:val="en-GB"/>
        </w:rPr>
        <w:t xml:space="preserve">. </w:t>
      </w:r>
      <w:hyperlink r:id="rId89" w:tgtFrame="_blank" w:history="1">
        <w:r w:rsidRPr="00155160">
          <w:rPr>
            <w:rStyle w:val="Hyperlink"/>
            <w:rFonts w:ascii="Arial" w:hAnsi="Arial" w:cs="Arial"/>
            <w:color w:val="000000" w:themeColor="text1"/>
            <w:lang w:val="en-GB"/>
          </w:rPr>
          <w:t>https://www.ucas.com/data-and-analysis/undergraduate-statistics-and-reports/ucas-undergraduate-releases/2024-ucas-undergraduate-january-deadline-application-figures</w:t>
        </w:r>
      </w:hyperlink>
    </w:p>
    <w:p w14:paraId="0B30AEC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UNESCO Technical Cooperation Group. (2023). </w:t>
      </w:r>
      <w:r w:rsidRPr="00155160">
        <w:rPr>
          <w:rFonts w:ascii="Arial" w:hAnsi="Arial" w:cs="Arial"/>
          <w:i/>
          <w:iCs/>
          <w:color w:val="000000" w:themeColor="text1"/>
          <w:lang w:val="en-GB"/>
        </w:rPr>
        <w:t>Official list of SDG 4 indicators (September 2023)</w:t>
      </w:r>
      <w:r w:rsidRPr="00155160">
        <w:rPr>
          <w:rFonts w:ascii="Arial" w:hAnsi="Arial" w:cs="Arial"/>
          <w:color w:val="000000" w:themeColor="text1"/>
          <w:lang w:val="en-GB"/>
        </w:rPr>
        <w:t xml:space="preserve">. </w:t>
      </w:r>
      <w:hyperlink r:id="rId90" w:tgtFrame="_blank" w:history="1">
        <w:r w:rsidRPr="00155160">
          <w:rPr>
            <w:rStyle w:val="Hyperlink"/>
            <w:rFonts w:ascii="Arial" w:hAnsi="Arial" w:cs="Arial"/>
            <w:color w:val="000000" w:themeColor="text1"/>
            <w:lang w:val="en-GB"/>
          </w:rPr>
          <w:t>https://tcg.uis.unesco.org/wp-content/uploads/sites/4/2020/09/sdg4_indicator_list.pdf</w:t>
        </w:r>
      </w:hyperlink>
    </w:p>
    <w:p w14:paraId="65AD417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UNESCO. (n.d.). </w:t>
      </w:r>
      <w:r w:rsidRPr="00155160">
        <w:rPr>
          <w:rFonts w:ascii="Arial" w:hAnsi="Arial" w:cs="Arial"/>
          <w:i/>
          <w:iCs/>
          <w:color w:val="000000" w:themeColor="text1"/>
          <w:lang w:val="en-GB"/>
        </w:rPr>
        <w:t>SDG 4: Quality education</w:t>
      </w:r>
      <w:r w:rsidRPr="00155160">
        <w:rPr>
          <w:rFonts w:ascii="Arial" w:hAnsi="Arial" w:cs="Arial"/>
          <w:color w:val="000000" w:themeColor="text1"/>
          <w:lang w:val="en-GB"/>
        </w:rPr>
        <w:t xml:space="preserve">. Retrieved August 15, 2025, from </w:t>
      </w:r>
      <w:hyperlink r:id="rId91" w:tgtFrame="_blank" w:history="1">
        <w:r w:rsidRPr="00155160">
          <w:rPr>
            <w:rStyle w:val="Hyperlink"/>
            <w:rFonts w:ascii="Arial" w:hAnsi="Arial" w:cs="Arial"/>
            <w:color w:val="000000" w:themeColor="text1"/>
            <w:lang w:val="en-GB"/>
          </w:rPr>
          <w:t>https://www.unesco.org/en/education/sdgs</w:t>
        </w:r>
      </w:hyperlink>
    </w:p>
    <w:p w14:paraId="42B4A95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(2015). </w:t>
      </w:r>
      <w:r w:rsidRPr="00155160">
        <w:rPr>
          <w:rFonts w:ascii="Arial" w:hAnsi="Arial" w:cs="Arial"/>
          <w:i/>
          <w:iCs/>
          <w:color w:val="000000" w:themeColor="text1"/>
          <w:lang w:val="en-GB"/>
        </w:rPr>
        <w:t>Transforming our world: The 2030 Agenda for Sustainable Development</w:t>
      </w:r>
      <w:r w:rsidRPr="00155160">
        <w:rPr>
          <w:rFonts w:ascii="Arial" w:hAnsi="Arial" w:cs="Arial"/>
          <w:color w:val="000000" w:themeColor="text1"/>
          <w:lang w:val="en-GB"/>
        </w:rPr>
        <w:t xml:space="preserve">. </w:t>
      </w:r>
      <w:hyperlink r:id="rId92" w:tgtFrame="_blank" w:history="1">
        <w:r w:rsidRPr="00155160">
          <w:rPr>
            <w:rStyle w:val="Hyperlink"/>
            <w:rFonts w:ascii="Arial" w:hAnsi="Arial" w:cs="Arial"/>
            <w:color w:val="000000" w:themeColor="text1"/>
            <w:lang w:val="en-GB"/>
          </w:rPr>
          <w:t>https://sdgs.un.org/2030agenda</w:t>
        </w:r>
      </w:hyperlink>
    </w:p>
    <w:p w14:paraId="27D229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(n.d.-a). </w:t>
      </w:r>
      <w:r w:rsidRPr="00155160">
        <w:rPr>
          <w:rFonts w:ascii="Arial" w:hAnsi="Arial" w:cs="Arial"/>
          <w:i/>
          <w:iCs/>
          <w:color w:val="000000" w:themeColor="text1"/>
          <w:lang w:val="en-GB"/>
        </w:rPr>
        <w:t>Goal 4: Quality education</w:t>
      </w:r>
      <w:r w:rsidRPr="00155160">
        <w:rPr>
          <w:rFonts w:ascii="Arial" w:hAnsi="Arial" w:cs="Arial"/>
          <w:color w:val="000000" w:themeColor="text1"/>
          <w:lang w:val="en-GB"/>
        </w:rPr>
        <w:t xml:space="preserve">. Retrieved August 15, 2025, from </w:t>
      </w:r>
      <w:hyperlink r:id="rId93" w:tgtFrame="_blank" w:history="1">
        <w:r w:rsidRPr="00155160">
          <w:rPr>
            <w:rStyle w:val="Hyperlink"/>
            <w:rFonts w:ascii="Arial" w:hAnsi="Arial" w:cs="Arial"/>
            <w:color w:val="000000" w:themeColor="text1"/>
            <w:lang w:val="en-GB"/>
          </w:rPr>
          <w:t>https://sdgs.un.org/goals/goal4</w:t>
        </w:r>
      </w:hyperlink>
    </w:p>
    <w:p w14:paraId="447BEB7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(n.d.-b). </w:t>
      </w:r>
      <w:r w:rsidRPr="00155160">
        <w:rPr>
          <w:rFonts w:ascii="Arial" w:hAnsi="Arial" w:cs="Arial"/>
          <w:i/>
          <w:iCs/>
          <w:color w:val="000000" w:themeColor="text1"/>
          <w:lang w:val="en-GB"/>
        </w:rPr>
        <w:t>Goal 10: Reduce inequality within and among countries</w:t>
      </w:r>
      <w:r w:rsidRPr="00155160">
        <w:rPr>
          <w:rFonts w:ascii="Arial" w:hAnsi="Arial" w:cs="Arial"/>
          <w:color w:val="000000" w:themeColor="text1"/>
          <w:lang w:val="en-GB"/>
        </w:rPr>
        <w:t xml:space="preserve">. Retrieved August 15, 2025, from </w:t>
      </w:r>
      <w:hyperlink r:id="rId94" w:tgtFrame="_blank" w:history="1">
        <w:r w:rsidRPr="00155160">
          <w:rPr>
            <w:rStyle w:val="Hyperlink"/>
            <w:rFonts w:ascii="Arial" w:hAnsi="Arial" w:cs="Arial"/>
            <w:color w:val="000000" w:themeColor="text1"/>
            <w:lang w:val="en-GB"/>
          </w:rPr>
          <w:t>https://sdgs.un.org/goals/goal10</w:t>
        </w:r>
      </w:hyperlink>
    </w:p>
    <w:p w14:paraId="610642B3" w14:textId="2DD150A5" w:rsidR="00155160" w:rsidRPr="00155160" w:rsidRDefault="00540A5C" w:rsidP="005E276E">
      <w:pPr>
        <w:spacing w:line="360" w:lineRule="auto"/>
        <w:ind w:left="720" w:hanging="720"/>
        <w:rPr>
          <w:rFonts w:ascii="Arial" w:hAnsi="Arial" w:cs="Arial"/>
          <w:color w:val="000000" w:themeColor="text1"/>
          <w:lang w:val="en-GB"/>
        </w:rPr>
      </w:pPr>
      <w:r>
        <w:rPr>
          <w:rFonts w:ascii="Arial" w:hAnsi="Arial" w:cs="Arial"/>
          <w:color w:val="000000" w:themeColor="text1"/>
          <w:lang w:val="en-GB"/>
        </w:rPr>
        <w:t>UUK,</w:t>
      </w:r>
      <w:r w:rsidR="00155160" w:rsidRPr="00155160">
        <w:rPr>
          <w:rFonts w:ascii="Arial" w:hAnsi="Arial" w:cs="Arial"/>
          <w:color w:val="000000" w:themeColor="text1"/>
          <w:lang w:val="en-GB"/>
        </w:rPr>
        <w:t xml:space="preserve"> (202</w:t>
      </w:r>
      <w:r>
        <w:rPr>
          <w:rFonts w:ascii="Arial" w:hAnsi="Arial" w:cs="Arial"/>
          <w:color w:val="000000" w:themeColor="text1"/>
          <w:lang w:val="en-GB"/>
        </w:rPr>
        <w:t>2</w:t>
      </w:r>
      <w:r w:rsidR="00155160" w:rsidRPr="00155160">
        <w:rPr>
          <w:rFonts w:ascii="Arial" w:hAnsi="Arial" w:cs="Arial"/>
          <w:color w:val="000000" w:themeColor="text1"/>
          <w:lang w:val="en-GB"/>
        </w:rPr>
        <w:t xml:space="preserve">). </w:t>
      </w:r>
      <w:r w:rsidR="00155160" w:rsidRPr="00155160">
        <w:rPr>
          <w:rFonts w:ascii="Arial" w:hAnsi="Arial" w:cs="Arial"/>
          <w:i/>
          <w:iCs/>
          <w:color w:val="000000" w:themeColor="text1"/>
          <w:lang w:val="en-GB"/>
        </w:rPr>
        <w:t>International student recruitment: The role of agents</w:t>
      </w:r>
      <w:r w:rsidR="00155160" w:rsidRPr="00155160">
        <w:rPr>
          <w:rFonts w:ascii="Arial" w:hAnsi="Arial" w:cs="Arial"/>
          <w:color w:val="000000" w:themeColor="text1"/>
          <w:lang w:val="en-GB"/>
        </w:rPr>
        <w:t xml:space="preserve">. </w:t>
      </w:r>
      <w:hyperlink r:id="rId95" w:tgtFrame="_blank" w:history="1">
        <w:r w:rsidR="00155160" w:rsidRPr="00155160">
          <w:rPr>
            <w:rStyle w:val="Hyperlink"/>
            <w:rFonts w:ascii="Arial" w:hAnsi="Arial" w:cs="Arial"/>
            <w:color w:val="000000" w:themeColor="text1"/>
            <w:lang w:val="en-GB"/>
          </w:rPr>
          <w:t>https://www.hepi.ac.uk/2023/11/16/international-student-recruitment-the-role-of-agents-2/</w:t>
        </w:r>
      </w:hyperlink>
    </w:p>
    <w:p w14:paraId="4839A58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University of Leeds. (2022, September 7). </w:t>
      </w:r>
      <w:r w:rsidRPr="00155160">
        <w:rPr>
          <w:rFonts w:ascii="Arial" w:hAnsi="Arial" w:cs="Arial"/>
          <w:i/>
          <w:iCs/>
          <w:color w:val="000000" w:themeColor="text1"/>
          <w:lang w:val="en-GB"/>
        </w:rPr>
        <w:t>Inclusive baseline standards</w:t>
      </w:r>
      <w:r w:rsidRPr="00155160">
        <w:rPr>
          <w:rFonts w:ascii="Arial" w:hAnsi="Arial" w:cs="Arial"/>
          <w:color w:val="000000" w:themeColor="text1"/>
          <w:lang w:val="en-GB"/>
        </w:rPr>
        <w:t xml:space="preserve">. </w:t>
      </w:r>
      <w:hyperlink r:id="rId96" w:tgtFrame="_blank" w:history="1">
        <w:r w:rsidRPr="00155160">
          <w:rPr>
            <w:rStyle w:val="Hyperlink"/>
            <w:rFonts w:ascii="Arial" w:hAnsi="Arial" w:cs="Arial"/>
            <w:color w:val="000000" w:themeColor="text1"/>
            <w:lang w:val="en-GB"/>
          </w:rPr>
          <w:t>https://inclusiveteaching.leeds.ac.uk/embedding-inclusivity/inclusive-baseline-standards/</w:t>
        </w:r>
      </w:hyperlink>
    </w:p>
    <w:p w14:paraId="668FA6A5"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University of the Arts London. (n.d.). </w:t>
      </w:r>
      <w:r w:rsidRPr="00155160">
        <w:rPr>
          <w:rFonts w:ascii="Arial" w:hAnsi="Arial" w:cs="Arial"/>
          <w:i/>
          <w:iCs/>
          <w:color w:val="000000" w:themeColor="text1"/>
          <w:lang w:val="en-GB"/>
        </w:rPr>
        <w:t>Assessment and marking criteria</w:t>
      </w:r>
      <w:r w:rsidRPr="00155160">
        <w:rPr>
          <w:rFonts w:ascii="Arial" w:hAnsi="Arial" w:cs="Arial"/>
          <w:color w:val="000000" w:themeColor="text1"/>
          <w:lang w:val="en-GB"/>
        </w:rPr>
        <w:t xml:space="preserve">. Retrieved August 15, 2025, from </w:t>
      </w:r>
      <w:hyperlink r:id="rId97" w:tgtFrame="_blank" w:history="1">
        <w:r w:rsidRPr="00155160">
          <w:rPr>
            <w:rStyle w:val="Hyperlink"/>
            <w:rFonts w:ascii="Arial" w:hAnsi="Arial" w:cs="Arial"/>
            <w:color w:val="000000" w:themeColor="text1"/>
            <w:lang w:val="en-GB"/>
          </w:rPr>
          <w:t>https://www.arts.ac.uk/study-at-ual/course-regulations/assessment</w:t>
        </w:r>
      </w:hyperlink>
    </w:p>
    <w:p w14:paraId="2FF9052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Veytia Bucheli, M. G., García-Holgado, A., &amp; García-</w:t>
      </w:r>
      <w:proofErr w:type="spellStart"/>
      <w:r w:rsidRPr="00155160">
        <w:rPr>
          <w:rFonts w:ascii="Arial" w:hAnsi="Arial" w:cs="Arial"/>
          <w:color w:val="000000" w:themeColor="text1"/>
          <w:lang w:val="en-GB"/>
        </w:rPr>
        <w:t>Peñalvo</w:t>
      </w:r>
      <w:proofErr w:type="spellEnd"/>
      <w:r w:rsidRPr="00155160">
        <w:rPr>
          <w:rFonts w:ascii="Arial" w:hAnsi="Arial" w:cs="Arial"/>
          <w:color w:val="000000" w:themeColor="text1"/>
          <w:lang w:val="en-GB"/>
        </w:rPr>
        <w:t xml:space="preserve">, F. J. (2024). Digital technologies as enablers of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higher education. </w:t>
      </w:r>
      <w:r w:rsidRPr="00155160">
        <w:rPr>
          <w:rFonts w:ascii="Arial" w:hAnsi="Arial" w:cs="Arial"/>
          <w:i/>
          <w:iCs/>
          <w:color w:val="000000" w:themeColor="text1"/>
          <w:lang w:val="en-GB"/>
        </w:rPr>
        <w:t>Education and Information Technologies, 29</w:t>
      </w:r>
      <w:r w:rsidRPr="00155160">
        <w:rPr>
          <w:rFonts w:ascii="Arial" w:hAnsi="Arial" w:cs="Arial"/>
          <w:color w:val="000000" w:themeColor="text1"/>
          <w:lang w:val="en-GB"/>
        </w:rPr>
        <w:t xml:space="preserve">, 3545–3564. </w:t>
      </w:r>
      <w:hyperlink r:id="rId98" w:tgtFrame="_blank" w:history="1">
        <w:r w:rsidRPr="00155160">
          <w:rPr>
            <w:rStyle w:val="Hyperlink"/>
            <w:rFonts w:ascii="Arial" w:hAnsi="Arial" w:cs="Arial"/>
            <w:color w:val="000000" w:themeColor="text1"/>
            <w:lang w:val="en-GB"/>
          </w:rPr>
          <w:t>https://doi.org/10.1007/s10639-023-12275-z</w:t>
        </w:r>
      </w:hyperlink>
    </w:p>
    <w:p w14:paraId="6CF9B74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Watson, S. (2024, February 9). </w:t>
      </w:r>
      <w:r w:rsidRPr="00155160">
        <w:rPr>
          <w:rFonts w:ascii="Arial" w:hAnsi="Arial" w:cs="Arial"/>
          <w:i/>
          <w:iCs/>
          <w:color w:val="000000" w:themeColor="text1"/>
          <w:lang w:val="en-GB"/>
        </w:rPr>
        <w:t>The financial challenges facing UK universities</w:t>
      </w:r>
      <w:r w:rsidRPr="00155160">
        <w:rPr>
          <w:rFonts w:ascii="Arial" w:hAnsi="Arial" w:cs="Arial"/>
          <w:color w:val="000000" w:themeColor="text1"/>
          <w:lang w:val="en-GB"/>
        </w:rPr>
        <w:t xml:space="preserve"> (Briefing Paper No. 9800). House of Commons Library. </w:t>
      </w:r>
      <w:hyperlink r:id="rId99" w:tgtFrame="_blank" w:history="1">
        <w:r w:rsidRPr="00155160">
          <w:rPr>
            <w:rStyle w:val="Hyperlink"/>
            <w:rFonts w:ascii="Arial" w:hAnsi="Arial" w:cs="Arial"/>
            <w:color w:val="000000" w:themeColor="text1"/>
            <w:lang w:val="en-GB"/>
          </w:rPr>
          <w:t>https://commonslibrary.parliament.uk/research-briefings/cbp-9800/</w:t>
        </w:r>
      </w:hyperlink>
    </w:p>
    <w:p w14:paraId="42F9C44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Whittemore, R., &amp; </w:t>
      </w:r>
      <w:proofErr w:type="spellStart"/>
      <w:r w:rsidRPr="00155160">
        <w:rPr>
          <w:rFonts w:ascii="Arial" w:hAnsi="Arial" w:cs="Arial"/>
          <w:color w:val="000000" w:themeColor="text1"/>
          <w:lang w:val="en-GB"/>
        </w:rPr>
        <w:t>Knafl</w:t>
      </w:r>
      <w:proofErr w:type="spellEnd"/>
      <w:r w:rsidRPr="00155160">
        <w:rPr>
          <w:rFonts w:ascii="Arial" w:hAnsi="Arial" w:cs="Arial"/>
          <w:color w:val="000000" w:themeColor="text1"/>
          <w:lang w:val="en-GB"/>
        </w:rPr>
        <w:t xml:space="preserve">, K. (2005). The integrative review: Updated methodology. </w:t>
      </w:r>
      <w:r w:rsidRPr="00155160">
        <w:rPr>
          <w:rFonts w:ascii="Arial" w:hAnsi="Arial" w:cs="Arial"/>
          <w:i/>
          <w:iCs/>
          <w:color w:val="000000" w:themeColor="text1"/>
          <w:lang w:val="en-GB"/>
        </w:rPr>
        <w:t>Journal of Advanced Nursing, 52</w:t>
      </w:r>
      <w:r w:rsidRPr="00155160">
        <w:rPr>
          <w:rFonts w:ascii="Arial" w:hAnsi="Arial" w:cs="Arial"/>
          <w:color w:val="000000" w:themeColor="text1"/>
          <w:lang w:val="en-GB"/>
        </w:rPr>
        <w:t xml:space="preserve">(5), 546–553. </w:t>
      </w:r>
      <w:hyperlink r:id="rId100" w:tgtFrame="_blank" w:history="1">
        <w:r w:rsidRPr="00155160">
          <w:rPr>
            <w:rStyle w:val="Hyperlink"/>
            <w:rFonts w:ascii="Arial" w:hAnsi="Arial" w:cs="Arial"/>
            <w:color w:val="000000" w:themeColor="text1"/>
            <w:lang w:val="en-GB"/>
          </w:rPr>
          <w:t>https://doi.org/10.1111/j.1365-2648.2005.03621.x</w:t>
        </w:r>
      </w:hyperlink>
    </w:p>
    <w:p w14:paraId="02EC1118"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lastRenderedPageBreak/>
        <w:t>Woelert</w:t>
      </w:r>
      <w:proofErr w:type="spellEnd"/>
      <w:r w:rsidRPr="00155160">
        <w:rPr>
          <w:rFonts w:ascii="Arial" w:hAnsi="Arial" w:cs="Arial"/>
          <w:color w:val="000000" w:themeColor="text1"/>
          <w:lang w:val="en-GB"/>
        </w:rPr>
        <w:t xml:space="preserve">, P. (2023). The administrative burden of diversity work in higher education. </w:t>
      </w:r>
      <w:r w:rsidRPr="00155160">
        <w:rPr>
          <w:rFonts w:ascii="Arial" w:hAnsi="Arial" w:cs="Arial"/>
          <w:i/>
          <w:iCs/>
          <w:color w:val="000000" w:themeColor="text1"/>
          <w:lang w:val="en-GB"/>
        </w:rPr>
        <w:t>Higher Education Research &amp; Development, 42</w:t>
      </w:r>
      <w:r w:rsidRPr="00155160">
        <w:rPr>
          <w:rFonts w:ascii="Arial" w:hAnsi="Arial" w:cs="Arial"/>
          <w:color w:val="000000" w:themeColor="text1"/>
          <w:lang w:val="en-GB"/>
        </w:rPr>
        <w:t xml:space="preserve">(6), 1367–1381. </w:t>
      </w:r>
      <w:hyperlink r:id="rId101" w:tgtFrame="_blank" w:history="1">
        <w:r w:rsidRPr="00155160">
          <w:rPr>
            <w:rStyle w:val="Hyperlink"/>
            <w:rFonts w:ascii="Arial" w:hAnsi="Arial" w:cs="Arial"/>
            <w:color w:val="000000" w:themeColor="text1"/>
            <w:lang w:val="en-GB"/>
          </w:rPr>
          <w:t>https://doi.org/10.1080/07294360.2022.213271</w:t>
        </w:r>
      </w:hyperlink>
    </w:p>
    <w:p w14:paraId="355880C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Woodley, C., Wright, D., &amp; Adesola, A. (2024). Anticipatory inclusion: A framework for supporting neurodivergent students in higher education. </w:t>
      </w:r>
      <w:r w:rsidRPr="00155160">
        <w:rPr>
          <w:rFonts w:ascii="Arial" w:hAnsi="Arial" w:cs="Arial"/>
          <w:i/>
          <w:iCs/>
          <w:color w:val="000000" w:themeColor="text1"/>
          <w:lang w:val="en-GB"/>
        </w:rPr>
        <w:t>Journal of Inclusive Practice in Further and Higher Education, 16</w:t>
      </w:r>
      <w:r w:rsidRPr="00155160">
        <w:rPr>
          <w:rFonts w:ascii="Arial" w:hAnsi="Arial" w:cs="Arial"/>
          <w:color w:val="000000" w:themeColor="text1"/>
          <w:lang w:val="en-GB"/>
        </w:rPr>
        <w:t xml:space="preserve">(1), 6–21. </w:t>
      </w:r>
      <w:hyperlink r:id="rId102" w:tgtFrame="_blank" w:history="1">
        <w:r w:rsidRPr="00155160">
          <w:rPr>
            <w:rStyle w:val="Hyperlink"/>
            <w:rFonts w:ascii="Arial" w:hAnsi="Arial" w:cs="Arial"/>
            <w:color w:val="000000" w:themeColor="text1"/>
            <w:lang w:val="en-GB"/>
          </w:rPr>
          <w:t>https://nadp-uk.org/wp-content/uploads/2024/04/JIPFHE-16.1-Spring-2024-Woodley-et-al.pdf</w:t>
        </w:r>
      </w:hyperlink>
    </w:p>
    <w:p w14:paraId="1F5097C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Zorec, K., Desmond, D., Boland, T., McNicholl, A., O’Connor, A., Stafford, G., &amp; Gallagher, P. (2024). A whole-campus approach to technology and inclusion of students with disabilities in higher education in Ireland. </w:t>
      </w:r>
      <w:r w:rsidRPr="00155160">
        <w:rPr>
          <w:rFonts w:ascii="Arial" w:hAnsi="Arial" w:cs="Arial"/>
          <w:i/>
          <w:iCs/>
          <w:color w:val="000000" w:themeColor="text1"/>
          <w:lang w:val="en-GB"/>
        </w:rPr>
        <w:t>Disability &amp; Society, 39</w:t>
      </w:r>
      <w:r w:rsidRPr="00155160">
        <w:rPr>
          <w:rFonts w:ascii="Arial" w:hAnsi="Arial" w:cs="Arial"/>
          <w:color w:val="000000" w:themeColor="text1"/>
          <w:lang w:val="en-GB"/>
        </w:rPr>
        <w:t xml:space="preserve">(5), 1147–1172. </w:t>
      </w:r>
      <w:hyperlink r:id="rId103" w:tgtFrame="_blank" w:history="1">
        <w:r w:rsidRPr="00155160">
          <w:rPr>
            <w:rStyle w:val="Hyperlink"/>
            <w:rFonts w:ascii="Arial" w:hAnsi="Arial" w:cs="Arial"/>
            <w:color w:val="000000" w:themeColor="text1"/>
            <w:lang w:val="en-GB"/>
          </w:rPr>
          <w:t>https://doi.org/10.1080/09687599.2022.2114885</w:t>
        </w:r>
      </w:hyperlink>
    </w:p>
    <w:p w14:paraId="6E2FD132" w14:textId="77777777" w:rsidR="000E2B82" w:rsidRDefault="000E2B82" w:rsidP="000B59C1">
      <w:pPr>
        <w:rPr>
          <w:rFonts w:ascii="Times New Roman" w:eastAsia="Times New Roman" w:hAnsi="Times New Roman" w:cs="Times New Roman"/>
          <w:color w:val="EE0000"/>
          <w:sz w:val="24"/>
          <w:szCs w:val="24"/>
          <w:lang w:val="en-GB" w:eastAsia="en-GB"/>
        </w:rPr>
      </w:pPr>
    </w:p>
    <w:p w14:paraId="50E58A61" w14:textId="77777777" w:rsidR="00B370A7" w:rsidRDefault="00B370A7" w:rsidP="000B59C1">
      <w:pPr>
        <w:rPr>
          <w:rFonts w:ascii="Times New Roman" w:eastAsia="Times New Roman" w:hAnsi="Times New Roman" w:cs="Times New Roman"/>
          <w:color w:val="EE0000"/>
          <w:sz w:val="24"/>
          <w:szCs w:val="24"/>
          <w:lang w:val="en-GB" w:eastAsia="en-GB"/>
        </w:rPr>
      </w:pPr>
    </w:p>
    <w:p w14:paraId="76517C1D" w14:textId="77777777" w:rsidR="00B370A7" w:rsidRDefault="00B370A7" w:rsidP="000B59C1">
      <w:pPr>
        <w:rPr>
          <w:rFonts w:ascii="Times New Roman" w:eastAsia="Times New Roman" w:hAnsi="Times New Roman" w:cs="Times New Roman"/>
          <w:color w:val="EE0000"/>
          <w:sz w:val="24"/>
          <w:szCs w:val="24"/>
          <w:lang w:val="en-GB" w:eastAsia="en-GB"/>
        </w:rPr>
      </w:pPr>
    </w:p>
    <w:p w14:paraId="7969F158" w14:textId="77777777" w:rsidR="00B370A7" w:rsidRDefault="00B370A7" w:rsidP="000B59C1">
      <w:pPr>
        <w:rPr>
          <w:rFonts w:ascii="Times New Roman" w:eastAsia="Times New Roman" w:hAnsi="Times New Roman" w:cs="Times New Roman"/>
          <w:color w:val="EE0000"/>
          <w:sz w:val="24"/>
          <w:szCs w:val="24"/>
          <w:lang w:val="en-GB" w:eastAsia="en-GB"/>
        </w:rPr>
      </w:pPr>
    </w:p>
    <w:p w14:paraId="08D4B7D8" w14:textId="77777777" w:rsidR="00B370A7" w:rsidRDefault="00B370A7" w:rsidP="000B59C1">
      <w:pPr>
        <w:rPr>
          <w:rFonts w:ascii="Times New Roman" w:eastAsia="Times New Roman" w:hAnsi="Times New Roman" w:cs="Times New Roman"/>
          <w:color w:val="EE0000"/>
          <w:sz w:val="24"/>
          <w:szCs w:val="24"/>
          <w:lang w:val="en-GB" w:eastAsia="en-GB"/>
        </w:rPr>
      </w:pPr>
    </w:p>
    <w:p w14:paraId="7BAF7B43" w14:textId="77777777" w:rsidR="00B370A7" w:rsidRDefault="00B370A7" w:rsidP="000B59C1">
      <w:pPr>
        <w:rPr>
          <w:rFonts w:ascii="Times New Roman" w:eastAsia="Times New Roman" w:hAnsi="Times New Roman" w:cs="Times New Roman"/>
          <w:color w:val="EE0000"/>
          <w:sz w:val="24"/>
          <w:szCs w:val="24"/>
          <w:lang w:val="en-GB" w:eastAsia="en-GB"/>
        </w:rPr>
      </w:pPr>
    </w:p>
    <w:p w14:paraId="3C1E3FB8" w14:textId="77777777" w:rsidR="00B370A7" w:rsidRDefault="00B370A7" w:rsidP="000B59C1">
      <w:pPr>
        <w:rPr>
          <w:rFonts w:ascii="Times New Roman" w:eastAsia="Times New Roman" w:hAnsi="Times New Roman" w:cs="Times New Roman"/>
          <w:color w:val="EE0000"/>
          <w:sz w:val="24"/>
          <w:szCs w:val="24"/>
          <w:lang w:val="en-GB" w:eastAsia="en-GB"/>
        </w:rPr>
      </w:pPr>
    </w:p>
    <w:p w14:paraId="63C6143E" w14:textId="77777777" w:rsidR="00B370A7" w:rsidRDefault="00B370A7" w:rsidP="000B59C1">
      <w:pPr>
        <w:rPr>
          <w:rFonts w:ascii="Times New Roman" w:eastAsia="Times New Roman" w:hAnsi="Times New Roman" w:cs="Times New Roman"/>
          <w:color w:val="EE0000"/>
          <w:sz w:val="24"/>
          <w:szCs w:val="24"/>
          <w:lang w:val="en-GB" w:eastAsia="en-GB"/>
        </w:rPr>
      </w:pPr>
    </w:p>
    <w:p w14:paraId="498E94F6" w14:textId="77777777" w:rsidR="00B370A7" w:rsidRDefault="00B370A7" w:rsidP="000B59C1">
      <w:pPr>
        <w:rPr>
          <w:rFonts w:ascii="Times New Roman" w:eastAsia="Times New Roman" w:hAnsi="Times New Roman" w:cs="Times New Roman"/>
          <w:color w:val="EE0000"/>
          <w:sz w:val="24"/>
          <w:szCs w:val="24"/>
          <w:lang w:val="en-GB" w:eastAsia="en-GB"/>
        </w:rPr>
      </w:pPr>
    </w:p>
    <w:p w14:paraId="0D096E89" w14:textId="77777777" w:rsidR="00B370A7" w:rsidRDefault="00B370A7" w:rsidP="000B59C1">
      <w:pPr>
        <w:rPr>
          <w:rFonts w:ascii="Times New Roman" w:eastAsia="Times New Roman" w:hAnsi="Times New Roman" w:cs="Times New Roman"/>
          <w:color w:val="EE0000"/>
          <w:sz w:val="24"/>
          <w:szCs w:val="24"/>
          <w:lang w:val="en-GB" w:eastAsia="en-GB"/>
        </w:rPr>
      </w:pPr>
    </w:p>
    <w:p w14:paraId="7F64F9CD" w14:textId="77777777" w:rsidR="00B370A7" w:rsidRDefault="00B370A7" w:rsidP="000B59C1">
      <w:pPr>
        <w:rPr>
          <w:rFonts w:ascii="Times New Roman" w:eastAsia="Times New Roman" w:hAnsi="Times New Roman" w:cs="Times New Roman"/>
          <w:color w:val="EE0000"/>
          <w:sz w:val="24"/>
          <w:szCs w:val="24"/>
          <w:lang w:val="en-GB" w:eastAsia="en-GB"/>
        </w:rPr>
      </w:pPr>
    </w:p>
    <w:p w14:paraId="254E0399" w14:textId="77777777" w:rsidR="00B370A7" w:rsidRDefault="00B370A7" w:rsidP="000B59C1">
      <w:pPr>
        <w:rPr>
          <w:rFonts w:ascii="Times New Roman" w:eastAsia="Times New Roman" w:hAnsi="Times New Roman" w:cs="Times New Roman"/>
          <w:color w:val="EE0000"/>
          <w:sz w:val="24"/>
          <w:szCs w:val="24"/>
          <w:lang w:val="en-GB" w:eastAsia="en-GB"/>
        </w:rPr>
      </w:pPr>
    </w:p>
    <w:p w14:paraId="1869FDCE" w14:textId="77777777" w:rsidR="00B370A7" w:rsidRDefault="00B370A7" w:rsidP="000B59C1">
      <w:pPr>
        <w:rPr>
          <w:rFonts w:ascii="Times New Roman" w:eastAsia="Times New Roman" w:hAnsi="Times New Roman" w:cs="Times New Roman"/>
          <w:color w:val="EE0000"/>
          <w:sz w:val="24"/>
          <w:szCs w:val="24"/>
          <w:lang w:val="en-GB" w:eastAsia="en-GB"/>
        </w:rPr>
      </w:pPr>
    </w:p>
    <w:p w14:paraId="4674EF68" w14:textId="5436776B" w:rsidR="00C92A6D" w:rsidRPr="000B59C1" w:rsidRDefault="00543052" w:rsidP="00A44044">
      <w:pPr>
        <w:pStyle w:val="Heading1"/>
        <w:rPr>
          <w:color w:val="EE0000"/>
        </w:rPr>
      </w:pPr>
      <w:bookmarkStart w:id="29" w:name="_Toc206171149"/>
      <w:r w:rsidRPr="000B1BD2">
        <w:rPr>
          <w:lang w:val="en-GB" w:eastAsia="en-GB"/>
        </w:rPr>
        <w:lastRenderedPageBreak/>
        <w:t>Appendices</w:t>
      </w:r>
      <w:bookmarkEnd w:id="29"/>
    </w:p>
    <w:p w14:paraId="25F5DFD1" w14:textId="2665DFA5" w:rsidR="00543052" w:rsidRPr="000B1BD2" w:rsidRDefault="00C92A6D" w:rsidP="00A44044">
      <w:pPr>
        <w:pStyle w:val="Heading2"/>
        <w:rPr>
          <w:lang w:val="en-GB" w:eastAsia="en-GB"/>
        </w:rPr>
      </w:pPr>
      <w:bookmarkStart w:id="30" w:name="_Toc206171150"/>
      <w:r w:rsidRPr="000B1BD2">
        <w:rPr>
          <w:lang w:val="en-GB" w:eastAsia="en-GB"/>
        </w:rPr>
        <w:t xml:space="preserve">Appendix A: </w:t>
      </w:r>
      <w:r w:rsidR="000B1BD2" w:rsidRPr="000B1BD2">
        <w:rPr>
          <w:lang w:val="en-GB" w:eastAsia="en-GB"/>
        </w:rPr>
        <w:t>UN SDG 4</w:t>
      </w:r>
      <w:r w:rsidR="007C3A42">
        <w:rPr>
          <w:lang w:val="en-GB" w:eastAsia="en-GB"/>
        </w:rPr>
        <w:t xml:space="preserve"> - </w:t>
      </w:r>
      <w:r w:rsidR="007C3A42" w:rsidRPr="007C3A42">
        <w:rPr>
          <w:lang w:val="en-GB" w:eastAsia="en-GB"/>
        </w:rPr>
        <w:t>Quality Education</w:t>
      </w:r>
      <w:bookmarkEnd w:id="30"/>
      <w:r w:rsidR="000B1BD2">
        <w:rPr>
          <w:lang w:val="en-GB" w:eastAsia="en-GB"/>
        </w:rPr>
        <w:t xml:space="preserve"> </w:t>
      </w:r>
      <w:r w:rsidR="007C2F16">
        <w:rPr>
          <w:lang w:val="en-GB" w:eastAsia="en-GB"/>
        </w:rPr>
        <w:br/>
      </w:r>
    </w:p>
    <w:tbl>
      <w:tblPr>
        <w:tblStyle w:val="TableGrid"/>
        <w:tblW w:w="9203" w:type="dxa"/>
        <w:tblInd w:w="-5" w:type="dxa"/>
        <w:tblLook w:val="04A0" w:firstRow="1" w:lastRow="0" w:firstColumn="1" w:lastColumn="0" w:noHBand="0" w:noVBand="1"/>
      </w:tblPr>
      <w:tblGrid>
        <w:gridCol w:w="1818"/>
        <w:gridCol w:w="7385"/>
      </w:tblGrid>
      <w:tr w:rsidR="00543052" w14:paraId="383A4A7C" w14:textId="77777777" w:rsidTr="00543052">
        <w:trPr>
          <w:trHeight w:val="290"/>
        </w:trPr>
        <w:tc>
          <w:tcPr>
            <w:tcW w:w="1818" w:type="dxa"/>
            <w:shd w:val="clear" w:color="auto" w:fill="D9D9D9" w:themeFill="background1" w:themeFillShade="D9"/>
          </w:tcPr>
          <w:p w14:paraId="214BEA35" w14:textId="6AFBE875" w:rsidR="00543052" w:rsidRPr="000B1BD2" w:rsidRDefault="00543052" w:rsidP="0054305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SDG 4 target</w:t>
            </w:r>
          </w:p>
        </w:tc>
        <w:tc>
          <w:tcPr>
            <w:tcW w:w="7385" w:type="dxa"/>
            <w:shd w:val="clear" w:color="auto" w:fill="D9D9D9" w:themeFill="background1" w:themeFillShade="D9"/>
          </w:tcPr>
          <w:p w14:paraId="7864B078" w14:textId="3E2C551E" w:rsidR="00543052" w:rsidRPr="000B1BD2" w:rsidRDefault="00543052" w:rsidP="0054305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 xml:space="preserve">Target focus </w:t>
            </w:r>
          </w:p>
        </w:tc>
      </w:tr>
      <w:tr w:rsidR="00543052" w14:paraId="58CFD496" w14:textId="77777777" w:rsidTr="00543052">
        <w:trPr>
          <w:trHeight w:val="567"/>
        </w:trPr>
        <w:tc>
          <w:tcPr>
            <w:tcW w:w="1818" w:type="dxa"/>
            <w:vAlign w:val="center"/>
          </w:tcPr>
          <w:p w14:paraId="2F484F9D" w14:textId="0337EA41"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4.1</w:t>
            </w:r>
          </w:p>
        </w:tc>
        <w:tc>
          <w:tcPr>
            <w:tcW w:w="7385" w:type="dxa"/>
            <w:vAlign w:val="center"/>
          </w:tcPr>
          <w:p w14:paraId="04230857" w14:textId="13227F3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children complete free, equitable, quality primary &amp; secondary education</w:t>
            </w:r>
          </w:p>
        </w:tc>
      </w:tr>
      <w:tr w:rsidR="00543052" w14:paraId="5C4A6155" w14:textId="77777777" w:rsidTr="00543052">
        <w:trPr>
          <w:trHeight w:val="567"/>
        </w:trPr>
        <w:tc>
          <w:tcPr>
            <w:tcW w:w="1818" w:type="dxa"/>
            <w:vAlign w:val="center"/>
          </w:tcPr>
          <w:p w14:paraId="381B5FC0" w14:textId="6490FE39"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4.2</w:t>
            </w:r>
          </w:p>
        </w:tc>
        <w:tc>
          <w:tcPr>
            <w:tcW w:w="7385" w:type="dxa"/>
            <w:vAlign w:val="center"/>
          </w:tcPr>
          <w:p w14:paraId="0D3519C0" w14:textId="2975AC32"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children access quality early childhood development, care &amp; pre-primary</w:t>
            </w:r>
          </w:p>
        </w:tc>
      </w:tr>
      <w:tr w:rsidR="00543052" w14:paraId="330086C5" w14:textId="77777777" w:rsidTr="000B1BD2">
        <w:trPr>
          <w:trHeight w:val="567"/>
        </w:trPr>
        <w:tc>
          <w:tcPr>
            <w:tcW w:w="1818" w:type="dxa"/>
            <w:shd w:val="clear" w:color="auto" w:fill="FFFFFF" w:themeFill="background1"/>
            <w:vAlign w:val="center"/>
          </w:tcPr>
          <w:p w14:paraId="2C84E8A0" w14:textId="36A1EA64"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4.3</w:t>
            </w:r>
          </w:p>
        </w:tc>
        <w:tc>
          <w:tcPr>
            <w:tcW w:w="7385" w:type="dxa"/>
            <w:shd w:val="clear" w:color="auto" w:fill="FFFFFF" w:themeFill="background1"/>
            <w:vAlign w:val="center"/>
          </w:tcPr>
          <w:p w14:paraId="01DD0770" w14:textId="7CA9D4C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women and men have equal access to affordable, quality TVET and tertiary education</w:t>
            </w:r>
          </w:p>
        </w:tc>
      </w:tr>
      <w:tr w:rsidR="00543052" w14:paraId="14C4F74C" w14:textId="77777777" w:rsidTr="000B1BD2">
        <w:trPr>
          <w:trHeight w:val="567"/>
        </w:trPr>
        <w:tc>
          <w:tcPr>
            <w:tcW w:w="1818" w:type="dxa"/>
            <w:shd w:val="clear" w:color="auto" w:fill="FFFFFF" w:themeFill="background1"/>
            <w:vAlign w:val="center"/>
          </w:tcPr>
          <w:p w14:paraId="363EFEDF" w14:textId="587B68A1"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4.4</w:t>
            </w:r>
          </w:p>
        </w:tc>
        <w:tc>
          <w:tcPr>
            <w:tcW w:w="7385" w:type="dxa"/>
            <w:shd w:val="clear" w:color="auto" w:fill="FFFFFF" w:themeFill="background1"/>
            <w:vAlign w:val="center"/>
          </w:tcPr>
          <w:p w14:paraId="29C4798B" w14:textId="1169D330"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more youth/adults gain relevant skills for employment and entrepreneurship</w:t>
            </w:r>
          </w:p>
        </w:tc>
      </w:tr>
      <w:tr w:rsidR="00543052" w14:paraId="42F6F443" w14:textId="77777777" w:rsidTr="000B1BD2">
        <w:trPr>
          <w:trHeight w:val="567"/>
        </w:trPr>
        <w:tc>
          <w:tcPr>
            <w:tcW w:w="1818" w:type="dxa"/>
            <w:shd w:val="clear" w:color="auto" w:fill="FFFFFF" w:themeFill="background1"/>
            <w:vAlign w:val="center"/>
          </w:tcPr>
          <w:p w14:paraId="634FE32B" w14:textId="22E5363A"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4.5</w:t>
            </w:r>
          </w:p>
        </w:tc>
        <w:tc>
          <w:tcPr>
            <w:tcW w:w="7385" w:type="dxa"/>
            <w:shd w:val="clear" w:color="auto" w:fill="FFFFFF" w:themeFill="background1"/>
            <w:vAlign w:val="center"/>
          </w:tcPr>
          <w:p w14:paraId="0ACACA2E" w14:textId="4E5E24DD"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eliminate gender disparities and widen access for vulnerable groups (incl. disability)</w:t>
            </w:r>
          </w:p>
        </w:tc>
      </w:tr>
      <w:tr w:rsidR="00543052" w14:paraId="2C0005A5" w14:textId="77777777" w:rsidTr="00543052">
        <w:trPr>
          <w:trHeight w:val="567"/>
        </w:trPr>
        <w:tc>
          <w:tcPr>
            <w:tcW w:w="1818" w:type="dxa"/>
            <w:vAlign w:val="center"/>
          </w:tcPr>
          <w:p w14:paraId="18A56AD4" w14:textId="31F35AB8"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4.6</w:t>
            </w:r>
          </w:p>
        </w:tc>
        <w:tc>
          <w:tcPr>
            <w:tcW w:w="7385" w:type="dxa"/>
            <w:vAlign w:val="center"/>
          </w:tcPr>
          <w:p w14:paraId="1CFFF3C0" w14:textId="5FEC2533"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 xml:space="preserve">By 2030, </w:t>
            </w:r>
            <w:proofErr w:type="gramStart"/>
            <w:r w:rsidRPr="00543052">
              <w:rPr>
                <w:rFonts w:ascii="Arial" w:hAnsi="Arial" w:cs="Arial"/>
              </w:rPr>
              <w:t>increase</w:t>
            </w:r>
            <w:proofErr w:type="gramEnd"/>
            <w:r w:rsidRPr="00543052">
              <w:rPr>
                <w:rFonts w:ascii="Arial" w:hAnsi="Arial" w:cs="Arial"/>
              </w:rPr>
              <w:t xml:space="preserve"> adult literacy and numeracy</w:t>
            </w:r>
          </w:p>
        </w:tc>
      </w:tr>
      <w:tr w:rsidR="00543052" w14:paraId="428350A6" w14:textId="77777777" w:rsidTr="00543052">
        <w:trPr>
          <w:trHeight w:val="567"/>
        </w:trPr>
        <w:tc>
          <w:tcPr>
            <w:tcW w:w="1818" w:type="dxa"/>
            <w:vAlign w:val="center"/>
          </w:tcPr>
          <w:p w14:paraId="17E55DD1" w14:textId="425ED3C4"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4.7</w:t>
            </w:r>
          </w:p>
        </w:tc>
        <w:tc>
          <w:tcPr>
            <w:tcW w:w="7385" w:type="dxa"/>
            <w:vAlign w:val="center"/>
          </w:tcPr>
          <w:p w14:paraId="554CCA5B" w14:textId="4AEECEA9"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learners acquire knowledge/skills for sustainable development and global citizenship</w:t>
            </w:r>
          </w:p>
        </w:tc>
      </w:tr>
      <w:tr w:rsidR="00543052" w14:paraId="4475A83E" w14:textId="77777777" w:rsidTr="00543052">
        <w:trPr>
          <w:trHeight w:val="567"/>
        </w:trPr>
        <w:tc>
          <w:tcPr>
            <w:tcW w:w="1818" w:type="dxa"/>
            <w:vAlign w:val="center"/>
          </w:tcPr>
          <w:p w14:paraId="42B9D0BD" w14:textId="77E76A16"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4.a</w:t>
            </w:r>
          </w:p>
        </w:tc>
        <w:tc>
          <w:tcPr>
            <w:tcW w:w="7385" w:type="dxa"/>
            <w:vAlign w:val="center"/>
          </w:tcPr>
          <w:p w14:paraId="6D89B3BB" w14:textId="03DDCE0C"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Build/upgrade safe, inclusive, effective learning environments</w:t>
            </w:r>
          </w:p>
        </w:tc>
      </w:tr>
      <w:tr w:rsidR="00543052" w14:paraId="7C1655E9" w14:textId="77777777" w:rsidTr="00543052">
        <w:trPr>
          <w:trHeight w:val="567"/>
        </w:trPr>
        <w:tc>
          <w:tcPr>
            <w:tcW w:w="1818" w:type="dxa"/>
            <w:vAlign w:val="center"/>
          </w:tcPr>
          <w:p w14:paraId="70C4223F" w14:textId="14FA6839"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4.b</w:t>
            </w:r>
          </w:p>
        </w:tc>
        <w:tc>
          <w:tcPr>
            <w:tcW w:w="7385" w:type="dxa"/>
            <w:vAlign w:val="center"/>
          </w:tcPr>
          <w:p w14:paraId="2F62AEEB" w14:textId="657D1C0F"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Expand scholarships for learners from developing countries</w:t>
            </w:r>
          </w:p>
        </w:tc>
      </w:tr>
      <w:tr w:rsidR="00543052" w14:paraId="5F3C8090" w14:textId="77777777" w:rsidTr="00543052">
        <w:trPr>
          <w:trHeight w:val="567"/>
        </w:trPr>
        <w:tc>
          <w:tcPr>
            <w:tcW w:w="1818" w:type="dxa"/>
            <w:vAlign w:val="center"/>
          </w:tcPr>
          <w:p w14:paraId="7FEAC8D9" w14:textId="22F0E2DA"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4.c</w:t>
            </w:r>
          </w:p>
        </w:tc>
        <w:tc>
          <w:tcPr>
            <w:tcW w:w="7385" w:type="dxa"/>
            <w:vAlign w:val="center"/>
          </w:tcPr>
          <w:p w14:paraId="6D281AC0" w14:textId="0E3B8DB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Increase the supply of qualified teachers and improve teacher training</w:t>
            </w:r>
          </w:p>
        </w:tc>
      </w:tr>
    </w:tbl>
    <w:p w14:paraId="2FDD6D6F" w14:textId="0B8B447B" w:rsidR="00543052" w:rsidRDefault="000B1BD2" w:rsidP="00795651">
      <w:pPr>
        <w:spacing w:before="100" w:beforeAutospacing="1" w:after="100" w:afterAutospacing="1"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(UN, 2025a)</w:t>
      </w:r>
    </w:p>
    <w:p w14:paraId="403D045D"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629B16F0"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11D779F0"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7346A6C3"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43C4989A"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0D35EA7D"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64B3B2BC"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0DF6D0F9" w14:textId="77777777"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p>
    <w:p w14:paraId="45977B79" w14:textId="77777777"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p>
    <w:p w14:paraId="0E79905C" w14:textId="6AA06594" w:rsidR="000B1BD2" w:rsidRPr="007C3A42" w:rsidRDefault="00543052" w:rsidP="00A44044">
      <w:pPr>
        <w:pStyle w:val="Heading2"/>
        <w:rPr>
          <w:lang w:val="en-GB" w:eastAsia="en-GB"/>
        </w:rPr>
      </w:pPr>
      <w:bookmarkStart w:id="31" w:name="_Toc206171151"/>
      <w:r w:rsidRPr="000B1BD2">
        <w:rPr>
          <w:lang w:val="en-GB" w:eastAsia="en-GB"/>
        </w:rPr>
        <w:lastRenderedPageBreak/>
        <w:t xml:space="preserve">Appendix B: </w:t>
      </w:r>
      <w:r w:rsidR="000B1BD2" w:rsidRPr="000B1BD2">
        <w:rPr>
          <w:lang w:val="en-GB" w:eastAsia="en-GB"/>
        </w:rPr>
        <w:t xml:space="preserve">UN SDG </w:t>
      </w:r>
      <w:r w:rsidR="007C3A42">
        <w:rPr>
          <w:lang w:val="en-GB" w:eastAsia="en-GB"/>
        </w:rPr>
        <w:t xml:space="preserve">- </w:t>
      </w:r>
      <w:r w:rsidR="007C3A42" w:rsidRPr="007C3A42">
        <w:rPr>
          <w:lang w:eastAsia="en-GB"/>
        </w:rPr>
        <w:t>Reduced Inequalities</w:t>
      </w:r>
      <w:r w:rsidR="007C3A42">
        <w:rPr>
          <w:lang w:eastAsia="en-GB"/>
        </w:rPr>
        <w:t xml:space="preserve"> </w:t>
      </w:r>
      <w:r w:rsidR="007C3A42" w:rsidRPr="007C3A42">
        <w:rPr>
          <w:lang w:eastAsia="en-GB"/>
        </w:rPr>
        <w:t>(</w:t>
      </w:r>
      <w:r w:rsidR="007C3A42">
        <w:rPr>
          <w:lang w:eastAsia="en-GB"/>
        </w:rPr>
        <w:t>W</w:t>
      </w:r>
      <w:r w:rsidR="007C3A42" w:rsidRPr="007C3A42">
        <w:rPr>
          <w:lang w:eastAsia="en-GB"/>
        </w:rPr>
        <w:t>ithin and among countries)</w:t>
      </w:r>
      <w:bookmarkEnd w:id="31"/>
      <w:r w:rsidR="007C2F16">
        <w:rPr>
          <w:lang w:eastAsia="en-GB"/>
        </w:rPr>
        <w:br/>
      </w:r>
    </w:p>
    <w:tbl>
      <w:tblPr>
        <w:tblStyle w:val="TableGrid"/>
        <w:tblW w:w="9209" w:type="dxa"/>
        <w:tblLook w:val="04A0" w:firstRow="1" w:lastRow="0" w:firstColumn="1" w:lastColumn="0" w:noHBand="0" w:noVBand="1"/>
      </w:tblPr>
      <w:tblGrid>
        <w:gridCol w:w="1980"/>
        <w:gridCol w:w="7229"/>
      </w:tblGrid>
      <w:tr w:rsidR="000B1BD2" w14:paraId="00A65766" w14:textId="77777777" w:rsidTr="007C3A42">
        <w:trPr>
          <w:trHeight w:val="296"/>
        </w:trPr>
        <w:tc>
          <w:tcPr>
            <w:tcW w:w="1980" w:type="dxa"/>
            <w:shd w:val="clear" w:color="auto" w:fill="D9D9D9" w:themeFill="background1" w:themeFillShade="D9"/>
            <w:vAlign w:val="center"/>
          </w:tcPr>
          <w:p w14:paraId="3B6BA9C5" w14:textId="0C01CFAD" w:rsidR="000B1BD2" w:rsidRPr="000B1BD2" w:rsidRDefault="000B1BD2" w:rsidP="000B1BD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SDG 10 target</w:t>
            </w:r>
          </w:p>
        </w:tc>
        <w:tc>
          <w:tcPr>
            <w:tcW w:w="7229" w:type="dxa"/>
            <w:shd w:val="clear" w:color="auto" w:fill="D9D9D9" w:themeFill="background1" w:themeFillShade="D9"/>
            <w:vAlign w:val="center"/>
          </w:tcPr>
          <w:p w14:paraId="2C5CB0A0" w14:textId="2EC250C4" w:rsidR="000B1BD2" w:rsidRPr="000B1BD2" w:rsidRDefault="000B1BD2" w:rsidP="000B1BD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 xml:space="preserve">Target focus </w:t>
            </w:r>
          </w:p>
        </w:tc>
      </w:tr>
      <w:tr w:rsidR="000B1BD2" w14:paraId="621E1A03" w14:textId="77777777" w:rsidTr="007C3A42">
        <w:trPr>
          <w:trHeight w:val="567"/>
        </w:trPr>
        <w:tc>
          <w:tcPr>
            <w:tcW w:w="1980" w:type="dxa"/>
            <w:vAlign w:val="center"/>
          </w:tcPr>
          <w:p w14:paraId="08739C2E" w14:textId="49115D2D"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10.1</w:t>
            </w:r>
          </w:p>
        </w:tc>
        <w:tc>
          <w:tcPr>
            <w:tcW w:w="7229" w:type="dxa"/>
            <w:vAlign w:val="center"/>
          </w:tcPr>
          <w:p w14:paraId="563B460F" w14:textId="3A3060BD"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Faster income growth for the bottom 40% of the population</w:t>
            </w:r>
          </w:p>
        </w:tc>
      </w:tr>
      <w:tr w:rsidR="000B1BD2" w14:paraId="69A9118D" w14:textId="77777777" w:rsidTr="007C3A42">
        <w:trPr>
          <w:trHeight w:val="567"/>
        </w:trPr>
        <w:tc>
          <w:tcPr>
            <w:tcW w:w="1980" w:type="dxa"/>
            <w:vAlign w:val="center"/>
          </w:tcPr>
          <w:p w14:paraId="4483D195" w14:textId="1ABAD038"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10.2</w:t>
            </w:r>
          </w:p>
        </w:tc>
        <w:tc>
          <w:tcPr>
            <w:tcW w:w="7229" w:type="dxa"/>
            <w:vAlign w:val="center"/>
          </w:tcPr>
          <w:p w14:paraId="100C2756" w14:textId="0BD2C06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Inclusion of all in social, economic, and political life</w:t>
            </w:r>
          </w:p>
        </w:tc>
      </w:tr>
      <w:tr w:rsidR="000B1BD2" w14:paraId="052FD7D0" w14:textId="77777777" w:rsidTr="007C3A42">
        <w:trPr>
          <w:trHeight w:val="567"/>
        </w:trPr>
        <w:tc>
          <w:tcPr>
            <w:tcW w:w="1980" w:type="dxa"/>
            <w:vAlign w:val="center"/>
          </w:tcPr>
          <w:p w14:paraId="7C5E3FEE" w14:textId="3E0606E5"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10.3</w:t>
            </w:r>
          </w:p>
        </w:tc>
        <w:tc>
          <w:tcPr>
            <w:tcW w:w="7229" w:type="dxa"/>
            <w:vAlign w:val="center"/>
          </w:tcPr>
          <w:p w14:paraId="46C780ED" w14:textId="0843553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Equal opportunity; end discriminatory laws/policies/practices</w:t>
            </w:r>
          </w:p>
        </w:tc>
      </w:tr>
      <w:tr w:rsidR="000B1BD2" w14:paraId="66E5BEF4" w14:textId="77777777" w:rsidTr="007C3A42">
        <w:trPr>
          <w:trHeight w:val="567"/>
        </w:trPr>
        <w:tc>
          <w:tcPr>
            <w:tcW w:w="1980" w:type="dxa"/>
            <w:vAlign w:val="center"/>
          </w:tcPr>
          <w:p w14:paraId="48BAAABE" w14:textId="286143BC"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10.4</w:t>
            </w:r>
          </w:p>
        </w:tc>
        <w:tc>
          <w:tcPr>
            <w:tcW w:w="7229" w:type="dxa"/>
            <w:vAlign w:val="center"/>
          </w:tcPr>
          <w:p w14:paraId="3C35152A" w14:textId="36703E6B"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Fiscal, wage, and social-protection policies that promote equality</w:t>
            </w:r>
          </w:p>
        </w:tc>
      </w:tr>
      <w:tr w:rsidR="000B1BD2" w14:paraId="2A263E64" w14:textId="77777777" w:rsidTr="007C3A42">
        <w:trPr>
          <w:trHeight w:val="567"/>
        </w:trPr>
        <w:tc>
          <w:tcPr>
            <w:tcW w:w="1980" w:type="dxa"/>
            <w:vAlign w:val="center"/>
          </w:tcPr>
          <w:p w14:paraId="2B7F89F9" w14:textId="1827ED2F"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10.5</w:t>
            </w:r>
          </w:p>
        </w:tc>
        <w:tc>
          <w:tcPr>
            <w:tcW w:w="7229" w:type="dxa"/>
            <w:vAlign w:val="center"/>
          </w:tcPr>
          <w:p w14:paraId="56DCDD61" w14:textId="4EC2F22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Stronger regulation/monitoring of financial markets and institutions</w:t>
            </w:r>
          </w:p>
        </w:tc>
      </w:tr>
      <w:tr w:rsidR="000B1BD2" w14:paraId="364381F8" w14:textId="77777777" w:rsidTr="007C3A42">
        <w:trPr>
          <w:trHeight w:val="567"/>
        </w:trPr>
        <w:tc>
          <w:tcPr>
            <w:tcW w:w="1980" w:type="dxa"/>
            <w:vAlign w:val="center"/>
          </w:tcPr>
          <w:p w14:paraId="181352F9" w14:textId="04CABAC5"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10.6</w:t>
            </w:r>
          </w:p>
        </w:tc>
        <w:tc>
          <w:tcPr>
            <w:tcW w:w="7229" w:type="dxa"/>
            <w:vAlign w:val="center"/>
          </w:tcPr>
          <w:p w14:paraId="3862D26E" w14:textId="706BD155"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Greater representation/voice for developing countries in global economic institutions</w:t>
            </w:r>
          </w:p>
        </w:tc>
      </w:tr>
      <w:tr w:rsidR="000B1BD2" w14:paraId="5B5FFB49" w14:textId="77777777" w:rsidTr="007C3A42">
        <w:trPr>
          <w:trHeight w:val="567"/>
        </w:trPr>
        <w:tc>
          <w:tcPr>
            <w:tcW w:w="1980" w:type="dxa"/>
            <w:vAlign w:val="center"/>
          </w:tcPr>
          <w:p w14:paraId="409A1309" w14:textId="12ADD67B"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10.7</w:t>
            </w:r>
          </w:p>
        </w:tc>
        <w:tc>
          <w:tcPr>
            <w:tcW w:w="7229" w:type="dxa"/>
            <w:vAlign w:val="center"/>
          </w:tcPr>
          <w:p w14:paraId="71D911A4" w14:textId="3209DBAA"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Safe, orderly, regular migration and mobility</w:t>
            </w:r>
          </w:p>
        </w:tc>
      </w:tr>
      <w:tr w:rsidR="000B1BD2" w14:paraId="71CA306C" w14:textId="77777777" w:rsidTr="007C3A42">
        <w:trPr>
          <w:trHeight w:val="567"/>
        </w:trPr>
        <w:tc>
          <w:tcPr>
            <w:tcW w:w="1980" w:type="dxa"/>
            <w:vAlign w:val="center"/>
          </w:tcPr>
          <w:p w14:paraId="6048E44C" w14:textId="1D2A00A1"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10.a</w:t>
            </w:r>
          </w:p>
        </w:tc>
        <w:tc>
          <w:tcPr>
            <w:tcW w:w="7229" w:type="dxa"/>
            <w:vAlign w:val="center"/>
          </w:tcPr>
          <w:p w14:paraId="676B2108" w14:textId="6F66D83B"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Special and differential treatment for developing countries (WTO)</w:t>
            </w:r>
          </w:p>
        </w:tc>
      </w:tr>
      <w:tr w:rsidR="000B1BD2" w14:paraId="0ACD79F4" w14:textId="77777777" w:rsidTr="007C3A42">
        <w:trPr>
          <w:trHeight w:val="567"/>
        </w:trPr>
        <w:tc>
          <w:tcPr>
            <w:tcW w:w="1980" w:type="dxa"/>
            <w:vAlign w:val="center"/>
          </w:tcPr>
          <w:p w14:paraId="6F9E02BC" w14:textId="3E04E8A7"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10.b</w:t>
            </w:r>
          </w:p>
        </w:tc>
        <w:tc>
          <w:tcPr>
            <w:tcW w:w="7229" w:type="dxa"/>
            <w:vAlign w:val="center"/>
          </w:tcPr>
          <w:p w14:paraId="1BDBCBFA" w14:textId="5D5E12DA"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 xml:space="preserve">Direct resources to the countries/regions with greatest need (ODA, </w:t>
            </w:r>
            <w:proofErr w:type="spellStart"/>
            <w:r w:rsidRPr="000B1BD2">
              <w:rPr>
                <w:rFonts w:ascii="Arial" w:hAnsi="Arial" w:cs="Arial"/>
              </w:rPr>
              <w:t>FDI</w:t>
            </w:r>
            <w:proofErr w:type="spellEnd"/>
            <w:r w:rsidRPr="000B1BD2">
              <w:rPr>
                <w:rFonts w:ascii="Arial" w:hAnsi="Arial" w:cs="Arial"/>
              </w:rPr>
              <w:t>, other flows)</w:t>
            </w:r>
          </w:p>
        </w:tc>
      </w:tr>
      <w:tr w:rsidR="000B1BD2" w14:paraId="5080CD61" w14:textId="77777777" w:rsidTr="007C3A42">
        <w:trPr>
          <w:trHeight w:val="567"/>
        </w:trPr>
        <w:tc>
          <w:tcPr>
            <w:tcW w:w="1980" w:type="dxa"/>
            <w:vAlign w:val="center"/>
          </w:tcPr>
          <w:p w14:paraId="6E833747" w14:textId="6E2ACA8A"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10.c</w:t>
            </w:r>
          </w:p>
        </w:tc>
        <w:tc>
          <w:tcPr>
            <w:tcW w:w="7229" w:type="dxa"/>
            <w:vAlign w:val="center"/>
          </w:tcPr>
          <w:p w14:paraId="3AECA36B" w14:textId="7AA90B89"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Lower remittance costs (&lt;3%) and remove costly corridors (&gt;5%)</w:t>
            </w:r>
          </w:p>
        </w:tc>
      </w:tr>
    </w:tbl>
    <w:p w14:paraId="49E94068" w14:textId="551D97D1"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(UN, 2025b)</w:t>
      </w:r>
    </w:p>
    <w:sectPr w:rsidR="000B1BD2" w:rsidSect="00A92172">
      <w:footerReference w:type="default" r:id="rId104"/>
      <w:pgSz w:w="12240" w:h="15840"/>
      <w:pgMar w:top="1440" w:right="14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FAD00" w14:textId="77777777" w:rsidR="00D83DD3" w:rsidRDefault="00D83DD3" w:rsidP="00F7336F">
      <w:pPr>
        <w:spacing w:after="0" w:line="240" w:lineRule="auto"/>
      </w:pPr>
      <w:r>
        <w:separator/>
      </w:r>
    </w:p>
  </w:endnote>
  <w:endnote w:type="continuationSeparator" w:id="0">
    <w:p w14:paraId="06AF3132" w14:textId="77777777" w:rsidR="00D83DD3" w:rsidRDefault="00D83DD3" w:rsidP="00F73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881582"/>
      <w:docPartObj>
        <w:docPartGallery w:val="Page Numbers (Bottom of Page)"/>
        <w:docPartUnique/>
      </w:docPartObj>
    </w:sdtPr>
    <w:sdtEndPr>
      <w:rPr>
        <w:noProof/>
      </w:rPr>
    </w:sdtEndPr>
    <w:sdtContent>
      <w:p w14:paraId="4F52E607" w14:textId="2D158946" w:rsidR="00F7336F" w:rsidRDefault="00F7336F">
        <w:pPr>
          <w:pStyle w:val="Footer"/>
          <w:jc w:val="right"/>
        </w:pPr>
        <w:r w:rsidRPr="00527F35">
          <w:rPr>
            <w:rFonts w:ascii="Arial" w:hAnsi="Arial" w:cs="Arial"/>
          </w:rPr>
          <w:fldChar w:fldCharType="begin"/>
        </w:r>
        <w:r w:rsidRPr="00527F35">
          <w:rPr>
            <w:rFonts w:ascii="Arial" w:hAnsi="Arial" w:cs="Arial"/>
          </w:rPr>
          <w:instrText xml:space="preserve"> PAGE   \* MERGEFORMAT </w:instrText>
        </w:r>
        <w:r w:rsidRPr="00527F35">
          <w:rPr>
            <w:rFonts w:ascii="Arial" w:hAnsi="Arial" w:cs="Arial"/>
          </w:rPr>
          <w:fldChar w:fldCharType="separate"/>
        </w:r>
        <w:r w:rsidRPr="00527F35">
          <w:rPr>
            <w:rFonts w:ascii="Arial" w:hAnsi="Arial" w:cs="Arial"/>
            <w:noProof/>
          </w:rPr>
          <w:t>2</w:t>
        </w:r>
        <w:r w:rsidRPr="00527F35">
          <w:rPr>
            <w:rFonts w:ascii="Arial" w:hAnsi="Arial" w:cs="Arial"/>
            <w:noProof/>
          </w:rPr>
          <w:fldChar w:fldCharType="end"/>
        </w:r>
      </w:p>
    </w:sdtContent>
  </w:sdt>
  <w:p w14:paraId="68B83741" w14:textId="77777777" w:rsidR="00F7336F" w:rsidRDefault="00F73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1BC17" w14:textId="77777777" w:rsidR="00D83DD3" w:rsidRDefault="00D83DD3" w:rsidP="00F7336F">
      <w:pPr>
        <w:spacing w:after="0" w:line="240" w:lineRule="auto"/>
      </w:pPr>
      <w:r>
        <w:separator/>
      </w:r>
    </w:p>
  </w:footnote>
  <w:footnote w:type="continuationSeparator" w:id="0">
    <w:p w14:paraId="0DD9D57E" w14:textId="77777777" w:rsidR="00D83DD3" w:rsidRDefault="00D83DD3" w:rsidP="00F73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2A5F6E"/>
    <w:multiLevelType w:val="multilevel"/>
    <w:tmpl w:val="A678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D57ED"/>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BC3731"/>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9D2D0D"/>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FA20EA"/>
    <w:multiLevelType w:val="multilevel"/>
    <w:tmpl w:val="E304C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451EC"/>
    <w:multiLevelType w:val="multilevel"/>
    <w:tmpl w:val="0C5E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659DB"/>
    <w:multiLevelType w:val="multilevel"/>
    <w:tmpl w:val="DECA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AA09B9"/>
    <w:multiLevelType w:val="multilevel"/>
    <w:tmpl w:val="3FA8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3670F7"/>
    <w:multiLevelType w:val="multilevel"/>
    <w:tmpl w:val="2780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74E70"/>
    <w:multiLevelType w:val="hybridMultilevel"/>
    <w:tmpl w:val="BFB8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0A5C34"/>
    <w:multiLevelType w:val="multilevel"/>
    <w:tmpl w:val="1604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47770"/>
    <w:multiLevelType w:val="hybridMultilevel"/>
    <w:tmpl w:val="CF16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137218"/>
    <w:multiLevelType w:val="multilevel"/>
    <w:tmpl w:val="C10E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62396"/>
    <w:multiLevelType w:val="multilevel"/>
    <w:tmpl w:val="DE2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D50B51"/>
    <w:multiLevelType w:val="hybridMultilevel"/>
    <w:tmpl w:val="8204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715A6A"/>
    <w:multiLevelType w:val="hybridMultilevel"/>
    <w:tmpl w:val="DD26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843D7B"/>
    <w:multiLevelType w:val="multilevel"/>
    <w:tmpl w:val="A86A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6C774B"/>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4B4166"/>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0F2BBC"/>
    <w:multiLevelType w:val="hybridMultilevel"/>
    <w:tmpl w:val="F234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3F6097"/>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C827E9"/>
    <w:multiLevelType w:val="multilevel"/>
    <w:tmpl w:val="A52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582139"/>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544CED"/>
    <w:multiLevelType w:val="multilevel"/>
    <w:tmpl w:val="EF7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5B6E1B"/>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473A67"/>
    <w:multiLevelType w:val="multilevel"/>
    <w:tmpl w:val="9D16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5374D5"/>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5F49FC"/>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93714A"/>
    <w:multiLevelType w:val="hybridMultilevel"/>
    <w:tmpl w:val="FFEE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02585A"/>
    <w:multiLevelType w:val="hybridMultilevel"/>
    <w:tmpl w:val="8B023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5D26B8"/>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835AD2"/>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0513CD"/>
    <w:multiLevelType w:val="multilevel"/>
    <w:tmpl w:val="8D92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5922"/>
    <w:multiLevelType w:val="multilevel"/>
    <w:tmpl w:val="8F5C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1038BF"/>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A97568"/>
    <w:multiLevelType w:val="multilevel"/>
    <w:tmpl w:val="DAE0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E261F2"/>
    <w:multiLevelType w:val="hybridMultilevel"/>
    <w:tmpl w:val="B65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2E2070"/>
    <w:multiLevelType w:val="hybridMultilevel"/>
    <w:tmpl w:val="4CFE2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92717"/>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20899"/>
    <w:multiLevelType w:val="multilevel"/>
    <w:tmpl w:val="E6F4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FF743A"/>
    <w:multiLevelType w:val="multilevel"/>
    <w:tmpl w:val="334C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526464">
    <w:abstractNumId w:val="8"/>
  </w:num>
  <w:num w:numId="2" w16cid:durableId="1460221123">
    <w:abstractNumId w:val="6"/>
  </w:num>
  <w:num w:numId="3" w16cid:durableId="1708288168">
    <w:abstractNumId w:val="5"/>
  </w:num>
  <w:num w:numId="4" w16cid:durableId="980501033">
    <w:abstractNumId w:val="4"/>
  </w:num>
  <w:num w:numId="5" w16cid:durableId="1965649919">
    <w:abstractNumId w:val="7"/>
  </w:num>
  <w:num w:numId="6" w16cid:durableId="2082872361">
    <w:abstractNumId w:val="3"/>
  </w:num>
  <w:num w:numId="7" w16cid:durableId="6488564">
    <w:abstractNumId w:val="2"/>
  </w:num>
  <w:num w:numId="8" w16cid:durableId="789130378">
    <w:abstractNumId w:val="1"/>
  </w:num>
  <w:num w:numId="9" w16cid:durableId="1033189773">
    <w:abstractNumId w:val="0"/>
  </w:num>
  <w:num w:numId="10" w16cid:durableId="431820351">
    <w:abstractNumId w:val="24"/>
  </w:num>
  <w:num w:numId="11" w16cid:durableId="745226024">
    <w:abstractNumId w:val="34"/>
  </w:num>
  <w:num w:numId="12" w16cid:durableId="1533179866">
    <w:abstractNumId w:val="30"/>
  </w:num>
  <w:num w:numId="13" w16cid:durableId="1154225855">
    <w:abstractNumId w:val="41"/>
  </w:num>
  <w:num w:numId="14" w16cid:durableId="587540257">
    <w:abstractNumId w:val="37"/>
  </w:num>
  <w:num w:numId="15" w16cid:durableId="55975835">
    <w:abstractNumId w:val="23"/>
  </w:num>
  <w:num w:numId="16" w16cid:durableId="2045324695">
    <w:abstractNumId w:val="20"/>
  </w:num>
  <w:num w:numId="17" w16cid:durableId="1944536881">
    <w:abstractNumId w:val="14"/>
  </w:num>
  <w:num w:numId="18" w16cid:durableId="619646082">
    <w:abstractNumId w:val="46"/>
  </w:num>
  <w:num w:numId="19" w16cid:durableId="209221613">
    <w:abstractNumId w:val="47"/>
  </w:num>
  <w:num w:numId="20" w16cid:durableId="372735772">
    <w:abstractNumId w:val="17"/>
  </w:num>
  <w:num w:numId="21" w16cid:durableId="1708991038">
    <w:abstractNumId w:val="22"/>
  </w:num>
  <w:num w:numId="22" w16cid:durableId="1150319949">
    <w:abstractNumId w:val="36"/>
  </w:num>
  <w:num w:numId="23" w16cid:durableId="2079017439">
    <w:abstractNumId w:val="40"/>
  </w:num>
  <w:num w:numId="24" w16cid:durableId="682898744">
    <w:abstractNumId w:val="27"/>
  </w:num>
  <w:num w:numId="25" w16cid:durableId="492914950">
    <w:abstractNumId w:val="39"/>
  </w:num>
  <w:num w:numId="26" w16cid:durableId="1915309634">
    <w:abstractNumId w:val="35"/>
  </w:num>
  <w:num w:numId="27" w16cid:durableId="256908214">
    <w:abstractNumId w:val="12"/>
  </w:num>
  <w:num w:numId="28" w16cid:durableId="1417751446">
    <w:abstractNumId w:val="29"/>
  </w:num>
  <w:num w:numId="29" w16cid:durableId="855342288">
    <w:abstractNumId w:val="31"/>
  </w:num>
  <w:num w:numId="30" w16cid:durableId="1604336280">
    <w:abstractNumId w:val="11"/>
  </w:num>
  <w:num w:numId="31" w16cid:durableId="300817438">
    <w:abstractNumId w:val="43"/>
  </w:num>
  <w:num w:numId="32" w16cid:durableId="1336759935">
    <w:abstractNumId w:val="26"/>
  </w:num>
  <w:num w:numId="33" w16cid:durableId="1778983095">
    <w:abstractNumId w:val="33"/>
  </w:num>
  <w:num w:numId="34" w16cid:durableId="1654292329">
    <w:abstractNumId w:val="10"/>
  </w:num>
  <w:num w:numId="35" w16cid:durableId="430244682">
    <w:abstractNumId w:val="38"/>
  </w:num>
  <w:num w:numId="36" w16cid:durableId="2074161077">
    <w:abstractNumId w:val="16"/>
  </w:num>
  <w:num w:numId="37" w16cid:durableId="1143543312">
    <w:abstractNumId w:val="48"/>
  </w:num>
  <w:num w:numId="38" w16cid:durableId="2043896391">
    <w:abstractNumId w:val="19"/>
  </w:num>
  <w:num w:numId="39" w16cid:durableId="636447496">
    <w:abstractNumId w:val="49"/>
  </w:num>
  <w:num w:numId="40" w16cid:durableId="1085034149">
    <w:abstractNumId w:val="44"/>
  </w:num>
  <w:num w:numId="41" w16cid:durableId="1039935038">
    <w:abstractNumId w:val="42"/>
  </w:num>
  <w:num w:numId="42" w16cid:durableId="1280530495">
    <w:abstractNumId w:val="32"/>
  </w:num>
  <w:num w:numId="43" w16cid:durableId="1762675457">
    <w:abstractNumId w:val="25"/>
  </w:num>
  <w:num w:numId="44" w16cid:durableId="443232308">
    <w:abstractNumId w:val="15"/>
  </w:num>
  <w:num w:numId="45" w16cid:durableId="1611232175">
    <w:abstractNumId w:val="13"/>
  </w:num>
  <w:num w:numId="46" w16cid:durableId="1856843326">
    <w:abstractNumId w:val="28"/>
  </w:num>
  <w:num w:numId="47" w16cid:durableId="396170577">
    <w:abstractNumId w:val="45"/>
  </w:num>
  <w:num w:numId="48" w16cid:durableId="925261100">
    <w:abstractNumId w:val="18"/>
  </w:num>
  <w:num w:numId="49" w16cid:durableId="529807789">
    <w:abstractNumId w:val="9"/>
  </w:num>
  <w:num w:numId="50" w16cid:durableId="4792309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24A"/>
    <w:rsid w:val="00025DD8"/>
    <w:rsid w:val="00034616"/>
    <w:rsid w:val="00035401"/>
    <w:rsid w:val="00041A0E"/>
    <w:rsid w:val="0005306C"/>
    <w:rsid w:val="0006063C"/>
    <w:rsid w:val="000759BE"/>
    <w:rsid w:val="00085078"/>
    <w:rsid w:val="000B1BD2"/>
    <w:rsid w:val="000B59C1"/>
    <w:rsid w:val="000D0A3D"/>
    <w:rsid w:val="000E2B82"/>
    <w:rsid w:val="000E2C36"/>
    <w:rsid w:val="000F0412"/>
    <w:rsid w:val="00104094"/>
    <w:rsid w:val="00117893"/>
    <w:rsid w:val="001253A1"/>
    <w:rsid w:val="00127A0F"/>
    <w:rsid w:val="00137D93"/>
    <w:rsid w:val="0015074B"/>
    <w:rsid w:val="00155160"/>
    <w:rsid w:val="001552A0"/>
    <w:rsid w:val="00175D5D"/>
    <w:rsid w:val="00177885"/>
    <w:rsid w:val="00184AD4"/>
    <w:rsid w:val="00190B0C"/>
    <w:rsid w:val="00194ADF"/>
    <w:rsid w:val="001970DF"/>
    <w:rsid w:val="001A7A5D"/>
    <w:rsid w:val="001B2FFF"/>
    <w:rsid w:val="001B6086"/>
    <w:rsid w:val="001E42BE"/>
    <w:rsid w:val="001E4303"/>
    <w:rsid w:val="0022725F"/>
    <w:rsid w:val="0022763D"/>
    <w:rsid w:val="002534C5"/>
    <w:rsid w:val="00256843"/>
    <w:rsid w:val="00286AC1"/>
    <w:rsid w:val="0029639D"/>
    <w:rsid w:val="002C7714"/>
    <w:rsid w:val="002D32F4"/>
    <w:rsid w:val="002F0827"/>
    <w:rsid w:val="002F357A"/>
    <w:rsid w:val="003127BB"/>
    <w:rsid w:val="00314EB4"/>
    <w:rsid w:val="00315FA0"/>
    <w:rsid w:val="003253C4"/>
    <w:rsid w:val="00326F90"/>
    <w:rsid w:val="00364605"/>
    <w:rsid w:val="0038050C"/>
    <w:rsid w:val="0038455D"/>
    <w:rsid w:val="00392BAF"/>
    <w:rsid w:val="003A2A88"/>
    <w:rsid w:val="003B1388"/>
    <w:rsid w:val="003B2ACD"/>
    <w:rsid w:val="003D06B2"/>
    <w:rsid w:val="003D6A25"/>
    <w:rsid w:val="003D6E61"/>
    <w:rsid w:val="003F27AC"/>
    <w:rsid w:val="00435682"/>
    <w:rsid w:val="004523BF"/>
    <w:rsid w:val="00461D81"/>
    <w:rsid w:val="00476C00"/>
    <w:rsid w:val="004921AB"/>
    <w:rsid w:val="00494499"/>
    <w:rsid w:val="00497ECB"/>
    <w:rsid w:val="004B1BC1"/>
    <w:rsid w:val="004B517F"/>
    <w:rsid w:val="004C062E"/>
    <w:rsid w:val="004C0DD3"/>
    <w:rsid w:val="004C6A65"/>
    <w:rsid w:val="004C7AED"/>
    <w:rsid w:val="005114C4"/>
    <w:rsid w:val="00511D6B"/>
    <w:rsid w:val="00527F35"/>
    <w:rsid w:val="00540A5C"/>
    <w:rsid w:val="00543052"/>
    <w:rsid w:val="0054568C"/>
    <w:rsid w:val="005537CD"/>
    <w:rsid w:val="00561DED"/>
    <w:rsid w:val="005818C3"/>
    <w:rsid w:val="00583E44"/>
    <w:rsid w:val="005A58A8"/>
    <w:rsid w:val="005D1901"/>
    <w:rsid w:val="005E2436"/>
    <w:rsid w:val="005E276E"/>
    <w:rsid w:val="00603219"/>
    <w:rsid w:val="006076EE"/>
    <w:rsid w:val="006170EE"/>
    <w:rsid w:val="00631222"/>
    <w:rsid w:val="00666FCC"/>
    <w:rsid w:val="00673F9C"/>
    <w:rsid w:val="00675481"/>
    <w:rsid w:val="006767E6"/>
    <w:rsid w:val="006A047D"/>
    <w:rsid w:val="006B4696"/>
    <w:rsid w:val="006C244D"/>
    <w:rsid w:val="006F3914"/>
    <w:rsid w:val="006F6989"/>
    <w:rsid w:val="00715305"/>
    <w:rsid w:val="00730B3A"/>
    <w:rsid w:val="00744CE9"/>
    <w:rsid w:val="00744D09"/>
    <w:rsid w:val="0076406E"/>
    <w:rsid w:val="00770BBF"/>
    <w:rsid w:val="007758BD"/>
    <w:rsid w:val="007800F6"/>
    <w:rsid w:val="00792220"/>
    <w:rsid w:val="00795651"/>
    <w:rsid w:val="007B63D5"/>
    <w:rsid w:val="007C2F16"/>
    <w:rsid w:val="007C3A42"/>
    <w:rsid w:val="007D2D61"/>
    <w:rsid w:val="007F0E8E"/>
    <w:rsid w:val="007F255C"/>
    <w:rsid w:val="008172B4"/>
    <w:rsid w:val="008223C9"/>
    <w:rsid w:val="008329E2"/>
    <w:rsid w:val="00840D6B"/>
    <w:rsid w:val="00841459"/>
    <w:rsid w:val="00857D59"/>
    <w:rsid w:val="008665C9"/>
    <w:rsid w:val="0087257C"/>
    <w:rsid w:val="008872C4"/>
    <w:rsid w:val="008B08EB"/>
    <w:rsid w:val="008B4748"/>
    <w:rsid w:val="008E4B2D"/>
    <w:rsid w:val="009026DD"/>
    <w:rsid w:val="00912605"/>
    <w:rsid w:val="0092637B"/>
    <w:rsid w:val="009443BC"/>
    <w:rsid w:val="00953F32"/>
    <w:rsid w:val="0095630C"/>
    <w:rsid w:val="00987C99"/>
    <w:rsid w:val="009A26BC"/>
    <w:rsid w:val="009D4E23"/>
    <w:rsid w:val="009E04F5"/>
    <w:rsid w:val="00A0517B"/>
    <w:rsid w:val="00A15EDE"/>
    <w:rsid w:val="00A17328"/>
    <w:rsid w:val="00A44044"/>
    <w:rsid w:val="00A527DA"/>
    <w:rsid w:val="00A67072"/>
    <w:rsid w:val="00A92172"/>
    <w:rsid w:val="00A96B51"/>
    <w:rsid w:val="00AA1D8D"/>
    <w:rsid w:val="00AB1EE6"/>
    <w:rsid w:val="00AB7257"/>
    <w:rsid w:val="00AC6C2A"/>
    <w:rsid w:val="00AD7C07"/>
    <w:rsid w:val="00AE0272"/>
    <w:rsid w:val="00B01645"/>
    <w:rsid w:val="00B214E1"/>
    <w:rsid w:val="00B370A7"/>
    <w:rsid w:val="00B46F86"/>
    <w:rsid w:val="00B47730"/>
    <w:rsid w:val="00B71768"/>
    <w:rsid w:val="00B77EFF"/>
    <w:rsid w:val="00BA38C4"/>
    <w:rsid w:val="00BA5E2C"/>
    <w:rsid w:val="00BC2A2F"/>
    <w:rsid w:val="00BC66CC"/>
    <w:rsid w:val="00BD4EC5"/>
    <w:rsid w:val="00BE2335"/>
    <w:rsid w:val="00C056E5"/>
    <w:rsid w:val="00C2223B"/>
    <w:rsid w:val="00C301C0"/>
    <w:rsid w:val="00C4286B"/>
    <w:rsid w:val="00C7125E"/>
    <w:rsid w:val="00C92A6D"/>
    <w:rsid w:val="00CB0664"/>
    <w:rsid w:val="00CC32B0"/>
    <w:rsid w:val="00CD0053"/>
    <w:rsid w:val="00CD058F"/>
    <w:rsid w:val="00CF36F4"/>
    <w:rsid w:val="00D04E67"/>
    <w:rsid w:val="00D10255"/>
    <w:rsid w:val="00D31A08"/>
    <w:rsid w:val="00D83DD3"/>
    <w:rsid w:val="00D92776"/>
    <w:rsid w:val="00D96247"/>
    <w:rsid w:val="00DB4886"/>
    <w:rsid w:val="00E425D9"/>
    <w:rsid w:val="00E527BE"/>
    <w:rsid w:val="00E672B2"/>
    <w:rsid w:val="00E679CF"/>
    <w:rsid w:val="00E87F52"/>
    <w:rsid w:val="00EA5BAD"/>
    <w:rsid w:val="00EC4D23"/>
    <w:rsid w:val="00EE16F5"/>
    <w:rsid w:val="00F0289B"/>
    <w:rsid w:val="00F67E36"/>
    <w:rsid w:val="00F7336F"/>
    <w:rsid w:val="00F855AA"/>
    <w:rsid w:val="00F91366"/>
    <w:rsid w:val="00F94208"/>
    <w:rsid w:val="00FB0A34"/>
    <w:rsid w:val="00FB6753"/>
    <w:rsid w:val="00FC5815"/>
    <w:rsid w:val="00FC693F"/>
    <w:rsid w:val="00FE7EC3"/>
    <w:rsid w:val="00FF0F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3E2F3"/>
  <w14:defaultImageDpi w14:val="300"/>
  <w15:docId w15:val="{38BA5229-FEA8-413C-8C85-0E0D5A1A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BD"/>
  </w:style>
  <w:style w:type="paragraph" w:styleId="Heading1">
    <w:name w:val="heading 1"/>
    <w:basedOn w:val="Normal"/>
    <w:next w:val="Normal"/>
    <w:link w:val="Heading1Char"/>
    <w:uiPriority w:val="9"/>
    <w:qFormat/>
    <w:rsid w:val="00A44044"/>
    <w:pPr>
      <w:keepNext/>
      <w:keepLines/>
      <w:spacing w:before="480" w:after="0"/>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A44044"/>
    <w:pPr>
      <w:keepNext/>
      <w:keepLines/>
      <w:spacing w:before="200" w:after="0"/>
      <w:outlineLvl w:val="1"/>
    </w:pPr>
    <w:rPr>
      <w:rFonts w:ascii="Arial" w:eastAsiaTheme="majorEastAsia" w:hAnsi="Arial" w:cstheme="majorBidi"/>
      <w:b/>
      <w:bCs/>
      <w:color w:val="000000" w:themeColor="text1"/>
      <w:szCs w:val="26"/>
    </w:rPr>
  </w:style>
  <w:style w:type="paragraph" w:styleId="Heading3">
    <w:name w:val="heading 3"/>
    <w:basedOn w:val="Normal"/>
    <w:next w:val="Normal"/>
    <w:link w:val="Heading3Char"/>
    <w:uiPriority w:val="9"/>
    <w:unhideWhenUsed/>
    <w:qFormat/>
    <w:rsid w:val="00A44044"/>
    <w:pPr>
      <w:keepNext/>
      <w:keepLines/>
      <w:spacing w:before="200" w:after="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44044"/>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A44044"/>
    <w:rPr>
      <w:rFonts w:ascii="Arial" w:eastAsiaTheme="majorEastAsia" w:hAnsi="Arial" w:cstheme="majorBidi"/>
      <w:b/>
      <w:bCs/>
      <w:color w:val="000000" w:themeColor="text1"/>
      <w:szCs w:val="26"/>
    </w:rPr>
  </w:style>
  <w:style w:type="character" w:customStyle="1" w:styleId="Heading3Char">
    <w:name w:val="Heading 3 Char"/>
    <w:basedOn w:val="DefaultParagraphFont"/>
    <w:link w:val="Heading3"/>
    <w:uiPriority w:val="9"/>
    <w:rsid w:val="00A44044"/>
    <w:rPr>
      <w:rFonts w:ascii="Arial" w:eastAsiaTheme="majorEastAsia" w:hAnsi="Arial" w:cstheme="majorBidi"/>
      <w:b/>
      <w:bCs/>
      <w:color w:val="000000" w:themeColor="tex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E04F5"/>
    <w:rPr>
      <w:color w:val="0000FF" w:themeColor="hyperlink"/>
      <w:u w:val="single"/>
    </w:rPr>
  </w:style>
  <w:style w:type="character" w:styleId="UnresolvedMention">
    <w:name w:val="Unresolved Mention"/>
    <w:basedOn w:val="DefaultParagraphFont"/>
    <w:uiPriority w:val="99"/>
    <w:semiHidden/>
    <w:unhideWhenUsed/>
    <w:rsid w:val="009E04F5"/>
    <w:rPr>
      <w:color w:val="605E5C"/>
      <w:shd w:val="clear" w:color="auto" w:fill="E1DFDD"/>
    </w:rPr>
  </w:style>
  <w:style w:type="character" w:styleId="FollowedHyperlink">
    <w:name w:val="FollowedHyperlink"/>
    <w:basedOn w:val="DefaultParagraphFont"/>
    <w:uiPriority w:val="99"/>
    <w:semiHidden/>
    <w:unhideWhenUsed/>
    <w:rsid w:val="009E04F5"/>
    <w:rPr>
      <w:color w:val="800080" w:themeColor="followedHyperlink"/>
      <w:u w:val="single"/>
    </w:rPr>
  </w:style>
  <w:style w:type="paragraph" w:styleId="NormalWeb">
    <w:name w:val="Normal (Web)"/>
    <w:basedOn w:val="Normal"/>
    <w:uiPriority w:val="99"/>
    <w:semiHidden/>
    <w:unhideWhenUsed/>
    <w:rsid w:val="00675481"/>
    <w:rPr>
      <w:rFonts w:ascii="Times New Roman" w:hAnsi="Times New Roman" w:cs="Times New Roman"/>
      <w:sz w:val="24"/>
      <w:szCs w:val="24"/>
    </w:rPr>
  </w:style>
  <w:style w:type="table" w:customStyle="1" w:styleId="TableGrid1">
    <w:name w:val="Table Grid1"/>
    <w:basedOn w:val="TableNormal"/>
    <w:next w:val="TableGrid"/>
    <w:uiPriority w:val="39"/>
    <w:rsid w:val="00BA5E2C"/>
    <w:pPr>
      <w:spacing w:after="0" w:line="240" w:lineRule="auto"/>
    </w:pPr>
    <w:rPr>
      <w:rFonts w:ascii="Times New Roman" w:eastAsia="Times New Roman" w:hAnsi="Times New Roman" w:cs="Times New Roman"/>
      <w:sz w:val="20"/>
      <w:szCs w:val="20"/>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44044"/>
    <w:pPr>
      <w:spacing w:after="100"/>
    </w:pPr>
  </w:style>
  <w:style w:type="paragraph" w:styleId="TOC2">
    <w:name w:val="toc 2"/>
    <w:basedOn w:val="Normal"/>
    <w:next w:val="Normal"/>
    <w:autoRedefine/>
    <w:uiPriority w:val="39"/>
    <w:unhideWhenUsed/>
    <w:rsid w:val="00A44044"/>
    <w:pPr>
      <w:spacing w:after="100"/>
      <w:ind w:left="220"/>
    </w:pPr>
  </w:style>
  <w:style w:type="paragraph" w:styleId="TOC3">
    <w:name w:val="toc 3"/>
    <w:basedOn w:val="Normal"/>
    <w:next w:val="Normal"/>
    <w:autoRedefine/>
    <w:uiPriority w:val="39"/>
    <w:unhideWhenUsed/>
    <w:rsid w:val="00A440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sabledstudents.co.uk/research/access-insights-2023-report/" TargetMode="External"/><Relationship Id="rId21" Type="http://schemas.openxmlformats.org/officeDocument/2006/relationships/hyperlink" Target="https://doi.org/10.15173/ijsap.v7i2.5312" TargetMode="External"/><Relationship Id="rId42" Type="http://schemas.openxmlformats.org/officeDocument/2006/relationships/hyperlink" Target="https://doi.org/10.5206/cjsotl-rcacea.2022.1.13588" TargetMode="External"/><Relationship Id="rId47" Type="http://schemas.openxmlformats.org/officeDocument/2006/relationships/hyperlink" Target="https://doi.org/10.53761/1.21.1.09" TargetMode="External"/><Relationship Id="rId63" Type="http://schemas.openxmlformats.org/officeDocument/2006/relationships/hyperlink" Target="https://www.officeforstudents.org.uk/publications/update-on-regulating-student-outcomes-condition-b3/" TargetMode="External"/><Relationship Id="rId68" Type="http://schemas.openxmlformats.org/officeDocument/2006/relationships/hyperlink" Target="https://doi.org/10.3390/educsci14030257" TargetMode="External"/><Relationship Id="rId84" Type="http://schemas.openxmlformats.org/officeDocument/2006/relationships/hyperlink" Target="https://ualresearchonline.arts.ac.uk/id/eprint/18273/" TargetMode="External"/><Relationship Id="rId89" Type="http://schemas.openxmlformats.org/officeDocument/2006/relationships/hyperlink" Target="https://www.ucas.com/data-and-analysis/undergraduate-statistics-and-reports/ucas-undergraduate-releases/2024-ucas-undergraduate-january-deadline-application-figures" TargetMode="External"/><Relationship Id="rId16" Type="http://schemas.openxmlformats.org/officeDocument/2006/relationships/hyperlink" Target="https://teachingexcellence.leeds.ac.uk/wp-content/uploads/sites/89/2022/06/Baseline-Standards-of-Inclusive-Learning-and-Teaching-Report-Spring-2022-updated.pdf" TargetMode="External"/><Relationship Id="rId11" Type="http://schemas.openxmlformats.org/officeDocument/2006/relationships/hyperlink" Target="https://doi.org/10.14434/josotl.v16i3.19299" TargetMode="External"/><Relationship Id="rId32" Type="http://schemas.openxmlformats.org/officeDocument/2006/relationships/hyperlink" Target="https://www.economicsobservatory.com/how-has-the-value-of-university-tuition-fees-in-england-changed-over-time" TargetMode="External"/><Relationship Id="rId37" Type="http://schemas.openxmlformats.org/officeDocument/2006/relationships/hyperlink" Target="https://gds.blog.gov.uk/2018/08/31/making-your-service-more-inclusive/" TargetMode="External"/><Relationship Id="rId53" Type="http://schemas.openxmlformats.org/officeDocument/2006/relationships/hyperlink" Target="https://wonkhe.com/blogs/how-bad-is-the-uk-recruitment-situation-really/" TargetMode="External"/><Relationship Id="rId58" Type="http://schemas.openxmlformats.org/officeDocument/2006/relationships/hyperlink" Target="https://doi.org/10.5539/hes.v10n3p66" TargetMode="External"/><Relationship Id="rId74" Type="http://schemas.openxmlformats.org/officeDocument/2006/relationships/hyperlink" Target="https://doi.org/10.1177/0741932520909821" TargetMode="External"/><Relationship Id="rId79" Type="http://schemas.openxmlformats.org/officeDocument/2006/relationships/hyperlink" Target="https://doi.org/10.1016/j.compedu.2014.11.007" TargetMode="External"/><Relationship Id="rId102" Type="http://schemas.openxmlformats.org/officeDocument/2006/relationships/hyperlink" Target="https://nadp-uk.org/wp-content/uploads/2024/04/JIPFHE-16.1-Spring-2024-Woodley-et-al.pdf" TargetMode="External"/><Relationship Id="rId5" Type="http://schemas.openxmlformats.org/officeDocument/2006/relationships/webSettings" Target="webSettings.xml"/><Relationship Id="rId90" Type="http://schemas.openxmlformats.org/officeDocument/2006/relationships/hyperlink" Target="https://tcg.uis.unesco.org/wp-content/uploads/sites/4/2020/09/sdg4_indicator_list.pdf" TargetMode="External"/><Relationship Id="rId95" Type="http://schemas.openxmlformats.org/officeDocument/2006/relationships/hyperlink" Target="https://www.hepi.ac.uk/2023/11/16/international-student-recruitment-the-role-of-agents-2/" TargetMode="External"/><Relationship Id="rId22" Type="http://schemas.openxmlformats.org/officeDocument/2006/relationships/hyperlink" Target="https://doi.org/10.1007/s10734-020-00513-6" TargetMode="External"/><Relationship Id="rId27" Type="http://schemas.openxmlformats.org/officeDocument/2006/relationships/hyperlink" Target="https://disabledstudents.co.uk/manifesto/" TargetMode="External"/><Relationship Id="rId43" Type="http://schemas.openxmlformats.org/officeDocument/2006/relationships/hyperlink" Target="https://www.advance-he.ac.uk/knowledge-hub/inclusive-learning-and-teaching-higher-education-synthesis-research" TargetMode="External"/><Relationship Id="rId48" Type="http://schemas.openxmlformats.org/officeDocument/2006/relationships/hyperlink" Target="https://researchbriefings.files.parliament.uk/documents/CBP-8716/CBP-8716.pdf" TargetMode="External"/><Relationship Id="rId64" Type="http://schemas.openxmlformats.org/officeDocument/2006/relationships/hyperlink" Target="https://doi.org/10.1920/re.ifs.2024.0277" TargetMode="External"/><Relationship Id="rId69" Type="http://schemas.openxmlformats.org/officeDocument/2006/relationships/hyperlink" Target="https://www.qaa.ac.uk/docs/qaa/members/belonging-through-assessment-pipelines-of-compassion-final-report.pdf" TargetMode="External"/><Relationship Id="rId80" Type="http://schemas.openxmlformats.org/officeDocument/2006/relationships/hyperlink" Target="https://doi.org/10.1080/09687599.2023.2209736" TargetMode="External"/><Relationship Id="rId85" Type="http://schemas.openxmlformats.org/officeDocument/2006/relationships/hyperlink" Target="https://www.studentminds.org.uk/universitymentalhealthcharter.html" TargetMode="External"/><Relationship Id="rId12" Type="http://schemas.openxmlformats.org/officeDocument/2006/relationships/hyperlink" Target="https://doi.org/10.1080/2331186X.2023.2218191" TargetMode="External"/><Relationship Id="rId17" Type="http://schemas.openxmlformats.org/officeDocument/2006/relationships/hyperlink" Target="https://doi.org/10.1111/bjet.13328" TargetMode="External"/><Relationship Id="rId33" Type="http://schemas.openxmlformats.org/officeDocument/2006/relationships/hyperlink" Target="https://doi.org/10.3390/educsci13090920" TargetMode="External"/><Relationship Id="rId38" Type="http://schemas.openxmlformats.org/officeDocument/2006/relationships/hyperlink" Target="https://doi.org/10.1080/0309877X.2021.1902573" TargetMode="External"/><Relationship Id="rId59" Type="http://schemas.openxmlformats.org/officeDocument/2006/relationships/hyperlink" Target="https://doi.org/10.1080/08856257.2019.1635204" TargetMode="External"/><Relationship Id="rId103" Type="http://schemas.openxmlformats.org/officeDocument/2006/relationships/hyperlink" Target="https://doi.org/10.1080/09687599.2022.2114885" TargetMode="External"/><Relationship Id="rId20" Type="http://schemas.openxmlformats.org/officeDocument/2006/relationships/hyperlink" Target="https://www.cast.org/impact/universal-design-for-learning-udl" TargetMode="External"/><Relationship Id="rId41" Type="http://schemas.openxmlformats.org/officeDocument/2006/relationships/hyperlink" Target="https://www.hepi.ac.uk/2024/01/18/the-financial-health-of-the-uk-higher-education-sector-it-is-worse-than-people-think/" TargetMode="External"/><Relationship Id="rId54" Type="http://schemas.openxmlformats.org/officeDocument/2006/relationships/hyperlink" Target="https://www.advance-he.ac.uk/knowledge-hub/review-evidence-base-inclusive-learning-and-teaching-disabled-students-higher" TargetMode="External"/><Relationship Id="rId62" Type="http://schemas.openxmlformats.org/officeDocument/2006/relationships/hyperlink" Target="https://www.officeforstudents.org.uk/for-providers/the-register-and-conditions/conditions-of-registration/b-conditions-quality-and-standards/condition-b3/" TargetMode="External"/><Relationship Id="rId70" Type="http://schemas.openxmlformats.org/officeDocument/2006/relationships/hyperlink" Target="https://doi.org/10.1007/s10734-023-01050-5" TargetMode="External"/><Relationship Id="rId75" Type="http://schemas.openxmlformats.org/officeDocument/2006/relationships/hyperlink" Target="https://www.ahead.org/professional-resources/publications/jped/jped-volume-37/jped-37-1" TargetMode="External"/><Relationship Id="rId83" Type="http://schemas.openxmlformats.org/officeDocument/2006/relationships/hyperlink" Target="https://doi.org/10.1080/09687599.2021.1916327" TargetMode="External"/><Relationship Id="rId88" Type="http://schemas.openxmlformats.org/officeDocument/2006/relationships/hyperlink" Target="https://www.advance-he.ac.uk/knowledge-hub/inclusive-teaching-and-learning-higher-education" TargetMode="External"/><Relationship Id="rId91" Type="http://schemas.openxmlformats.org/officeDocument/2006/relationships/hyperlink" Target="https://www.unesco.org/en/education/sdgs" TargetMode="External"/><Relationship Id="rId96" Type="http://schemas.openxmlformats.org/officeDocument/2006/relationships/hyperlink" Target="https://inclusiveteaching.leeds.ac.uk/embedding-inclusivity/inclusive-baseline-standard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14782103241255428" TargetMode="External"/><Relationship Id="rId23" Type="http://schemas.openxmlformats.org/officeDocument/2006/relationships/hyperlink" Target="https://doi.org/10.1080/08856257.2023.2295328" TargetMode="External"/><Relationship Id="rId28" Type="http://schemas.openxmlformats.org/officeDocument/2006/relationships/hyperlink" Target="https://disabledstudents.co.uk/research/the-2024-access-insights-report/" TargetMode="External"/><Relationship Id="rId36" Type="http://schemas.openxmlformats.org/officeDocument/2006/relationships/hyperlink" Target="https://www.legislation.gov.uk/uksi/2018/952/contents/made" TargetMode="External"/><Relationship Id="rId49" Type="http://schemas.openxmlformats.org/officeDocument/2006/relationships/hyperlink" Target="https://doi.org/10.3390/app13010476" TargetMode="External"/><Relationship Id="rId57" Type="http://schemas.openxmlformats.org/officeDocument/2006/relationships/hyperlink" Target="https://udl-irn.org/wp-content/uploads/2021/08/UDL-Theory-and-Practice-CAST-2014.pdf" TargetMode="External"/><Relationship Id="rId106" Type="http://schemas.openxmlformats.org/officeDocument/2006/relationships/theme" Target="theme/theme1.xml"/><Relationship Id="rId10" Type="http://schemas.openxmlformats.org/officeDocument/2006/relationships/hyperlink" Target="https://doi.org/10.1108/JARHE-07-2021-0259" TargetMode="External"/><Relationship Id="rId31" Type="http://schemas.openxmlformats.org/officeDocument/2006/relationships/hyperlink" Target="https://files.eric.ed.gov/fulltext/EJ1186255.pdf" TargetMode="External"/><Relationship Id="rId44" Type="http://schemas.openxmlformats.org/officeDocument/2006/relationships/hyperlink" Target="https://doi.org/10.1080/03075079.2021.1943869" TargetMode="External"/><Relationship Id="rId52" Type="http://schemas.openxmlformats.org/officeDocument/2006/relationships/hyperlink" Target="https://doi.org/10.1080/2331186X.2016.1256142" TargetMode="External"/><Relationship Id="rId60" Type="http://schemas.openxmlformats.org/officeDocument/2006/relationships/hyperlink" Target="https://doi.org/10.1080/07294360.2020.1811640" TargetMode="External"/><Relationship Id="rId65" Type="http://schemas.openxmlformats.org/officeDocument/2006/relationships/hyperlink" Target="https://www.open.ac.uk/blogs/opentel/universal-design-for-learning-at-the-first-open-inclusive-sig/" TargetMode="External"/><Relationship Id="rId73" Type="http://schemas.openxmlformats.org/officeDocument/2006/relationships/hyperlink" Target="https://www.qaa.ac.uk/docs/qaa/guidance/hallmarks-of-success-in-inclusive-curriculum-design.pdf" TargetMode="External"/><Relationship Id="rId78" Type="http://schemas.openxmlformats.org/officeDocument/2006/relationships/hyperlink" Target="https://doi.org/10.1007/s10639-020-10329-7" TargetMode="External"/><Relationship Id="rId81" Type="http://schemas.openxmlformats.org/officeDocument/2006/relationships/hyperlink" Target="https://doi.org/10.1080/0309877X.2021.1995893" TargetMode="External"/><Relationship Id="rId86" Type="http://schemas.openxmlformats.org/officeDocument/2006/relationships/hyperlink" Target="https://www.google.com/url?sa=E&amp;source=gmail&amp;q=https://www.ahead.org/professional-resources/publications/jped/jped-volume-36-issue-1" TargetMode="External"/><Relationship Id="rId94" Type="http://schemas.openxmlformats.org/officeDocument/2006/relationships/hyperlink" Target="https://sdgs.un.org/goals/goal10" TargetMode="External"/><Relationship Id="rId99" Type="http://schemas.openxmlformats.org/officeDocument/2006/relationships/hyperlink" Target="https://commonslibrary.parliament.uk/research-briefings/cbp-9800/" TargetMode="External"/><Relationship Id="rId101" Type="http://schemas.openxmlformats.org/officeDocument/2006/relationships/hyperlink" Target="https://www.google.com/search?q=https://doi.org/10.1080/07294360.2022.213271" TargetMode="External"/><Relationship Id="rId4" Type="http://schemas.openxmlformats.org/officeDocument/2006/relationships/settings" Target="settings.xml"/><Relationship Id="rId9" Type="http://schemas.openxmlformats.org/officeDocument/2006/relationships/hyperlink" Target="https://www.advance-he.ac.uk/knowledge-hub/framework-inclusive-learning-and-teaching" TargetMode="External"/><Relationship Id="rId13" Type="http://schemas.openxmlformats.org/officeDocument/2006/relationships/hyperlink" Target="https://doi.org/10.1016/j.euroecorev.2023.104639" TargetMode="External"/><Relationship Id="rId18" Type="http://schemas.openxmlformats.org/officeDocument/2006/relationships/hyperlink" Target="https://doi.org/10.1037/edu0000476" TargetMode="External"/><Relationship Id="rId39" Type="http://schemas.openxmlformats.org/officeDocument/2006/relationships/hyperlink" Target="https://doi.org/10.1111/j.1471-1842.2009.00848.x" TargetMode="External"/><Relationship Id="rId34" Type="http://schemas.openxmlformats.org/officeDocument/2006/relationships/hyperlink" Target="https://doi.org/10.1057/s41307-022-00277-x" TargetMode="External"/><Relationship Id="rId50" Type="http://schemas.openxmlformats.org/officeDocument/2006/relationships/hyperlink" Target="https://beta.jisc.ac.uk/reports/investigating-the-impact-of-universal-design-for-learning" TargetMode="External"/><Relationship Id="rId55" Type="http://schemas.openxmlformats.org/officeDocument/2006/relationships/hyperlink" Target="https://files.eric.ed.gov/fulltext/EJ1294242.pdf" TargetMode="External"/><Relationship Id="rId76" Type="http://schemas.openxmlformats.org/officeDocument/2006/relationships/hyperlink" Target="https://doi.org/10.1186/s13643-020-01542-z" TargetMode="External"/><Relationship Id="rId97" Type="http://schemas.openxmlformats.org/officeDocument/2006/relationships/hyperlink" Target="https://www.arts.ac.uk/study-at-ual/course-regulations/assessment"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177/10283153221124231" TargetMode="External"/><Relationship Id="rId92" Type="http://schemas.openxmlformats.org/officeDocument/2006/relationships/hyperlink" Target="https://sdgs.un.org/2030agenda" TargetMode="External"/><Relationship Id="rId2" Type="http://schemas.openxmlformats.org/officeDocument/2006/relationships/numbering" Target="numbering.xml"/><Relationship Id="rId29" Type="http://schemas.openxmlformats.org/officeDocument/2006/relationships/hyperlink" Target="https://doi.org/10.1002/berj.3793" TargetMode="External"/><Relationship Id="rId24" Type="http://schemas.openxmlformats.org/officeDocument/2006/relationships/hyperlink" Target="https://assets.publishing.service.gov.uk/media/5a802f43e5274a2e8ab4ead7/Inclusive_Teaching_and_Learning_in_Higher_Education_as_a_route_to-excellence.pdf" TargetMode="External"/><Relationship Id="rId40" Type="http://schemas.openxmlformats.org/officeDocument/2006/relationships/hyperlink" Target="https://doi.org/10.1080/07294360.2019.1692576" TargetMode="External"/><Relationship Id="rId45" Type="http://schemas.openxmlformats.org/officeDocument/2006/relationships/hyperlink" Target="http://mixedmethodsappraisaltoolpublic.pbworks.com/w/file/fetch/127916259/MMAT_2018_criteria-manual_2018-08-01_ENG.pdf" TargetMode="External"/><Relationship Id="rId66" Type="http://schemas.openxmlformats.org/officeDocument/2006/relationships/hyperlink" Target="https://doi.org/10.1111/jebm.12266" TargetMode="External"/><Relationship Id="rId87" Type="http://schemas.openxmlformats.org/officeDocument/2006/relationships/hyperlink" Target="https://help.open.ac.uk/documents/policies/accessibility/files/42/student-accessibility-policy.pdf" TargetMode="External"/><Relationship Id="rId61" Type="http://schemas.openxmlformats.org/officeDocument/2006/relationships/hyperlink" Target="https://www.officeforstudents.org.uk/for-providers/the-register-and-conditions/conditions-of-registration/b-conditions-quality-and-standards/" TargetMode="External"/><Relationship Id="rId82" Type="http://schemas.openxmlformats.org/officeDocument/2006/relationships/hyperlink" Target="https://doi.org/10.1016/j.jbusres.2019.07.039" TargetMode="External"/><Relationship Id="rId19" Type="http://schemas.openxmlformats.org/officeDocument/2006/relationships/hyperlink" Target="http://udlguidelines.cast.org" TargetMode="External"/><Relationship Id="rId14" Type="http://schemas.openxmlformats.org/officeDocument/2006/relationships/hyperlink" Target="https://doi.org/10.1007/s10734-019-00453-4" TargetMode="External"/><Relationship Id="rId30" Type="http://schemas.openxmlformats.org/officeDocument/2006/relationships/hyperlink" Target="https://oro.open.ac.uk/24938/" TargetMode="External"/><Relationship Id="rId35" Type="http://schemas.openxmlformats.org/officeDocument/2006/relationships/hyperlink" Target="https://doi.org/10.21427/H4RK-NC66" TargetMode="External"/><Relationship Id="rId56" Type="http://schemas.openxmlformats.org/officeDocument/2006/relationships/hyperlink" Target="https://doi.org/10.1080/01425692.2021.1994862" TargetMode="External"/><Relationship Id="rId77" Type="http://schemas.openxmlformats.org/officeDocument/2006/relationships/hyperlink" Target="https://doi.org/10.1080/00131911.2019.1566217" TargetMode="External"/><Relationship Id="rId100" Type="http://schemas.openxmlformats.org/officeDocument/2006/relationships/hyperlink" Target="https://doi.org/10.1111/j.1365-2648.2005.03621.x"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24059/olj.v27i1.3080" TargetMode="External"/><Relationship Id="rId72" Type="http://schemas.openxmlformats.org/officeDocument/2006/relationships/hyperlink" Target="https://www.qaa.ac.uk/membership/collaborative-enhancement-projects/assessment/developing-a-set-of-inclusive-assessment-design-attributes-for-use-across-the-he-sector" TargetMode="External"/><Relationship Id="rId93" Type="http://schemas.openxmlformats.org/officeDocument/2006/relationships/hyperlink" Target="https://sdgs.un.org/goals/goal4" TargetMode="External"/><Relationship Id="rId98" Type="http://schemas.openxmlformats.org/officeDocument/2006/relationships/hyperlink" Target="https://doi.org/10.1007/s10639-023-12275-z" TargetMode="External"/><Relationship Id="rId3" Type="http://schemas.openxmlformats.org/officeDocument/2006/relationships/styles" Target="styles.xml"/><Relationship Id="rId25" Type="http://schemas.openxmlformats.org/officeDocument/2006/relationships/hyperlink" Target="https://doi.org/10.1080/13562517.2022.2144883" TargetMode="External"/><Relationship Id="rId46" Type="http://schemas.openxmlformats.org/officeDocument/2006/relationships/hyperlink" Target="https://doi.org/10.1186/s13012-019-0947-9" TargetMode="External"/><Relationship Id="rId67" Type="http://schemas.openxmlformats.org/officeDocument/2006/relationships/hyperlink" Target="https://doi.org/10.1136/bmj.n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44</Pages>
  <Words>10708</Words>
  <Characters>70996</Characters>
  <Application>Microsoft Office Word</Application>
  <DocSecurity>0</DocSecurity>
  <Lines>1290</Lines>
  <Paragraphs>492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81212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(Kaz) Williams</dc:creator>
  <cp:keywords/>
  <dc:description>Kaz Working Final</dc:description>
  <cp:lastModifiedBy>Karine Williams</cp:lastModifiedBy>
  <cp:revision>15</cp:revision>
  <cp:lastPrinted>2025-08-14T19:32:00Z</cp:lastPrinted>
  <dcterms:created xsi:type="dcterms:W3CDTF">2025-08-15T14:20:00Z</dcterms:created>
  <dcterms:modified xsi:type="dcterms:W3CDTF">2025-08-15T16:29:00Z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9ab03567-5227-4fed-9b58-58aa16927c88</vt:lpwstr>
  </property>
</Properties>
</file>