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C5483" w14:textId="6C22F2C3" w:rsidR="00101860" w:rsidRPr="00101860" w:rsidRDefault="00EC21C7" w:rsidP="00101860">
      <w:pPr>
        <w:jc w:val="center"/>
        <w:rPr>
          <w:b/>
          <w:bCs/>
          <w:sz w:val="40"/>
          <w:szCs w:val="40"/>
        </w:rPr>
      </w:pPr>
      <w:r w:rsidRPr="00EC21C7">
        <w:rPr>
          <w:b/>
          <w:bCs/>
          <w:sz w:val="40"/>
          <w:szCs w:val="40"/>
        </w:rPr>
        <w:t>Resilient and Healthy Learner Check Lis</w:t>
      </w:r>
      <w:r w:rsidR="00101860">
        <w:rPr>
          <w:b/>
          <w:bCs/>
          <w:sz w:val="40"/>
          <w:szCs w:val="40"/>
        </w:rPr>
        <w:t>t</w:t>
      </w:r>
    </w:p>
    <w:p w14:paraId="799F6D5D" w14:textId="4C0C2B79" w:rsidR="00F963DA" w:rsidRDefault="00000000">
      <w:pPr>
        <w:pStyle w:val="Heading2"/>
      </w:pPr>
      <w:r>
        <w:t>1. Time Management</w:t>
      </w:r>
    </w:p>
    <w:p w14:paraId="743390C7" w14:textId="26169D04" w:rsidR="00F963DA" w:rsidRDefault="00000000">
      <w:pPr>
        <w:pStyle w:val="ListBullet"/>
      </w:pPr>
      <w:r w:rsidRPr="007B12EE">
        <w:rPr>
          <w:shd w:val="clear" w:color="auto" w:fill="00B0F0"/>
        </w:rPr>
        <w:t>☐ I have created a weekly study timetable.</w:t>
      </w:r>
      <w:r w:rsidRPr="007B12EE">
        <w:rPr>
          <w:shd w:val="clear" w:color="auto" w:fill="00B0F0"/>
        </w:rPr>
        <w:br/>
      </w:r>
      <w:r>
        <w:t>Notes/Evidence:</w:t>
      </w:r>
      <w:r w:rsidR="007B12EE">
        <w:t xml:space="preserve"> I created a ten-week planner to follow</w:t>
      </w:r>
      <w:r w:rsidR="00AE70B8">
        <w:t>.</w:t>
      </w:r>
    </w:p>
    <w:p w14:paraId="79461634" w14:textId="3ECF658A" w:rsidR="00F963DA" w:rsidRDefault="00000000">
      <w:pPr>
        <w:pStyle w:val="ListBullet"/>
      </w:pPr>
      <w:r w:rsidRPr="007B12EE">
        <w:rPr>
          <w:shd w:val="clear" w:color="auto" w:fill="00B0F0"/>
        </w:rPr>
        <w:t>☐ I prioritise tasks based on deadlines and importance.</w:t>
      </w:r>
      <w:r>
        <w:br/>
        <w:t>Notes/Evidence:</w:t>
      </w:r>
      <w:r w:rsidR="007B12EE">
        <w:t xml:space="preserve"> I used a </w:t>
      </w:r>
      <w:proofErr w:type="spellStart"/>
      <w:r w:rsidR="007B12EE">
        <w:t>colour</w:t>
      </w:r>
      <w:proofErr w:type="spellEnd"/>
      <w:r w:rsidR="007B12EE">
        <w:t>-coded system in my planner and highlighted when assignment deadlines are.</w:t>
      </w:r>
    </w:p>
    <w:p w14:paraId="019FF624" w14:textId="77777777" w:rsidR="00EC21C7" w:rsidRDefault="00000000" w:rsidP="007B12EE">
      <w:pPr>
        <w:pStyle w:val="ListBullet"/>
        <w:shd w:val="clear" w:color="auto" w:fill="00B0F0"/>
      </w:pPr>
      <w:r>
        <w:t>☐ I set realistic goals for each study session.</w:t>
      </w:r>
    </w:p>
    <w:p w14:paraId="10CEC919" w14:textId="46137E4E" w:rsidR="00F963DA" w:rsidRDefault="00000000" w:rsidP="00EC21C7">
      <w:pPr>
        <w:pStyle w:val="ListBullet"/>
      </w:pPr>
      <w:r>
        <w:t>Notes/Evidence:</w:t>
      </w:r>
      <w:r w:rsidR="007B12EE">
        <w:t xml:space="preserve"> I set goals for each study session. Set myself a task and would do my best to complete it before going on to the next.</w:t>
      </w:r>
    </w:p>
    <w:p w14:paraId="3B4A022C" w14:textId="77777777" w:rsidR="00EC21C7" w:rsidRDefault="00EC21C7" w:rsidP="00EC21C7">
      <w:pPr>
        <w:pStyle w:val="ListBullet"/>
        <w:numPr>
          <w:ilvl w:val="0"/>
          <w:numId w:val="0"/>
        </w:numPr>
        <w:ind w:left="360" w:hanging="360"/>
      </w:pPr>
    </w:p>
    <w:p w14:paraId="4C4A0276" w14:textId="77777777" w:rsidR="00EC21C7" w:rsidRDefault="00EC21C7" w:rsidP="00EC21C7">
      <w:pPr>
        <w:pStyle w:val="ListBullet"/>
        <w:numPr>
          <w:ilvl w:val="0"/>
          <w:numId w:val="0"/>
        </w:numPr>
        <w:ind w:left="360" w:hanging="360"/>
      </w:pPr>
    </w:p>
    <w:p w14:paraId="68056F77" w14:textId="77777777" w:rsidR="00F963DA" w:rsidRDefault="00000000">
      <w:pPr>
        <w:pStyle w:val="Heading2"/>
      </w:pPr>
      <w:r>
        <w:t>2. Wellbeing Strategies</w:t>
      </w:r>
    </w:p>
    <w:p w14:paraId="33920897" w14:textId="241D6156" w:rsidR="00F963DA" w:rsidRDefault="00000000">
      <w:pPr>
        <w:pStyle w:val="ListBullet"/>
      </w:pPr>
      <w:r w:rsidRPr="007B12EE">
        <w:rPr>
          <w:shd w:val="clear" w:color="auto" w:fill="00B0F0"/>
        </w:rPr>
        <w:t xml:space="preserve">☐ I take regular breaks during study </w:t>
      </w:r>
      <w:r w:rsidRPr="00926D8E">
        <w:rPr>
          <w:shd w:val="clear" w:color="auto" w:fill="00B0F0"/>
        </w:rPr>
        <w:t>to support my wellbeing.</w:t>
      </w:r>
      <w:r w:rsidRPr="00926D8E">
        <w:rPr>
          <w:shd w:val="clear" w:color="auto" w:fill="00B0F0"/>
        </w:rPr>
        <w:br/>
      </w:r>
      <w:r>
        <w:t>Notes/Evidence:</w:t>
      </w:r>
      <w:r w:rsidR="00926D8E">
        <w:t xml:space="preserve"> I take breaks when I study, which include time with my family and having free </w:t>
      </w:r>
      <w:proofErr w:type="gramStart"/>
      <w:r w:rsidR="00926D8E">
        <w:t>time to</w:t>
      </w:r>
      <w:proofErr w:type="gramEnd"/>
      <w:r w:rsidR="00926D8E">
        <w:t xml:space="preserve"> myself.</w:t>
      </w:r>
    </w:p>
    <w:p w14:paraId="046052F7" w14:textId="554AE749" w:rsidR="00F963DA" w:rsidRDefault="00000000" w:rsidP="00101860">
      <w:pPr>
        <w:pStyle w:val="ListBullet"/>
      </w:pPr>
      <w:r w:rsidRPr="00926D8E">
        <w:rPr>
          <w:shd w:val="clear" w:color="auto" w:fill="00B0F0"/>
        </w:rPr>
        <w:t>☐ I include time for sleep, exercise, and healthy eating in my routine.</w:t>
      </w:r>
      <w:r w:rsidRPr="00926D8E">
        <w:rPr>
          <w:shd w:val="clear" w:color="auto" w:fill="00B0F0"/>
        </w:rPr>
        <w:br/>
      </w:r>
      <w:r w:rsidR="00101860" w:rsidRPr="00101860">
        <w:rPr>
          <w:rFonts w:ascii="Cambria" w:hAnsi="Cambria"/>
          <w:color w:val="000000"/>
        </w:rPr>
        <w:t xml:space="preserve">Notes/Evidence: I maintain a regular sleep schedule, </w:t>
      </w:r>
      <w:proofErr w:type="spellStart"/>
      <w:r w:rsidR="00101860">
        <w:rPr>
          <w:rFonts w:ascii="Cambria" w:hAnsi="Cambria"/>
          <w:color w:val="000000"/>
        </w:rPr>
        <w:t>prioritise</w:t>
      </w:r>
      <w:proofErr w:type="spellEnd"/>
      <w:r w:rsidR="00101860">
        <w:rPr>
          <w:rFonts w:ascii="Cambria" w:hAnsi="Cambria"/>
          <w:color w:val="000000"/>
        </w:rPr>
        <w:t xml:space="preserve"> healthy meals</w:t>
      </w:r>
      <w:r w:rsidR="00101860" w:rsidRPr="00101860">
        <w:rPr>
          <w:rFonts w:ascii="Cambria" w:hAnsi="Cambria"/>
          <w:color w:val="000000"/>
        </w:rPr>
        <w:t xml:space="preserve"> and allocate dedicated time for both personal well-being and family commitments.</w:t>
      </w:r>
    </w:p>
    <w:p w14:paraId="7E5B737E" w14:textId="72C279D7" w:rsidR="00F963DA" w:rsidRDefault="00000000">
      <w:pPr>
        <w:pStyle w:val="ListBullet"/>
      </w:pPr>
      <w:r w:rsidRPr="009343B4">
        <w:rPr>
          <w:shd w:val="clear" w:color="auto" w:fill="00B0F0"/>
        </w:rPr>
        <w:t>☐ I engage in activities that help me relax and recharge.</w:t>
      </w:r>
      <w:r w:rsidRPr="009343B4">
        <w:br/>
      </w:r>
      <w:r>
        <w:t>Notes/Evidence:</w:t>
      </w:r>
      <w:r w:rsidR="009343B4">
        <w:t xml:space="preserve"> I meet up with my friends once a week and listen to music to help me relax.</w:t>
      </w:r>
    </w:p>
    <w:p w14:paraId="156A9798" w14:textId="77777777" w:rsidR="00F963DA" w:rsidRDefault="00000000">
      <w:pPr>
        <w:pStyle w:val="Heading2"/>
      </w:pPr>
      <w:r>
        <w:t>3. Seeking Support</w:t>
      </w:r>
    </w:p>
    <w:p w14:paraId="35466E92" w14:textId="0159ABDB" w:rsidR="00F963DA" w:rsidRDefault="00000000">
      <w:pPr>
        <w:pStyle w:val="ListBullet"/>
      </w:pPr>
      <w:r w:rsidRPr="009343B4">
        <w:rPr>
          <w:shd w:val="clear" w:color="auto" w:fill="00B0F0"/>
        </w:rPr>
        <w:t>☐ I know where to access academic support services.</w:t>
      </w:r>
      <w:r w:rsidRPr="009343B4">
        <w:rPr>
          <w:shd w:val="clear" w:color="auto" w:fill="00B0F0"/>
        </w:rPr>
        <w:br/>
      </w:r>
      <w:r>
        <w:t>Notes/Evidence:</w:t>
      </w:r>
      <w:r w:rsidR="009343B4">
        <w:t xml:space="preserve"> </w:t>
      </w:r>
      <w:r w:rsidR="00DC6429">
        <w:t>I have had a study session with the university study team to help me understand some things I was unsure of.</w:t>
      </w:r>
    </w:p>
    <w:p w14:paraId="6A0CB466" w14:textId="3BBBB8A9" w:rsidR="00F963DA" w:rsidRDefault="00000000">
      <w:pPr>
        <w:pStyle w:val="ListBullet"/>
      </w:pPr>
      <w:r w:rsidRPr="00DC6429">
        <w:rPr>
          <w:shd w:val="clear" w:color="auto" w:fill="00B0F0"/>
        </w:rPr>
        <w:t>☐ I have reached out to tutors or peers when I needed help.</w:t>
      </w:r>
      <w:r w:rsidRPr="00DC6429">
        <w:br/>
      </w:r>
      <w:r>
        <w:t>Notes/Evidence:</w:t>
      </w:r>
      <w:r w:rsidR="00DC6429">
        <w:t xml:space="preserve"> I have spoken to my Lecturer and my classmates for advice when iv needed support. </w:t>
      </w:r>
    </w:p>
    <w:p w14:paraId="04719356" w14:textId="2A56E2E8" w:rsidR="00F963DA" w:rsidRDefault="00000000">
      <w:pPr>
        <w:pStyle w:val="ListBullet"/>
      </w:pPr>
      <w:r w:rsidRPr="00DC6429">
        <w:rPr>
          <w:shd w:val="clear" w:color="auto" w:fill="00B0F0"/>
        </w:rPr>
        <w:t>☐ I am aware of wellbeing and counselling services available to me.</w:t>
      </w:r>
      <w:r>
        <w:br/>
        <w:t>Notes/Evidence:</w:t>
      </w:r>
      <w:r w:rsidR="00DC6429">
        <w:t xml:space="preserve"> I have been informed on how to access the </w:t>
      </w:r>
      <w:r w:rsidR="00817C65">
        <w:t>university's</w:t>
      </w:r>
      <w:r w:rsidR="00DC6429">
        <w:t xml:space="preserve"> wellbeing and counselling services if I need any help.</w:t>
      </w:r>
    </w:p>
    <w:p w14:paraId="142DFB66" w14:textId="77777777" w:rsidR="00F963DA" w:rsidRDefault="00000000">
      <w:pPr>
        <w:pStyle w:val="Heading2"/>
      </w:pPr>
      <w:r>
        <w:t>4. Adapting to Challenges</w:t>
      </w:r>
    </w:p>
    <w:p w14:paraId="43123186" w14:textId="5DB3193B" w:rsidR="00F963DA" w:rsidRDefault="00000000">
      <w:pPr>
        <w:pStyle w:val="ListBullet"/>
      </w:pPr>
      <w:r w:rsidRPr="00DC6429">
        <w:rPr>
          <w:shd w:val="clear" w:color="auto" w:fill="00B0F0"/>
        </w:rPr>
        <w:t>☐ I reflect on setbacks and identify ways to improve.</w:t>
      </w:r>
      <w:r w:rsidRPr="00DC6429">
        <w:rPr>
          <w:shd w:val="clear" w:color="auto" w:fill="00B0F0"/>
        </w:rPr>
        <w:br/>
      </w:r>
      <w:r>
        <w:t>Notes/Evidence:</w:t>
      </w:r>
      <w:r w:rsidR="00DC6429">
        <w:t xml:space="preserve"> </w:t>
      </w:r>
      <w:r w:rsidR="00817C65">
        <w:t>If I don’t do something very well, I will think about how I can do it differently next time.</w:t>
      </w:r>
    </w:p>
    <w:p w14:paraId="2C02C7BC" w14:textId="1F05A72F" w:rsidR="00F963DA" w:rsidRDefault="00000000">
      <w:pPr>
        <w:pStyle w:val="ListBullet"/>
      </w:pPr>
      <w:r w:rsidRPr="00817C65">
        <w:rPr>
          <w:shd w:val="clear" w:color="auto" w:fill="00B0F0"/>
        </w:rPr>
        <w:lastRenderedPageBreak/>
        <w:t>☐ I adjust my study strategies when something isn’t working.</w:t>
      </w:r>
      <w:r>
        <w:br/>
        <w:t>Notes/Evidence:</w:t>
      </w:r>
      <w:r w:rsidR="00817C65">
        <w:t xml:space="preserve"> If I'm not focusing on my studies, I will try and find another way of studying that will suit me better.</w:t>
      </w:r>
    </w:p>
    <w:p w14:paraId="01B539EA" w14:textId="0CC2D979" w:rsidR="00F963DA" w:rsidRDefault="00000000">
      <w:pPr>
        <w:pStyle w:val="ListBullet"/>
      </w:pPr>
      <w:r w:rsidRPr="00817C65">
        <w:rPr>
          <w:shd w:val="clear" w:color="auto" w:fill="00B0F0"/>
        </w:rPr>
        <w:t>☐ I stay focused even when facing personal or academic difficulties.</w:t>
      </w:r>
      <w:r w:rsidRPr="00817C65">
        <w:rPr>
          <w:shd w:val="clear" w:color="auto" w:fill="00B0F0"/>
        </w:rPr>
        <w:br/>
      </w:r>
      <w:r>
        <w:t>Notes/Evidence:</w:t>
      </w:r>
      <w:r w:rsidR="00817C65">
        <w:t xml:space="preserve"> </w:t>
      </w:r>
      <w:r w:rsidR="003943F4">
        <w:t xml:space="preserve">I stay focused by managing my time as balanced as I can and reminding myself </w:t>
      </w:r>
      <w:r w:rsidR="00AE70B8">
        <w:t xml:space="preserve">of </w:t>
      </w:r>
      <w:r w:rsidR="003943F4">
        <w:t>my goal of what I want to achieve.</w:t>
      </w:r>
    </w:p>
    <w:p w14:paraId="207B657B" w14:textId="77777777" w:rsidR="00F963DA" w:rsidRDefault="00000000">
      <w:pPr>
        <w:pStyle w:val="Heading2"/>
      </w:pPr>
      <w:r>
        <w:t>5. Maintaining Motivation</w:t>
      </w:r>
    </w:p>
    <w:p w14:paraId="38F0DE40" w14:textId="564C45C1" w:rsidR="00F963DA" w:rsidRDefault="00000000">
      <w:pPr>
        <w:pStyle w:val="ListBullet"/>
      </w:pPr>
      <w:r w:rsidRPr="00182745">
        <w:rPr>
          <w:shd w:val="clear" w:color="auto" w:fill="00B0F0"/>
        </w:rPr>
        <w:t>☐ I remind myself of my goals and reasons for studying.</w:t>
      </w:r>
      <w:r>
        <w:br/>
        <w:t>Notes/Evidence:</w:t>
      </w:r>
      <w:r w:rsidR="00182745">
        <w:t xml:space="preserve"> </w:t>
      </w:r>
      <w:r w:rsidR="003943F4">
        <w:t>I often think about why I'm studying and what I want to achieve to be able to</w:t>
      </w:r>
      <w:r w:rsidR="00AE70B8">
        <w:t xml:space="preserve"> improve </w:t>
      </w:r>
      <w:r w:rsidR="00B674D7">
        <w:t>my</w:t>
      </w:r>
      <w:r w:rsidR="00AE70B8">
        <w:t xml:space="preserve"> </w:t>
      </w:r>
      <w:r w:rsidR="00B674D7">
        <w:t>life and</w:t>
      </w:r>
      <w:r w:rsidR="00AE70B8">
        <w:t xml:space="preserve"> my </w:t>
      </w:r>
      <w:r w:rsidR="00B674D7">
        <w:t>children's</w:t>
      </w:r>
      <w:r w:rsidR="00AE70B8">
        <w:t xml:space="preserve"> future.</w:t>
      </w:r>
    </w:p>
    <w:p w14:paraId="0B8B216F" w14:textId="5DBBB56B" w:rsidR="00F963DA" w:rsidRDefault="00000000">
      <w:pPr>
        <w:pStyle w:val="ListBullet"/>
      </w:pPr>
      <w:r w:rsidRPr="00182745">
        <w:rPr>
          <w:shd w:val="clear" w:color="auto" w:fill="00B0F0"/>
        </w:rPr>
        <w:t>☐ I celebrate small achievements to stay motivated.</w:t>
      </w:r>
      <w:r w:rsidRPr="00182745">
        <w:rPr>
          <w:shd w:val="clear" w:color="auto" w:fill="00B0F0"/>
        </w:rPr>
        <w:br/>
      </w:r>
      <w:r>
        <w:t>Notes/Evidence:</w:t>
      </w:r>
      <w:r w:rsidR="00182745">
        <w:t xml:space="preserve"> I feel proud when I have completed a </w:t>
      </w:r>
      <w:proofErr w:type="gramStart"/>
      <w:r w:rsidR="00AE70B8">
        <w:t>task</w:t>
      </w:r>
      <w:proofErr w:type="gramEnd"/>
      <w:r w:rsidR="00182745">
        <w:t xml:space="preserve"> I set out to do, and I will reward myself</w:t>
      </w:r>
      <w:r w:rsidR="00AE70B8">
        <w:t xml:space="preserve"> with something I enjoy, like spending time with my family/friends or relaxation time.</w:t>
      </w:r>
    </w:p>
    <w:p w14:paraId="3868F5D5" w14:textId="05A1C7AA" w:rsidR="00345502" w:rsidRDefault="00000000" w:rsidP="00345502">
      <w:pPr>
        <w:pStyle w:val="ListBullet"/>
      </w:pPr>
      <w:r w:rsidRPr="00182745">
        <w:rPr>
          <w:shd w:val="clear" w:color="auto" w:fill="00B0F0"/>
        </w:rPr>
        <w:t>☐ I use strategies to stay engaged with my learning (e.g. study groups, rewards).</w:t>
      </w:r>
      <w:r w:rsidRPr="00182745">
        <w:rPr>
          <w:shd w:val="clear" w:color="auto" w:fill="00B0F0"/>
        </w:rPr>
        <w:br/>
      </w:r>
      <w:r>
        <w:t>Notes/Evidence:</w:t>
      </w:r>
      <w:r w:rsidR="00182745">
        <w:t xml:space="preserve"> </w:t>
      </w:r>
      <w:r w:rsidR="003943F4">
        <w:t xml:space="preserve">I will do my best to follow my planner, which I have in place. And try to keep it balanced. I </w:t>
      </w:r>
      <w:r w:rsidR="00345502">
        <w:t>will reward myself with free time after studying and use different ways to learn.</w:t>
      </w:r>
    </w:p>
    <w:sectPr w:rsidR="0034550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7832848">
    <w:abstractNumId w:val="8"/>
  </w:num>
  <w:num w:numId="2" w16cid:durableId="564726835">
    <w:abstractNumId w:val="6"/>
  </w:num>
  <w:num w:numId="3" w16cid:durableId="2113936487">
    <w:abstractNumId w:val="5"/>
  </w:num>
  <w:num w:numId="4" w16cid:durableId="1645160856">
    <w:abstractNumId w:val="4"/>
  </w:num>
  <w:num w:numId="5" w16cid:durableId="1609922316">
    <w:abstractNumId w:val="7"/>
  </w:num>
  <w:num w:numId="6" w16cid:durableId="1754083917">
    <w:abstractNumId w:val="3"/>
  </w:num>
  <w:num w:numId="7" w16cid:durableId="893470288">
    <w:abstractNumId w:val="2"/>
  </w:num>
  <w:num w:numId="8" w16cid:durableId="1087726150">
    <w:abstractNumId w:val="1"/>
  </w:num>
  <w:num w:numId="9" w16cid:durableId="1887525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0DD6"/>
    <w:rsid w:val="00101860"/>
    <w:rsid w:val="00147B04"/>
    <w:rsid w:val="0015074B"/>
    <w:rsid w:val="00182745"/>
    <w:rsid w:val="0029639D"/>
    <w:rsid w:val="00326F90"/>
    <w:rsid w:val="00345502"/>
    <w:rsid w:val="003943F4"/>
    <w:rsid w:val="006B4598"/>
    <w:rsid w:val="007B12EE"/>
    <w:rsid w:val="00817C65"/>
    <w:rsid w:val="00926D8E"/>
    <w:rsid w:val="009343B4"/>
    <w:rsid w:val="00AA1D8D"/>
    <w:rsid w:val="00AE70B8"/>
    <w:rsid w:val="00B47730"/>
    <w:rsid w:val="00B54E2A"/>
    <w:rsid w:val="00B674D7"/>
    <w:rsid w:val="00CB0664"/>
    <w:rsid w:val="00DC6429"/>
    <w:rsid w:val="00EC21C7"/>
    <w:rsid w:val="00F963D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1DB447"/>
  <w14:defaultImageDpi w14:val="300"/>
  <w15:docId w15:val="{D7B6F192-B953-45F5-9321-17A1398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504</Words>
  <Characters>2429</Characters>
  <Application>Microsoft Office Word</Application>
  <DocSecurity>0</DocSecurity>
  <Lines>53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Bella Lewis</cp:lastModifiedBy>
  <cp:revision>5</cp:revision>
  <dcterms:created xsi:type="dcterms:W3CDTF">2025-11-12T20:37:00Z</dcterms:created>
  <dcterms:modified xsi:type="dcterms:W3CDTF">2025-11-12T21:03:00Z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732ddab0-3bd2-4747-978c-cb17531ee595</vt:lpwstr>
  </property>
</Properties>
</file>