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ageBreakBefore w:val="false"/>
        <w:jc w:val="center"/>
        <w:rPr/>
      </w:pPr>
      <w:r>
        <w:rPr>
          <w:b/>
          <w:color w:val="1F4E79"/>
          <w:sz w:val="40"/>
        </w:rPr>
        <w:t>UNIVERSITY OF WALES TRINITY SAINT DAVID</w:t>
      </w:r>
    </w:p>
    <w:p>
      <w:pPr>
        <w:pStyle w:val="Normal"/>
        <w:pageBreakBefore w:val="false"/>
        <w:jc w:val="center"/>
        <w:rPr/>
      </w:pPr>
      <w:r>
        <w:rPr>
          <w:b/>
          <w:color w:val="5A5A5A"/>
          <w:sz w:val="30"/>
        </w:rPr>
        <w:t>London Campus</w:t>
      </w:r>
    </w:p>
    <w:p>
      <w:pPr>
        <w:pStyle w:val="Normal"/>
        <w:pageBreakBefore w:val="false"/>
        <w:jc w:val="center"/>
        <w:rPr/>
      </w:pPr>
      <w:r>
        <w:rPr>
          <w:b w:val="false"/>
          <w:color w:val="A0A0A0"/>
          <w:sz w:val="20"/>
        </w:rPr>
        <w:t>────────────────────────────────────────</w:t>
      </w:r>
    </w:p>
    <w:p>
      <w:pPr>
        <w:pStyle w:val="Normal"/>
        <w:pageBreakBefore w:val="false"/>
        <w:jc w:val="center"/>
        <w:rPr/>
      </w:pPr>
      <w:r>
        <w:rPr>
          <w:b/>
          <w:color w:val="373737"/>
          <w:sz w:val="24"/>
        </w:rPr>
        <w:t>ACCA4023 – INTRODUCTION TO WEB AND DATABASE CONCEPTS</w:t>
      </w:r>
    </w:p>
    <w:p>
      <w:pPr>
        <w:pStyle w:val="Normal"/>
        <w:pageBreakBefore w:val="false"/>
        <w:jc w:val="center"/>
        <w:rPr/>
      </w:pPr>
      <w:r>
        <w:rPr>
          <w:b/>
          <w:color w:val="1F4E79"/>
          <w:sz w:val="32"/>
        </w:rPr>
        <w:t>HTML &amp; CSS WEB DEVELOPMENT</w:t>
      </w:r>
    </w:p>
    <w:p>
      <w:pPr>
        <w:pStyle w:val="Normal"/>
        <w:pageBreakBefore w:val="false"/>
        <w:jc w:val="center"/>
        <w:rPr/>
      </w:pPr>
      <w:r>
        <w:rPr>
          <w:b/>
          <w:color w:val="1F4E79"/>
          <w:sz w:val="48"/>
        </w:rPr>
        <w:t>OZN COFFEE HOUSE WEBSITE</w:t>
      </w:r>
    </w:p>
    <w:p>
      <w:pPr>
        <w:pStyle w:val="Normal"/>
        <w:pageBreakBefore w:val="false"/>
        <w:jc w:val="center"/>
        <w:rPr/>
      </w:pPr>
      <w:r>
        <w:rPr>
          <w:b/>
          <w:sz w:val="22"/>
        </w:rPr>
        <w:t xml:space="preserve">Student: </w:t>
      </w:r>
      <w:r>
        <w:rPr>
          <w:sz w:val="22"/>
        </w:rPr>
        <w:t>Ozan Yakaryildirim</w:t>
      </w:r>
    </w:p>
    <w:p>
      <w:pPr>
        <w:pStyle w:val="Normal"/>
        <w:pageBreakBefore w:val="false"/>
        <w:jc w:val="center"/>
        <w:rPr/>
      </w:pPr>
      <w:r>
        <w:rPr>
          <w:b/>
          <w:sz w:val="22"/>
        </w:rPr>
        <w:t xml:space="preserve">Student ID: </w:t>
      </w:r>
      <w:r>
        <w:rPr>
          <w:sz w:val="22"/>
        </w:rPr>
        <w:t>2530090</w:t>
      </w:r>
    </w:p>
    <w:p>
      <w:pPr>
        <w:pStyle w:val="Normal"/>
        <w:pageBreakBefore w:val="false"/>
        <w:jc w:val="center"/>
        <w:rPr/>
      </w:pPr>
      <w:r>
        <w:rPr>
          <w:b/>
          <w:sz w:val="22"/>
        </w:rPr>
        <w:t xml:space="preserve">Lecturer: </w:t>
      </w:r>
      <w:r>
        <w:rPr>
          <w:sz w:val="22"/>
        </w:rPr>
        <w:t>Anum Paracha</w:t>
      </w:r>
    </w:p>
    <w:p>
      <w:pPr>
        <w:pStyle w:val="Normal"/>
        <w:pageBreakBefore w:val="false"/>
        <w:jc w:val="center"/>
        <w:rPr/>
      </w:pPr>
      <w:r>
        <w:rPr>
          <w:b/>
          <w:sz w:val="22"/>
        </w:rPr>
        <w:t xml:space="preserve">Programme: </w:t>
      </w:r>
      <w:r>
        <w:rPr>
          <w:sz w:val="22"/>
        </w:rPr>
        <w:t>CertHE Computing Skills for Workplace</w:t>
      </w:r>
    </w:p>
    <w:p>
      <w:pPr>
        <w:pStyle w:val="Normal"/>
        <w:pageBreakBefore w:val="false"/>
        <w:jc w:val="center"/>
        <w:rPr/>
      </w:pPr>
      <w:r>
        <w:rPr>
          <w:b/>
          <w:sz w:val="22"/>
        </w:rPr>
        <w:t xml:space="preserve">Submission date: </w:t>
      </w:r>
      <w:r>
        <w:rPr>
          <w:sz w:val="22"/>
        </w:rPr>
        <w:t>14 August 2026</w:t>
      </w:r>
      <w:r>
        <w:rPr/>
        <w:br/>
      </w:r>
      <w:r>
        <w:br w:type="page"/>
      </w:r>
    </w:p>
    <w:p>
      <w:pPr>
        <w:pStyle w:val="Title"/>
        <w:pageBreakBefore/>
        <w:spacing w:before="0" w:after="0"/>
        <w:contextualSpacing/>
        <w:rPr/>
      </w:pPr>
      <w:r>
        <w:rPr/>
        <w:t>Table of Contents</w:t>
      </w:r>
    </w:p>
    <w:p>
      <w:pPr>
        <w:pStyle w:val="Normal"/>
        <w:spacing w:before="0" w:after="20"/>
        <w:jc w:val="left"/>
        <w:rPr/>
      </w:pPr>
      <w:r>
        <w:t>1. Introduction ................................................. 3</w:t>
      </w:r>
    </w:p>
    <w:p>
      <w:pPr>
        <w:pStyle w:val="Normal"/>
        <w:spacing w:before="0" w:after="20"/>
        <w:jc w:val="left"/>
        <w:rPr/>
      </w:pPr>
      <w:r>
        <w:t>2. Requirements ................................................. 3</w:t>
      </w:r>
    </w:p>
    <w:p>
      <w:pPr>
        <w:pStyle w:val="Normal"/>
        <w:spacing w:before="0" w:after="20"/>
        <w:jc w:val="left"/>
        <w:rPr/>
      </w:pPr>
      <w:r>
        <w:t>3. Implementation ............................................... 3</w:t>
      </w:r>
    </w:p>
    <w:p>
      <w:pPr>
        <w:pStyle w:val="Normal"/>
        <w:spacing w:before="0" w:after="20"/>
        <w:jc w:val="left"/>
        <w:rPr/>
      </w:pPr>
      <w:r>
        <w:t>4. Validation ................................................... 6</w:t>
      </w:r>
    </w:p>
    <w:p>
      <w:pPr>
        <w:pStyle w:val="Normal"/>
        <w:spacing w:before="0" w:after="20"/>
        <w:jc w:val="left"/>
        <w:rPr/>
      </w:pPr>
      <w:r>
        <w:t xml:space="preserve">    4.1 Validation Evidence ..................................... 6</w:t>
      </w:r>
    </w:p>
    <w:p>
      <w:pPr>
        <w:pStyle w:val="Normal"/>
        <w:spacing w:before="0" w:after="20"/>
        <w:jc w:val="left"/>
        <w:rPr/>
      </w:pPr>
      <w:r>
        <w:t>5. Evaluation ................................................... 8</w:t>
      </w:r>
    </w:p>
    <w:p>
      <w:pPr>
        <w:pStyle w:val="Normal"/>
        <w:spacing w:before="0" w:after="20"/>
        <w:jc w:val="left"/>
        <w:rPr/>
      </w:pPr>
      <w:r>
        <w:t xml:space="preserve">    5.1 Usefulness, Usability and Utility ....................... 8</w:t>
      </w:r>
    </w:p>
    <w:p>
      <w:pPr>
        <w:pStyle w:val="Normal"/>
        <w:spacing w:before="0" w:after="20"/>
        <w:jc w:val="left"/>
        <w:rPr/>
      </w:pPr>
      <w:r>
        <w:t xml:space="preserve">    5.2 Search Engine Optimisation (SEO) ........................ 8</w:t>
      </w:r>
    </w:p>
    <w:p>
      <w:pPr>
        <w:pStyle w:val="Normal"/>
        <w:spacing w:before="0" w:after="20"/>
        <w:jc w:val="left"/>
        <w:rPr/>
      </w:pPr>
      <w:r>
        <w:t xml:space="preserve">    5.3 Accessibility and WCAG 2.1 .............................. 9</w:t>
      </w:r>
    </w:p>
    <w:p>
      <w:pPr>
        <w:pStyle w:val="Normal"/>
        <w:spacing w:before="0" w:after="20"/>
        <w:jc w:val="left"/>
        <w:rPr/>
      </w:pPr>
      <w:r>
        <w:t xml:space="preserve">    5.4 Comparison of Two Live Websites ......................... 9</w:t>
      </w:r>
    </w:p>
    <w:p>
      <w:pPr>
        <w:pStyle w:val="Normal"/>
        <w:spacing w:before="0" w:after="20"/>
        <w:jc w:val="left"/>
        <w:rPr/>
      </w:pPr>
      <w:r>
        <w:t xml:space="preserve">    5.5 Mobile Responsiveness ................................... 10</w:t>
      </w:r>
    </w:p>
    <w:p>
      <w:pPr>
        <w:pStyle w:val="Normal"/>
        <w:spacing w:before="0" w:after="20"/>
        <w:jc w:val="left"/>
        <w:rPr/>
      </w:pPr>
      <w:r>
        <w:t xml:space="preserve">    5.6 Recommendations for Future Improvement .................. 10</w:t>
      </w:r>
    </w:p>
    <w:p>
      <w:pPr>
        <w:pStyle w:val="Normal"/>
        <w:spacing w:before="0" w:after="20"/>
        <w:jc w:val="left"/>
        <w:rPr/>
      </w:pPr>
      <w:r>
        <w:t>6. Conclusion ................................................... 11</w:t>
      </w:r>
    </w:p>
    <w:p>
      <w:pPr>
        <w:pStyle w:val="Normal"/>
        <w:spacing w:before="0" w:after="20"/>
        <w:jc w:val="left"/>
        <w:rPr/>
      </w:pPr>
      <w:r>
        <w:t>7. References ................................................... 11</w:t>
      </w:r>
    </w:p>
    <w:p>
      <w:pPr>
        <w:pStyle w:val="Normal"/>
        <w:spacing w:before="0" w:after="20"/>
        <w:jc w:val="left"/>
        <w:rPr/>
      </w:pPr>
      <w:r>
        <w:t>Appendix A – HTML Source Code ................................... 13</w:t>
      </w:r>
    </w:p>
    <w:p>
      <w:pPr>
        <w:pStyle w:val="Normal"/>
        <w:spacing w:before="0" w:after="20"/>
        <w:jc w:val="left"/>
        <w:rPr/>
      </w:pPr>
      <w:r>
        <w:t xml:space="preserve">    Appendix A.1 – index.html ................................... 13</w:t>
      </w:r>
    </w:p>
    <w:p>
      <w:pPr>
        <w:pStyle w:val="Normal"/>
        <w:spacing w:before="0" w:after="20"/>
        <w:jc w:val="left"/>
        <w:rPr/>
      </w:pPr>
      <w:r>
        <w:t xml:space="preserve">    Appendix A.2 – menu.html .................................... 15</w:t>
      </w:r>
    </w:p>
    <w:p>
      <w:pPr>
        <w:pStyle w:val="Normal"/>
        <w:spacing w:before="0" w:after="20"/>
        <w:jc w:val="left"/>
        <w:rPr/>
      </w:pPr>
      <w:r>
        <w:t xml:space="preserve">    Appendix A.3 – about.html ................................... 17</w:t>
      </w:r>
    </w:p>
    <w:p>
      <w:pPr>
        <w:pStyle w:val="Normal"/>
        <w:spacing w:before="0" w:after="20"/>
        <w:jc w:val="left"/>
        <w:rPr/>
      </w:pPr>
      <w:r>
        <w:t xml:space="preserve">    Appendix A.4 – contact.html ................................. 19</w:t>
      </w:r>
    </w:p>
    <w:p>
      <w:pPr>
        <w:pStyle w:val="Normal"/>
        <w:spacing w:before="0" w:after="20"/>
        <w:jc w:val="left"/>
        <w:rPr/>
      </w:pPr>
      <w:r>
        <w:t>Appendix B – CSS Source Code .................................... 21</w:t>
      </w:r>
    </w:p>
    <w:p>
      <w:pPr>
        <w:pStyle w:val="Heading1"/>
        <w:pageBreakBefore/>
        <w:spacing w:before="0" w:after="0"/>
        <w:rPr/>
      </w:pPr>
      <w:r>
        <w:t>1. Introduction</w:t>
      </w:r>
    </w:p>
    <w:p>
      <w:pPr>
        <w:pStyle w:val="Normal"/>
        <w:spacing w:before="0" w:after="120"/>
        <w:rPr/>
      </w:pPr>
      <w:r>
        <w:rPr/>
        <w:t>Abstract. This report documents the design, hand-coding, implementation and evaluation of Ozn Coffee House, a small responsive coffee-shop website developed for ACCA4023. The site provides information about products, the business and contact details through four connected pages: Home, Menu, About Us and Contact. The report evaluates the implementation against web standards, validation, usability, search engine optimisation (SEO), accessibility, mobile responsiveness and comparison with two established coffee websites.</w:t>
      </w:r>
    </w:p>
    <w:p>
      <w:pPr>
        <w:pStyle w:val="Normal"/>
        <w:spacing w:before="0" w:after="120"/>
        <w:rPr/>
      </w:pPr>
      <w:r>
        <w:rPr/>
        <w:t>The website was deliberately hand-coded using HTML5 and one custom CSS stylesheet rather than an external framework. This supports the requirement to demonstrate the student's own design and customisation. The final site uses semantic HTML, alternative text for images, labelled form controls, page-specific titles and descriptions, keyboard focus styles and responsive CSS.</w:t>
      </w:r>
    </w:p>
    <w:p>
      <w:pPr>
        <w:pStyle w:val="Heading1"/>
        <w:rPr/>
      </w:pPr>
      <w:r>
        <w:t>2. Requirements</w:t>
      </w:r>
    </w:p>
    <w:p>
      <w:pPr>
        <w:pStyle w:val="Normal"/>
        <w:spacing w:before="0" w:after="120"/>
        <w:rPr/>
      </w:pPr>
      <w:r>
        <w:rPr/>
        <w:t>The assessment specification requires a responsive website with a minimum of three relevant pages, hand-coded using web standards and supplied as a stand-alone ZIP that can run by opening index.html on a normal PC. The report must document design decisions, implementation, screenshots, validation, evaluation, references and appendices [1].</w:t>
      </w:r>
    </w:p>
    <w:p>
      <w:pPr>
        <w:pStyle w:val="Normal"/>
        <w:spacing w:before="0" w:after="120"/>
        <w:rPr/>
      </w:pPr>
      <w:r>
        <w:rPr/>
        <w:t>Ozn Coffee House meets the page requirement with four pages. Home introduces the coffee shop; Menu presents six products with descriptions and prices; About Us explains the business idea; and Contact provides a message form and business information. The intended audience is local and potential customers who need quick access to menu and contact information.</w:t>
      </w:r>
    </w:p>
    <w:p>
      <w:pPr>
        <w:pStyle w:val="Normal"/>
        <w:spacing w:before="0" w:after="120"/>
        <w:rPr/>
      </w:pPr>
      <w:r>
        <w:rPr/>
        <w:t>The technical implementation uses HTML5 structure, a language declaration, responsive viewport settings and one shared stylesheet. CSS Grid, flexible widths, responsive images and media queries are used to adapt the layout. Internal links use relative paths so the website can operate without a development environment [1].</w:t>
      </w:r>
    </w:p>
    <w:p>
      <w:pPr>
        <w:pStyle w:val="Heading1"/>
        <w:rPr/>
      </w:pPr>
      <w:r>
        <w:t>3. Implementation</w:t>
      </w:r>
    </w:p>
    <w:p>
      <w:pPr>
        <w:pStyle w:val="Normal"/>
        <w:spacing w:before="0" w:after="120"/>
        <w:rPr/>
      </w:pPr>
      <w:r>
        <w:rPr/>
        <w:t>The website is organised around four HTML pages and one shared style.css file. The shared stylesheet provides visual consistency while each page contains its own content. The header contains the Ozn Coffee House brand and navigation links. At widths up to 800 pixels, desktop navigation is replaced by a mobile menu button. The button changes aria-expanded and shows or hides the mobile navigation without a third-party framework.</w:t>
      </w:r>
    </w:p>
    <w:p>
      <w:pPr>
        <w:pStyle w:val="Normal"/>
        <w:spacing w:before="0" w:after="120"/>
        <w:rPr/>
      </w:pPr>
      <w:r>
        <w:rPr/>
        <w:t>The Home page uses a centred introduction followed by three cards containing an image, heading and description. The Menu page uses the same card pattern for six products and adds prices. The About Us page uses a three-column feature grid and a Contact Us call-to-action. The Contact page contains Name, Email, Subject and Message fields alongside business information.</w:t>
      </w:r>
    </w:p>
    <w:p>
      <w:pPr>
        <w:pStyle w:val="Normal"/>
        <w:spacing w:before="0" w:after="120"/>
        <w:rPr/>
      </w:pPr>
      <w:r>
        <w:rPr/>
        <w:t>Accessibility-aware implementation choices include descriptive alt attributes, associated form labels, accessible navigation labels and aria-current for the active page. Keyboard focus styles are provided for links and buttons. The stylesheet also includes responsive image sizing and a prefers-reduced-motion rule. These features support accessibility but do not by themselves guarantee complete WCAG conformance.</w:t>
      </w:r>
    </w:p>
    <w:p>
      <w:pPr>
        <w:pStyle w:val="Normal"/>
        <w:keepNext w:val="true"/>
        <w:jc w:val="center"/>
        <w:rPr/>
      </w:pPr>
      <w:r>
        <w:rPr>
          <w:b/>
        </w:rPr>
        <w:t>Figure 1 – Home page</w:t>
      </w:r>
    </w:p>
    <w:p>
      <w:pPr>
        <w:pStyle w:val="Normal"/>
        <w:jc w:val="center"/>
        <w:rPr/>
      </w:pPr>
      <w:r>
        <w:rPr/>
        <w:drawing>
          <wp:inline distT="0" distB="0" distL="0" distR="0">
            <wp:extent cx="5669280" cy="263969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669280" cy="2639695"/>
                    </a:xfrm>
                    <a:prstGeom prst="rect">
                      <a:avLst/>
                    </a:prstGeom>
                    <a:noFill/>
                  </pic:spPr>
                </pic:pic>
              </a:graphicData>
            </a:graphic>
          </wp:inline>
        </w:drawing>
      </w:r>
    </w:p>
    <w:p>
      <w:pPr>
        <w:pStyle w:val="Normal"/>
        <w:keepNext w:val="true"/>
        <w:jc w:val="center"/>
        <w:rPr/>
      </w:pPr>
      <w:r>
        <w:rPr>
          <w:b/>
        </w:rPr>
        <w:t>Figure 2 – Menu page</w:t>
      </w:r>
    </w:p>
    <w:p>
      <w:pPr>
        <w:pStyle w:val="Normal"/>
        <w:jc w:val="center"/>
        <w:rPr/>
      </w:pPr>
      <w:r>
        <w:rPr/>
        <w:drawing>
          <wp:inline distT="0" distB="0" distL="0" distR="0">
            <wp:extent cx="5669280" cy="3103245"/>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tretch>
                      <a:fillRect/>
                    </a:stretch>
                  </pic:blipFill>
                  <pic:spPr bwMode="auto">
                    <a:xfrm>
                      <a:off x="0" y="0"/>
                      <a:ext cx="5669280" cy="3103245"/>
                    </a:xfrm>
                    <a:prstGeom prst="rect">
                      <a:avLst/>
                    </a:prstGeom>
                    <a:noFill/>
                  </pic:spPr>
                </pic:pic>
              </a:graphicData>
            </a:graphic>
          </wp:inline>
        </w:drawing>
      </w:r>
    </w:p>
    <w:p>
      <w:pPr>
        <w:pStyle w:val="Normal"/>
        <w:keepNext w:val="true"/>
        <w:jc w:val="center"/>
        <w:rPr/>
      </w:pPr>
      <w:r>
        <w:rPr>
          <w:b/>
        </w:rPr>
        <w:t>Figure 3 – About Us page</w:t>
      </w:r>
    </w:p>
    <w:p>
      <w:pPr>
        <w:pStyle w:val="Normal"/>
        <w:jc w:val="center"/>
        <w:rPr/>
      </w:pPr>
      <w:r>
        <w:rPr/>
        <w:drawing>
          <wp:inline distT="0" distB="0" distL="0" distR="0">
            <wp:extent cx="5669280" cy="2827655"/>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
                    <pic:cNvPicPr>
                      <a:picLocks noChangeAspect="1" noChangeArrowheads="1"/>
                    </pic:cNvPicPr>
                  </pic:nvPicPr>
                  <pic:blipFill>
                    <a:blip r:embed="rId4"/>
                    <a:stretch>
                      <a:fillRect/>
                    </a:stretch>
                  </pic:blipFill>
                  <pic:spPr bwMode="auto">
                    <a:xfrm>
                      <a:off x="0" y="0"/>
                      <a:ext cx="5669280" cy="2827655"/>
                    </a:xfrm>
                    <a:prstGeom prst="rect">
                      <a:avLst/>
                    </a:prstGeom>
                    <a:noFill/>
                  </pic:spPr>
                </pic:pic>
              </a:graphicData>
            </a:graphic>
          </wp:inline>
        </w:drawing>
      </w:r>
    </w:p>
    <w:p>
      <w:pPr>
        <w:pStyle w:val="Normal"/>
        <w:keepNext w:val="true"/>
        <w:jc w:val="center"/>
        <w:rPr/>
      </w:pPr>
      <w:r>
        <w:rPr>
          <w:b/>
        </w:rPr>
        <w:t>Figure 4 – Contact page</w:t>
      </w:r>
    </w:p>
    <w:p>
      <w:pPr>
        <w:pStyle w:val="Normal"/>
        <w:jc w:val="center"/>
        <w:rPr/>
      </w:pPr>
      <w:r>
        <w:rPr/>
        <w:drawing>
          <wp:inline distT="0" distB="0" distL="0" distR="0">
            <wp:extent cx="5669280" cy="2947035"/>
            <wp:effectExtent l="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
                    <pic:cNvPicPr>
                      <a:picLocks noChangeAspect="1" noChangeArrowheads="1"/>
                    </pic:cNvPicPr>
                  </pic:nvPicPr>
                  <pic:blipFill>
                    <a:blip r:embed="rId5"/>
                    <a:stretch>
                      <a:fillRect/>
                    </a:stretch>
                  </pic:blipFill>
                  <pic:spPr bwMode="auto">
                    <a:xfrm>
                      <a:off x="0" y="0"/>
                      <a:ext cx="5669280" cy="2947035"/>
                    </a:xfrm>
                    <a:prstGeom prst="rect">
                      <a:avLst/>
                    </a:prstGeom>
                    <a:noFill/>
                  </pic:spPr>
                </pic:pic>
              </a:graphicData>
            </a:graphic>
          </wp:inline>
        </w:drawing>
      </w:r>
    </w:p>
    <w:p>
      <w:pPr>
        <w:pStyle w:val="Normal"/>
        <w:rPr/>
      </w:pPr>
      <w:r>
        <w:rPr/>
      </w:r>
      <w:r>
        <w:br w:type="page"/>
      </w:r>
    </w:p>
    <w:p>
      <w:pPr>
        <w:pStyle w:val="Heading1"/>
        <w:spacing w:before="0" w:after="0"/>
        <w:rPr/>
      </w:pPr>
      <w:r>
        <w:t>4. Validation</w:t>
      </w:r>
    </w:p>
    <w:p>
      <w:pPr>
        <w:pStyle w:val="Normal"/>
        <w:spacing w:before="0" w:after="120"/>
        <w:rPr/>
      </w:pPr>
      <w:r>
        <w:rPr/>
        <w:t>The assessment specification requires validation of the completed HTML and CSS. It specifically states that only the home-page HTML and the main CSS need to be validated [1]. Therefore, the formal validation scope is index.html and style.css.</w:t>
      </w:r>
    </w:p>
    <w:p>
      <w:pPr>
        <w:pStyle w:val="Normal"/>
        <w:spacing w:before="0" w:after="120"/>
        <w:rPr/>
      </w:pPr>
      <w:r>
        <w:rPr/>
        <w:t>A local pre-check confirmed the HTML5 doctype, lang="en", UTF-8 encoding, viewport metadata, descriptive title, meta description and one main H1 on the Home page. The three Home images have alt attributes and the stylesheet uses the relative path style.css. The CSS was also checked for unmatched blocks and invalid declaration structures.</w:t>
      </w:r>
    </w:p>
    <w:tbl>
      <w:tblPr>
        <w:tblStyle w:val="TableGrid"/>
        <w:tblW w:w="9792"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448"/>
        <w:gridCol w:w="2448"/>
        <w:gridCol w:w="2448"/>
        <w:gridCol w:w="2447"/>
      </w:tblGrid>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Validation item</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File</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Pre-check</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Comment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HTML5 structure</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index.html</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Pass</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DOCTYPE, language, head and body structure present.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Viewport and metadata</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index.html</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Pass</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Viewport, title and description are present.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Images</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index.html</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Pass</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All three Home images have alt attributes.</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CSS syntax structure</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style.css</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Pass</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Braces and declarations were structurally checked.</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Official W3C HTML validator</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index.html</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Final browser check required</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Upload the exact final index.html to validator.w3.org and add the result screenshot.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Official W3C CSS validator</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style.css</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Final browser check required</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Upload the exact final style.css to jigsaw.w3.org/css-validator/ and add the result screenshot.</w:t>
            </w:r>
          </w:p>
        </w:tc>
      </w:tr>
    </w:tbl>
    <w:p>
      <w:pPr>
        <w:pStyle w:val="Normal"/>
        <w:spacing w:before="0" w:after="120"/>
        <w:rPr/>
      </w:pPr>
      <w:r>
        <w:rPr/>
        <w:t>Official validation evidence was captured from the final files. The W3C HTML validator reported no errors or warnings for index.html. The W3C CSS validator reported no errors and one warning. WAVE reported 0 errors and 0 contrast errors, with one redundant-link alert and an AIM score of 10/10. The redundant-link alert is not an accessibility error; it identifies links that lead to the same destination. These results provide useful evidence but do not replace human testing.</w:t>
      </w:r>
    </w:p>
    <w:p>
      <w:pPr>
        <w:pStyle w:val="Heading2"/>
        <w:rPr/>
      </w:pPr>
      <w:r>
        <w:t>4.1 Validation Evidence</w:t>
      </w:r>
    </w:p>
    <w:p>
      <w:pPr>
        <w:pStyle w:val="Normal"/>
        <w:rPr/>
      </w:pPr>
      <w:r>
        <w:rPr/>
        <w:t>The validation process was treated as a final quality check rather than evidence that every possible problem had been eliminated. W3C validation checks conformance to HTML and CSS rules, while WAVE provides additional accessibility information. The screenshots document the results obtained from the submitted files. Future changes to navigation, forms or CSS should be followed by another validation cycle.</w:t>
      </w:r>
    </w:p>
    <w:p>
      <w:pPr>
        <w:pStyle w:val="Normal"/>
        <w:jc w:val="center"/>
        <w:rPr/>
      </w:pPr>
      <w:r>
        <w:rPr/>
        <w:drawing>
          <wp:inline distT="0" distB="0" distL="0" distR="0">
            <wp:extent cx="5577840" cy="3312160"/>
            <wp:effectExtent l="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
                    <pic:cNvPicPr>
                      <a:picLocks noChangeAspect="1" noChangeArrowheads="1"/>
                    </pic:cNvPicPr>
                  </pic:nvPicPr>
                  <pic:blipFill>
                    <a:blip r:embed="rId6"/>
                    <a:stretch>
                      <a:fillRect/>
                    </a:stretch>
                  </pic:blipFill>
                  <pic:spPr bwMode="auto">
                    <a:xfrm>
                      <a:off x="0" y="0"/>
                      <a:ext cx="5577840" cy="3312160"/>
                    </a:xfrm>
                    <a:prstGeom prst="rect">
                      <a:avLst/>
                    </a:prstGeom>
                    <a:noFill/>
                  </pic:spPr>
                </pic:pic>
              </a:graphicData>
            </a:graphic>
          </wp:inline>
        </w:drawing>
      </w:r>
    </w:p>
    <w:p>
      <w:pPr>
        <w:pStyle w:val="Normal"/>
        <w:keepNext w:val="true"/>
        <w:jc w:val="center"/>
        <w:rPr/>
      </w:pPr>
      <w:r>
        <w:rPr>
          <w:b/>
        </w:rPr>
        <w:t>Figure 5 – W3C HTML validation result for index.html</w:t>
      </w:r>
    </w:p>
    <w:p>
      <w:pPr>
        <w:pStyle w:val="Normal"/>
        <w:jc w:val="center"/>
        <w:rPr/>
      </w:pPr>
      <w:r>
        <w:rPr/>
        <w:drawing>
          <wp:inline distT="0" distB="0" distL="0" distR="0">
            <wp:extent cx="5577840" cy="3312160"/>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
                    <pic:cNvPicPr>
                      <a:picLocks noChangeAspect="1" noChangeArrowheads="1"/>
                    </pic:cNvPicPr>
                  </pic:nvPicPr>
                  <pic:blipFill>
                    <a:blip r:embed="rId7"/>
                    <a:stretch>
                      <a:fillRect/>
                    </a:stretch>
                  </pic:blipFill>
                  <pic:spPr bwMode="auto">
                    <a:xfrm>
                      <a:off x="0" y="0"/>
                      <a:ext cx="5577840" cy="3312160"/>
                    </a:xfrm>
                    <a:prstGeom prst="rect">
                      <a:avLst/>
                    </a:prstGeom>
                    <a:noFill/>
                  </pic:spPr>
                </pic:pic>
              </a:graphicData>
            </a:graphic>
          </wp:inline>
        </w:drawing>
      </w:r>
    </w:p>
    <w:p>
      <w:pPr>
        <w:pStyle w:val="Normal"/>
        <w:keepNext w:val="true"/>
        <w:jc w:val="center"/>
        <w:rPr/>
      </w:pPr>
      <w:r>
        <w:rPr>
          <w:b/>
        </w:rPr>
        <w:t>Figure 6 – W3C CSS validation result for style.css</w:t>
      </w:r>
    </w:p>
    <w:p>
      <w:pPr>
        <w:pStyle w:val="Normal"/>
        <w:jc w:val="center"/>
        <w:rPr/>
      </w:pPr>
      <w:r>
        <w:rPr/>
        <w:drawing>
          <wp:inline distT="0" distB="0" distL="0" distR="0">
            <wp:extent cx="5577840" cy="3312160"/>
            <wp:effectExtent l="0" t="0" r="0" b="0"/>
            <wp:docPr id="7"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
                    <pic:cNvPicPr>
                      <a:picLocks noChangeAspect="1" noChangeArrowheads="1"/>
                    </pic:cNvPicPr>
                  </pic:nvPicPr>
                  <pic:blipFill>
                    <a:blip r:embed="rId8"/>
                    <a:stretch>
                      <a:fillRect/>
                    </a:stretch>
                  </pic:blipFill>
                  <pic:spPr bwMode="auto">
                    <a:xfrm>
                      <a:off x="0" y="0"/>
                      <a:ext cx="5577840" cy="3312160"/>
                    </a:xfrm>
                    <a:prstGeom prst="rect">
                      <a:avLst/>
                    </a:prstGeom>
                    <a:noFill/>
                  </pic:spPr>
                </pic:pic>
              </a:graphicData>
            </a:graphic>
          </wp:inline>
        </w:drawing>
      </w:r>
    </w:p>
    <w:p>
      <w:pPr>
        <w:pStyle w:val="Normal"/>
        <w:keepNext w:val="true"/>
        <w:jc w:val="center"/>
        <w:rPr/>
      </w:pPr>
      <w:r>
        <w:rPr>
          <w:b/>
        </w:rPr>
        <w:t>Figure 7 – WAVE accessibility evaluation result</w:t>
      </w:r>
    </w:p>
    <w:p>
      <w:pPr>
        <w:pStyle w:val="Heading1"/>
        <w:rPr/>
      </w:pPr>
      <w:r>
        <w:t>5. Evaluation</w:t>
      </w:r>
    </w:p>
    <w:p>
      <w:pPr>
        <w:pStyle w:val="Heading2"/>
        <w:rPr/>
      </w:pPr>
      <w:r>
        <w:t>5.1 Usefulness, Usability and Utility</w:t>
      </w:r>
    </w:p>
    <w:p>
      <w:pPr>
        <w:pStyle w:val="Normal"/>
        <w:spacing w:before="0" w:after="120"/>
        <w:rPr/>
      </w:pPr>
      <w:r>
        <w:rPr/>
        <w:t>Usefulness concerns whether the site provides the information required by its audience, while usability concerns how easily users can find and understand it. Ozn Coffee House performs its basic purpose well because Home, Menu, About Us and Contact are visible in the navigation. The Menu page groups product names, descriptions and prices consistently, while the Contact page provides practical details without requiring users to search other pages.</w:t>
      </w:r>
    </w:p>
    <w:p>
      <w:pPr>
        <w:pStyle w:val="Normal"/>
        <w:spacing w:before="0" w:after="120"/>
        <w:rPr/>
      </w:pPr>
      <w:r>
        <w:rPr/>
        <w:t>Research supports the importance of usability. Visser and Weideman found that usability attributes can positively affect conversion and argued that usability should be considered alongside SEO [2]. Research into responsive user experience also found that responsive design can maintain user experience and content readability, although information architecture still requires attention [3].</w:t>
      </w:r>
    </w:p>
    <w:p>
      <w:pPr>
        <w:pStyle w:val="Normal"/>
        <w:spacing w:before="0" w:after="120"/>
        <w:rPr/>
      </w:pPr>
      <w:r>
        <w:rPr/>
        <w:t>The main strengths are consistency, short navigation paths, readable headings and predictable card layouts. The main weakness is limited functionality. The site is an informational prototype rather than a commercial system: it has no online ordering, table booking, store search or customer accounts, and the contact form does not send a real message. A production version would need secure form processing, confirmation feedback, spam protection and privacy information.</w:t>
      </w:r>
    </w:p>
    <w:p>
      <w:pPr>
        <w:pStyle w:val="Heading2"/>
        <w:rPr/>
      </w:pPr>
      <w:r>
        <w:t>5.2 Search Engine Optimisation (SEO)</w:t>
      </w:r>
    </w:p>
    <w:p>
      <w:pPr>
        <w:pStyle w:val="Normal"/>
        <w:spacing w:before="0" w:after="120"/>
        <w:rPr/>
      </w:pPr>
      <w:r>
        <w:rPr/>
        <w:t>The website applies basic on-page SEO techniques. Each page has a descriptive title, meta description and clear H1. The Home page title is 'Home | Ozn Coffee House' and its description identifies coffee, cakes and friendly service. Images have descriptive alt attributes and internal links connect the four pages. Meaningful headings also help users and search engines understand the content.</w:t>
      </w:r>
    </w:p>
    <w:p>
      <w:pPr>
        <w:pStyle w:val="Normal"/>
        <w:spacing w:before="0" w:after="120"/>
        <w:rPr/>
      </w:pPr>
      <w:r>
        <w:rPr/>
        <w:t>Research has identified a relationship between website usability and SEO, showing that both should be considered during commercial website design [4]. Hidayanto et al. also found an association between SEO configurations and increased website traffic [5]. The current SEO foundation is suitable for a small academic website but is not a complete SEO strategy. Future work could add a real domain, sitemap.xml, robots.txt, local-business structured data, local keywords, image optimisation and a Google Business Profile.</w:t>
      </w:r>
    </w:p>
    <w:p>
      <w:pPr>
        <w:pStyle w:val="Normal"/>
        <w:spacing w:before="0" w:after="120"/>
        <w:rPr/>
      </w:pPr>
      <w:r>
        <w:rPr/>
        <w:t>SEO should remain connected to content quality. Titles, descriptions and headings are useful when they accurately describe the page. The current site has a reasonable foundation because its four pages contain distinct content and meaningful headings. A real local business would need stronger location-based information and an established domain, with useful content preferred over excessive or unnatural keywords.</w:t>
      </w:r>
    </w:p>
    <w:p>
      <w:pPr>
        <w:pStyle w:val="Heading2"/>
        <w:rPr/>
      </w:pPr>
      <w:r>
        <w:t>5.3 Accessibility and WCAG 2.1</w:t>
      </w:r>
    </w:p>
    <w:p>
      <w:pPr>
        <w:pStyle w:val="Normal"/>
        <w:spacing w:before="0" w:after="120"/>
        <w:rPr/>
      </w:pPr>
      <w:r>
        <w:rPr/>
        <w:t>WCAG 2.1 is based on four principles: Perceivable, Operable, Understandable and Robust. The site addresses these principles through alternative text, headings and readable content; visible keyboard focus styles and operable mobile navigation; consistent navigation and descriptive form labels; and standard HTML with ARIA attributes supporting the mobile menu.</w:t>
      </w:r>
    </w:p>
    <w:p>
      <w:pPr>
        <w:pStyle w:val="Normal"/>
        <w:spacing w:before="0" w:after="120"/>
        <w:rPr/>
      </w:pPr>
      <w:r>
        <w:rPr/>
        <w:t>Accessibility needs more than a visual inspection. Schmutz, Sonderegger and Sauer found that stronger web accessibility was associated with better task performance, usability and trustworthiness [6]. Rømen and Svanæs showed that guideline-based evaluation did not identify every problem found through testing with disabled users [7]. WAVE was therefore used as an automated accessibility check. The final result recorded 0 errors, 0 contrast errors, 4 features, 9 structural elements and 7 ARIA items, plus one redundant-link alert and an AIM score of 10/10 [8]. These results do not prove full WCAG conformance; human testing is still required.</w:t>
      </w:r>
    </w:p>
    <w:p>
      <w:pPr>
        <w:pStyle w:val="Normal"/>
        <w:spacing w:before="0" w:after="120"/>
        <w:rPr/>
      </w:pPr>
      <w:r>
        <w:rPr/>
        <w:t>The implementation includes several accessibility features at source-code level, but accessibility is an ongoing process. Keyboard testing should confirm logical focus through links, the mobile menu and form controls. Screen-reader testing should confirm that headings, labels and navigation communicate the intended structure. These manual activities would complement the automated WAVE result.</w:t>
      </w:r>
    </w:p>
    <w:p>
      <w:pPr>
        <w:pStyle w:val="Heading2"/>
        <w:rPr/>
      </w:pPr>
      <w:r>
        <w:t>5.4 Comparison of Two Live Websites</w:t>
      </w:r>
    </w:p>
    <w:p>
      <w:pPr>
        <w:pStyle w:val="Normal"/>
        <w:spacing w:before="0" w:after="120"/>
        <w:rPr/>
      </w:pPr>
      <w:r>
        <w:rPr/>
        <w:t>Two established coffee websites, Starbucks UK and Costa Coffee UK, were selected because they provide similar broad services. The comparison considers usability, accessibility, SEO and mobile responsiveness. Both commercial websites offer much deeper customer journeys than Ozn Coffee House, while the student site is simpler and easier to understand at a glance.</w:t>
      </w:r>
    </w:p>
    <w:tbl>
      <w:tblPr>
        <w:tblStyle w:val="TableGrid"/>
        <w:tblW w:w="9792"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448"/>
        <w:gridCol w:w="2448"/>
        <w:gridCol w:w="2448"/>
        <w:gridCol w:w="2447"/>
      </w:tblGrid>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Area</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Ozn Coffee House</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Starbucks UK</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Costa Coffee UK</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Usability</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Simple four-page navigation; six-item menu; direct contact.</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Large menu hierarchy and strong ordering paths; app, delivery and store options.</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Large menu plus ordering, store locator and Click &amp; Collect.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Accessibility</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Alt text, labels, focus styles, ARIA mobile navigation.</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Dedicated accessibility statement and ongoing accessibility programme.</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Store locator identifies disability access; extensive customer information.</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SEO</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Basic titles, descriptions, headings, alt text and internal links.</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Large content structure and many service/product pages create strong discoverability.</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Large menu, nutrition/allergen pages and store pages provide rich searchable content.</w:t>
            </w:r>
          </w:p>
        </w:tc>
      </w:tr>
      <w:tr>
        <w:trPr/>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Mobile</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Responsive grid and collapsible mobile navigation.</w:t>
            </w:r>
          </w:p>
        </w:tc>
        <w:tc>
          <w:tcPr>
            <w:tcW w:w="244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Mobile ordering and app-oriented customer journey.</w:t>
            </w:r>
          </w:p>
        </w:tc>
        <w:tc>
          <w:tcPr>
            <w:tcW w:w="2447"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Mobile Click &amp; Collect and Costa Club app support.</w:t>
            </w:r>
          </w:p>
        </w:tc>
      </w:tr>
    </w:tbl>
    <w:p>
      <w:pPr>
        <w:pStyle w:val="Normal"/>
        <w:spacing w:before="0" w:after="120"/>
        <w:rPr/>
      </w:pPr>
      <w:r>
        <w:rPr/>
        <w:t>Starbucks provides order-ahead through its UK app, delivery and in-store options, together with store search [9]. Its menu has a much deeper information structure covering drinks, food, at-home products and merchandise [10]. Starbucks also publishes information about its digital accessibility work [11]. Costa similarly supports menu browsing, ordering through Costa Club and Click &amp; Collect [12], while it provides nutrition and allergen information [14] and store information related to accessibility [15].</w:t>
      </w:r>
    </w:p>
    <w:p>
      <w:pPr>
        <w:pStyle w:val="Normal"/>
        <w:spacing w:before="0" w:after="120"/>
        <w:rPr/>
      </w:pPr>
      <w:r>
        <w:rPr/>
        <w:t>Overall, Starbucks and Costa are stronger for real transactions, store discovery and large-scale content. Ozn Coffee House is more limited but has a shorter navigation path and smaller information architecture. The comparison suggests that future development should focus on useful features rather than copying the complexity of large commercial sites.</w:t>
      </w:r>
    </w:p>
    <w:p>
      <w:pPr>
        <w:pStyle w:val="Normal"/>
        <w:spacing w:before="0" w:after="120"/>
        <w:rPr/>
      </w:pPr>
      <w:r>
        <w:rPr/>
        <w:t>The comparison also highlights project scale. Starbucks and Costa support large product catalogues, stores, ordering systems and customer services, so their information architecture is more complex. Ozn Coffee House does not need to reproduce all of these features. Instead, the comparison identifies transferable ideas such as clearer customer journeys, richer product information, store accessibility information and mobile-first services.</w:t>
      </w:r>
    </w:p>
    <w:p>
      <w:pPr>
        <w:pStyle w:val="Heading2"/>
        <w:rPr/>
      </w:pPr>
      <w:r>
        <w:t>5.5 Mobile Responsiveness</w:t>
      </w:r>
    </w:p>
    <w:p>
      <w:pPr>
        <w:pStyle w:val="Normal"/>
        <w:spacing w:before="0" w:after="120"/>
        <w:rPr/>
      </w:pPr>
      <w:r>
        <w:rPr/>
        <w:t>Responsive design is important because users access websites on different screen sizes. The Ozn stylesheet uses a three-column grid on larger screens and changes to a single-column layout below 800 pixels. Desktop navigation is replaced by a menu button, the Contact layout becomes a single column, and images use max-width: 100% to reduce horizontal overflow.</w:t>
      </w:r>
    </w:p>
    <w:p>
      <w:pPr>
        <w:pStyle w:val="Normal"/>
        <w:spacing w:before="0" w:after="120"/>
        <w:rPr/>
      </w:pPr>
      <w:r>
        <w:rPr/>
        <w:t>Lestari, Hardianto and Hidayanto found that responsive design can maintain user experience and content readability, while information architecture still needs attention [3]. This supports the design used here: adapting the layout is useful, but navigation and content hierarchy must remain clear.</w:t>
      </w:r>
    </w:p>
    <w:p>
      <w:pPr>
        <w:pStyle w:val="Heading2"/>
        <w:rPr/>
      </w:pPr>
      <w:r>
        <w:t>5.6 Recommendations for Future Improvement</w:t>
      </w:r>
    </w:p>
    <w:p>
      <w:pPr>
        <w:pStyle w:val="Normal"/>
        <w:numPr>
          <w:ilvl w:val="0"/>
          <w:numId w:val="1"/>
        </w:numPr>
        <w:rPr/>
      </w:pPr>
      <w:r>
        <w:rPr/>
        <w:t>Future improvements should be prioritised according to the site's purpose. The contact form could be connected to a secure backend with clear success and error messages. A real location, map and opening-hours data could be added if the site represents a real business. Local SEO and structured data could improve discoverability. Further WAVE, keyboard and screen-reader testing should be recorded, and image files should be optimised for performance. Online ordering or Click &amp; Collect could be considered only if the project expands beyond the academic prototype.</w:t>
      </w:r>
    </w:p>
    <w:p>
      <w:pPr>
        <w:pStyle w:val="Normal"/>
        <w:numPr>
          <w:ilvl w:val="0"/>
          <w:numId w:val="1"/>
        </w:numPr>
        <w:rPr/>
      </w:pPr>
      <w:r>
        <w:rPr/>
        <w:t>These improvements should be implemented gradually. The highest priority would be reliable contact processing and clearer business information because these directly affect customer usefulness. Accessibility and performance testing should follow, while SEO enhancements can support discoverability once content and business details are stable. More advanced ordering features should only be added when the project has an appropriate backend, security controls and a clear business requirement.</w:t>
      </w:r>
    </w:p>
    <w:p>
      <w:pPr>
        <w:pStyle w:val="Heading1"/>
        <w:rPr/>
      </w:pPr>
      <w:r>
        <w:t>6. Conclusion</w:t>
      </w:r>
    </w:p>
    <w:p>
      <w:pPr>
        <w:pStyle w:val="Normal"/>
        <w:spacing w:before="0" w:after="120"/>
        <w:rPr/>
      </w:pPr>
      <w:r>
        <w:rPr/>
        <w:t>The Ozn Coffee House website meets the main ACCA4023 design requirements through four related hand-coded pages, custom HTML/CSS, responsive layouts and a stand-alone file structure. The implementation demonstrates semantic structure, responsive CSS, alternative text, labelled forms and accessible navigation. The site is useful for its limited informational purpose, although it lacks production functions such as online ordering and real form processing.</w:t>
      </w:r>
    </w:p>
    <w:p>
      <w:pPr>
        <w:pStyle w:val="Normal"/>
        <w:spacing w:before="0" w:after="120"/>
        <w:rPr/>
      </w:pPr>
      <w:r>
        <w:rPr/>
      </w:r>
    </w:p>
    <w:p>
      <w:pPr>
        <w:pStyle w:val="Heading1"/>
        <w:rPr/>
      </w:pPr>
      <w:r>
        <w:t>7. References</w:t>
      </w:r>
    </w:p>
    <w:p>
      <w:pPr>
        <w:pStyle w:val="Normal"/>
        <w:ind w:hanging="360" w:left="360"/>
        <w:rPr/>
      </w:pPr>
      <w:r>
        <w:rPr/>
        <w:t>[1] University of Wales Trinity Saint David, “ACCA4023 – Introduction to Web and Database Concepts: Level 4 Assessment Specification, HTML &amp; CSS Web Development,” Appendix GA36a, 2026.</w:t>
      </w:r>
    </w:p>
    <w:p>
      <w:pPr>
        <w:pStyle w:val="Normal"/>
        <w:ind w:hanging="360" w:left="360"/>
        <w:rPr/>
      </w:pPr>
      <w:r>
        <w:rPr/>
        <w:t>[2] E. B. Visser and M. Weideman, “An empirical study on website usability elements and how they affect search engine optimisation,” South African Journal of Information Management, vol. 13, no. 1, 2011.</w:t>
      </w:r>
    </w:p>
    <w:p>
      <w:pPr>
        <w:pStyle w:val="Normal"/>
        <w:ind w:hanging="360" w:left="360"/>
        <w:rPr/>
      </w:pPr>
      <w:r>
        <w:rPr/>
        <w:t>[3] D. M. Lestari, D. Hardianto, and A. N. Hidayanto, “Analysis of user experience quality on responsive web design from its informative perspective,” International Journal of Software Engineering and Its Applications, vol. 8, no. 5, pp. 53–62, 2014, doi: 10.14257/ijseia.2014.8.5.06.</w:t>
      </w:r>
    </w:p>
    <w:p>
      <w:pPr>
        <w:pStyle w:val="Normal"/>
        <w:ind w:hanging="360" w:left="360"/>
        <w:rPr/>
      </w:pPr>
      <w:r>
        <w:rPr/>
        <w:t>[4] E. B. Visser and M. Weideman, “Fusing website usability and search engine optimisation,” South African Journal of Information Management, vol. 16, no. 1, 2014, doi: 10.4102/sajim.v16i1.577.</w:t>
      </w:r>
    </w:p>
    <w:p>
      <w:pPr>
        <w:pStyle w:val="Normal"/>
        <w:ind w:hanging="360" w:left="360"/>
        <w:rPr/>
      </w:pPr>
      <w:r>
        <w:rPr/>
        <w:t>[5] A. N. Hidayanto, M. S. Adha, M. A. Jiwanggi, and T. Melia, “A study of impact of search engine optimisation to internet marketing strategy,” peer-reviewed journal article, Universitas Indonesia research record.</w:t>
      </w:r>
    </w:p>
    <w:p>
      <w:pPr>
        <w:pStyle w:val="Normal"/>
        <w:ind w:hanging="360" w:left="360"/>
        <w:rPr/>
      </w:pPr>
      <w:r>
        <w:rPr/>
        <w:t>[6] S. Schmutz, A. Sonderegger, and J. Sauer, “Implementing recommendations from web accessibility guidelines,” Human Factors, vol. 58, no. 1, 2016, doi: 10.1177/0018720816640962.</w:t>
      </w:r>
    </w:p>
    <w:p>
      <w:pPr>
        <w:pStyle w:val="Normal"/>
        <w:ind w:hanging="360" w:left="360"/>
        <w:rPr/>
      </w:pPr>
      <w:r>
        <w:rPr/>
        <w:t>[7] D. Rømen and D. Svanæs, “Validating WCAG versions 1.0 and 2.0 through usability testing with disabled users,” Universal Access in the Information Society, vol. 11, no. 4, pp. 375–385, 2012, doi: 10.1007/s10209-011-0259-3.</w:t>
      </w:r>
    </w:p>
    <w:p>
      <w:pPr>
        <w:pStyle w:val="Normal"/>
        <w:ind w:hanging="360" w:left="360"/>
        <w:rPr/>
      </w:pPr>
      <w:r>
        <w:rPr/>
        <w:t>[8] WebAIM, “WAVE Help,” Web Accessibility Evaluation Tools, 2026. [Online]. Available: https://wave.webaim.org/help.php. [Accessed: Aug. 11, 2026].</w:t>
      </w:r>
    </w:p>
    <w:p>
      <w:pPr>
        <w:pStyle w:val="Normal"/>
        <w:ind w:hanging="360" w:left="360"/>
        <w:rPr/>
      </w:pPr>
      <w:r>
        <w:rPr/>
        <w:t>[9] Starbucks UK, “Ordering Starbucks,” 2026. [Online]. Available: https://www.starbucks.co.uk/order. [Accessed: Aug. 11, 2026].</w:t>
      </w:r>
    </w:p>
    <w:p>
      <w:pPr>
        <w:pStyle w:val="Normal"/>
        <w:ind w:hanging="360" w:left="360"/>
        <w:rPr/>
      </w:pPr>
      <w:r>
        <w:rPr/>
        <w:t>[10] Starbucks UK, “Menu,” 2026. [Online]. Available: https://www.starbucks.co.uk/menu. [Accessed: Aug. 11, 2026].</w:t>
      </w:r>
    </w:p>
    <w:p>
      <w:pPr>
        <w:pStyle w:val="Normal"/>
        <w:ind w:hanging="360" w:left="360"/>
        <w:rPr/>
      </w:pPr>
      <w:r>
        <w:rPr/>
        <w:t>[11] Starbucks UK, “Accessibility,” 2026. [Online]. Available: https://www.starbucks.co.uk/accessibility. [Accessed: Aug. 11, 2026].</w:t>
      </w:r>
    </w:p>
    <w:p>
      <w:pPr>
        <w:pStyle w:val="Normal"/>
        <w:ind w:hanging="360" w:left="360"/>
        <w:rPr/>
      </w:pPr>
      <w:r>
        <w:rPr/>
        <w:t>[12] Costa Coffee UK, “Menu,” 2026. [Online]. Available: https://www.costa.co.uk/menu. [Accessed: Aug. 11, 2026].</w:t>
      </w:r>
    </w:p>
    <w:p>
      <w:pPr>
        <w:pStyle w:val="Normal"/>
        <w:ind w:hanging="360" w:left="360"/>
        <w:rPr/>
      </w:pPr>
      <w:r>
        <w:rPr/>
        <w:t>[13] Costa Coffee UK, “Click &amp; Collect,” 2026. [Online]. Available: https://www.costa.co.uk/order-online/click-and-collect. [Accessed: Aug. 11, 2026].</w:t>
      </w:r>
    </w:p>
    <w:p>
      <w:pPr>
        <w:pStyle w:val="Normal"/>
        <w:ind w:hanging="360" w:left="360"/>
        <w:rPr/>
      </w:pPr>
      <w:r>
        <w:rPr/>
        <w:t>[14] Costa Coffee UK, “Allergen Information &amp; Safety Guidance,” 2026. [Online]. Available: https://www.costa.co.uk/sustainability/nutrition/allergens. [Accessed: Aug. 11, 2026].</w:t>
      </w:r>
    </w:p>
    <w:p>
      <w:pPr>
        <w:sectPr>
          <w:footerReference w:type="even" r:id="rId9"/>
          <w:footerReference w:type="default" r:id="rId10"/>
          <w:footerReference w:type="first" r:id="rId11"/>
          <w:type w:val="nextPage"/>
          <w:pgSz w:w="12240" w:h="15840"/>
          <w:pgMar w:left="1224" w:right="1224" w:gutter="0" w:header="0" w:top="1080" w:footer="720" w:bottom="1080"/>
          <w:pgNumType w:fmt="decimal"/>
          <w:formProt w:val="false"/>
          <w:textDirection w:val="lrTb"/>
          <w:docGrid w:type="default" w:linePitch="360" w:charSpace="0"/>
        </w:sectPr>
        <w:pStyle w:val="Normal"/>
        <w:ind w:hanging="360" w:left="360"/>
        <w:rPr/>
      </w:pPr>
      <w:r>
        <w:rPr/>
        <w:t>[15] Costa Coffee UK, “FAQs,” 2026. [Online]. Available: https://www.costa.co.uk/faqs. [Accessed: Aug. 11, 2026].</w:t>
      </w:r>
    </w:p>
    <w:p>
      <w:pPr>
        <w:pStyle w:val="Heading1"/>
        <w:rPr/>
      </w:pPr>
      <w:r>
        <w:t>Appendix A – HTML Source Code</w:t>
      </w:r>
    </w:p>
    <w:p>
      <w:pPr>
        <w:pStyle w:val="Normal"/>
        <w:spacing w:before="0" w:after="120"/>
        <w:rPr/>
      </w:pPr>
      <w:r>
        <w:rPr/>
        <w:t>The following listings are copies of the final HTML files included in the website ZIP. They are included because the assessment specification requires text listings of all HTML and CSS at the end of the report.</w:t>
      </w:r>
    </w:p>
    <w:p>
      <w:pPr>
        <w:pStyle w:val="Heading2"/>
        <w:rPr/>
      </w:pPr>
      <w:r>
        <w:t>Appendix A.1 – index.html</w:t>
      </w:r>
    </w:p>
    <w:p>
      <w:pPr>
        <w:pStyle w:val="Normal"/>
        <w:spacing w:lineRule="auto" w:line="240" w:before="0" w:after="0"/>
        <w:rPr/>
      </w:pPr>
      <w:r>
        <w:rPr>
          <w:rFonts w:ascii="Courier New" w:hAnsi="Courier New"/>
          <w:sz w:val="15"/>
        </w:rPr>
        <w:t>&lt;!DOCTYPE html&gt;</w:t>
      </w:r>
    </w:p>
    <w:p>
      <w:pPr>
        <w:pStyle w:val="Normal"/>
        <w:spacing w:lineRule="auto" w:line="240" w:before="0" w:after="0"/>
        <w:rPr/>
      </w:pPr>
      <w:r>
        <w:rPr>
          <w:rFonts w:ascii="Courier New" w:hAnsi="Courier New"/>
          <w:sz w:val="15"/>
        </w:rPr>
        <w:t>&lt;html lang="en"&gt;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 xml:space="preserve">    </w:t>
      </w:r>
      <w:r>
        <w:rPr>
          <w:rFonts w:ascii="Courier New" w:hAnsi="Courier New"/>
          <w:sz w:val="15"/>
        </w:rPr>
        <w:t>&lt;meta charset="UTF-8"&gt;</w:t>
      </w:r>
    </w:p>
    <w:p>
      <w:pPr>
        <w:pStyle w:val="Normal"/>
        <w:spacing w:lineRule="auto" w:line="240" w:before="0" w:after="0"/>
        <w:rPr/>
      </w:pPr>
      <w:r>
        <w:rPr>
          <w:rFonts w:ascii="Courier New" w:hAnsi="Courier New"/>
          <w:sz w:val="15"/>
        </w:rPr>
        <w:t xml:space="preserve">    </w:t>
      </w:r>
      <w:r>
        <w:rPr>
          <w:rFonts w:ascii="Courier New" w:hAnsi="Courier New"/>
          <w:sz w:val="15"/>
        </w:rPr>
        <w:t>&lt;meta name="viewport" content="width=device-width, initial-scale=1.0"&gt;</w:t>
      </w:r>
    </w:p>
    <w:p>
      <w:pPr>
        <w:pStyle w:val="Normal"/>
        <w:spacing w:lineRule="auto" w:line="240" w:before="0" w:after="0"/>
        <w:rPr/>
      </w:pPr>
      <w:r>
        <w:rPr>
          <w:rFonts w:ascii="Courier New" w:hAnsi="Courier New"/>
          <w:sz w:val="15"/>
        </w:rPr>
        <w:t xml:space="preserve">    </w:t>
      </w:r>
      <w:r>
        <w:rPr>
          <w:rFonts w:ascii="Courier New" w:hAnsi="Courier New"/>
          <w:sz w:val="15"/>
        </w:rPr>
        <w:t>&lt;meta name="description" content="Home page for Ozn Coffee House, offering coffee, cakes and friendly service."&gt;</w:t>
      </w:r>
    </w:p>
    <w:p>
      <w:pPr>
        <w:pStyle w:val="Normal"/>
        <w:spacing w:lineRule="auto" w:line="240" w:before="0" w:after="0"/>
        <w:rPr/>
      </w:pPr>
      <w:r>
        <w:rPr>
          <w:rFonts w:ascii="Courier New" w:hAnsi="Courier New"/>
          <w:sz w:val="15"/>
        </w:rPr>
        <w:t xml:space="preserve">    </w:t>
      </w:r>
      <w:r>
        <w:rPr>
          <w:rFonts w:ascii="Courier New" w:hAnsi="Courier New"/>
          <w:sz w:val="15"/>
        </w:rPr>
        <w:t>&lt;title&gt;Home | Ozn Coffee House&lt;/title&gt;</w:t>
      </w:r>
    </w:p>
    <w:p>
      <w:pPr>
        <w:pStyle w:val="Normal"/>
        <w:spacing w:lineRule="auto" w:line="240" w:before="0" w:after="0"/>
        <w:rPr/>
      </w:pPr>
      <w:r>
        <w:rPr>
          <w:rFonts w:ascii="Courier New" w:hAnsi="Courier New"/>
          <w:sz w:val="15"/>
        </w:rPr>
        <w:t xml:space="preserve">    </w:t>
      </w:r>
      <w:r>
        <w:rPr>
          <w:rFonts w:ascii="Courier New" w:hAnsi="Courier New"/>
          <w:sz w:val="15"/>
        </w:rPr>
        <w:t>&lt;link rel="stylesheet" href="style.css"&gt;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&lt;body class="page-layout"&gt;</w:t>
      </w:r>
    </w:p>
    <w:p>
      <w:pPr>
        <w:pStyle w:val="Normal"/>
        <w:spacing w:lineRule="auto" w:line="240" w:before="0" w:after="0"/>
        <w:rPr/>
      </w:pPr>
      <w:r>
        <w:rPr>
          <w:rFonts w:ascii="Courier New" w:hAnsi="Courier New"/>
          <w:sz w:val="15"/>
        </w:rPr>
        <w:t>&lt;header class="site-header"&gt;</w:t>
      </w:r>
    </w:p>
    <w:p>
      <w:pPr>
        <w:pStyle w:val="Normal"/>
        <w:spacing w:lineRule="auto" w:line="240" w:before="0" w:after="0"/>
        <w:rPr/>
      </w:pPr>
      <w:r>
        <w:rPr>
          <w:rFonts w:ascii="Courier New" w:hAnsi="Courier New"/>
          <w:sz w:val="15"/>
        </w:rPr>
        <w:t xml:space="preserve">    </w:t>
      </w:r>
      <w:r>
        <w:rPr>
          <w:rFonts w:ascii="Courier New" w:hAnsi="Courier New"/>
          <w:sz w:val="15"/>
        </w:rPr>
        <w:t>&lt;div class="nav-container"&gt;</w:t>
      </w:r>
    </w:p>
    <w:p>
      <w:pPr>
        <w:pStyle w:val="Normal"/>
        <w:spacing w:lineRule="auto" w:line="240" w:before="0" w:after="0"/>
        <w:rPr/>
      </w:pPr>
      <w:r>
        <w:rPr>
          <w:rFonts w:ascii="Courier New" w:hAnsi="Courier New"/>
          <w:sz w:val="15"/>
        </w:rPr>
        <w:t xml:space="preserve">        </w:t>
      </w:r>
      <w:r>
        <w:rPr>
          <w:rFonts w:ascii="Courier New" w:hAnsi="Courier New"/>
          <w:sz w:val="15"/>
        </w:rPr>
        <w:t>&lt;a class="brand" href="index.html"&gt;Ozn Coffee House&lt;/a&gt;</w:t>
      </w:r>
    </w:p>
    <w:p>
      <w:pPr>
        <w:pStyle w:val="Normal"/>
        <w:spacing w:lineRule="auto" w:line="240" w:before="0" w:after="0"/>
        <w:rPr/>
      </w:pPr>
      <w:r>
        <w:rPr>
          <w:rFonts w:ascii="Courier New" w:hAnsi="Courier New"/>
          <w:sz w:val="15"/>
        </w:rPr>
        <w:t xml:space="preserve">        </w:t>
      </w:r>
      <w:r>
        <w:rPr>
          <w:rFonts w:ascii="Courier New" w:hAnsi="Courier New"/>
          <w:sz w:val="15"/>
        </w:rPr>
        <w:t>&lt;nav class="desktop-nav" aria-label="Primary navigation"&gt;</w:t>
      </w:r>
    </w:p>
    <w:p>
      <w:pPr>
        <w:pStyle w:val="Normal"/>
        <w:spacing w:lineRule="auto" w:line="240" w:before="0" w:after="0"/>
        <w:rPr/>
      </w:pPr>
      <w:r>
        <w:rPr>
          <w:rFonts w:ascii="Courier New" w:hAnsi="Courier New"/>
          <w:sz w:val="15"/>
        </w:rPr>
        <w:t xml:space="preserve">        </w:t>
      </w:r>
      <w:r>
        <w:rPr>
          <w:rFonts w:ascii="Courier New" w:hAnsi="Courier New"/>
          <w:sz w:val="15"/>
        </w:rPr>
        <w:t>&lt;a href="index.html" aria-current="page"&gt;Home&lt;/a&gt;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 xml:space="preserve">        </w:t>
      </w:r>
      <w:r>
        <w:rPr>
          <w:rFonts w:ascii="Courier New" w:hAnsi="Courier New"/>
          <w:sz w:val="15"/>
        </w:rPr>
        <w:t>&lt;button class="menu-toggle" type="button" aria-expanded="false"</w:t>
      </w:r>
    </w:p>
    <w:p>
      <w:pPr>
        <w:pStyle w:val="Normal"/>
        <w:spacing w:lineRule="auto" w:line="240" w:before="0" w:after="0"/>
        <w:rPr/>
      </w:pPr>
      <w:r>
        <w:rPr>
          <w:rFonts w:ascii="Courier New" w:hAnsi="Courier New"/>
          <w:sz w:val="15"/>
        </w:rPr>
        <w:t xml:space="preserve">                </w:t>
      </w:r>
      <w:r>
        <w:rPr>
          <w:rFonts w:ascii="Courier New" w:hAnsi="Courier New"/>
          <w:sz w:val="15"/>
        </w:rPr>
        <w:t>aria-controls="mobileNavigation" onclick="toggleMenu()"&gt;☰ &lt;span class="visually-hidden"&gt;Menu&lt;/span&gt;&lt;/button&gt;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&lt;nav id="mobileNavigation" class="mobile-nav" aria-label="Mobile navigation" hidden&gt;</w:t>
      </w:r>
    </w:p>
    <w:p>
      <w:pPr>
        <w:pStyle w:val="Normal"/>
        <w:spacing w:lineRule="auto" w:line="240" w:before="0" w:after="0"/>
        <w:rPr/>
      </w:pPr>
      <w:r>
        <w:rPr>
          <w:rFonts w:ascii="Courier New" w:hAnsi="Courier New"/>
          <w:sz w:val="15"/>
        </w:rPr>
        <w:t xml:space="preserve">    </w:t>
      </w:r>
      <w:r>
        <w:rPr>
          <w:rFonts w:ascii="Courier New" w:hAnsi="Courier New"/>
          <w:sz w:val="15"/>
        </w:rPr>
        <w:t>&lt;a href="index.html" aria-current="page"&gt;Home&lt;/a&gt;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&lt;/header&gt;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&lt;section class="container intro"&gt;</w:t>
      </w:r>
    </w:p>
    <w:p>
      <w:pPr>
        <w:pStyle w:val="Normal"/>
        <w:spacing w:lineRule="auto" w:line="240" w:before="0" w:after="0"/>
        <w:rPr/>
      </w:pPr>
      <w:r>
        <w:rPr>
          <w:rFonts w:ascii="Courier New" w:hAnsi="Courier New"/>
          <w:sz w:val="15"/>
        </w:rPr>
        <w:t xml:space="preserve">    </w:t>
      </w:r>
      <w:r>
        <w:rPr>
          <w:rFonts w:ascii="Courier New" w:hAnsi="Courier New"/>
          <w:sz w:val="15"/>
        </w:rPr>
        <w:t>&lt;h1&gt;Welcome to our coffee house&lt;/h1&gt;</w:t>
      </w:r>
    </w:p>
    <w:p>
      <w:pPr>
        <w:pStyle w:val="Normal"/>
        <w:spacing w:lineRule="auto" w:line="240" w:before="0" w:after="0"/>
        <w:rPr/>
      </w:pPr>
      <w:r>
        <w:rPr>
          <w:rFonts w:ascii="Courier New" w:hAnsi="Courier New"/>
          <w:sz w:val="15"/>
        </w:rPr>
        <w:t xml:space="preserve">    </w:t>
      </w:r>
      <w:r>
        <w:rPr>
          <w:rFonts w:ascii="Courier New" w:hAnsi="Courier New"/>
          <w:sz w:val="15"/>
        </w:rPr>
        <w:t>&lt;p&gt;We serve fresh coffee, tasty cakes and delicious snacks every day. Visit us and enjoy your favourite coffee in a friendly atmosphere.&lt;/p&gt;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class="container card-grid" aria-label="Coffee house highlights"&gt;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src="coffee.jpeg" alt="Freshly prepared coffee and coffee beans"&gt;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&lt;h2&gt;Fresh Coffee&lt;/h2&gt;</w:t>
      </w:r>
    </w:p>
    <w:p>
      <w:pPr>
        <w:pStyle w:val="Normal"/>
        <w:spacing w:lineRule="auto" w:line="240" w:before="0" w:after="0"/>
        <w:rPr/>
      </w:pPr>
      <w:r>
        <w:rPr>
          <w:rFonts w:ascii="Courier New" w:hAnsi="Courier New"/>
          <w:sz w:val="15"/>
        </w:rPr>
        <w:t xml:space="preserve">            </w:t>
      </w:r>
      <w:r>
        <w:rPr>
          <w:rFonts w:ascii="Courier New" w:hAnsi="Courier New"/>
          <w:sz w:val="15"/>
        </w:rPr>
        <w:t>&lt;p&gt;Enjoy freshly prepared coffee made from quality coffee beans.&lt;/p&gt;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src="cake.jpeg" alt="Fresh cake served with coffee"&gt;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&lt;h2&gt;Delicious Cakes&lt;/h2&gt;</w:t>
      </w:r>
    </w:p>
    <w:p>
      <w:pPr>
        <w:pStyle w:val="Normal"/>
        <w:spacing w:lineRule="auto" w:line="240" w:before="0" w:after="0"/>
        <w:rPr/>
      </w:pPr>
      <w:r>
        <w:rPr>
          <w:rFonts w:ascii="Courier New" w:hAnsi="Courier New"/>
          <w:sz w:val="15"/>
        </w:rPr>
        <w:t xml:space="preserve">            </w:t>
      </w:r>
      <w:r>
        <w:rPr>
          <w:rFonts w:ascii="Courier New" w:hAnsi="Courier New"/>
          <w:sz w:val="15"/>
        </w:rPr>
        <w:t>&lt;p&gt;Try our selection of cakes and sweet treats with your coffee.&lt;/p&gt;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src="shop.jpeg" alt="Inside Ozn Coffee House"&gt;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&lt;h2&gt;Friendly Place&lt;/h2&gt;</w:t>
      </w:r>
    </w:p>
    <w:p>
      <w:pPr>
        <w:pStyle w:val="Normal"/>
        <w:spacing w:lineRule="auto" w:line="240" w:before="0" w:after="0"/>
        <w:rPr/>
      </w:pPr>
      <w:r>
        <w:rPr>
          <w:rFonts w:ascii="Courier New" w:hAnsi="Courier New"/>
          <w:sz w:val="15"/>
        </w:rPr>
        <w:t xml:space="preserve">            </w:t>
      </w:r>
      <w:r>
        <w:rPr>
          <w:rFonts w:ascii="Courier New" w:hAnsi="Courier New"/>
          <w:sz w:val="15"/>
        </w:rPr>
        <w:t>&lt;p&gt;Relax and enjoy your drink in our comfortable and friendly coffee shop.&lt;/p&gt;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&lt;footer class="footer"&gt;</w:t>
      </w:r>
    </w:p>
    <w:p>
      <w:pPr>
        <w:pStyle w:val="Normal"/>
        <w:spacing w:lineRule="auto" w:line="240" w:before="0" w:after="0"/>
        <w:rPr/>
      </w:pPr>
      <w:r>
        <w:rPr>
          <w:rFonts w:ascii="Courier New" w:hAnsi="Courier New"/>
          <w:sz w:val="15"/>
        </w:rPr>
        <w:t xml:space="preserve">    </w:t>
      </w:r>
      <w:r>
        <w:rPr>
          <w:rFonts w:ascii="Courier New" w:hAnsi="Courier New"/>
          <w:sz w:val="15"/>
        </w:rPr>
        <w:t>&lt;p&gt;&amp;copy; 2026 Ozn Coffee House | All Rights Reserved&lt;/p&gt;</w:t>
      </w:r>
    </w:p>
    <w:p>
      <w:pPr>
        <w:pStyle w:val="Normal"/>
        <w:spacing w:lineRule="auto" w:line="240" w:before="0" w:after="0"/>
        <w:rPr/>
      </w:pPr>
      <w:r>
        <w:rPr>
          <w:rFonts w:ascii="Courier New" w:hAnsi="Courier New"/>
          <w:sz w:val="15"/>
        </w:rPr>
        <w:t>&lt;/footer&gt;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function toggleMenu() {</w:t>
      </w:r>
    </w:p>
    <w:p>
      <w:pPr>
        <w:pStyle w:val="Normal"/>
        <w:spacing w:lineRule="auto" w:line="240" w:before="0" w:after="0"/>
        <w:rPr/>
      </w:pPr>
      <w:r>
        <w:rPr>
          <w:rFonts w:ascii="Courier New" w:hAnsi="Courier New"/>
          <w:sz w:val="15"/>
        </w:rPr>
        <w:t xml:space="preserve">    </w:t>
      </w:r>
      <w:r>
        <w:rPr>
          <w:rFonts w:ascii="Courier New" w:hAnsi="Courier New"/>
          <w:sz w:val="15"/>
        </w:rPr>
        <w:t>const menu = document.getElementById('mobileNavigation');</w:t>
      </w:r>
    </w:p>
    <w:p>
      <w:pPr>
        <w:pStyle w:val="Normal"/>
        <w:spacing w:lineRule="auto" w:line="240" w:before="0" w:after="0"/>
        <w:rPr/>
      </w:pPr>
      <w:r>
        <w:rPr>
          <w:rFonts w:ascii="Courier New" w:hAnsi="Courier New"/>
          <w:sz w:val="15"/>
        </w:rPr>
        <w:t xml:space="preserve">    </w:t>
      </w:r>
      <w:r>
        <w:rPr>
          <w:rFonts w:ascii="Courier New" w:hAnsi="Courier New"/>
          <w:sz w:val="15"/>
        </w:rPr>
        <w:t>const button = document.querySelector('.menu-toggle');</w:t>
      </w:r>
    </w:p>
    <w:p>
      <w:pPr>
        <w:pStyle w:val="Normal"/>
        <w:spacing w:lineRule="auto" w:line="240" w:before="0" w:after="0"/>
        <w:rPr/>
      </w:pPr>
      <w:r>
        <w:rPr>
          <w:rFonts w:ascii="Courier New" w:hAnsi="Courier New"/>
          <w:sz w:val="15"/>
        </w:rPr>
        <w:t xml:space="preserve">    </w:t>
      </w:r>
      <w:r>
        <w:rPr>
          <w:rFonts w:ascii="Courier New" w:hAnsi="Courier New"/>
          <w:sz w:val="15"/>
        </w:rPr>
        <w:t>const isOpen = button.getAttribute('aria-expanded') === 'true';</w:t>
      </w:r>
    </w:p>
    <w:p>
      <w:pPr>
        <w:pStyle w:val="Normal"/>
        <w:spacing w:lineRule="auto" w:line="240" w:before="0" w:after="0"/>
        <w:rPr/>
      </w:pPr>
      <w:r>
        <w:rPr>
          <w:rFonts w:ascii="Courier New" w:hAnsi="Courier New"/>
          <w:sz w:val="15"/>
        </w:rPr>
        <w:t xml:space="preserve">    </w:t>
      </w:r>
      <w:r>
        <w:rPr>
          <w:rFonts w:ascii="Courier New" w:hAnsi="Courier New"/>
          <w:sz w:val="15"/>
        </w:rPr>
        <w:t>button.setAttribute('aria-expanded', String(!isOpen));</w:t>
      </w:r>
    </w:p>
    <w:p>
      <w:pPr>
        <w:pStyle w:val="Normal"/>
        <w:spacing w:lineRule="auto" w:line="240" w:before="0" w:after="0"/>
        <w:rPr/>
      </w:pPr>
      <w:r>
        <w:rPr>
          <w:rFonts w:ascii="Courier New" w:hAnsi="Courier New"/>
          <w:sz w:val="15"/>
        </w:rPr>
        <w:t xml:space="preserve">    </w:t>
      </w:r>
      <w:r>
        <w:rPr>
          <w:rFonts w:ascii="Courier New" w:hAnsi="Courier New"/>
          <w:sz w:val="15"/>
        </w:rPr>
        <w:t>menu.hidden = isOpen;</w:t>
      </w:r>
    </w:p>
    <w:p>
      <w:pPr>
        <w:pStyle w:val="Normal"/>
        <w:spacing w:lineRule="auto" w:line="240" w:before="0" w:after="0"/>
        <w:rPr/>
      </w:pPr>
      <w:r>
        <w:rPr>
          <w:rFonts w:ascii="Courier New" w:hAnsi="Courier New"/>
          <w:sz w:val="15"/>
        </w:rPr>
        <w: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&lt;/body&gt;</w:t>
      </w:r>
    </w:p>
    <w:p>
      <w:pPr>
        <w:pStyle w:val="Normal"/>
        <w:spacing w:lineRule="auto" w:line="240" w:before="0" w:after="0"/>
        <w:rPr/>
      </w:pPr>
      <w:r>
        <w:rPr>
          <w:rFonts w:ascii="Courier New" w:hAnsi="Courier New"/>
          <w:sz w:val="15"/>
        </w:rPr>
        <w:t>&lt;/html&gt;</w:t>
      </w:r>
    </w:p>
    <w:p>
      <w:pPr>
        <w:pStyle w:val="Normal"/>
        <w:rPr/>
      </w:pPr>
      <w:r>
        <w:rPr/>
      </w:r>
      <w:r>
        <w:br w:type="page"/>
      </w:r>
    </w:p>
    <w:p>
      <w:pPr>
        <w:pStyle w:val="Heading2"/>
        <w:spacing w:before="0" w:after="0"/>
        <w:rPr/>
      </w:pPr>
      <w:r>
        <w:t>Appendix A.2 – menu.html</w:t>
      </w:r>
    </w:p>
    <w:p>
      <w:pPr>
        <w:pStyle w:val="Normal"/>
        <w:spacing w:lineRule="auto" w:line="240" w:before="0" w:after="0"/>
        <w:rPr/>
      </w:pPr>
      <w:r>
        <w:rPr>
          <w:rFonts w:ascii="Courier New" w:hAnsi="Courier New"/>
          <w:sz w:val="15"/>
        </w:rPr>
        <w:t>&lt;!DOCTYPE html&gt;</w:t>
      </w:r>
    </w:p>
    <w:p>
      <w:pPr>
        <w:pStyle w:val="Normal"/>
        <w:spacing w:lineRule="auto" w:line="240" w:before="0" w:after="0"/>
        <w:rPr/>
      </w:pPr>
      <w:r>
        <w:rPr>
          <w:rFonts w:ascii="Courier New" w:hAnsi="Courier New"/>
          <w:sz w:val="15"/>
        </w:rPr>
        <w:t>&lt;html lang="en"&gt;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 xml:space="preserve">    </w:t>
      </w:r>
      <w:r>
        <w:rPr>
          <w:rFonts w:ascii="Courier New" w:hAnsi="Courier New"/>
          <w:sz w:val="15"/>
        </w:rPr>
        <w:t>&lt;meta charset="UTF-8"&gt;</w:t>
      </w:r>
    </w:p>
    <w:p>
      <w:pPr>
        <w:pStyle w:val="Normal"/>
        <w:spacing w:lineRule="auto" w:line="240" w:before="0" w:after="0"/>
        <w:rPr/>
      </w:pPr>
      <w:r>
        <w:rPr>
          <w:rFonts w:ascii="Courier New" w:hAnsi="Courier New"/>
          <w:sz w:val="15"/>
        </w:rPr>
        <w:t xml:space="preserve">    </w:t>
      </w:r>
      <w:r>
        <w:rPr>
          <w:rFonts w:ascii="Courier New" w:hAnsi="Courier New"/>
          <w:sz w:val="15"/>
        </w:rPr>
        <w:t>&lt;meta name="viewport" content="width=device-width, initial-scale=1.0"&gt;</w:t>
      </w:r>
    </w:p>
    <w:p>
      <w:pPr>
        <w:pStyle w:val="Normal"/>
        <w:spacing w:lineRule="auto" w:line="240" w:before="0" w:after="0"/>
        <w:rPr/>
      </w:pPr>
      <w:r>
        <w:rPr>
          <w:rFonts w:ascii="Courier New" w:hAnsi="Courier New"/>
          <w:sz w:val="15"/>
        </w:rPr>
        <w:t xml:space="preserve">    </w:t>
      </w:r>
      <w:r>
        <w:rPr>
          <w:rFonts w:ascii="Courier New" w:hAnsi="Courier New"/>
          <w:sz w:val="15"/>
        </w:rPr>
        <w:t>&lt;meta name="description" content="Menu page for Ozn Coffee House, offering coffee, cakes and friendly service."&gt;</w:t>
      </w:r>
    </w:p>
    <w:p>
      <w:pPr>
        <w:pStyle w:val="Normal"/>
        <w:spacing w:lineRule="auto" w:line="240" w:before="0" w:after="0"/>
        <w:rPr/>
      </w:pPr>
      <w:r>
        <w:rPr>
          <w:rFonts w:ascii="Courier New" w:hAnsi="Courier New"/>
          <w:sz w:val="15"/>
        </w:rPr>
        <w:t xml:space="preserve">    </w:t>
      </w:r>
      <w:r>
        <w:rPr>
          <w:rFonts w:ascii="Courier New" w:hAnsi="Courier New"/>
          <w:sz w:val="15"/>
        </w:rPr>
        <w:t>&lt;title&gt;Menu | Ozn Coffee House&lt;/title&gt;</w:t>
      </w:r>
    </w:p>
    <w:p>
      <w:pPr>
        <w:pStyle w:val="Normal"/>
        <w:spacing w:lineRule="auto" w:line="240" w:before="0" w:after="0"/>
        <w:rPr/>
      </w:pPr>
      <w:r>
        <w:rPr>
          <w:rFonts w:ascii="Courier New" w:hAnsi="Courier New"/>
          <w:sz w:val="15"/>
        </w:rPr>
        <w:t xml:space="preserve">    </w:t>
      </w:r>
      <w:r>
        <w:rPr>
          <w:rFonts w:ascii="Courier New" w:hAnsi="Courier New"/>
          <w:sz w:val="15"/>
        </w:rPr>
        <w:t>&lt;link rel="stylesheet" href="style.css"&gt;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&lt;body class="page-layout"&gt;</w:t>
      </w:r>
    </w:p>
    <w:p>
      <w:pPr>
        <w:pStyle w:val="Normal"/>
        <w:spacing w:lineRule="auto" w:line="240" w:before="0" w:after="0"/>
        <w:rPr/>
      </w:pPr>
      <w:r>
        <w:rPr>
          <w:rFonts w:ascii="Courier New" w:hAnsi="Courier New"/>
          <w:sz w:val="15"/>
        </w:rPr>
        <w:t>&lt;header class="site-header"&gt;</w:t>
      </w:r>
    </w:p>
    <w:p>
      <w:pPr>
        <w:pStyle w:val="Normal"/>
        <w:spacing w:lineRule="auto" w:line="240" w:before="0" w:after="0"/>
        <w:rPr/>
      </w:pPr>
      <w:r>
        <w:rPr>
          <w:rFonts w:ascii="Courier New" w:hAnsi="Courier New"/>
          <w:sz w:val="15"/>
        </w:rPr>
        <w:t xml:space="preserve">    </w:t>
      </w:r>
      <w:r>
        <w:rPr>
          <w:rFonts w:ascii="Courier New" w:hAnsi="Courier New"/>
          <w:sz w:val="15"/>
        </w:rPr>
        <w:t>&lt;div class="nav-container"&gt;</w:t>
      </w:r>
    </w:p>
    <w:p>
      <w:pPr>
        <w:pStyle w:val="Normal"/>
        <w:spacing w:lineRule="auto" w:line="240" w:before="0" w:after="0"/>
        <w:rPr/>
      </w:pPr>
      <w:r>
        <w:rPr>
          <w:rFonts w:ascii="Courier New" w:hAnsi="Courier New"/>
          <w:sz w:val="15"/>
        </w:rPr>
        <w:t xml:space="preserve">        </w:t>
      </w:r>
      <w:r>
        <w:rPr>
          <w:rFonts w:ascii="Courier New" w:hAnsi="Courier New"/>
          <w:sz w:val="15"/>
        </w:rPr>
        <w:t>&lt;a class="brand" href="index.html"&gt;Ozn Coffee House&lt;/a&gt;</w:t>
      </w:r>
    </w:p>
    <w:p>
      <w:pPr>
        <w:pStyle w:val="Normal"/>
        <w:spacing w:lineRule="auto" w:line="240" w:before="0" w:after="0"/>
        <w:rPr/>
      </w:pPr>
      <w:r>
        <w:rPr>
          <w:rFonts w:ascii="Courier New" w:hAnsi="Courier New"/>
          <w:sz w:val="15"/>
        </w:rPr>
        <w:t xml:space="preserve">        </w:t>
      </w:r>
      <w:r>
        <w:rPr>
          <w:rFonts w:ascii="Courier New" w:hAnsi="Courier New"/>
          <w:sz w:val="15"/>
        </w:rPr>
        <w:t>&lt;nav class="desktop-nav" aria-label="Primary navigation"&gt;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 aria-current="page"&gt;Menu&lt;/a&gt;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 xml:space="preserve">        </w:t>
      </w:r>
      <w:r>
        <w:rPr>
          <w:rFonts w:ascii="Courier New" w:hAnsi="Courier New"/>
          <w:sz w:val="15"/>
        </w:rPr>
        <w:t>&lt;button class="menu-toggle" type="button" aria-expanded="false"</w:t>
      </w:r>
    </w:p>
    <w:p>
      <w:pPr>
        <w:pStyle w:val="Normal"/>
        <w:spacing w:lineRule="auto" w:line="240" w:before="0" w:after="0"/>
        <w:rPr/>
      </w:pPr>
      <w:r>
        <w:rPr>
          <w:rFonts w:ascii="Courier New" w:hAnsi="Courier New"/>
          <w:sz w:val="15"/>
        </w:rPr>
        <w:t xml:space="preserve">                </w:t>
      </w:r>
      <w:r>
        <w:rPr>
          <w:rFonts w:ascii="Courier New" w:hAnsi="Courier New"/>
          <w:sz w:val="15"/>
        </w:rPr>
        <w:t>aria-controls="mobileNavigation" onclick="toggleMenu()"&gt;☰ &lt;span class="visually-hidden"&gt;Menu&lt;/span&gt;&lt;/button&gt;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&lt;nav id="mobileNavigation" class="mobile-nav" aria-label="Mobile navigation" hidden&gt;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 aria-current="page"&gt;Menu&lt;/a&gt;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&lt;/header&gt;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&lt;section class="container intro"&gt;</w:t>
      </w:r>
    </w:p>
    <w:p>
      <w:pPr>
        <w:pStyle w:val="Normal"/>
        <w:spacing w:lineRule="auto" w:line="240" w:before="0" w:after="0"/>
        <w:rPr/>
      </w:pPr>
      <w:r>
        <w:rPr>
          <w:rFonts w:ascii="Courier New" w:hAnsi="Courier New"/>
          <w:sz w:val="15"/>
        </w:rPr>
        <w:t xml:space="preserve">    </w:t>
      </w:r>
      <w:r>
        <w:rPr>
          <w:rFonts w:ascii="Courier New" w:hAnsi="Courier New"/>
          <w:sz w:val="15"/>
        </w:rPr>
        <w:t>&lt;h1&gt;Our Menu&lt;/h1&gt;</w:t>
      </w:r>
    </w:p>
    <w:p>
      <w:pPr>
        <w:pStyle w:val="Normal"/>
        <w:spacing w:lineRule="auto" w:line="240" w:before="0" w:after="0"/>
        <w:rPr/>
      </w:pPr>
      <w:r>
        <w:rPr>
          <w:rFonts w:ascii="Courier New" w:hAnsi="Courier New"/>
          <w:sz w:val="15"/>
        </w:rPr>
        <w:t xml:space="preserve">    </w:t>
      </w:r>
      <w:r>
        <w:rPr>
          <w:rFonts w:ascii="Courier New" w:hAnsi="Courier New"/>
          <w:sz w:val="15"/>
        </w:rPr>
        <w:t>&lt;p&gt;Discover our delicious selection of coffee, drinks and sweet treats.&lt;/p&gt;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class="container card-grid" aria-label="Coffee house menu"&gt;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src="cappuccino.webp" alt="Cappuccino"&gt;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&lt;h2&gt;Cappuccino&lt;/h2&gt;</w:t>
      </w:r>
    </w:p>
    <w:p>
      <w:pPr>
        <w:pStyle w:val="Normal"/>
        <w:spacing w:lineRule="auto" w:line="240" w:before="0" w:after="0"/>
        <w:rPr/>
      </w:pPr>
      <w:r>
        <w:rPr>
          <w:rFonts w:ascii="Courier New" w:hAnsi="Courier New"/>
          <w:sz w:val="15"/>
        </w:rPr>
        <w:t xml:space="preserve">            </w:t>
      </w:r>
      <w:r>
        <w:rPr>
          <w:rFonts w:ascii="Courier New" w:hAnsi="Courier New"/>
          <w:sz w:val="15"/>
        </w:rPr>
        <w:t>&lt;p&gt;Espresso with steamed milk and a smooth layer of milk foam.&lt;/p&gt;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class="price"&gt;£3.50&lt;/p&gt;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src="latte.webp" alt="Caffè Latte"&gt;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&lt;h2&gt;Caffè Latte&lt;/h2&gt;</w:t>
      </w:r>
    </w:p>
    <w:p>
      <w:pPr>
        <w:pStyle w:val="Normal"/>
        <w:spacing w:lineRule="auto" w:line="240" w:before="0" w:after="0"/>
        <w:rPr/>
      </w:pPr>
      <w:r>
        <w:rPr>
          <w:rFonts w:ascii="Courier New" w:hAnsi="Courier New"/>
          <w:sz w:val="15"/>
        </w:rPr>
        <w:t xml:space="preserve">            </w:t>
      </w:r>
      <w:r>
        <w:rPr>
          <w:rFonts w:ascii="Courier New" w:hAnsi="Courier New"/>
          <w:sz w:val="15"/>
        </w:rPr>
        <w:t>&lt;p&gt;A smooth combination of espresso and creamy steamed milk.&lt;/p&gt;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class="price"&gt;£3.80&lt;/p&gt;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src="americano.webp" alt="Americano"&gt;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&lt;h2&gt;Americano&lt;/h2&gt;</w:t>
      </w:r>
    </w:p>
    <w:p>
      <w:pPr>
        <w:pStyle w:val="Normal"/>
        <w:spacing w:lineRule="auto" w:line="240" w:before="0" w:after="0"/>
        <w:rPr/>
      </w:pPr>
      <w:r>
        <w:rPr>
          <w:rFonts w:ascii="Courier New" w:hAnsi="Courier New"/>
          <w:sz w:val="15"/>
        </w:rPr>
        <w:t xml:space="preserve">            </w:t>
      </w:r>
      <w:r>
        <w:rPr>
          <w:rFonts w:ascii="Courier New" w:hAnsi="Courier New"/>
          <w:sz w:val="15"/>
        </w:rPr>
        <w:t>&lt;p&gt;A simple and rich coffee made with espresso and hot water.&lt;/p&gt;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class="price"&gt;£3.00&lt;/p&gt;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src="hot-chocolate.jpeg" alt="Hot Chocolate"&gt;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&lt;h2&gt;Hot Chocolate&lt;/h2&gt;</w:t>
      </w:r>
    </w:p>
    <w:p>
      <w:pPr>
        <w:pStyle w:val="Normal"/>
        <w:spacing w:lineRule="auto" w:line="240" w:before="0" w:after="0"/>
        <w:rPr/>
      </w:pPr>
      <w:r>
        <w:rPr>
          <w:rFonts w:ascii="Courier New" w:hAnsi="Courier New"/>
          <w:sz w:val="15"/>
        </w:rPr>
        <w:t xml:space="preserve">            </w:t>
      </w:r>
      <w:r>
        <w:rPr>
          <w:rFonts w:ascii="Courier New" w:hAnsi="Courier New"/>
          <w:sz w:val="15"/>
        </w:rPr>
        <w:t>&lt;p&gt;Rich chocolate combined with warm and creamy milk.&lt;/p&gt;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class="price"&gt;£3.50&lt;/p&gt;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src="croissant.webp" alt="Croissant"&gt;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&lt;h2&gt;Croissant&lt;/h2&gt;</w:t>
      </w:r>
    </w:p>
    <w:p>
      <w:pPr>
        <w:pStyle w:val="Normal"/>
        <w:spacing w:lineRule="auto" w:line="240" w:before="0" w:after="0"/>
        <w:rPr/>
      </w:pPr>
      <w:r>
        <w:rPr>
          <w:rFonts w:ascii="Courier New" w:hAnsi="Courier New"/>
          <w:sz w:val="15"/>
        </w:rPr>
        <w:t xml:space="preserve">            </w:t>
      </w:r>
      <w:r>
        <w:rPr>
          <w:rFonts w:ascii="Courier New" w:hAnsi="Courier New"/>
          <w:sz w:val="15"/>
        </w:rPr>
        <w:t>&lt;p&gt;A fresh and buttery croissant, perfect with your morning coffee.&lt;/p&gt;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class="price"&gt;£2.50&lt;/p&gt;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class="card"&gt;</w:t>
      </w:r>
    </w:p>
    <w:p>
      <w:pPr>
        <w:pStyle w:val="Normal"/>
        <w:spacing w:lineRule="auto" w:line="240" w:before="0" w:after="0"/>
        <w:rPr/>
      </w:pPr>
      <w:r>
        <w:rPr>
          <w:rFonts w:ascii="Courier New" w:hAnsi="Courier New"/>
          <w:sz w:val="15"/>
        </w:rPr>
        <w:t xml:space="preserve">        </w:t>
      </w:r>
      <w:r>
        <w:rPr>
          <w:rFonts w:ascii="Courier New" w:hAnsi="Courier New"/>
          <w:sz w:val="15"/>
        </w:rPr>
        <w:t>&lt;img src="chocolate-cake.webp" alt="Chocolate Cake"&gt;</w:t>
      </w:r>
    </w:p>
    <w:p>
      <w:pPr>
        <w:pStyle w:val="Normal"/>
        <w:spacing w:lineRule="auto" w:line="240" w:before="0" w:after="0"/>
        <w:rPr/>
      </w:pPr>
      <w:r>
        <w:rPr>
          <w:rFonts w:ascii="Courier New" w:hAnsi="Courier New"/>
          <w:sz w:val="15"/>
        </w:rPr>
        <w:t xml:space="preserve">        </w:t>
      </w:r>
      <w:r>
        <w:rPr>
          <w:rFonts w:ascii="Courier New" w:hAnsi="Courier New"/>
          <w:sz w:val="15"/>
        </w:rPr>
        <w:t>&lt;div class="card-body"&gt;</w:t>
      </w:r>
    </w:p>
    <w:p>
      <w:pPr>
        <w:pStyle w:val="Normal"/>
        <w:spacing w:lineRule="auto" w:line="240" w:before="0" w:after="0"/>
        <w:rPr/>
      </w:pPr>
      <w:r>
        <w:rPr>
          <w:rFonts w:ascii="Courier New" w:hAnsi="Courier New"/>
          <w:sz w:val="15"/>
        </w:rPr>
        <w:t xml:space="preserve">            </w:t>
      </w:r>
      <w:r>
        <w:rPr>
          <w:rFonts w:ascii="Courier New" w:hAnsi="Courier New"/>
          <w:sz w:val="15"/>
        </w:rPr>
        <w:t>&lt;h2&gt;Chocolate Cake&lt;/h2&gt;</w:t>
      </w:r>
    </w:p>
    <w:p>
      <w:pPr>
        <w:pStyle w:val="Normal"/>
        <w:spacing w:lineRule="auto" w:line="240" w:before="0" w:after="0"/>
        <w:rPr/>
      </w:pPr>
      <w:r>
        <w:rPr>
          <w:rFonts w:ascii="Courier New" w:hAnsi="Courier New"/>
          <w:sz w:val="15"/>
        </w:rPr>
        <w:t xml:space="preserve">            </w:t>
      </w:r>
      <w:r>
        <w:rPr>
          <w:rFonts w:ascii="Courier New" w:hAnsi="Courier New"/>
          <w:sz w:val="15"/>
        </w:rPr>
        <w:t>&lt;p&gt;A delicious slice of chocolate cake for a sweet treat.&lt;/p&gt;</w:t>
      </w:r>
    </w:p>
    <w:p>
      <w:pPr>
        <w:pStyle w:val="Normal"/>
        <w:spacing w:lineRule="auto" w:line="240" w:before="0" w:after="0"/>
        <w:rPr/>
      </w:pPr>
      <w:r>
        <w:rPr>
          <w:rFonts w:ascii="Courier New" w:hAnsi="Courier New"/>
          <w:sz w:val="15"/>
        </w:rPr>
        <w:t xml:space="preserve">            </w:t>
      </w:r>
      <w:r>
        <w:rPr>
          <w:rFonts w:ascii="Courier New" w:hAnsi="Courier New"/>
          <w:sz w:val="15"/>
        </w:rPr>
        <w:t>&lt;p class="price"&gt;£4.00&lt;/p&gt;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&lt;footer class="footer"&gt;</w:t>
      </w:r>
    </w:p>
    <w:p>
      <w:pPr>
        <w:pStyle w:val="Normal"/>
        <w:spacing w:lineRule="auto" w:line="240" w:before="0" w:after="0"/>
        <w:rPr/>
      </w:pPr>
      <w:r>
        <w:rPr>
          <w:rFonts w:ascii="Courier New" w:hAnsi="Courier New"/>
          <w:sz w:val="15"/>
        </w:rPr>
        <w:t xml:space="preserve">    </w:t>
      </w:r>
      <w:r>
        <w:rPr>
          <w:rFonts w:ascii="Courier New" w:hAnsi="Courier New"/>
          <w:sz w:val="15"/>
        </w:rPr>
        <w:t>&lt;p&gt;&amp;copy; 2026 Ozn Coffee House | All Rights Reserved&lt;/p&gt;</w:t>
      </w:r>
    </w:p>
    <w:p>
      <w:pPr>
        <w:pStyle w:val="Normal"/>
        <w:spacing w:lineRule="auto" w:line="240" w:before="0" w:after="0"/>
        <w:rPr/>
      </w:pPr>
      <w:r>
        <w:rPr>
          <w:rFonts w:ascii="Courier New" w:hAnsi="Courier New"/>
          <w:sz w:val="15"/>
        </w:rPr>
        <w:t>&lt;/footer&gt;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function toggleMenu() {</w:t>
      </w:r>
    </w:p>
    <w:p>
      <w:pPr>
        <w:pStyle w:val="Normal"/>
        <w:spacing w:lineRule="auto" w:line="240" w:before="0" w:after="0"/>
        <w:rPr/>
      </w:pPr>
      <w:r>
        <w:rPr>
          <w:rFonts w:ascii="Courier New" w:hAnsi="Courier New"/>
          <w:sz w:val="15"/>
        </w:rPr>
        <w:t xml:space="preserve">    </w:t>
      </w:r>
      <w:r>
        <w:rPr>
          <w:rFonts w:ascii="Courier New" w:hAnsi="Courier New"/>
          <w:sz w:val="15"/>
        </w:rPr>
        <w:t>const menu = document.getElementById('mobileNavigation');</w:t>
      </w:r>
    </w:p>
    <w:p>
      <w:pPr>
        <w:pStyle w:val="Normal"/>
        <w:spacing w:lineRule="auto" w:line="240" w:before="0" w:after="0"/>
        <w:rPr/>
      </w:pPr>
      <w:r>
        <w:rPr>
          <w:rFonts w:ascii="Courier New" w:hAnsi="Courier New"/>
          <w:sz w:val="15"/>
        </w:rPr>
        <w:t xml:space="preserve">    </w:t>
      </w:r>
      <w:r>
        <w:rPr>
          <w:rFonts w:ascii="Courier New" w:hAnsi="Courier New"/>
          <w:sz w:val="15"/>
        </w:rPr>
        <w:t>const button = document.querySelector('.menu-toggle');</w:t>
      </w:r>
    </w:p>
    <w:p>
      <w:pPr>
        <w:pStyle w:val="Normal"/>
        <w:spacing w:lineRule="auto" w:line="240" w:before="0" w:after="0"/>
        <w:rPr/>
      </w:pPr>
      <w:r>
        <w:rPr>
          <w:rFonts w:ascii="Courier New" w:hAnsi="Courier New"/>
          <w:sz w:val="15"/>
        </w:rPr>
        <w:t xml:space="preserve">    </w:t>
      </w:r>
      <w:r>
        <w:rPr>
          <w:rFonts w:ascii="Courier New" w:hAnsi="Courier New"/>
          <w:sz w:val="15"/>
        </w:rPr>
        <w:t>const isOpen = button.getAttribute('aria-expanded') === 'true';</w:t>
      </w:r>
    </w:p>
    <w:p>
      <w:pPr>
        <w:pStyle w:val="Normal"/>
        <w:spacing w:lineRule="auto" w:line="240" w:before="0" w:after="0"/>
        <w:rPr/>
      </w:pPr>
      <w:r>
        <w:rPr>
          <w:rFonts w:ascii="Courier New" w:hAnsi="Courier New"/>
          <w:sz w:val="15"/>
        </w:rPr>
        <w:t xml:space="preserve">    </w:t>
      </w:r>
      <w:r>
        <w:rPr>
          <w:rFonts w:ascii="Courier New" w:hAnsi="Courier New"/>
          <w:sz w:val="15"/>
        </w:rPr>
        <w:t>button.setAttribute('aria-expanded', String(!isOpen));</w:t>
      </w:r>
    </w:p>
    <w:p>
      <w:pPr>
        <w:pStyle w:val="Normal"/>
        <w:spacing w:lineRule="auto" w:line="240" w:before="0" w:after="0"/>
        <w:rPr/>
      </w:pPr>
      <w:r>
        <w:rPr>
          <w:rFonts w:ascii="Courier New" w:hAnsi="Courier New"/>
          <w:sz w:val="15"/>
        </w:rPr>
        <w:t xml:space="preserve">    </w:t>
      </w:r>
      <w:r>
        <w:rPr>
          <w:rFonts w:ascii="Courier New" w:hAnsi="Courier New"/>
          <w:sz w:val="15"/>
        </w:rPr>
        <w:t>menu.hidden = isOpen;</w:t>
      </w:r>
    </w:p>
    <w:p>
      <w:pPr>
        <w:pStyle w:val="Normal"/>
        <w:spacing w:lineRule="auto" w:line="240" w:before="0" w:after="0"/>
        <w:rPr/>
      </w:pPr>
      <w:r>
        <w:rPr>
          <w:rFonts w:ascii="Courier New" w:hAnsi="Courier New"/>
          <w:sz w:val="15"/>
        </w:rPr>
        <w: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&lt;/body&gt;</w:t>
      </w:r>
    </w:p>
    <w:p>
      <w:pPr>
        <w:pStyle w:val="Normal"/>
        <w:spacing w:lineRule="auto" w:line="240" w:before="0" w:after="0"/>
        <w:rPr/>
      </w:pPr>
      <w:r>
        <w:rPr>
          <w:rFonts w:ascii="Courier New" w:hAnsi="Courier New"/>
          <w:sz w:val="15"/>
        </w:rPr>
        <w:t>&lt;/html&gt;</w:t>
      </w:r>
    </w:p>
    <w:p>
      <w:pPr>
        <w:pStyle w:val="Normal"/>
        <w:rPr/>
      </w:pPr>
      <w:r>
        <w:rPr/>
      </w:r>
      <w:r>
        <w:br w:type="page"/>
      </w:r>
    </w:p>
    <w:p>
      <w:pPr>
        <w:pStyle w:val="Heading2"/>
        <w:spacing w:before="0" w:after="0"/>
        <w:rPr/>
      </w:pPr>
      <w:r>
        <w:t>Appendix A.3 – about.html</w:t>
      </w:r>
    </w:p>
    <w:p>
      <w:pPr>
        <w:pStyle w:val="Normal"/>
        <w:spacing w:lineRule="auto" w:line="240" w:before="0" w:after="0"/>
        <w:rPr/>
      </w:pPr>
      <w:r>
        <w:rPr>
          <w:rFonts w:ascii="Courier New" w:hAnsi="Courier New"/>
          <w:sz w:val="15"/>
        </w:rPr>
        <w:t>&lt;!DOCTYPE html&gt;</w:t>
      </w:r>
    </w:p>
    <w:p>
      <w:pPr>
        <w:pStyle w:val="Normal"/>
        <w:spacing w:lineRule="auto" w:line="240" w:before="0" w:after="0"/>
        <w:rPr/>
      </w:pPr>
      <w:r>
        <w:rPr>
          <w:rFonts w:ascii="Courier New" w:hAnsi="Courier New"/>
          <w:sz w:val="15"/>
        </w:rPr>
        <w:t>&lt;html lang="en"&gt;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 xml:space="preserve">    </w:t>
      </w:r>
      <w:r>
        <w:rPr>
          <w:rFonts w:ascii="Courier New" w:hAnsi="Courier New"/>
          <w:sz w:val="15"/>
        </w:rPr>
        <w:t>&lt;meta charset="UTF-8"&gt;</w:t>
      </w:r>
    </w:p>
    <w:p>
      <w:pPr>
        <w:pStyle w:val="Normal"/>
        <w:spacing w:lineRule="auto" w:line="240" w:before="0" w:after="0"/>
        <w:rPr/>
      </w:pPr>
      <w:r>
        <w:rPr>
          <w:rFonts w:ascii="Courier New" w:hAnsi="Courier New"/>
          <w:sz w:val="15"/>
        </w:rPr>
        <w:t xml:space="preserve">    </w:t>
      </w:r>
      <w:r>
        <w:rPr>
          <w:rFonts w:ascii="Courier New" w:hAnsi="Courier New"/>
          <w:sz w:val="15"/>
        </w:rPr>
        <w:t>&lt;meta name="viewport" content="width=device-width, initial-scale=1.0"&gt;</w:t>
      </w:r>
    </w:p>
    <w:p>
      <w:pPr>
        <w:pStyle w:val="Normal"/>
        <w:spacing w:lineRule="auto" w:line="240" w:before="0" w:after="0"/>
        <w:rPr/>
      </w:pPr>
      <w:r>
        <w:rPr>
          <w:rFonts w:ascii="Courier New" w:hAnsi="Courier New"/>
          <w:sz w:val="15"/>
        </w:rPr>
        <w:t xml:space="preserve">    </w:t>
      </w:r>
      <w:r>
        <w:rPr>
          <w:rFonts w:ascii="Courier New" w:hAnsi="Courier New"/>
          <w:sz w:val="15"/>
        </w:rPr>
        <w:t>&lt;meta name="description" content="About Us page for Ozn Coffee House, offering coffee, cakes and friendly service."&gt;</w:t>
      </w:r>
    </w:p>
    <w:p>
      <w:pPr>
        <w:pStyle w:val="Normal"/>
        <w:spacing w:lineRule="auto" w:line="240" w:before="0" w:after="0"/>
        <w:rPr/>
      </w:pPr>
      <w:r>
        <w:rPr>
          <w:rFonts w:ascii="Courier New" w:hAnsi="Courier New"/>
          <w:sz w:val="15"/>
        </w:rPr>
        <w:t xml:space="preserve">    </w:t>
      </w:r>
      <w:r>
        <w:rPr>
          <w:rFonts w:ascii="Courier New" w:hAnsi="Courier New"/>
          <w:sz w:val="15"/>
        </w:rPr>
        <w:t>&lt;title&gt;About Us | Ozn Coffee House&lt;/title&gt;</w:t>
      </w:r>
    </w:p>
    <w:p>
      <w:pPr>
        <w:pStyle w:val="Normal"/>
        <w:spacing w:lineRule="auto" w:line="240" w:before="0" w:after="0"/>
        <w:rPr/>
      </w:pPr>
      <w:r>
        <w:rPr>
          <w:rFonts w:ascii="Courier New" w:hAnsi="Courier New"/>
          <w:sz w:val="15"/>
        </w:rPr>
        <w:t xml:space="preserve">    </w:t>
      </w:r>
      <w:r>
        <w:rPr>
          <w:rFonts w:ascii="Courier New" w:hAnsi="Courier New"/>
          <w:sz w:val="15"/>
        </w:rPr>
        <w:t>&lt;link rel="stylesheet" href="style.css"&gt;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&lt;body class="page-layout"&gt;</w:t>
      </w:r>
    </w:p>
    <w:p>
      <w:pPr>
        <w:pStyle w:val="Normal"/>
        <w:spacing w:lineRule="auto" w:line="240" w:before="0" w:after="0"/>
        <w:rPr/>
      </w:pPr>
      <w:r>
        <w:rPr>
          <w:rFonts w:ascii="Courier New" w:hAnsi="Courier New"/>
          <w:sz w:val="15"/>
        </w:rPr>
        <w:t>&lt;header class="site-header"&gt;</w:t>
      </w:r>
    </w:p>
    <w:p>
      <w:pPr>
        <w:pStyle w:val="Normal"/>
        <w:spacing w:lineRule="auto" w:line="240" w:before="0" w:after="0"/>
        <w:rPr/>
      </w:pPr>
      <w:r>
        <w:rPr>
          <w:rFonts w:ascii="Courier New" w:hAnsi="Courier New"/>
          <w:sz w:val="15"/>
        </w:rPr>
        <w:t xml:space="preserve">    </w:t>
      </w:r>
      <w:r>
        <w:rPr>
          <w:rFonts w:ascii="Courier New" w:hAnsi="Courier New"/>
          <w:sz w:val="15"/>
        </w:rPr>
        <w:t>&lt;div class="nav-container"&gt;</w:t>
      </w:r>
    </w:p>
    <w:p>
      <w:pPr>
        <w:pStyle w:val="Normal"/>
        <w:spacing w:lineRule="auto" w:line="240" w:before="0" w:after="0"/>
        <w:rPr/>
      </w:pPr>
      <w:r>
        <w:rPr>
          <w:rFonts w:ascii="Courier New" w:hAnsi="Courier New"/>
          <w:sz w:val="15"/>
        </w:rPr>
        <w:t xml:space="preserve">        </w:t>
      </w:r>
      <w:r>
        <w:rPr>
          <w:rFonts w:ascii="Courier New" w:hAnsi="Courier New"/>
          <w:sz w:val="15"/>
        </w:rPr>
        <w:t>&lt;a class="brand" href="index.html"&gt;Ozn Coffee House&lt;/a&gt;</w:t>
      </w:r>
    </w:p>
    <w:p>
      <w:pPr>
        <w:pStyle w:val="Normal"/>
        <w:spacing w:lineRule="auto" w:line="240" w:before="0" w:after="0"/>
        <w:rPr/>
      </w:pPr>
      <w:r>
        <w:rPr>
          <w:rFonts w:ascii="Courier New" w:hAnsi="Courier New"/>
          <w:sz w:val="15"/>
        </w:rPr>
        <w:t xml:space="preserve">        </w:t>
      </w:r>
      <w:r>
        <w:rPr>
          <w:rFonts w:ascii="Courier New" w:hAnsi="Courier New"/>
          <w:sz w:val="15"/>
        </w:rPr>
        <w:t>&lt;nav class="desktop-nav" aria-label="Primary navigation"&gt;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 aria-current="page"&gt;About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 xml:space="preserve">        </w:t>
      </w:r>
      <w:r>
        <w:rPr>
          <w:rFonts w:ascii="Courier New" w:hAnsi="Courier New"/>
          <w:sz w:val="15"/>
        </w:rPr>
        <w:t>&lt;button class="menu-toggle" type="button" aria-expanded="false"</w:t>
      </w:r>
    </w:p>
    <w:p>
      <w:pPr>
        <w:pStyle w:val="Normal"/>
        <w:spacing w:lineRule="auto" w:line="240" w:before="0" w:after="0"/>
        <w:rPr/>
      </w:pPr>
      <w:r>
        <w:rPr>
          <w:rFonts w:ascii="Courier New" w:hAnsi="Courier New"/>
          <w:sz w:val="15"/>
        </w:rPr>
        <w:t xml:space="preserve">                </w:t>
      </w:r>
      <w:r>
        <w:rPr>
          <w:rFonts w:ascii="Courier New" w:hAnsi="Courier New"/>
          <w:sz w:val="15"/>
        </w:rPr>
        <w:t>aria-controls="mobileNavigation" onclick="toggleMenu()"&gt;☰ &lt;span class="visually-hidden"&gt;Menu&lt;/span&gt;&lt;/button&gt;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&lt;nav id="mobileNavigation" class="mobile-nav" aria-label="Mobile navigation" hidden&gt;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 aria-current="page"&gt;About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&lt;/header&gt;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&lt;section class="container intro"&gt;</w:t>
      </w:r>
    </w:p>
    <w:p>
      <w:pPr>
        <w:pStyle w:val="Normal"/>
        <w:spacing w:lineRule="auto" w:line="240" w:before="0" w:after="0"/>
        <w:rPr/>
      </w:pPr>
      <w:r>
        <w:rPr>
          <w:rFonts w:ascii="Courier New" w:hAnsi="Courier New"/>
          <w:sz w:val="15"/>
        </w:rPr>
        <w:t xml:space="preserve">    </w:t>
      </w:r>
      <w:r>
        <w:rPr>
          <w:rFonts w:ascii="Courier New" w:hAnsi="Courier New"/>
          <w:sz w:val="15"/>
        </w:rPr>
        <w:t>&lt;h1&gt;About Ozn Coffee House&lt;/h1&gt;</w:t>
      </w:r>
    </w:p>
    <w:p>
      <w:pPr>
        <w:pStyle w:val="Normal"/>
        <w:spacing w:lineRule="auto" w:line="240" w:before="0" w:after="0"/>
        <w:rPr/>
      </w:pPr>
      <w:r>
        <w:rPr>
          <w:rFonts w:ascii="Courier New" w:hAnsi="Courier New"/>
          <w:sz w:val="15"/>
        </w:rPr>
        <w:t xml:space="preserve">    </w:t>
      </w:r>
      <w:r>
        <w:rPr>
          <w:rFonts w:ascii="Courier New" w:hAnsi="Courier New"/>
          <w:sz w:val="15"/>
        </w:rPr>
        <w:t>&lt;p&gt;Ozn Coffee House was created with a simple idea: to provide great coffee in a friendly and relaxing environment.&lt;/p&gt;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class="section-light"&gt;</w:t>
      </w:r>
    </w:p>
    <w:p>
      <w:pPr>
        <w:pStyle w:val="Normal"/>
        <w:spacing w:lineRule="auto" w:line="240" w:before="0" w:after="0"/>
        <w:rPr/>
      </w:pPr>
      <w:r>
        <w:rPr>
          <w:rFonts w:ascii="Courier New" w:hAnsi="Courier New"/>
          <w:sz w:val="15"/>
        </w:rPr>
        <w:t xml:space="preserve">    </w:t>
      </w:r>
      <w:r>
        <w:rPr>
          <w:rFonts w:ascii="Courier New" w:hAnsi="Courier New"/>
          <w:sz w:val="15"/>
        </w:rPr>
        <w:t>&lt;div class="container"&gt;</w:t>
      </w:r>
    </w:p>
    <w:p>
      <w:pPr>
        <w:pStyle w:val="Normal"/>
        <w:spacing w:lineRule="auto" w:line="240" w:before="0" w:after="0"/>
        <w:rPr/>
      </w:pPr>
      <w:r>
        <w:rPr>
          <w:rFonts w:ascii="Courier New" w:hAnsi="Courier New"/>
          <w:sz w:val="15"/>
        </w:rPr>
        <w:t xml:space="preserve">        </w:t>
      </w:r>
      <w:r>
        <w:rPr>
          <w:rFonts w:ascii="Courier New" w:hAnsi="Courier New"/>
          <w:sz w:val="15"/>
        </w:rPr>
        <w:t>&lt;h2 class="section-title"&gt;Why Choose Us?&lt;/h2&gt;</w:t>
      </w:r>
    </w:p>
    <w:p>
      <w:pPr>
        <w:pStyle w:val="Normal"/>
        <w:spacing w:lineRule="auto" w:line="240" w:before="0" w:after="0"/>
        <w:rPr/>
      </w:pPr>
      <w:r>
        <w:rPr>
          <w:rFonts w:ascii="Courier New" w:hAnsi="Courier New"/>
          <w:sz w:val="15"/>
        </w:rPr>
        <w:t xml:space="preserve">        </w:t>
      </w:r>
      <w:r>
        <w:rPr>
          <w:rFonts w:ascii="Courier New" w:hAnsi="Courier New"/>
          <w:sz w:val="15"/>
        </w:rPr>
        <w:t>&lt;div class="feature-grid"&gt;</w:t>
      </w:r>
    </w:p>
    <w:p>
      <w:pPr>
        <w:pStyle w:val="Normal"/>
        <w:spacing w:lineRule="auto" w:line="240" w:before="0" w:after="0"/>
        <w:rPr/>
      </w:pPr>
      <w:r>
        <w:rPr>
          <w:rFonts w:ascii="Courier New" w:hAnsi="Courier New"/>
          <w:sz w:val="15"/>
        </w:rPr>
        <w:t xml:space="preserve">            </w:t>
      </w:r>
      <w:r>
        <w:rPr>
          <w:rFonts w:ascii="Courier New" w:hAnsi="Courier New"/>
          <w:sz w:val="15"/>
        </w:rPr>
        <w:t>&lt;article class="feature"&gt;</w:t>
      </w:r>
    </w:p>
    <w:p>
      <w:pPr>
        <w:pStyle w:val="Normal"/>
        <w:spacing w:lineRule="auto" w:line="240" w:before="0" w:after="0"/>
        <w:rPr/>
      </w:pPr>
      <w:r>
        <w:rPr>
          <w:rFonts w:ascii="Courier New" w:hAnsi="Courier New"/>
          <w:sz w:val="15"/>
        </w:rPr>
        <w:t xml:space="preserve">                </w:t>
      </w:r>
      <w:r>
        <w:rPr>
          <w:rFonts w:ascii="Courier New" w:hAnsi="Courier New"/>
          <w:sz w:val="15"/>
        </w:rPr>
        <w:t>&lt;h2&gt;☕ Quality Coffee&lt;/h2&gt;</w:t>
      </w:r>
    </w:p>
    <w:p>
      <w:pPr>
        <w:pStyle w:val="Normal"/>
        <w:spacing w:lineRule="auto" w:line="240" w:before="0" w:after="0"/>
        <w:rPr/>
      </w:pPr>
      <w:r>
        <w:rPr>
          <w:rFonts w:ascii="Courier New" w:hAnsi="Courier New"/>
          <w:sz w:val="15"/>
        </w:rPr>
        <w:t xml:space="preserve">                </w:t>
      </w:r>
      <w:r>
        <w:rPr>
          <w:rFonts w:ascii="Courier New" w:hAnsi="Courier New"/>
          <w:sz w:val="15"/>
        </w:rPr>
        <w:t>&lt;p&gt;We use quality coffee beans to prepare fresh and delicious drinks every day.&lt;/p&gt;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class="feature"&gt;</w:t>
      </w:r>
    </w:p>
    <w:p>
      <w:pPr>
        <w:pStyle w:val="Normal"/>
        <w:spacing w:lineRule="auto" w:line="240" w:before="0" w:after="0"/>
        <w:rPr/>
      </w:pPr>
      <w:r>
        <w:rPr>
          <w:rFonts w:ascii="Courier New" w:hAnsi="Courier New"/>
          <w:sz w:val="15"/>
        </w:rPr>
        <w:t xml:space="preserve">                </w:t>
      </w:r>
      <w:r>
        <w:rPr>
          <w:rFonts w:ascii="Courier New" w:hAnsi="Courier New"/>
          <w:sz w:val="15"/>
        </w:rPr>
        <w:t>&lt;h2&gt;🥐 Fresh Food&lt;/h2&gt;</w:t>
      </w:r>
    </w:p>
    <w:p>
      <w:pPr>
        <w:pStyle w:val="Normal"/>
        <w:spacing w:lineRule="auto" w:line="240" w:before="0" w:after="0"/>
        <w:rPr/>
      </w:pPr>
      <w:r>
        <w:rPr>
          <w:rFonts w:ascii="Courier New" w:hAnsi="Courier New"/>
          <w:sz w:val="15"/>
        </w:rPr>
        <w:t xml:space="preserve">                </w:t>
      </w:r>
      <w:r>
        <w:rPr>
          <w:rFonts w:ascii="Courier New" w:hAnsi="Courier New"/>
          <w:sz w:val="15"/>
        </w:rPr>
        <w:t>&lt;p&gt;Enjoy our selection of fresh cakes, croissants and tasty snacks.&lt;/p&gt;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&lt;article class="feature"&gt;</w:t>
      </w:r>
    </w:p>
    <w:p>
      <w:pPr>
        <w:pStyle w:val="Normal"/>
        <w:spacing w:lineRule="auto" w:line="240" w:before="0" w:after="0"/>
        <w:rPr/>
      </w:pPr>
      <w:r>
        <w:rPr>
          <w:rFonts w:ascii="Courier New" w:hAnsi="Courier New"/>
          <w:sz w:val="15"/>
        </w:rPr>
        <w:t xml:space="preserve">                </w:t>
      </w:r>
      <w:r>
        <w:rPr>
          <w:rFonts w:ascii="Courier New" w:hAnsi="Courier New"/>
          <w:sz w:val="15"/>
        </w:rPr>
        <w:t>&lt;h2&gt;😊 Friendly Service&lt;/h2&gt;</w:t>
      </w:r>
    </w:p>
    <w:p>
      <w:pPr>
        <w:pStyle w:val="Normal"/>
        <w:spacing w:lineRule="auto" w:line="240" w:before="0" w:after="0"/>
        <w:rPr/>
      </w:pPr>
      <w:r>
        <w:rPr>
          <w:rFonts w:ascii="Courier New" w:hAnsi="Courier New"/>
          <w:sz w:val="15"/>
        </w:rPr>
        <w:t xml:space="preserve">                </w:t>
      </w:r>
      <w:r>
        <w:rPr>
          <w:rFonts w:ascii="Courier New" w:hAnsi="Courier New"/>
          <w:sz w:val="15"/>
        </w:rPr>
        <w:t>&lt;p&gt;Our aim is to provide friendly service and make every customer feel welcome.&lt;/p&gt;</w:t>
      </w:r>
    </w:p>
    <w:p>
      <w:pPr>
        <w:pStyle w:val="Normal"/>
        <w:spacing w:lineRule="auto" w:line="240" w:before="0" w:after="0"/>
        <w:rPr/>
      </w:pPr>
      <w:r>
        <w:rPr>
          <w:rFonts w:ascii="Courier New" w:hAnsi="Courier New"/>
          <w:sz w:val="15"/>
        </w:rPr>
        <w:t xml:space="preserve">            </w:t>
      </w:r>
      <w:r>
        <w:rPr>
          <w:rFonts w:ascii="Courier New" w:hAnsi="Courier New"/>
          <w:sz w:val="15"/>
        </w:rPr>
        <w:t>&lt;/article&gt;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class="container cta"&gt;</w:t>
      </w:r>
    </w:p>
    <w:p>
      <w:pPr>
        <w:pStyle w:val="Normal"/>
        <w:spacing w:lineRule="auto" w:line="240" w:before="0" w:after="0"/>
        <w:rPr/>
      </w:pPr>
      <w:r>
        <w:rPr>
          <w:rFonts w:ascii="Courier New" w:hAnsi="Courier New"/>
          <w:sz w:val="15"/>
        </w:rPr>
        <w:t xml:space="preserve">    </w:t>
      </w:r>
      <w:r>
        <w:rPr>
          <w:rFonts w:ascii="Courier New" w:hAnsi="Courier New"/>
          <w:sz w:val="15"/>
        </w:rPr>
        <w:t>&lt;h2&gt;Visit Ozn Coffee House&lt;/h2&gt;</w:t>
      </w:r>
    </w:p>
    <w:p>
      <w:pPr>
        <w:pStyle w:val="Normal"/>
        <w:spacing w:lineRule="auto" w:line="240" w:before="0" w:after="0"/>
        <w:rPr/>
      </w:pPr>
      <w:r>
        <w:rPr>
          <w:rFonts w:ascii="Courier New" w:hAnsi="Courier New"/>
          <w:sz w:val="15"/>
        </w:rPr>
        <w:t xml:space="preserve">    </w:t>
      </w:r>
      <w:r>
        <w:rPr>
          <w:rFonts w:ascii="Courier New" w:hAnsi="Courier New"/>
          <w:sz w:val="15"/>
        </w:rPr>
        <w:t>&lt;p&gt;Come and enjoy a fresh cup of coffee with us. We look forward to welcoming you!&lt;/p&gt;</w:t>
      </w:r>
    </w:p>
    <w:p>
      <w:pPr>
        <w:pStyle w:val="Normal"/>
        <w:spacing w:lineRule="auto" w:line="240" w:before="0" w:after="0"/>
        <w:rPr/>
      </w:pPr>
      <w:r>
        <w:rPr>
          <w:rFonts w:ascii="Courier New" w:hAnsi="Courier New"/>
          <w:sz w:val="15"/>
        </w:rPr>
        <w:t xml:space="preserve">    </w:t>
      </w:r>
      <w:r>
        <w:rPr>
          <w:rFonts w:ascii="Courier New" w:hAnsi="Courier New"/>
          <w:sz w:val="15"/>
        </w:rPr>
        <w:t>&lt;a class="button" href="contact.html"&gt;Contact Us&lt;/a&gt;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&lt;footer class="footer"&gt;</w:t>
      </w:r>
    </w:p>
    <w:p>
      <w:pPr>
        <w:pStyle w:val="Normal"/>
        <w:spacing w:lineRule="auto" w:line="240" w:before="0" w:after="0"/>
        <w:rPr/>
      </w:pPr>
      <w:r>
        <w:rPr>
          <w:rFonts w:ascii="Courier New" w:hAnsi="Courier New"/>
          <w:sz w:val="15"/>
        </w:rPr>
        <w:t xml:space="preserve">    </w:t>
      </w:r>
      <w:r>
        <w:rPr>
          <w:rFonts w:ascii="Courier New" w:hAnsi="Courier New"/>
          <w:sz w:val="15"/>
        </w:rPr>
        <w:t>&lt;p&gt;&amp;copy; 2026 Ozn Coffee House | All Rights Reserved&lt;/p&gt;</w:t>
      </w:r>
    </w:p>
    <w:p>
      <w:pPr>
        <w:pStyle w:val="Normal"/>
        <w:spacing w:lineRule="auto" w:line="240" w:before="0" w:after="0"/>
        <w:rPr/>
      </w:pPr>
      <w:r>
        <w:rPr>
          <w:rFonts w:ascii="Courier New" w:hAnsi="Courier New"/>
          <w:sz w:val="15"/>
        </w:rPr>
        <w:t>&lt;/footer&gt;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function toggleMenu() {</w:t>
      </w:r>
    </w:p>
    <w:p>
      <w:pPr>
        <w:pStyle w:val="Normal"/>
        <w:spacing w:lineRule="auto" w:line="240" w:before="0" w:after="0"/>
        <w:rPr/>
      </w:pPr>
      <w:r>
        <w:rPr>
          <w:rFonts w:ascii="Courier New" w:hAnsi="Courier New"/>
          <w:sz w:val="15"/>
        </w:rPr>
        <w:t xml:space="preserve">    </w:t>
      </w:r>
      <w:r>
        <w:rPr>
          <w:rFonts w:ascii="Courier New" w:hAnsi="Courier New"/>
          <w:sz w:val="15"/>
        </w:rPr>
        <w:t>const menu = document.getElementById('mobileNavigation');</w:t>
      </w:r>
    </w:p>
    <w:p>
      <w:pPr>
        <w:pStyle w:val="Normal"/>
        <w:spacing w:lineRule="auto" w:line="240" w:before="0" w:after="0"/>
        <w:rPr/>
      </w:pPr>
      <w:r>
        <w:rPr>
          <w:rFonts w:ascii="Courier New" w:hAnsi="Courier New"/>
          <w:sz w:val="15"/>
        </w:rPr>
        <w:t xml:space="preserve">    </w:t>
      </w:r>
      <w:r>
        <w:rPr>
          <w:rFonts w:ascii="Courier New" w:hAnsi="Courier New"/>
          <w:sz w:val="15"/>
        </w:rPr>
        <w:t>const button = document.querySelector('.menu-toggle');</w:t>
      </w:r>
    </w:p>
    <w:p>
      <w:pPr>
        <w:pStyle w:val="Normal"/>
        <w:spacing w:lineRule="auto" w:line="240" w:before="0" w:after="0"/>
        <w:rPr/>
      </w:pPr>
      <w:r>
        <w:rPr>
          <w:rFonts w:ascii="Courier New" w:hAnsi="Courier New"/>
          <w:sz w:val="15"/>
        </w:rPr>
        <w:t xml:space="preserve">    </w:t>
      </w:r>
      <w:r>
        <w:rPr>
          <w:rFonts w:ascii="Courier New" w:hAnsi="Courier New"/>
          <w:sz w:val="15"/>
        </w:rPr>
        <w:t>const isOpen = button.getAttribute('aria-expanded') === 'true';</w:t>
      </w:r>
    </w:p>
    <w:p>
      <w:pPr>
        <w:pStyle w:val="Normal"/>
        <w:spacing w:lineRule="auto" w:line="240" w:before="0" w:after="0"/>
        <w:rPr/>
      </w:pPr>
      <w:r>
        <w:rPr>
          <w:rFonts w:ascii="Courier New" w:hAnsi="Courier New"/>
          <w:sz w:val="15"/>
        </w:rPr>
        <w:t xml:space="preserve">    </w:t>
      </w:r>
      <w:r>
        <w:rPr>
          <w:rFonts w:ascii="Courier New" w:hAnsi="Courier New"/>
          <w:sz w:val="15"/>
        </w:rPr>
        <w:t>button.setAttribute('aria-expanded', String(!isOpen));</w:t>
      </w:r>
    </w:p>
    <w:p>
      <w:pPr>
        <w:pStyle w:val="Normal"/>
        <w:spacing w:lineRule="auto" w:line="240" w:before="0" w:after="0"/>
        <w:rPr/>
      </w:pPr>
      <w:r>
        <w:rPr>
          <w:rFonts w:ascii="Courier New" w:hAnsi="Courier New"/>
          <w:sz w:val="15"/>
        </w:rPr>
        <w:t xml:space="preserve">    </w:t>
      </w:r>
      <w:r>
        <w:rPr>
          <w:rFonts w:ascii="Courier New" w:hAnsi="Courier New"/>
          <w:sz w:val="15"/>
        </w:rPr>
        <w:t>menu.hidden = isOpen;</w:t>
      </w:r>
    </w:p>
    <w:p>
      <w:pPr>
        <w:pStyle w:val="Normal"/>
        <w:spacing w:lineRule="auto" w:line="240" w:before="0" w:after="0"/>
        <w:rPr/>
      </w:pPr>
      <w:r>
        <w:rPr>
          <w:rFonts w:ascii="Courier New" w:hAnsi="Courier New"/>
          <w:sz w:val="15"/>
        </w:rPr>
        <w: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&lt;/body&gt;</w:t>
      </w:r>
    </w:p>
    <w:p>
      <w:pPr>
        <w:pStyle w:val="Normal"/>
        <w:spacing w:lineRule="auto" w:line="240" w:before="0" w:after="0"/>
        <w:rPr/>
      </w:pPr>
      <w:r>
        <w:rPr>
          <w:rFonts w:ascii="Courier New" w:hAnsi="Courier New"/>
          <w:sz w:val="15"/>
        </w:rPr>
        <w:t>&lt;/html&gt;</w:t>
      </w:r>
    </w:p>
    <w:p>
      <w:pPr>
        <w:pStyle w:val="Normal"/>
        <w:rPr/>
      </w:pPr>
      <w:r>
        <w:rPr/>
      </w:r>
      <w:r>
        <w:br w:type="page"/>
      </w:r>
    </w:p>
    <w:p>
      <w:pPr>
        <w:pStyle w:val="Heading2"/>
        <w:spacing w:before="0" w:after="0"/>
        <w:rPr/>
      </w:pPr>
      <w:r>
        <w:t>Appendix A.4 – contact.html</w:t>
      </w:r>
    </w:p>
    <w:p>
      <w:pPr>
        <w:pStyle w:val="Normal"/>
        <w:spacing w:lineRule="auto" w:line="240" w:before="0" w:after="0"/>
        <w:rPr/>
      </w:pPr>
      <w:r>
        <w:rPr>
          <w:rFonts w:ascii="Courier New" w:hAnsi="Courier New"/>
          <w:sz w:val="15"/>
        </w:rPr>
        <w:t>&lt;!DOCTYPE html&gt;</w:t>
      </w:r>
    </w:p>
    <w:p>
      <w:pPr>
        <w:pStyle w:val="Normal"/>
        <w:spacing w:lineRule="auto" w:line="240" w:before="0" w:after="0"/>
        <w:rPr/>
      </w:pPr>
      <w:r>
        <w:rPr>
          <w:rFonts w:ascii="Courier New" w:hAnsi="Courier New"/>
          <w:sz w:val="15"/>
        </w:rPr>
        <w:t>&lt;html lang="en"&gt;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 xml:space="preserve">    </w:t>
      </w:r>
      <w:r>
        <w:rPr>
          <w:rFonts w:ascii="Courier New" w:hAnsi="Courier New"/>
          <w:sz w:val="15"/>
        </w:rPr>
        <w:t>&lt;meta charset="UTF-8"&gt;</w:t>
      </w:r>
    </w:p>
    <w:p>
      <w:pPr>
        <w:pStyle w:val="Normal"/>
        <w:spacing w:lineRule="auto" w:line="240" w:before="0" w:after="0"/>
        <w:rPr/>
      </w:pPr>
      <w:r>
        <w:rPr>
          <w:rFonts w:ascii="Courier New" w:hAnsi="Courier New"/>
          <w:sz w:val="15"/>
        </w:rPr>
        <w:t xml:space="preserve">    </w:t>
      </w:r>
      <w:r>
        <w:rPr>
          <w:rFonts w:ascii="Courier New" w:hAnsi="Courier New"/>
          <w:sz w:val="15"/>
        </w:rPr>
        <w:t>&lt;meta name="viewport" content="width=device-width, initial-scale=1.0"&gt;</w:t>
      </w:r>
    </w:p>
    <w:p>
      <w:pPr>
        <w:pStyle w:val="Normal"/>
        <w:spacing w:lineRule="auto" w:line="240" w:before="0" w:after="0"/>
        <w:rPr/>
      </w:pPr>
      <w:r>
        <w:rPr>
          <w:rFonts w:ascii="Courier New" w:hAnsi="Courier New"/>
          <w:sz w:val="15"/>
        </w:rPr>
        <w:t xml:space="preserve">    </w:t>
      </w:r>
      <w:r>
        <w:rPr>
          <w:rFonts w:ascii="Courier New" w:hAnsi="Courier New"/>
          <w:sz w:val="15"/>
        </w:rPr>
        <w:t>&lt;meta name="description" content="Contact page for Ozn Coffee House, offering coffee, cakes and friendly service."&gt;</w:t>
      </w:r>
    </w:p>
    <w:p>
      <w:pPr>
        <w:pStyle w:val="Normal"/>
        <w:spacing w:lineRule="auto" w:line="240" w:before="0" w:after="0"/>
        <w:rPr/>
      </w:pPr>
      <w:r>
        <w:rPr>
          <w:rFonts w:ascii="Courier New" w:hAnsi="Courier New"/>
          <w:sz w:val="15"/>
        </w:rPr>
        <w:t xml:space="preserve">    </w:t>
      </w:r>
      <w:r>
        <w:rPr>
          <w:rFonts w:ascii="Courier New" w:hAnsi="Courier New"/>
          <w:sz w:val="15"/>
        </w:rPr>
        <w:t>&lt;title&gt;Contact | Ozn Coffee House&lt;/title&gt;</w:t>
      </w:r>
    </w:p>
    <w:p>
      <w:pPr>
        <w:pStyle w:val="Normal"/>
        <w:spacing w:lineRule="auto" w:line="240" w:before="0" w:after="0"/>
        <w:rPr/>
      </w:pPr>
      <w:r>
        <w:rPr>
          <w:rFonts w:ascii="Courier New" w:hAnsi="Courier New"/>
          <w:sz w:val="15"/>
        </w:rPr>
        <w:t xml:space="preserve">    </w:t>
      </w:r>
      <w:r>
        <w:rPr>
          <w:rFonts w:ascii="Courier New" w:hAnsi="Courier New"/>
          <w:sz w:val="15"/>
        </w:rPr>
        <w:t>&lt;link rel="stylesheet" href="style.css"&gt;</w:t>
      </w:r>
    </w:p>
    <w:p>
      <w:pPr>
        <w:pStyle w:val="Normal"/>
        <w:spacing w:lineRule="auto" w:line="240" w:before="0" w:after="0"/>
        <w:rPr/>
      </w:pPr>
      <w:r>
        <w:rPr>
          <w:rFonts w:ascii="Courier New" w:hAnsi="Courier New"/>
          <w:sz w:val="15"/>
        </w:rPr>
        <w:t>&lt;/head&gt;</w:t>
      </w:r>
    </w:p>
    <w:p>
      <w:pPr>
        <w:pStyle w:val="Normal"/>
        <w:spacing w:lineRule="auto" w:line="240" w:before="0" w:after="0"/>
        <w:rPr/>
      </w:pPr>
      <w:r>
        <w:rPr>
          <w:rFonts w:ascii="Courier New" w:hAnsi="Courier New"/>
          <w:sz w:val="15"/>
        </w:rPr>
        <w:t>&lt;body class="page-layout"&gt;</w:t>
      </w:r>
    </w:p>
    <w:p>
      <w:pPr>
        <w:pStyle w:val="Normal"/>
        <w:spacing w:lineRule="auto" w:line="240" w:before="0" w:after="0"/>
        <w:rPr/>
      </w:pPr>
      <w:r>
        <w:rPr>
          <w:rFonts w:ascii="Courier New" w:hAnsi="Courier New"/>
          <w:sz w:val="15"/>
        </w:rPr>
        <w:t>&lt;header class="site-header"&gt;</w:t>
      </w:r>
    </w:p>
    <w:p>
      <w:pPr>
        <w:pStyle w:val="Normal"/>
        <w:spacing w:lineRule="auto" w:line="240" w:before="0" w:after="0"/>
        <w:rPr/>
      </w:pPr>
      <w:r>
        <w:rPr>
          <w:rFonts w:ascii="Courier New" w:hAnsi="Courier New"/>
          <w:sz w:val="15"/>
        </w:rPr>
        <w:t xml:space="preserve">    </w:t>
      </w:r>
      <w:r>
        <w:rPr>
          <w:rFonts w:ascii="Courier New" w:hAnsi="Courier New"/>
          <w:sz w:val="15"/>
        </w:rPr>
        <w:t>&lt;div class="nav-container"&gt;</w:t>
      </w:r>
    </w:p>
    <w:p>
      <w:pPr>
        <w:pStyle w:val="Normal"/>
        <w:spacing w:lineRule="auto" w:line="240" w:before="0" w:after="0"/>
        <w:rPr/>
      </w:pPr>
      <w:r>
        <w:rPr>
          <w:rFonts w:ascii="Courier New" w:hAnsi="Courier New"/>
          <w:sz w:val="15"/>
        </w:rPr>
        <w:t xml:space="preserve">        </w:t>
      </w:r>
      <w:r>
        <w:rPr>
          <w:rFonts w:ascii="Courier New" w:hAnsi="Courier New"/>
          <w:sz w:val="15"/>
        </w:rPr>
        <w:t>&lt;a class="brand" href="index.html"&gt;Ozn Coffee House&lt;/a&gt;</w:t>
      </w:r>
    </w:p>
    <w:p>
      <w:pPr>
        <w:pStyle w:val="Normal"/>
        <w:spacing w:lineRule="auto" w:line="240" w:before="0" w:after="0"/>
        <w:rPr/>
      </w:pPr>
      <w:r>
        <w:rPr>
          <w:rFonts w:ascii="Courier New" w:hAnsi="Courier New"/>
          <w:sz w:val="15"/>
        </w:rPr>
        <w:t xml:space="preserve">        </w:t>
      </w:r>
      <w:r>
        <w:rPr>
          <w:rFonts w:ascii="Courier New" w:hAnsi="Courier New"/>
          <w:sz w:val="15"/>
        </w:rPr>
        <w:t>&lt;nav class="desktop-nav" aria-label="Primary navigation"&gt;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 aria-current="page"&gt;Contact&lt;/a&gt;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 xml:space="preserve">        </w:t>
      </w:r>
      <w:r>
        <w:rPr>
          <w:rFonts w:ascii="Courier New" w:hAnsi="Courier New"/>
          <w:sz w:val="15"/>
        </w:rPr>
        <w:t>&lt;button class="menu-toggle" type="button" aria-expanded="false"</w:t>
      </w:r>
    </w:p>
    <w:p>
      <w:pPr>
        <w:pStyle w:val="Normal"/>
        <w:spacing w:lineRule="auto" w:line="240" w:before="0" w:after="0"/>
        <w:rPr/>
      </w:pPr>
      <w:r>
        <w:rPr>
          <w:rFonts w:ascii="Courier New" w:hAnsi="Courier New"/>
          <w:sz w:val="15"/>
        </w:rPr>
        <w:t xml:space="preserve">                </w:t>
      </w:r>
      <w:r>
        <w:rPr>
          <w:rFonts w:ascii="Courier New" w:hAnsi="Courier New"/>
          <w:sz w:val="15"/>
        </w:rPr>
        <w:t>aria-controls="mobileNavigation" onclick="toggleMenu()"&gt;☰ &lt;span class="visually-hidden"&gt;Menu&lt;/span&gt;&lt;/button&gt;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&lt;nav id="mobileNavigation" class="mobile-nav" aria-label="Mobile navigation" hidden&gt;</w:t>
      </w:r>
    </w:p>
    <w:p>
      <w:pPr>
        <w:pStyle w:val="Normal"/>
        <w:spacing w:lineRule="auto" w:line="240" w:before="0" w:after="0"/>
        <w:rPr/>
      </w:pPr>
      <w:r>
        <w:rPr>
          <w:rFonts w:ascii="Courier New" w:hAnsi="Courier New"/>
          <w:sz w:val="15"/>
        </w:rPr>
        <w:t xml:space="preserve">    </w:t>
      </w:r>
      <w:r>
        <w:rPr>
          <w:rFonts w:ascii="Courier New" w:hAnsi="Courier New"/>
          <w:sz w:val="15"/>
        </w:rPr>
        <w:t>&lt;a href="index.html"&gt;Home&lt;/a&gt;</w:t>
      </w:r>
    </w:p>
    <w:p>
      <w:pPr>
        <w:pStyle w:val="Normal"/>
        <w:spacing w:lineRule="auto" w:line="240" w:before="0" w:after="0"/>
        <w:rPr/>
      </w:pPr>
      <w:r>
        <w:rPr>
          <w:rFonts w:ascii="Courier New" w:hAnsi="Courier New"/>
          <w:sz w:val="15"/>
        </w:rPr>
        <w:t xml:space="preserve">    </w:t>
      </w:r>
      <w:r>
        <w:rPr>
          <w:rFonts w:ascii="Courier New" w:hAnsi="Courier New"/>
          <w:sz w:val="15"/>
        </w:rPr>
        <w:t>&lt;a href="menu.html"&gt;Menu&lt;/a&gt;</w:t>
      </w:r>
    </w:p>
    <w:p>
      <w:pPr>
        <w:pStyle w:val="Normal"/>
        <w:spacing w:lineRule="auto" w:line="240" w:before="0" w:after="0"/>
        <w:rPr/>
      </w:pPr>
      <w:r>
        <w:rPr>
          <w:rFonts w:ascii="Courier New" w:hAnsi="Courier New"/>
          <w:sz w:val="15"/>
        </w:rPr>
        <w:t xml:space="preserve">    </w:t>
      </w:r>
      <w:r>
        <w:rPr>
          <w:rFonts w:ascii="Courier New" w:hAnsi="Courier New"/>
          <w:sz w:val="15"/>
        </w:rPr>
        <w:t>&lt;a href="about.html"&gt;About Us&lt;/a&gt;</w:t>
      </w:r>
    </w:p>
    <w:p>
      <w:pPr>
        <w:pStyle w:val="Normal"/>
        <w:spacing w:lineRule="auto" w:line="240" w:before="0" w:after="0"/>
        <w:rPr/>
      </w:pPr>
      <w:r>
        <w:rPr>
          <w:rFonts w:ascii="Courier New" w:hAnsi="Courier New"/>
          <w:sz w:val="15"/>
        </w:rPr>
        <w:t xml:space="preserve">    </w:t>
      </w:r>
      <w:r>
        <w:rPr>
          <w:rFonts w:ascii="Courier New" w:hAnsi="Courier New"/>
          <w:sz w:val="15"/>
        </w:rPr>
        <w:t>&lt;a href="contact.html" aria-current="page"&gt;Contact&lt;/a&gt;</w:t>
      </w:r>
    </w:p>
    <w:p>
      <w:pPr>
        <w:pStyle w:val="Normal"/>
        <w:spacing w:lineRule="auto" w:line="240" w:before="0" w:after="0"/>
        <w:rPr/>
      </w:pPr>
      <w:r>
        <w:rPr>
          <w:rFonts w:ascii="Courier New" w:hAnsi="Courier New"/>
          <w:sz w:val="15"/>
        </w:rPr>
        <w:t xml:space="preserve">    </w:t>
      </w:r>
      <w:r>
        <w:rPr>
          <w:rFonts w:ascii="Courier New" w:hAnsi="Courier New"/>
          <w:sz w:val="15"/>
        </w:rPr>
        <w:t>&lt;/nav&gt;</w:t>
      </w:r>
    </w:p>
    <w:p>
      <w:pPr>
        <w:pStyle w:val="Normal"/>
        <w:spacing w:lineRule="auto" w:line="240" w:before="0" w:after="0"/>
        <w:rPr/>
      </w:pPr>
      <w:r>
        <w:rPr>
          <w:rFonts w:ascii="Courier New" w:hAnsi="Courier New"/>
          <w:sz w:val="15"/>
        </w:rPr>
        <w:t>&lt;/header&gt;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&lt;section class="container intro"&gt;</w:t>
      </w:r>
    </w:p>
    <w:p>
      <w:pPr>
        <w:pStyle w:val="Normal"/>
        <w:spacing w:lineRule="auto" w:line="240" w:before="0" w:after="0"/>
        <w:rPr/>
      </w:pPr>
      <w:r>
        <w:rPr>
          <w:rFonts w:ascii="Courier New" w:hAnsi="Courier New"/>
          <w:sz w:val="15"/>
        </w:rPr>
        <w:t xml:space="preserve">    </w:t>
      </w:r>
      <w:r>
        <w:rPr>
          <w:rFonts w:ascii="Courier New" w:hAnsi="Courier New"/>
          <w:sz w:val="15"/>
        </w:rPr>
        <w:t>&lt;h1&gt;Contact Ozn Coffee House&lt;/h1&gt;</w:t>
      </w:r>
    </w:p>
    <w:p>
      <w:pPr>
        <w:pStyle w:val="Normal"/>
        <w:spacing w:lineRule="auto" w:line="240" w:before="0" w:after="0"/>
        <w:rPr/>
      </w:pPr>
      <w:r>
        <w:rPr>
          <w:rFonts w:ascii="Courier New" w:hAnsi="Courier New"/>
          <w:sz w:val="15"/>
        </w:rPr>
        <w:t xml:space="preserve">    </w:t>
      </w:r>
      <w:r>
        <w:rPr>
          <w:rFonts w:ascii="Courier New" w:hAnsi="Courier New"/>
          <w:sz w:val="15"/>
        </w:rPr>
        <w:t>&lt;p&gt;Have a question? Send us a message or visit our coffee shop.&lt;/p&gt;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class="container contact-grid"&gt;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&lt;h2&gt;Send Us a Message&lt;/h2&gt;</w:t>
      </w:r>
    </w:p>
    <w:p>
      <w:pPr>
        <w:pStyle w:val="Normal"/>
        <w:spacing w:lineRule="auto" w:line="240" w:before="0" w:after="0"/>
        <w:rPr/>
      </w:pPr>
      <w:r>
        <w:rPr>
          <w:rFonts w:ascii="Courier New" w:hAnsi="Courier New"/>
          <w:sz w:val="15"/>
        </w:rPr>
        <w:t xml:space="preserve">        </w:t>
      </w:r>
      <w:r>
        <w:rPr>
          <w:rFonts w:ascii="Courier New" w:hAnsi="Courier New"/>
          <w:sz w:val="15"/>
        </w:rPr>
        <w:t>&lt;form action="#" method="post"&gt;</w:t>
      </w:r>
    </w:p>
    <w:p>
      <w:pPr>
        <w:pStyle w:val="Normal"/>
        <w:spacing w:lineRule="auto" w:line="240" w:before="0" w:after="0"/>
        <w:rPr/>
      </w:pPr>
      <w:r>
        <w:rPr>
          <w:rFonts w:ascii="Courier New" w:hAnsi="Courier New"/>
          <w:sz w:val="15"/>
        </w:rPr>
        <w:t xml:space="preserve">            </w:t>
      </w:r>
      <w:r>
        <w:rPr>
          <w:rFonts w:ascii="Courier New" w:hAnsi="Courier New"/>
          <w:sz w:val="15"/>
        </w:rPr>
        <w:t>&lt;div class="form-group"&gt;</w:t>
      </w:r>
    </w:p>
    <w:p>
      <w:pPr>
        <w:pStyle w:val="Normal"/>
        <w:spacing w:lineRule="auto" w:line="240" w:before="0" w:after="0"/>
        <w:rPr/>
      </w:pPr>
      <w:r>
        <w:rPr>
          <w:rFonts w:ascii="Courier New" w:hAnsi="Courier New"/>
          <w:sz w:val="15"/>
        </w:rPr>
        <w:t xml:space="preserve">                </w:t>
      </w:r>
      <w:r>
        <w:rPr>
          <w:rFonts w:ascii="Courier New" w:hAnsi="Courier New"/>
          <w:sz w:val="15"/>
        </w:rPr>
        <w:t>&lt;label for="name"&gt;Name&lt;/label&gt;</w:t>
      </w:r>
    </w:p>
    <w:p>
      <w:pPr>
        <w:pStyle w:val="Normal"/>
        <w:spacing w:lineRule="auto" w:line="240" w:before="0" w:after="0"/>
        <w:rPr/>
      </w:pPr>
      <w:r>
        <w:rPr>
          <w:rFonts w:ascii="Courier New" w:hAnsi="Courier New"/>
          <w:sz w:val="15"/>
        </w:rPr>
        <w:t xml:space="preserve">                </w:t>
      </w:r>
      <w:r>
        <w:rPr>
          <w:rFonts w:ascii="Courier New" w:hAnsi="Courier New"/>
          <w:sz w:val="15"/>
        </w:rPr>
        <w:t>&lt;input class="form-control" type="text" id="name" name="name" autocomplete="name" placeholder="Enter your name" required&gt;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&lt;div class="form-group"&gt;</w:t>
      </w:r>
    </w:p>
    <w:p>
      <w:pPr>
        <w:pStyle w:val="Normal"/>
        <w:spacing w:lineRule="auto" w:line="240" w:before="0" w:after="0"/>
        <w:rPr/>
      </w:pPr>
      <w:r>
        <w:rPr>
          <w:rFonts w:ascii="Courier New" w:hAnsi="Courier New"/>
          <w:sz w:val="15"/>
        </w:rPr>
        <w:t xml:space="preserve">                </w:t>
      </w:r>
      <w:r>
        <w:rPr>
          <w:rFonts w:ascii="Courier New" w:hAnsi="Courier New"/>
          <w:sz w:val="15"/>
        </w:rPr>
        <w:t>&lt;label for="email"&gt;Email&lt;/label&gt;</w:t>
      </w:r>
    </w:p>
    <w:p>
      <w:pPr>
        <w:pStyle w:val="Normal"/>
        <w:spacing w:lineRule="auto" w:line="240" w:before="0" w:after="0"/>
        <w:rPr/>
      </w:pPr>
      <w:r>
        <w:rPr>
          <w:rFonts w:ascii="Courier New" w:hAnsi="Courier New"/>
          <w:sz w:val="15"/>
        </w:rPr>
        <w:t xml:space="preserve">                </w:t>
      </w:r>
      <w:r>
        <w:rPr>
          <w:rFonts w:ascii="Courier New" w:hAnsi="Courier New"/>
          <w:sz w:val="15"/>
        </w:rPr>
        <w:t>&lt;input class="form-control" type="email" id="email" name="email" autocomplete="email" placeholder="Enter your email" required&gt;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&lt;div class="form-group"&gt;</w:t>
      </w:r>
    </w:p>
    <w:p>
      <w:pPr>
        <w:pStyle w:val="Normal"/>
        <w:spacing w:lineRule="auto" w:line="240" w:before="0" w:after="0"/>
        <w:rPr/>
      </w:pPr>
      <w:r>
        <w:rPr>
          <w:rFonts w:ascii="Courier New" w:hAnsi="Courier New"/>
          <w:sz w:val="15"/>
        </w:rPr>
        <w:t xml:space="preserve">                </w:t>
      </w:r>
      <w:r>
        <w:rPr>
          <w:rFonts w:ascii="Courier New" w:hAnsi="Courier New"/>
          <w:sz w:val="15"/>
        </w:rPr>
        <w:t>&lt;label for="subject"&gt;Subject&lt;/label&gt;</w:t>
      </w:r>
    </w:p>
    <w:p>
      <w:pPr>
        <w:pStyle w:val="Normal"/>
        <w:spacing w:lineRule="auto" w:line="240" w:before="0" w:after="0"/>
        <w:rPr/>
      </w:pPr>
      <w:r>
        <w:rPr>
          <w:rFonts w:ascii="Courier New" w:hAnsi="Courier New"/>
          <w:sz w:val="15"/>
        </w:rPr>
        <w:t xml:space="preserve">                </w:t>
      </w:r>
      <w:r>
        <w:rPr>
          <w:rFonts w:ascii="Courier New" w:hAnsi="Courier New"/>
          <w:sz w:val="15"/>
        </w:rPr>
        <w:t>&lt;input class="form-control" type="text" id="subject" name="subject" placeholder="Enter a subject"&gt;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&lt;div class="form-group"&gt;</w:t>
      </w:r>
    </w:p>
    <w:p>
      <w:pPr>
        <w:pStyle w:val="Normal"/>
        <w:spacing w:lineRule="auto" w:line="240" w:before="0" w:after="0"/>
        <w:rPr/>
      </w:pPr>
      <w:r>
        <w:rPr>
          <w:rFonts w:ascii="Courier New" w:hAnsi="Courier New"/>
          <w:sz w:val="15"/>
        </w:rPr>
        <w:t xml:space="preserve">                </w:t>
      </w:r>
      <w:r>
        <w:rPr>
          <w:rFonts w:ascii="Courier New" w:hAnsi="Courier New"/>
          <w:sz w:val="15"/>
        </w:rPr>
        <w:t>&lt;label for="message"&gt;Message&lt;/label&gt;</w:t>
      </w:r>
    </w:p>
    <w:p>
      <w:pPr>
        <w:pStyle w:val="Normal"/>
        <w:spacing w:lineRule="auto" w:line="240" w:before="0" w:after="0"/>
        <w:rPr/>
      </w:pPr>
      <w:r>
        <w:rPr>
          <w:rFonts w:ascii="Courier New" w:hAnsi="Courier New"/>
          <w:sz w:val="15"/>
        </w:rPr>
        <w:t xml:space="preserve">                </w:t>
      </w:r>
      <w:r>
        <w:rPr>
          <w:rFonts w:ascii="Courier New" w:hAnsi="Courier New"/>
          <w:sz w:val="15"/>
        </w:rPr>
        <w:t>&lt;textarea class="form-control" id="message" name="message" rows="5" placeholder="Write your message here" required&gt;&lt;/textarea&gt;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&lt;button class="submit-button" type="submit"&gt;Send Message&lt;/button&gt;</w:t>
      </w:r>
    </w:p>
    <w:p>
      <w:pPr>
        <w:pStyle w:val="Normal"/>
        <w:spacing w:lineRule="auto" w:line="240" w:before="0" w:after="0"/>
        <w:rPr/>
      </w:pPr>
      <w:r>
        <w:rPr>
          <w:rFonts w:ascii="Courier New" w:hAnsi="Courier New"/>
          <w:sz w:val="15"/>
        </w:rPr>
        <w:t xml:space="preserve">        </w:t>
      </w:r>
      <w:r>
        <w:rPr>
          <w:rFonts w:ascii="Courier New" w:hAnsi="Courier New"/>
          <w:sz w:val="15"/>
        </w:rPr>
        <w:t>&lt;/form&gt;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 xml:space="preserve">    </w:t>
      </w:r>
      <w:r>
        <w:rPr>
          <w:rFonts w:ascii="Courier New" w:hAnsi="Courier New"/>
          <w:sz w:val="15"/>
        </w:rPr>
        <w:t>&lt;aside class="info-box"&gt;</w:t>
      </w:r>
    </w:p>
    <w:p>
      <w:pPr>
        <w:pStyle w:val="Normal"/>
        <w:spacing w:lineRule="auto" w:line="240" w:before="0" w:after="0"/>
        <w:rPr/>
      </w:pPr>
      <w:r>
        <w:rPr>
          <w:rFonts w:ascii="Courier New" w:hAnsi="Courier New"/>
          <w:sz w:val="15"/>
        </w:rPr>
        <w:t xml:space="preserve">        </w:t>
      </w:r>
      <w:r>
        <w:rPr>
          <w:rFonts w:ascii="Courier New" w:hAnsi="Courier New"/>
          <w:sz w:val="15"/>
        </w:rPr>
        <w:t>&lt;h2&gt;Visit Us&lt;/h2&gt;</w:t>
      </w:r>
    </w:p>
    <w:p>
      <w:pPr>
        <w:pStyle w:val="Normal"/>
        <w:spacing w:lineRule="auto" w:line="240" w:before="0" w:after="0"/>
        <w:rPr/>
      </w:pPr>
      <w:r>
        <w:rPr>
          <w:rFonts w:ascii="Courier New" w:hAnsi="Courier New"/>
          <w:sz w:val="15"/>
        </w:rPr>
        <w:t xml:space="preserve">        </w:t>
      </w:r>
      <w:r>
        <w:rPr>
          <w:rFonts w:ascii="Courier New" w:hAnsi="Courier New"/>
          <w:sz w:val="15"/>
        </w:rPr>
        <w:t>&lt;p&gt;&lt;strong&gt;Address:&lt;/strong&gt;&lt;br&gt;25 Coffee Street,&lt;br&gt;London, UK&lt;/p&gt;</w:t>
      </w:r>
    </w:p>
    <w:p>
      <w:pPr>
        <w:pStyle w:val="Normal"/>
        <w:spacing w:lineRule="auto" w:line="240" w:before="0" w:after="0"/>
        <w:rPr/>
      </w:pPr>
      <w:r>
        <w:rPr>
          <w:rFonts w:ascii="Courier New" w:hAnsi="Courier New"/>
          <w:sz w:val="15"/>
        </w:rPr>
        <w:t xml:space="preserve">        </w:t>
      </w:r>
      <w:r>
        <w:rPr>
          <w:rFonts w:ascii="Courier New" w:hAnsi="Courier New"/>
          <w:sz w:val="15"/>
        </w:rPr>
        <w:t>&lt;p&gt;&lt;strong&gt;Phone:&lt;/strong&gt;&lt;br&gt;020 1234 5678&lt;/p&gt;</w:t>
      </w:r>
    </w:p>
    <w:p>
      <w:pPr>
        <w:pStyle w:val="Normal"/>
        <w:spacing w:lineRule="auto" w:line="240" w:before="0" w:after="0"/>
        <w:rPr/>
      </w:pPr>
      <w:r>
        <w:rPr>
          <w:rFonts w:ascii="Courier New" w:hAnsi="Courier New"/>
          <w:sz w:val="15"/>
        </w:rPr>
        <w:t xml:space="preserve">        </w:t>
      </w:r>
      <w:r>
        <w:rPr>
          <w:rFonts w:ascii="Courier New" w:hAnsi="Courier New"/>
          <w:sz w:val="15"/>
        </w:rPr>
        <w:t>&lt;p&gt;&lt;strong&gt;Email:&lt;/strong&gt;&lt;br&gt;hello@coffeehouse.co.uk&lt;/p&gt;</w:t>
      </w:r>
    </w:p>
    <w:p>
      <w:pPr>
        <w:pStyle w:val="Normal"/>
        <w:spacing w:lineRule="auto" w:line="240" w:before="0" w:after="0"/>
        <w:rPr/>
      </w:pPr>
      <w:r>
        <w:rPr>
          <w:rFonts w:ascii="Courier New" w:hAnsi="Courier New"/>
          <w:sz w:val="15"/>
        </w:rPr>
        <w:t xml:space="preserve">        </w:t>
      </w:r>
      <w:r>
        <w:rPr>
          <w:rFonts w:ascii="Courier New" w:hAnsi="Courier New"/>
          <w:sz w:val="15"/>
        </w:rPr>
        <w:t>&lt;hr&gt;</w:t>
      </w:r>
    </w:p>
    <w:p>
      <w:pPr>
        <w:pStyle w:val="Normal"/>
        <w:spacing w:lineRule="auto" w:line="240" w:before="0" w:after="0"/>
        <w:rPr/>
      </w:pPr>
      <w:r>
        <w:rPr>
          <w:rFonts w:ascii="Courier New" w:hAnsi="Courier New"/>
          <w:sz w:val="15"/>
        </w:rPr>
        <w:t xml:space="preserve">        </w:t>
      </w:r>
      <w:r>
        <w:rPr>
          <w:rFonts w:ascii="Courier New" w:hAnsi="Courier New"/>
          <w:sz w:val="15"/>
        </w:rPr>
        <w:t>&lt;h3&gt;Opening Hours&lt;/h3&gt;</w:t>
      </w:r>
    </w:p>
    <w:p>
      <w:pPr>
        <w:pStyle w:val="Normal"/>
        <w:spacing w:lineRule="auto" w:line="240" w:before="0" w:after="0"/>
        <w:rPr/>
      </w:pPr>
      <w:r>
        <w:rPr>
          <w:rFonts w:ascii="Courier New" w:hAnsi="Courier New"/>
          <w:sz w:val="15"/>
        </w:rPr>
        <w:t xml:space="preserve">        </w:t>
      </w:r>
      <w:r>
        <w:rPr>
          <w:rFonts w:ascii="Courier New" w:hAnsi="Courier New"/>
          <w:sz w:val="15"/>
        </w:rPr>
        <w:t>&lt;p&gt;Monday - Friday: 7:00 AM - 7:00 PM&lt;/p&gt;</w:t>
      </w:r>
    </w:p>
    <w:p>
      <w:pPr>
        <w:pStyle w:val="Normal"/>
        <w:spacing w:lineRule="auto" w:line="240" w:before="0" w:after="0"/>
        <w:rPr/>
      </w:pPr>
      <w:r>
        <w:rPr>
          <w:rFonts w:ascii="Courier New" w:hAnsi="Courier New"/>
          <w:sz w:val="15"/>
        </w:rPr>
        <w:t xml:space="preserve">        </w:t>
      </w:r>
      <w:r>
        <w:rPr>
          <w:rFonts w:ascii="Courier New" w:hAnsi="Courier New"/>
          <w:sz w:val="15"/>
        </w:rPr>
        <w:t>&lt;p&gt;Saturday: 8:00 AM - 6:00 PM&lt;/p&gt;</w:t>
      </w:r>
    </w:p>
    <w:p>
      <w:pPr>
        <w:pStyle w:val="Normal"/>
        <w:spacing w:lineRule="auto" w:line="240" w:before="0" w:after="0"/>
        <w:rPr/>
      </w:pPr>
      <w:r>
        <w:rPr>
          <w:rFonts w:ascii="Courier New" w:hAnsi="Courier New"/>
          <w:sz w:val="15"/>
        </w:rPr>
        <w:t xml:space="preserve">        </w:t>
      </w:r>
      <w:r>
        <w:rPr>
          <w:rFonts w:ascii="Courier New" w:hAnsi="Courier New"/>
          <w:sz w:val="15"/>
        </w:rPr>
        <w:t>&lt;p&gt;Sunday: 9:00 AM - 5:00 PM&lt;/p&gt;</w:t>
      </w:r>
    </w:p>
    <w:p>
      <w:pPr>
        <w:pStyle w:val="Normal"/>
        <w:spacing w:lineRule="auto" w:line="240" w:before="0" w:after="0"/>
        <w:rPr/>
      </w:pPr>
      <w:r>
        <w:rPr>
          <w:rFonts w:ascii="Courier New" w:hAnsi="Courier New"/>
          <w:sz w:val="15"/>
        </w:rPr>
        <w:t xml:space="preserve">    </w:t>
      </w:r>
      <w:r>
        <w:rPr>
          <w:rFonts w:ascii="Courier New" w:hAnsi="Courier New"/>
          <w:sz w:val="15"/>
        </w:rPr>
        <w:t>&lt;/aside&gt;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&lt;section class="section-light"&gt;</w:t>
      </w:r>
    </w:p>
    <w:p>
      <w:pPr>
        <w:pStyle w:val="Normal"/>
        <w:spacing w:lineRule="auto" w:line="240" w:before="0" w:after="0"/>
        <w:rPr/>
      </w:pPr>
      <w:r>
        <w:rPr>
          <w:rFonts w:ascii="Courier New" w:hAnsi="Courier New"/>
          <w:sz w:val="15"/>
        </w:rPr>
        <w:t xml:space="preserve">    </w:t>
      </w:r>
      <w:r>
        <w:rPr>
          <w:rFonts w:ascii="Courier New" w:hAnsi="Courier New"/>
          <w:sz w:val="15"/>
        </w:rPr>
        <w:t>&lt;div class="container cta"&gt;</w:t>
      </w:r>
    </w:p>
    <w:p>
      <w:pPr>
        <w:pStyle w:val="Normal"/>
        <w:spacing w:lineRule="auto" w:line="240" w:before="0" w:after="0"/>
        <w:rPr/>
      </w:pPr>
      <w:r>
        <w:rPr>
          <w:rFonts w:ascii="Courier New" w:hAnsi="Courier New"/>
          <w:sz w:val="15"/>
        </w:rPr>
        <w:t xml:space="preserve">        </w:t>
      </w:r>
      <w:r>
        <w:rPr>
          <w:rFonts w:ascii="Courier New" w:hAnsi="Courier New"/>
          <w:sz w:val="15"/>
        </w:rPr>
        <w:t>&lt;h2&gt;We Would Love to Hear From You&lt;/h2&gt;</w:t>
      </w:r>
    </w:p>
    <w:p>
      <w:pPr>
        <w:pStyle w:val="Normal"/>
        <w:spacing w:lineRule="auto" w:line="240" w:before="0" w:after="0"/>
        <w:rPr/>
      </w:pPr>
      <w:r>
        <w:rPr>
          <w:rFonts w:ascii="Courier New" w:hAnsi="Courier New"/>
          <w:sz w:val="15"/>
        </w:rPr>
        <w:t xml:space="preserve">        </w:t>
      </w:r>
      <w:r>
        <w:rPr>
          <w:rFonts w:ascii="Courier New" w:hAnsi="Courier New"/>
          <w:sz w:val="15"/>
        </w:rPr>
        <w:t>&lt;p&gt;Contact us with any questions, feedback or suggestions.&lt;/p&gt;</w:t>
      </w:r>
    </w:p>
    <w:p>
      <w:pPr>
        <w:pStyle w:val="Normal"/>
        <w:spacing w:lineRule="auto" w:line="240" w:before="0" w:after="0"/>
        <w:rPr/>
      </w:pPr>
      <w:r>
        <w:rPr>
          <w:rFonts w:ascii="Courier New" w:hAnsi="Courier New"/>
          <w:sz w:val="15"/>
        </w:rPr>
        <w:t xml:space="preserve">    </w:t>
      </w:r>
      <w:r>
        <w:rPr>
          <w:rFonts w:ascii="Courier New" w:hAnsi="Courier New"/>
          <w:sz w:val="15"/>
        </w:rPr>
        <w:t>&lt;/div&gt;</w:t>
      </w:r>
    </w:p>
    <w:p>
      <w:pPr>
        <w:pStyle w:val="Normal"/>
        <w:spacing w:lineRule="auto" w:line="240" w:before="0" w:after="0"/>
        <w:rPr/>
      </w:pPr>
      <w:r>
        <w:rPr>
          <w:rFonts w:ascii="Courier New" w:hAnsi="Courier New"/>
          <w:sz w:val="15"/>
        </w:rPr>
        <w:t>&lt;/section&gt;</w:t>
      </w:r>
    </w:p>
    <w:p>
      <w:pPr>
        <w:pStyle w:val="Normal"/>
        <w:spacing w:lineRule="auto" w:line="240" w:before="0" w:after="0"/>
        <w:rPr/>
      </w:pPr>
      <w:r>
        <w:rPr>
          <w:rFonts w:ascii="Courier New" w:hAnsi="Courier New"/>
          <w:sz w:val="15"/>
        </w:rPr>
        <w:t>&lt;/main&gt;</w:t>
      </w:r>
    </w:p>
    <w:p>
      <w:pPr>
        <w:pStyle w:val="Normal"/>
        <w:spacing w:lineRule="auto" w:line="240" w:before="0" w:after="0"/>
        <w:rPr/>
      </w:pPr>
      <w:r>
        <w:rPr>
          <w:rFonts w:ascii="Courier New" w:hAnsi="Courier New"/>
          <w:sz w:val="15"/>
        </w:rPr>
        <w:t>&lt;footer class="footer"&gt;</w:t>
      </w:r>
    </w:p>
    <w:p>
      <w:pPr>
        <w:pStyle w:val="Normal"/>
        <w:spacing w:lineRule="auto" w:line="240" w:before="0" w:after="0"/>
        <w:rPr/>
      </w:pPr>
      <w:r>
        <w:rPr>
          <w:rFonts w:ascii="Courier New" w:hAnsi="Courier New"/>
          <w:sz w:val="15"/>
        </w:rPr>
        <w:t xml:space="preserve">    </w:t>
      </w:r>
      <w:r>
        <w:rPr>
          <w:rFonts w:ascii="Courier New" w:hAnsi="Courier New"/>
          <w:sz w:val="15"/>
        </w:rPr>
        <w:t>&lt;p&gt;&amp;copy; 2026 Ozn Coffee House | All Rights Reserved&lt;/p&gt;</w:t>
      </w:r>
    </w:p>
    <w:p>
      <w:pPr>
        <w:pStyle w:val="Normal"/>
        <w:spacing w:lineRule="auto" w:line="240" w:before="0" w:after="0"/>
        <w:rPr/>
      </w:pPr>
      <w:r>
        <w:rPr>
          <w:rFonts w:ascii="Courier New" w:hAnsi="Courier New"/>
          <w:sz w:val="15"/>
        </w:rPr>
        <w:t>&lt;/footer&gt;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function toggleMenu() {</w:t>
      </w:r>
    </w:p>
    <w:p>
      <w:pPr>
        <w:pStyle w:val="Normal"/>
        <w:spacing w:lineRule="auto" w:line="240" w:before="0" w:after="0"/>
        <w:rPr/>
      </w:pPr>
      <w:r>
        <w:rPr>
          <w:rFonts w:ascii="Courier New" w:hAnsi="Courier New"/>
          <w:sz w:val="15"/>
        </w:rPr>
        <w:t xml:space="preserve">    </w:t>
      </w:r>
      <w:r>
        <w:rPr>
          <w:rFonts w:ascii="Courier New" w:hAnsi="Courier New"/>
          <w:sz w:val="15"/>
        </w:rPr>
        <w:t>const menu = document.getElementById('mobileNavigation');</w:t>
      </w:r>
    </w:p>
    <w:p>
      <w:pPr>
        <w:pStyle w:val="Normal"/>
        <w:spacing w:lineRule="auto" w:line="240" w:before="0" w:after="0"/>
        <w:rPr/>
      </w:pPr>
      <w:r>
        <w:rPr>
          <w:rFonts w:ascii="Courier New" w:hAnsi="Courier New"/>
          <w:sz w:val="15"/>
        </w:rPr>
        <w:t xml:space="preserve">    </w:t>
      </w:r>
      <w:r>
        <w:rPr>
          <w:rFonts w:ascii="Courier New" w:hAnsi="Courier New"/>
          <w:sz w:val="15"/>
        </w:rPr>
        <w:t>const button = document.querySelector('.menu-toggle');</w:t>
      </w:r>
    </w:p>
    <w:p>
      <w:pPr>
        <w:pStyle w:val="Normal"/>
        <w:spacing w:lineRule="auto" w:line="240" w:before="0" w:after="0"/>
        <w:rPr/>
      </w:pPr>
      <w:r>
        <w:rPr>
          <w:rFonts w:ascii="Courier New" w:hAnsi="Courier New"/>
          <w:sz w:val="15"/>
        </w:rPr>
        <w:t xml:space="preserve">    </w:t>
      </w:r>
      <w:r>
        <w:rPr>
          <w:rFonts w:ascii="Courier New" w:hAnsi="Courier New"/>
          <w:sz w:val="15"/>
        </w:rPr>
        <w:t>const isOpen = button.getAttribute('aria-expanded') === 'true';</w:t>
      </w:r>
    </w:p>
    <w:p>
      <w:pPr>
        <w:pStyle w:val="Normal"/>
        <w:spacing w:lineRule="auto" w:line="240" w:before="0" w:after="0"/>
        <w:rPr/>
      </w:pPr>
      <w:r>
        <w:rPr>
          <w:rFonts w:ascii="Courier New" w:hAnsi="Courier New"/>
          <w:sz w:val="15"/>
        </w:rPr>
        <w:t xml:space="preserve">    </w:t>
      </w:r>
      <w:r>
        <w:rPr>
          <w:rFonts w:ascii="Courier New" w:hAnsi="Courier New"/>
          <w:sz w:val="15"/>
        </w:rPr>
        <w:t>button.setAttribute('aria-expanded', String(!isOpen));</w:t>
      </w:r>
    </w:p>
    <w:p>
      <w:pPr>
        <w:pStyle w:val="Normal"/>
        <w:spacing w:lineRule="auto" w:line="240" w:before="0" w:after="0"/>
        <w:rPr/>
      </w:pPr>
      <w:r>
        <w:rPr>
          <w:rFonts w:ascii="Courier New" w:hAnsi="Courier New"/>
          <w:sz w:val="15"/>
        </w:rPr>
        <w:t xml:space="preserve">    </w:t>
      </w:r>
      <w:r>
        <w:rPr>
          <w:rFonts w:ascii="Courier New" w:hAnsi="Courier New"/>
          <w:sz w:val="15"/>
        </w:rPr>
        <w:t>menu.hidden = isOpen;</w:t>
      </w:r>
    </w:p>
    <w:p>
      <w:pPr>
        <w:pStyle w:val="Normal"/>
        <w:spacing w:lineRule="auto" w:line="240" w:before="0" w:after="0"/>
        <w:rPr/>
      </w:pPr>
      <w:r>
        <w:rPr>
          <w:rFonts w:ascii="Courier New" w:hAnsi="Courier New"/>
          <w:sz w:val="15"/>
        </w:rPr>
        <w:t>}</w:t>
      </w:r>
    </w:p>
    <w:p>
      <w:pPr>
        <w:pStyle w:val="Normal"/>
        <w:spacing w:lineRule="auto" w:line="240" w:before="0" w:after="0"/>
        <w:rPr/>
      </w:pPr>
      <w:r>
        <w:rPr>
          <w:rFonts w:ascii="Courier New" w:hAnsi="Courier New"/>
          <w:sz w:val="15"/>
        </w:rPr>
        <w:t>&lt;/script&gt;</w:t>
      </w:r>
    </w:p>
    <w:p>
      <w:pPr>
        <w:pStyle w:val="Normal"/>
        <w:spacing w:lineRule="auto" w:line="240" w:before="0" w:after="0"/>
        <w:rPr/>
      </w:pPr>
      <w:r>
        <w:rPr>
          <w:rFonts w:ascii="Courier New" w:hAnsi="Courier New"/>
          <w:sz w:val="15"/>
        </w:rPr>
        <w:t>&lt;/body&gt;</w:t>
      </w:r>
    </w:p>
    <w:p>
      <w:pPr>
        <w:pStyle w:val="Normal"/>
        <w:spacing w:lineRule="auto" w:line="240" w:before="0" w:after="0"/>
        <w:rPr/>
      </w:pPr>
      <w:r>
        <w:rPr>
          <w:rFonts w:ascii="Courier New" w:hAnsi="Courier New"/>
          <w:sz w:val="15"/>
        </w:rPr>
        <w:t>&lt;/html&gt;</w:t>
      </w:r>
    </w:p>
    <w:p>
      <w:pPr>
        <w:pStyle w:val="Normal"/>
        <w:rPr/>
      </w:pPr>
      <w:r>
        <w:rPr/>
      </w:r>
      <w:r>
        <w:br w:type="page"/>
      </w:r>
    </w:p>
    <w:p>
      <w:pPr>
        <w:pStyle w:val="Heading1"/>
        <w:spacing w:before="0" w:after="0"/>
        <w:rPr/>
      </w:pPr>
      <w:r>
        <w:t>Appendix B – CSS Source Code</w:t>
      </w:r>
    </w:p>
    <w:p>
      <w:pPr>
        <w:pStyle w:val="Normal"/>
        <w:spacing w:lineRule="auto" w:line="240" w:before="0" w:after="0"/>
        <w:rPr/>
      </w:pPr>
      <w:r>
        <w:rPr>
          <w:rFonts w:ascii="Courier New" w:hAnsi="Courier New"/>
        </w:rPr>
        <w:t>/* Ozn Coffee House - custom responsive stylesheet */</w:t>
      </w:r>
    </w:p>
    <w:p>
      <w:pPr>
        <w:pStyle w:val="Normal"/>
        <w:spacing w:lineRule="auto" w:line="240" w:before="0" w:after="0"/>
        <w:rPr/>
      </w:pPr>
      <w:r>
        <w:rPr>
          <w:rFonts w:ascii="Courier New" w:hAnsi="Courier New"/>
        </w:rPr>
        <w:t>* {</w:t>
      </w:r>
    </w:p>
    <w:p>
      <w:pPr>
        <w:pStyle w:val="Normal"/>
        <w:spacing w:lineRule="auto" w:line="240" w:before="0" w:after="0"/>
        <w:rPr/>
      </w:pPr>
      <w:r>
        <w:rPr>
          <w:rFonts w:ascii="Courier New" w:hAnsi="Courier New"/>
        </w:rPr>
        <w:t xml:space="preserve">    </w:t>
      </w:r>
      <w:r>
        <w:rPr>
          <w:rFonts w:ascii="Courier New" w:hAnsi="Courier New"/>
        </w:rPr>
        <w:t>box-sizing: border-box;</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html {</w:t>
      </w:r>
    </w:p>
    <w:p>
      <w:pPr>
        <w:pStyle w:val="Normal"/>
        <w:spacing w:lineRule="auto" w:line="240" w:before="0" w:after="0"/>
        <w:rPr/>
      </w:pPr>
      <w:r>
        <w:rPr>
          <w:rFonts w:ascii="Courier New" w:hAnsi="Courier New"/>
        </w:rPr>
        <w:t xml:space="preserve">    </w:t>
      </w:r>
      <w:r>
        <w:rPr>
          <w:rFonts w:ascii="Courier New" w:hAnsi="Courier New"/>
        </w:rPr>
        <w:t>scroll-behavior: smooth;</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body {</w:t>
      </w:r>
    </w:p>
    <w:p>
      <w:pPr>
        <w:pStyle w:val="Normal"/>
        <w:spacing w:lineRule="auto" w:line="240" w:before="0" w:after="0"/>
        <w:rPr/>
      </w:pPr>
      <w:r>
        <w:rPr>
          <w:rFonts w:ascii="Courier New" w:hAnsi="Courier New"/>
        </w:rPr>
        <w:t xml:space="preserve">    </w:t>
      </w:r>
      <w:r>
        <w:rPr>
          <w:rFonts w:ascii="Courier New" w:hAnsi="Courier New"/>
        </w:rPr>
        <w:t>margin: 0;</w:t>
      </w:r>
    </w:p>
    <w:p>
      <w:pPr>
        <w:pStyle w:val="Normal"/>
        <w:spacing w:lineRule="auto" w:line="240" w:before="0" w:after="0"/>
        <w:rPr/>
      </w:pPr>
      <w:r>
        <w:rPr>
          <w:rFonts w:ascii="Courier New" w:hAnsi="Courier New"/>
        </w:rPr>
        <w:t xml:space="preserve">    </w:t>
      </w:r>
      <w:r>
        <w:rPr>
          <w:rFonts w:ascii="Courier New" w:hAnsi="Courier New"/>
        </w:rPr>
        <w:t>font-family: Arial, Helvetica, sans-serif;</w:t>
      </w:r>
    </w:p>
    <w:p>
      <w:pPr>
        <w:pStyle w:val="Normal"/>
        <w:spacing w:lineRule="auto" w:line="240" w:before="0" w:after="0"/>
        <w:rPr/>
      </w:pPr>
      <w:r>
        <w:rPr>
          <w:rFonts w:ascii="Courier New" w:hAnsi="Courier New"/>
        </w:rPr>
        <w:t xml:space="preserve">    </w:t>
      </w:r>
      <w:r>
        <w:rPr>
          <w:rFonts w:ascii="Courier New" w:hAnsi="Courier New"/>
        </w:rPr>
        <w:t>color: #212529;</w:t>
      </w:r>
    </w:p>
    <w:p>
      <w:pPr>
        <w:pStyle w:val="Normal"/>
        <w:spacing w:lineRule="auto" w:line="240" w:before="0" w:after="0"/>
        <w:rPr/>
      </w:pPr>
      <w:r>
        <w:rPr>
          <w:rFonts w:ascii="Courier New" w:hAnsi="Courier New"/>
        </w:rPr>
        <w:t xml:space="preserve">    </w:t>
      </w:r>
      <w:r>
        <w:rPr>
          <w:rFonts w:ascii="Courier New" w:hAnsi="Courier New"/>
        </w:rPr>
        <w:t>background: #ffffff;</w:t>
      </w:r>
    </w:p>
    <w:p>
      <w:pPr>
        <w:pStyle w:val="Normal"/>
        <w:spacing w:lineRule="auto" w:line="240" w:before="0" w:after="0"/>
        <w:rPr/>
      </w:pPr>
      <w:r>
        <w:rPr>
          <w:rFonts w:ascii="Courier New" w:hAnsi="Courier New"/>
        </w:rPr>
        <w:t xml:space="preserve">    </w:t>
      </w:r>
      <w:r>
        <w:rPr>
          <w:rFonts w:ascii="Courier New" w:hAnsi="Courier New"/>
        </w:rPr>
        <w:t>line-height: 1.6;</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img {</w:t>
      </w:r>
    </w:p>
    <w:p>
      <w:pPr>
        <w:pStyle w:val="Normal"/>
        <w:spacing w:lineRule="auto" w:line="240" w:before="0" w:after="0"/>
        <w:rPr/>
      </w:pPr>
      <w:r>
        <w:rPr>
          <w:rFonts w:ascii="Courier New" w:hAnsi="Courier New"/>
        </w:rPr>
        <w:t xml:space="preserve">    </w:t>
      </w:r>
      <w:r>
        <w:rPr>
          <w:rFonts w:ascii="Courier New" w:hAnsi="Courier New"/>
        </w:rPr>
        <w:t>max-width: 100%;</w:t>
      </w:r>
    </w:p>
    <w:p>
      <w:pPr>
        <w:pStyle w:val="Normal"/>
        <w:spacing w:lineRule="auto" w:line="240" w:before="0" w:after="0"/>
        <w:rPr/>
      </w:pPr>
      <w:r>
        <w:rPr>
          <w:rFonts w:ascii="Courier New" w:hAnsi="Courier New"/>
        </w:rPr>
        <w:t xml:space="preserve">    </w:t>
      </w:r>
      <w:r>
        <w:rPr>
          <w:rFonts w:ascii="Courier New" w:hAnsi="Courier New"/>
        </w:rPr>
        <w:t>display: block;</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a {</w:t>
      </w:r>
    </w:p>
    <w:p>
      <w:pPr>
        <w:pStyle w:val="Normal"/>
        <w:spacing w:lineRule="auto" w:line="240" w:before="0" w:after="0"/>
        <w:rPr/>
      </w:pPr>
      <w:r>
        <w:rPr>
          <w:rFonts w:ascii="Courier New" w:hAnsi="Courier New"/>
        </w:rPr>
        <w:t xml:space="preserve">    </w:t>
      </w:r>
      <w:r>
        <w:rPr>
          <w:rFonts w:ascii="Courier New" w:hAnsi="Courier New"/>
        </w:rPr>
        <w:t>color: inherit;</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.site-header {</w:t>
      </w:r>
    </w:p>
    <w:p>
      <w:pPr>
        <w:pStyle w:val="Normal"/>
        <w:spacing w:lineRule="auto" w:line="240" w:before="0" w:after="0"/>
        <w:rPr/>
      </w:pPr>
      <w:r>
        <w:rPr>
          <w:rFonts w:ascii="Courier New" w:hAnsi="Courier New"/>
        </w:rPr>
        <w:t xml:space="preserve">    </w:t>
      </w:r>
      <w:r>
        <w:rPr>
          <w:rFonts w:ascii="Courier New" w:hAnsi="Courier New"/>
        </w:rPr>
        <w:t>background: #f8f9fa;</w:t>
      </w:r>
    </w:p>
    <w:p>
      <w:pPr>
        <w:pStyle w:val="Normal"/>
        <w:spacing w:lineRule="auto" w:line="240" w:before="0" w:after="0"/>
        <w:rPr/>
      </w:pPr>
      <w:r>
        <w:rPr>
          <w:rFonts w:ascii="Courier New" w:hAnsi="Courier New"/>
        </w:rPr>
        <w:t xml:space="preserve">    </w:t>
      </w:r>
      <w:r>
        <w:rPr>
          <w:rFonts w:ascii="Courier New" w:hAnsi="Courier New"/>
        </w:rPr>
        <w:t>border-bottom: 1px solid #e5e7eb;</w:t>
      </w:r>
    </w:p>
    <w:p>
      <w:pPr>
        <w:pStyle w:val="Normal"/>
        <w:spacing w:lineRule="auto" w:line="240" w:before="0" w:after="0"/>
        <w:rPr/>
      </w:pPr>
      <w:r>
        <w:rPr>
          <w:rFonts w:ascii="Courier New" w:hAnsi="Courier New"/>
        </w:rPr>
        <w:t xml:space="preserve">    </w:t>
      </w:r>
      <w:r>
        <w:rPr>
          <w:rFonts w:ascii="Courier New" w:hAnsi="Courier New"/>
        </w:rPr>
        <w:t>position: sticky;</w:t>
      </w:r>
    </w:p>
    <w:p>
      <w:pPr>
        <w:pStyle w:val="Normal"/>
        <w:spacing w:lineRule="auto" w:line="240" w:before="0" w:after="0"/>
        <w:rPr/>
      </w:pPr>
      <w:r>
        <w:rPr>
          <w:rFonts w:ascii="Courier New" w:hAnsi="Courier New"/>
        </w:rPr>
        <w:t xml:space="preserve">    </w:t>
      </w:r>
      <w:r>
        <w:rPr>
          <w:rFonts w:ascii="Courier New" w:hAnsi="Courier New"/>
        </w:rPr>
        <w:t>top: 0;</w:t>
      </w:r>
    </w:p>
    <w:p>
      <w:pPr>
        <w:pStyle w:val="Normal"/>
        <w:spacing w:lineRule="auto" w:line="240" w:before="0" w:after="0"/>
        <w:rPr/>
      </w:pPr>
      <w:r>
        <w:rPr>
          <w:rFonts w:ascii="Courier New" w:hAnsi="Courier New"/>
        </w:rPr>
        <w:t xml:space="preserve">    </w:t>
      </w:r>
      <w:r>
        <w:rPr>
          <w:rFonts w:ascii="Courier New" w:hAnsi="Courier New"/>
        </w:rPr>
        <w:t>z-index: 1000;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.nav-container {</w:t>
      </w:r>
    </w:p>
    <w:p>
      <w:pPr>
        <w:pStyle w:val="Normal"/>
        <w:spacing w:lineRule="auto" w:line="240" w:before="0" w:after="0"/>
        <w:rPr/>
      </w:pPr>
      <w:r>
        <w:rPr>
          <w:rFonts w:ascii="Courier New" w:hAnsi="Courier New"/>
        </w:rPr>
        <w:t xml:space="preserve">    </w:t>
      </w:r>
      <w:r>
        <w:rPr>
          <w:rFonts w:ascii="Courier New" w:hAnsi="Courier New"/>
        </w:rPr>
        <w:t>max-width: 1200px;</w:t>
      </w:r>
    </w:p>
    <w:p>
      <w:pPr>
        <w:pStyle w:val="Normal"/>
        <w:spacing w:lineRule="auto" w:line="240" w:before="0" w:after="0"/>
        <w:rPr/>
      </w:pPr>
      <w:r>
        <w:rPr>
          <w:rFonts w:ascii="Courier New" w:hAnsi="Courier New"/>
        </w:rPr>
        <w:t xml:space="preserve">    </w:t>
      </w:r>
      <w:r>
        <w:rPr>
          <w:rFonts w:ascii="Courier New" w:hAnsi="Courier New"/>
        </w:rPr>
        <w:t>margin: 0 auto;</w:t>
      </w:r>
    </w:p>
    <w:p>
      <w:pPr>
        <w:pStyle w:val="Normal"/>
        <w:spacing w:lineRule="auto" w:line="240" w:before="0" w:after="0"/>
        <w:rPr/>
      </w:pPr>
      <w:r>
        <w:rPr>
          <w:rFonts w:ascii="Courier New" w:hAnsi="Courier New"/>
        </w:rPr>
        <w:t xml:space="preserve">    </w:t>
      </w:r>
      <w:r>
        <w:rPr>
          <w:rFonts w:ascii="Courier New" w:hAnsi="Courier New"/>
        </w:rPr>
        <w:t>padding: 0.9rem 1.25rem;</w:t>
      </w:r>
    </w:p>
    <w:p>
      <w:pPr>
        <w:pStyle w:val="Normal"/>
        <w:spacing w:lineRule="auto" w:line="240" w:before="0" w:after="0"/>
        <w:rPr/>
      </w:pPr>
      <w:r>
        <w:rPr>
          <w:rFonts w:ascii="Courier New" w:hAnsi="Courier New"/>
        </w:rPr>
        <w:t xml:space="preserve">    </w:t>
      </w:r>
      <w:r>
        <w:rPr>
          <w:rFonts w:ascii="Courier New" w:hAnsi="Courier New"/>
        </w:rPr>
        <w:t>display: flex;</w:t>
      </w:r>
    </w:p>
    <w:p>
      <w:pPr>
        <w:pStyle w:val="Normal"/>
        <w:spacing w:lineRule="auto" w:line="240" w:before="0" w:after="0"/>
        <w:rPr/>
      </w:pPr>
      <w:r>
        <w:rPr>
          <w:rFonts w:ascii="Courier New" w:hAnsi="Courier New"/>
        </w:rPr>
        <w:t xml:space="preserve">    </w:t>
      </w:r>
      <w:r>
        <w:rPr>
          <w:rFonts w:ascii="Courier New" w:hAnsi="Courier New"/>
        </w:rPr>
        <w:t>align-items: center;</w:t>
      </w:r>
    </w:p>
    <w:p>
      <w:pPr>
        <w:pStyle w:val="Normal"/>
        <w:spacing w:lineRule="auto" w:line="240" w:before="0" w:after="0"/>
        <w:rPr/>
      </w:pPr>
      <w:r>
        <w:rPr>
          <w:rFonts w:ascii="Courier New" w:hAnsi="Courier New"/>
        </w:rPr>
        <w:t xml:space="preserve">    </w:t>
      </w:r>
      <w:r>
        <w:rPr>
          <w:rFonts w:ascii="Courier New" w:hAnsi="Courier New"/>
        </w:rPr>
        <w:t>justify-content: space-between;</w:t>
      </w:r>
    </w:p>
    <w:p>
      <w:pPr>
        <w:pStyle w:val="Normal"/>
        <w:spacing w:lineRule="auto" w:line="240" w:before="0" w:after="0"/>
        <w:rPr/>
      </w:pPr>
      <w:r>
        <w:rPr>
          <w:rFonts w:ascii="Courier New" w:hAnsi="Courier New"/>
        </w:rPr>
        <w:t xml:space="preserve">    </w:t>
      </w:r>
      <w:r>
        <w:rPr>
          <w:rFonts w:ascii="Courier New" w:hAnsi="Courier New"/>
        </w:rPr>
        <w:t>gap: 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.brand {</w:t>
      </w:r>
    </w:p>
    <w:p>
      <w:pPr>
        <w:pStyle w:val="Normal"/>
        <w:spacing w:lineRule="auto" w:line="240" w:before="0" w:after="0"/>
        <w:rPr/>
      </w:pPr>
      <w:r>
        <w:rPr>
          <w:rFonts w:ascii="Courier New" w:hAnsi="Courier New"/>
        </w:rPr>
        <w:t xml:space="preserve">    </w:t>
      </w:r>
      <w:r>
        <w:rPr>
          <w:rFonts w:ascii="Courier New" w:hAnsi="Courier New"/>
        </w:rPr>
        <w:t>font-size: 1.45rem;</w:t>
      </w:r>
    </w:p>
    <w:p>
      <w:pPr>
        <w:pStyle w:val="Normal"/>
        <w:spacing w:lineRule="auto" w:line="240" w:before="0" w:after="0"/>
        <w:rPr/>
      </w:pPr>
      <w:r>
        <w:rPr>
          <w:rFonts w:ascii="Courier New" w:hAnsi="Courier New"/>
        </w:rPr>
        <w:t xml:space="preserve">    </w:t>
      </w:r>
      <w:r>
        <w:rPr>
          <w:rFonts w:ascii="Courier New" w:hAnsi="Courier New"/>
        </w:rPr>
        <w:t>font-weight: 700;</w:t>
      </w:r>
    </w:p>
    <w:p>
      <w:pPr>
        <w:pStyle w:val="Normal"/>
        <w:spacing w:lineRule="auto" w:line="240" w:before="0" w:after="0"/>
        <w:rPr/>
      </w:pPr>
      <w:r>
        <w:rPr>
          <w:rFonts w:ascii="Courier New" w:hAnsi="Courier New"/>
        </w:rPr>
        <w:t xml:space="preserve">    </w:t>
      </w:r>
      <w:r>
        <w:rPr>
          <w:rFonts w:ascii="Courier New" w:hAnsi="Courier New"/>
        </w:rPr>
        <w:t>text-decoration: none;</w:t>
      </w:r>
    </w:p>
    <w:p>
      <w:pPr>
        <w:pStyle w:val="Normal"/>
        <w:spacing w:lineRule="auto" w:line="240" w:before="0" w:after="0"/>
        <w:rPr/>
      </w:pPr>
      <w:r>
        <w:rPr>
          <w:rFonts w:ascii="Courier New" w:hAnsi="Courier New"/>
        </w:rPr>
        <w:t xml:space="preserve">    </w:t>
      </w:r>
      <w:r>
        <w:rPr>
          <w:rFonts w:ascii="Courier New" w:hAnsi="Courier New"/>
        </w:rPr>
        <w:t>white-space: nowrap;</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.desktop-nav {</w:t>
      </w:r>
    </w:p>
    <w:p>
      <w:pPr>
        <w:pStyle w:val="Normal"/>
        <w:spacing w:lineRule="auto" w:line="240" w:before="0" w:after="0"/>
        <w:rPr/>
      </w:pPr>
      <w:r>
        <w:rPr>
          <w:rFonts w:ascii="Courier New" w:hAnsi="Courier New"/>
        </w:rPr>
        <w:t xml:space="preserve">    </w:t>
      </w:r>
      <w:r>
        <w:rPr>
          <w:rFonts w:ascii="Courier New" w:hAnsi="Courier New"/>
        </w:rPr>
        <w:t>display: flex;</w:t>
      </w:r>
    </w:p>
    <w:p>
      <w:pPr>
        <w:pStyle w:val="Normal"/>
        <w:spacing w:lineRule="auto" w:line="240" w:before="0" w:after="0"/>
        <w:rPr/>
      </w:pPr>
      <w:r>
        <w:rPr>
          <w:rFonts w:ascii="Courier New" w:hAnsi="Courier New"/>
        </w:rPr>
        <w:t xml:space="preserve">    </w:t>
      </w:r>
      <w:r>
        <w:rPr>
          <w:rFonts w:ascii="Courier New" w:hAnsi="Courier New"/>
        </w:rPr>
        <w:t>align-items: center;</w:t>
      </w:r>
    </w:p>
    <w:p>
      <w:pPr>
        <w:pStyle w:val="Normal"/>
        <w:spacing w:lineRule="auto" w:line="240" w:before="0" w:after="0"/>
        <w:rPr/>
      </w:pPr>
      <w:r>
        <w:rPr>
          <w:rFonts w:ascii="Courier New" w:hAnsi="Courier New"/>
        </w:rPr>
        <w:t xml:space="preserve">    </w:t>
      </w:r>
      <w:r>
        <w:rPr>
          <w:rFonts w:ascii="Courier New" w:hAnsi="Courier New"/>
        </w:rPr>
        <w:t>gap: 0.25rem;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.desktop-nav a,</w:t>
      </w:r>
    </w:p>
    <w:p>
      <w:pPr>
        <w:pStyle w:val="Normal"/>
        <w:spacing w:lineRule="auto" w:line="240" w:before="0" w:after="0"/>
        <w:rPr/>
      </w:pPr>
      <w:r>
        <w:rPr>
          <w:rFonts w:ascii="Courier New" w:hAnsi="Courier New"/>
        </w:rPr>
        <w:t>.mobile-nav a {</w:t>
      </w:r>
    </w:p>
    <w:p>
      <w:pPr>
        <w:pStyle w:val="Normal"/>
        <w:spacing w:lineRule="auto" w:line="240" w:before="0" w:after="0"/>
        <w:rPr/>
      </w:pPr>
      <w:r>
        <w:rPr>
          <w:rFonts w:ascii="Courier New" w:hAnsi="Courier New"/>
        </w:rPr>
        <w:t xml:space="preserve">    </w:t>
      </w:r>
      <w:r>
        <w:rPr>
          <w:rFonts w:ascii="Courier New" w:hAnsi="Courier New"/>
        </w:rPr>
        <w:t>text-decoration: none;</w:t>
      </w:r>
    </w:p>
    <w:p>
      <w:pPr>
        <w:pStyle w:val="Normal"/>
        <w:spacing w:lineRule="auto" w:line="240" w:before="0" w:after="0"/>
        <w:rPr/>
      </w:pPr>
      <w:r>
        <w:rPr>
          <w:rFonts w:ascii="Courier New" w:hAnsi="Courier New"/>
        </w:rPr>
        <w:t xml:space="preserve">    </w:t>
      </w:r>
      <w:r>
        <w:rPr>
          <w:rFonts w:ascii="Courier New" w:hAnsi="Courier New"/>
        </w:rPr>
        <w:t>padding: 0.55rem 0.75rem;</w:t>
      </w:r>
    </w:p>
    <w:p>
      <w:pPr>
        <w:pStyle w:val="Normal"/>
        <w:spacing w:lineRule="auto" w:line="240" w:before="0" w:after="0"/>
        <w:rPr/>
      </w:pPr>
      <w:r>
        <w:rPr>
          <w:rFonts w:ascii="Courier New" w:hAnsi="Courier New"/>
        </w:rPr>
        <w:t xml:space="preserve">    </w:t>
      </w:r>
      <w:r>
        <w:rPr>
          <w:rFonts w:ascii="Courier New" w:hAnsi="Courier New"/>
        </w:rPr>
        <w:t>border-radius: 0.4rem;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.desktop-nav a:hover,</w:t>
      </w:r>
    </w:p>
    <w:p>
      <w:pPr>
        <w:pStyle w:val="Normal"/>
        <w:spacing w:lineRule="auto" w:line="240" w:before="0" w:after="0"/>
        <w:rPr/>
      </w:pPr>
      <w:r>
        <w:rPr>
          <w:rFonts w:ascii="Courier New" w:hAnsi="Courier New"/>
        </w:rPr>
        <w:t>.desktop-nav a:focus-visible,</w:t>
      </w:r>
    </w:p>
    <w:p>
      <w:pPr>
        <w:pStyle w:val="Normal"/>
        <w:spacing w:lineRule="auto" w:line="240" w:before="0" w:after="0"/>
        <w:rPr/>
      </w:pPr>
      <w:r>
        <w:rPr>
          <w:rFonts w:ascii="Courier New" w:hAnsi="Courier New"/>
        </w:rPr>
        <w:t>.mobile-nav a:hover,</w:t>
      </w:r>
    </w:p>
    <w:p>
      <w:pPr>
        <w:pStyle w:val="Normal"/>
        <w:spacing w:lineRule="auto" w:line="240" w:before="0" w:after="0"/>
        <w:rPr/>
      </w:pPr>
      <w:r>
        <w:rPr>
          <w:rFonts w:ascii="Courier New" w:hAnsi="Courier New"/>
        </w:rPr>
        <w:t>.mobile-nav a:focus-visible {</w:t>
      </w:r>
    </w:p>
    <w:p>
      <w:pPr>
        <w:pStyle w:val="Normal"/>
        <w:spacing w:lineRule="auto" w:line="240" w:before="0" w:after="0"/>
        <w:rPr/>
      </w:pPr>
      <w:r>
        <w:rPr>
          <w:rFonts w:ascii="Courier New" w:hAnsi="Courier New"/>
        </w:rPr>
        <w:t xml:space="preserve">    </w:t>
      </w:r>
      <w:r>
        <w:rPr>
          <w:rFonts w:ascii="Courier New" w:hAnsi="Courier New"/>
        </w:rPr>
        <w:t>background: #e9ecef;</w:t>
      </w:r>
    </w:p>
    <w:p>
      <w:pPr>
        <w:pStyle w:val="Normal"/>
        <w:spacing w:lineRule="auto" w:line="240" w:before="0" w:after="0"/>
        <w:rPr/>
      </w:pPr>
      <w:r>
        <w:rPr>
          <w:rFonts w:ascii="Courier New" w:hAnsi="Courier New"/>
        </w:rPr>
        <w:t xml:space="preserve">    </w:t>
      </w:r>
      <w:r>
        <w:rPr>
          <w:rFonts w:ascii="Courier New" w:hAnsi="Courier New"/>
        </w:rPr>
        <w:t>outline: none;</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.desktop-nav a[aria-current="page"],</w:t>
      </w:r>
    </w:p>
    <w:p>
      <w:pPr>
        <w:pStyle w:val="Normal"/>
        <w:spacing w:lineRule="auto" w:line="240" w:before="0" w:after="0"/>
        <w:rPr/>
      </w:pPr>
      <w:r>
        <w:rPr>
          <w:rFonts w:ascii="Courier New" w:hAnsi="Courier New"/>
        </w:rPr>
        <w:t>.mobile-nav a[aria-current="page"] {</w:t>
      </w:r>
    </w:p>
    <w:p>
      <w:pPr>
        <w:pStyle w:val="Normal"/>
        <w:spacing w:lineRule="auto" w:line="240" w:before="0" w:after="0"/>
        <w:rPr/>
      </w:pPr>
      <w:r>
        <w:rPr>
          <w:rFonts w:ascii="Courier New" w:hAnsi="Courier New"/>
        </w:rPr>
        <w:t xml:space="preserve">    </w:t>
      </w:r>
      <w:r>
        <w:rPr>
          <w:rFonts w:ascii="Courier New" w:hAnsi="Courier New"/>
        </w:rPr>
        <w:t>font-weight: 700;</w:t>
      </w:r>
    </w:p>
    <w:p>
      <w:pPr>
        <w:pStyle w:val="Normal"/>
        <w:spacing w:lineRule="auto" w:line="240" w:before="0" w:after="0"/>
        <w:rPr/>
      </w:pPr>
      <w:r>
        <w:rPr>
          <w:rFonts w:ascii="Courier New" w:hAnsi="Courier New"/>
        </w:rPr>
        <w:t xml:space="preserve">    </w:t>
      </w:r>
      <w:r>
        <w:rPr>
          <w:rFonts w:ascii="Courier New" w:hAnsi="Courier New"/>
        </w:rPr>
        <w:t>color: #111;</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.menu-toggle {</w:t>
      </w:r>
    </w:p>
    <w:p>
      <w:pPr>
        <w:pStyle w:val="Normal"/>
        <w:spacing w:lineRule="auto" w:line="240" w:before="0" w:after="0"/>
        <w:rPr/>
      </w:pPr>
      <w:r>
        <w:rPr>
          <w:rFonts w:ascii="Courier New" w:hAnsi="Courier New"/>
        </w:rPr>
        <w:t xml:space="preserve">    </w:t>
      </w:r>
      <w:r>
        <w:rPr>
          <w:rFonts w:ascii="Courier New" w:hAnsi="Courier New"/>
        </w:rPr>
        <w:t>display: none;</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.mobile-nav {</w:t>
      </w:r>
    </w:p>
    <w:p>
      <w:pPr>
        <w:pStyle w:val="Normal"/>
        <w:spacing w:lineRule="auto" w:line="240" w:before="0" w:after="0"/>
        <w:rPr/>
      </w:pPr>
      <w:r>
        <w:rPr>
          <w:rFonts w:ascii="Courier New" w:hAnsi="Courier New"/>
        </w:rPr>
        <w:t xml:space="preserve">    </w:t>
      </w:r>
      <w:r>
        <w:rPr>
          <w:rFonts w:ascii="Courier New" w:hAnsi="Courier New"/>
        </w:rPr>
        <w:t>display: none;</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.container {</w:t>
      </w:r>
    </w:p>
    <w:p>
      <w:pPr>
        <w:pStyle w:val="Normal"/>
        <w:spacing w:lineRule="auto" w:line="240" w:before="0" w:after="0"/>
        <w:rPr/>
      </w:pPr>
      <w:r>
        <w:rPr>
          <w:rFonts w:ascii="Courier New" w:hAnsi="Courier New"/>
        </w:rPr>
        <w:t xml:space="preserve">    </w:t>
      </w:r>
      <w:r>
        <w:rPr>
          <w:rFonts w:ascii="Courier New" w:hAnsi="Courier New"/>
        </w:rPr>
        <w:t>width: min(1200px, calc(100% - 2rem));</w:t>
      </w:r>
    </w:p>
    <w:p>
      <w:pPr>
        <w:pStyle w:val="Normal"/>
        <w:spacing w:lineRule="auto" w:line="240" w:before="0" w:after="0"/>
        <w:rPr/>
      </w:pPr>
      <w:r>
        <w:rPr>
          <w:rFonts w:ascii="Courier New" w:hAnsi="Courier New"/>
        </w:rPr>
        <w:t xml:space="preserve">    </w:t>
      </w:r>
      <w:r>
        <w:rPr>
          <w:rFonts w:ascii="Courier New" w:hAnsi="Courier New"/>
        </w:rPr>
        <w:t>margin-inline: auto;</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.intro {</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 xml:space="preserve">    </w:t>
      </w:r>
      <w:r>
        <w:rPr>
          <w:rFonts w:ascii="Courier New" w:hAnsi="Courier New"/>
        </w:rPr>
        <w:t>padding: 3.2rem 0 2.2rem;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.intro h1 {</w:t>
      </w:r>
    </w:p>
    <w:p>
      <w:pPr>
        <w:pStyle w:val="Normal"/>
        <w:spacing w:lineRule="auto" w:line="240" w:before="0" w:after="0"/>
        <w:rPr/>
      </w:pPr>
      <w:r>
        <w:rPr>
          <w:rFonts w:ascii="Courier New" w:hAnsi="Courier New"/>
        </w:rPr>
        <w:t xml:space="preserve">    </w:t>
      </w:r>
      <w:r>
        <w:rPr>
          <w:rFonts w:ascii="Courier New" w:hAnsi="Courier New"/>
        </w:rPr>
        <w:t>margin: 0 0 1rem;</w:t>
      </w:r>
    </w:p>
    <w:p>
      <w:pPr>
        <w:pStyle w:val="Normal"/>
        <w:spacing w:lineRule="auto" w:line="240" w:before="0" w:after="0"/>
        <w:rPr/>
      </w:pPr>
      <w:r>
        <w:rPr>
          <w:rFonts w:ascii="Courier New" w:hAnsi="Courier New"/>
        </w:rPr>
        <w:t xml:space="preserve">    </w:t>
      </w:r>
      <w:r>
        <w:rPr>
          <w:rFonts w:ascii="Courier New" w:hAnsi="Courier New"/>
        </w:rPr>
        <w:t>font-size: clamp(1.8rem, 3vw, 2.5rem);</w:t>
      </w:r>
    </w:p>
    <w:p>
      <w:pPr>
        <w:pStyle w:val="Normal"/>
        <w:spacing w:lineRule="auto" w:line="240" w:before="0" w:after="0"/>
        <w:rPr/>
      </w:pPr>
      <w:r>
        <w:rPr>
          <w:rFonts w:ascii="Courier New" w:hAnsi="Courier New"/>
        </w:rPr>
        <w:t xml:space="preserve">    </w:t>
      </w:r>
      <w:r>
        <w:rPr>
          <w:rFonts w:ascii="Courier New" w:hAnsi="Courier New"/>
        </w:rPr>
        <w:t>line-height: 1.2;</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.intro p {</w:t>
      </w:r>
    </w:p>
    <w:p>
      <w:pPr>
        <w:pStyle w:val="Normal"/>
        <w:spacing w:lineRule="auto" w:line="240" w:before="0" w:after="0"/>
        <w:rPr/>
      </w:pPr>
      <w:r>
        <w:rPr>
          <w:rFonts w:ascii="Courier New" w:hAnsi="Courier New"/>
        </w:rPr>
        <w:t xml:space="preserve">    </w:t>
      </w:r>
      <w:r>
        <w:rPr>
          <w:rFonts w:ascii="Courier New" w:hAnsi="Courier New"/>
        </w:rPr>
        <w:t>margin: 0 auto;</w:t>
      </w:r>
    </w:p>
    <w:p>
      <w:pPr>
        <w:pStyle w:val="Normal"/>
        <w:spacing w:lineRule="auto" w:line="240" w:before="0" w:after="0"/>
        <w:rPr/>
      </w:pPr>
      <w:r>
        <w:rPr>
          <w:rFonts w:ascii="Courier New" w:hAnsi="Courier New"/>
        </w:rPr>
        <w:t xml:space="preserve">    </w:t>
      </w:r>
      <w:r>
        <w:rPr>
          <w:rFonts w:ascii="Courier New" w:hAnsi="Courier New"/>
        </w:rPr>
        <w:t>max-width: 1000px;</w:t>
      </w:r>
    </w:p>
    <w:p>
      <w:pPr>
        <w:pStyle w:val="Normal"/>
        <w:spacing w:lineRule="auto" w:line="240" w:before="0" w:after="0"/>
        <w:rPr/>
      </w:pPr>
      <w:r>
        <w:rPr>
          <w:rFonts w:ascii="Courier New" w:hAnsi="Courier New"/>
        </w:rPr>
        <w:t xml:space="preserve">    </w:t>
      </w:r>
      <w:r>
        <w:rPr>
          <w:rFonts w:ascii="Courier New" w:hAnsi="Courier New"/>
        </w:rPr>
        <w:t>font-size: clamp(1.05rem, 2vw, 1.3rem);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.card-grid {</w:t>
      </w:r>
    </w:p>
    <w:p>
      <w:pPr>
        <w:pStyle w:val="Normal"/>
        <w:spacing w:lineRule="auto" w:line="240" w:before="0" w:after="0"/>
        <w:rPr/>
      </w:pPr>
      <w:r>
        <w:rPr>
          <w:rFonts w:ascii="Courier New" w:hAnsi="Courier New"/>
        </w:rPr>
        <w:t xml:space="preserve">    </w:t>
      </w:r>
      <w:r>
        <w:rPr>
          <w:rFonts w:ascii="Courier New" w:hAnsi="Courier New"/>
        </w:rPr>
        <w:t>display: grid;</w:t>
      </w:r>
    </w:p>
    <w:p>
      <w:pPr>
        <w:pStyle w:val="Normal"/>
        <w:spacing w:lineRule="auto" w:line="240" w:before="0" w:after="0"/>
        <w:rPr/>
      </w:pPr>
      <w:r>
        <w:rPr>
          <w:rFonts w:ascii="Courier New" w:hAnsi="Courier New"/>
        </w:rPr>
        <w:t xml:space="preserve">    </w:t>
      </w:r>
      <w:r>
        <w:rPr>
          <w:rFonts w:ascii="Courier New" w:hAnsi="Courier New"/>
        </w:rPr>
        <w:t>grid-template-columns: repeat(3, minmax(0, 1fr));</w:t>
      </w:r>
    </w:p>
    <w:p>
      <w:pPr>
        <w:pStyle w:val="Normal"/>
        <w:spacing w:lineRule="auto" w:line="240" w:before="0" w:after="0"/>
        <w:rPr/>
      </w:pPr>
      <w:r>
        <w:rPr>
          <w:rFonts w:ascii="Courier New" w:hAnsi="Courier New"/>
        </w:rPr>
        <w:t xml:space="preserve">    </w:t>
      </w:r>
      <w:r>
        <w:rPr>
          <w:rFonts w:ascii="Courier New" w:hAnsi="Courier New"/>
        </w:rPr>
        <w:t>gap: 1.5rem;</w:t>
      </w:r>
    </w:p>
    <w:p>
      <w:pPr>
        <w:pStyle w:val="Normal"/>
        <w:spacing w:lineRule="auto" w:line="240" w:before="0" w:after="0"/>
        <w:rPr/>
      </w:pPr>
      <w:r>
        <w:rPr>
          <w:rFonts w:ascii="Courier New" w:hAnsi="Courier New"/>
        </w:rPr>
        <w:t xml:space="preserve">    </w:t>
      </w:r>
      <w:r>
        <w:rPr>
          <w:rFonts w:ascii="Courier New" w:hAnsi="Courier New"/>
        </w:rPr>
        <w:t>padding-bottom: 3rem;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 {</w:t>
      </w:r>
    </w:p>
    <w:p>
      <w:pPr>
        <w:pStyle w:val="Normal"/>
        <w:spacing w:lineRule="auto" w:line="240" w:before="0" w:after="0"/>
        <w:rPr/>
      </w:pPr>
      <w:r>
        <w:rPr>
          <w:rFonts w:ascii="Courier New" w:hAnsi="Courier New"/>
        </w:rPr>
        <w:t xml:space="preserve">    </w:t>
      </w:r>
      <w:r>
        <w:rPr>
          <w:rFonts w:ascii="Courier New" w:hAnsi="Courier New"/>
        </w:rPr>
        <w:t>border: 1px solid #d7d7d7;</w:t>
      </w:r>
    </w:p>
    <w:p>
      <w:pPr>
        <w:pStyle w:val="Normal"/>
        <w:spacing w:lineRule="auto" w:line="240" w:before="0" w:after="0"/>
        <w:rPr/>
      </w:pPr>
      <w:r>
        <w:rPr>
          <w:rFonts w:ascii="Courier New" w:hAnsi="Courier New"/>
        </w:rPr>
        <w:t xml:space="preserve">    </w:t>
      </w:r>
      <w:r>
        <w:rPr>
          <w:rFonts w:ascii="Courier New" w:hAnsi="Courier New"/>
        </w:rPr>
        <w:t>border-radius: 0.55rem;</w:t>
      </w:r>
    </w:p>
    <w:p>
      <w:pPr>
        <w:pStyle w:val="Normal"/>
        <w:spacing w:lineRule="auto" w:line="240" w:before="0" w:after="0"/>
        <w:rPr/>
      </w:pPr>
      <w:r>
        <w:rPr>
          <w:rFonts w:ascii="Courier New" w:hAnsi="Courier New"/>
        </w:rPr>
        <w:t xml:space="preserve">    </w:t>
      </w:r>
      <w:r>
        <w:rPr>
          <w:rFonts w:ascii="Courier New" w:hAnsi="Courier New"/>
        </w:rPr>
        <w:t>overflow: hidden;</w:t>
      </w:r>
    </w:p>
    <w:p>
      <w:pPr>
        <w:pStyle w:val="Normal"/>
        <w:spacing w:lineRule="auto" w:line="240" w:before="0" w:after="0"/>
        <w:rPr/>
      </w:pPr>
      <w:r>
        <w:rPr>
          <w:rFonts w:ascii="Courier New" w:hAnsi="Courier New"/>
        </w:rPr>
        <w:t xml:space="preserve">    </w:t>
      </w:r>
      <w:r>
        <w:rPr>
          <w:rFonts w:ascii="Courier New" w:hAnsi="Courier New"/>
        </w:rPr>
        <w:t>background: #fff;</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 xml:space="preserve">    </w:t>
      </w:r>
      <w:r>
        <w:rPr>
          <w:rFonts w:ascii="Courier New" w:hAnsi="Courier New"/>
        </w:rPr>
        <w:t>box-shadow: 0 1px 3px rgba(0, 0, 0, 0.04);</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 img {</w:t>
      </w:r>
    </w:p>
    <w:p>
      <w:pPr>
        <w:pStyle w:val="Normal"/>
        <w:spacing w:lineRule="auto" w:line="240" w:before="0" w:after="0"/>
        <w:rPr/>
      </w:pPr>
      <w:r>
        <w:rPr>
          <w:rFonts w:ascii="Courier New" w:hAnsi="Courier New"/>
        </w:rPr>
        <w:t xml:space="preserve">    </w:t>
      </w:r>
      <w:r>
        <w:rPr>
          <w:rFonts w:ascii="Courier New" w:hAnsi="Courier New"/>
        </w:rPr>
        <w:t>width: 100%;</w:t>
      </w:r>
    </w:p>
    <w:p>
      <w:pPr>
        <w:pStyle w:val="Normal"/>
        <w:spacing w:lineRule="auto" w:line="240" w:before="0" w:after="0"/>
        <w:rPr/>
      </w:pPr>
      <w:r>
        <w:rPr>
          <w:rFonts w:ascii="Courier New" w:hAnsi="Courier New"/>
        </w:rPr>
        <w:t xml:space="preserve">    </w:t>
      </w:r>
      <w:r>
        <w:rPr>
          <w:rFonts w:ascii="Courier New" w:hAnsi="Courier New"/>
        </w:rPr>
        <w:t>height: 230px;</w:t>
      </w:r>
    </w:p>
    <w:p>
      <w:pPr>
        <w:pStyle w:val="Normal"/>
        <w:spacing w:lineRule="auto" w:line="240" w:before="0" w:after="0"/>
        <w:rPr/>
      </w:pPr>
      <w:r>
        <w:rPr>
          <w:rFonts w:ascii="Courier New" w:hAnsi="Courier New"/>
        </w:rPr>
        <w:t xml:space="preserve">    </w:t>
      </w:r>
      <w:r>
        <w:rPr>
          <w:rFonts w:ascii="Courier New" w:hAnsi="Courier New"/>
        </w:rPr>
        <w:t>object-fit: cover;</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.card-body {</w:t>
      </w:r>
    </w:p>
    <w:p>
      <w:pPr>
        <w:pStyle w:val="Normal"/>
        <w:spacing w:lineRule="auto" w:line="240" w:before="0" w:after="0"/>
        <w:rPr/>
      </w:pPr>
      <w:r>
        <w:rPr>
          <w:rFonts w:ascii="Courier New" w:hAnsi="Courier New"/>
        </w:rPr>
        <w:t xml:space="preserve">    </w:t>
      </w:r>
      <w:r>
        <w:rPr>
          <w:rFonts w:ascii="Courier New" w:hAnsi="Courier New"/>
        </w:rPr>
        <w:t>padding: 1.25rem 1.1rem;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 h2,</w:t>
      </w:r>
    </w:p>
    <w:p>
      <w:pPr>
        <w:pStyle w:val="Normal"/>
        <w:spacing w:lineRule="auto" w:line="240" w:before="0" w:after="0"/>
        <w:rPr/>
      </w:pPr>
      <w:r>
        <w:rPr>
          <w:rFonts w:ascii="Courier New" w:hAnsi="Courier New"/>
        </w:rPr>
        <w:t>.card h3 {</w:t>
      </w:r>
    </w:p>
    <w:p>
      <w:pPr>
        <w:pStyle w:val="Normal"/>
        <w:spacing w:lineRule="auto" w:line="240" w:before="0" w:after="0"/>
        <w:rPr/>
      </w:pPr>
      <w:r>
        <w:rPr>
          <w:rFonts w:ascii="Courier New" w:hAnsi="Courier New"/>
        </w:rPr>
        <w:t xml:space="preserve">    </w:t>
      </w:r>
      <w:r>
        <w:rPr>
          <w:rFonts w:ascii="Courier New" w:hAnsi="Courier New"/>
        </w:rPr>
        <w:t>margin: 0 0 0.6rem;</w:t>
      </w:r>
    </w:p>
    <w:p>
      <w:pPr>
        <w:pStyle w:val="Normal"/>
        <w:spacing w:lineRule="auto" w:line="240" w:before="0" w:after="0"/>
        <w:rPr/>
      </w:pPr>
      <w:r>
        <w:rPr>
          <w:rFonts w:ascii="Courier New" w:hAnsi="Courier New"/>
        </w:rPr>
        <w:t xml:space="preserve">    </w:t>
      </w:r>
      <w:r>
        <w:rPr>
          <w:rFonts w:ascii="Courier New" w:hAnsi="Courier New"/>
        </w:rPr>
        <w:t>font-size: 1.35rem;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.card p {</w:t>
      </w:r>
    </w:p>
    <w:p>
      <w:pPr>
        <w:pStyle w:val="Normal"/>
        <w:spacing w:lineRule="auto" w:line="240" w:before="0" w:after="0"/>
        <w:rPr/>
      </w:pPr>
      <w:r>
        <w:rPr>
          <w:rFonts w:ascii="Courier New" w:hAnsi="Courier New"/>
        </w:rPr>
        <w:t xml:space="preserve">    </w:t>
      </w:r>
      <w:r>
        <w:rPr>
          <w:rFonts w:ascii="Courier New" w:hAnsi="Courier New"/>
        </w:rPr>
        <w:t>margin: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.price {</w:t>
      </w:r>
    </w:p>
    <w:p>
      <w:pPr>
        <w:pStyle w:val="Normal"/>
        <w:spacing w:lineRule="auto" w:line="240" w:before="0" w:after="0"/>
        <w:rPr/>
      </w:pPr>
      <w:r>
        <w:rPr>
          <w:rFonts w:ascii="Courier New" w:hAnsi="Courier New"/>
        </w:rPr>
        <w:t xml:space="preserve">    </w:t>
      </w:r>
      <w:r>
        <w:rPr>
          <w:rFonts w:ascii="Courier New" w:hAnsi="Courier New"/>
        </w:rPr>
        <w:t>margin-top: 0.8rem !important;</w:t>
      </w:r>
    </w:p>
    <w:p>
      <w:pPr>
        <w:pStyle w:val="Normal"/>
        <w:spacing w:lineRule="auto" w:line="240" w:before="0" w:after="0"/>
        <w:rPr/>
      </w:pPr>
      <w:r>
        <w:rPr>
          <w:rFonts w:ascii="Courier New" w:hAnsi="Courier New"/>
        </w:rPr>
        <w:t xml:space="preserve">    </w:t>
      </w:r>
      <w:r>
        <w:rPr>
          <w:rFonts w:ascii="Courier New" w:hAnsi="Courier New"/>
        </w:rPr>
        <w:t>font-weight: 700;</w:t>
      </w:r>
    </w:p>
    <w:p>
      <w:pPr>
        <w:pStyle w:val="Normal"/>
        <w:spacing w:lineRule="auto" w:line="240" w:before="0" w:after="0"/>
        <w:rPr/>
      </w:pPr>
      <w:r>
        <w:rPr>
          <w:rFonts w:ascii="Courier New" w:hAnsi="Courier New"/>
        </w:rPr>
        <w:t xml:space="preserve">    </w:t>
      </w:r>
      <w:r>
        <w:rPr>
          <w:rFonts w:ascii="Courier New" w:hAnsi="Courier New"/>
        </w:rPr>
        <w:t>font-size: 1.1rem;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.section-light {</w:t>
      </w:r>
    </w:p>
    <w:p>
      <w:pPr>
        <w:pStyle w:val="Normal"/>
        <w:spacing w:lineRule="auto" w:line="240" w:before="0" w:after="0"/>
        <w:rPr/>
      </w:pPr>
      <w:r>
        <w:rPr>
          <w:rFonts w:ascii="Courier New" w:hAnsi="Courier New"/>
        </w:rPr>
        <w:t xml:space="preserve">    </w:t>
      </w:r>
      <w:r>
        <w:rPr>
          <w:rFonts w:ascii="Courier New" w:hAnsi="Courier New"/>
        </w:rPr>
        <w:t>background: #f8f9fa;</w:t>
      </w:r>
    </w:p>
    <w:p>
      <w:pPr>
        <w:pStyle w:val="Normal"/>
        <w:spacing w:lineRule="auto" w:line="240" w:before="0" w:after="0"/>
        <w:rPr/>
      </w:pPr>
      <w:r>
        <w:rPr>
          <w:rFonts w:ascii="Courier New" w:hAnsi="Courier New"/>
        </w:rPr>
        <w:t xml:space="preserve">    </w:t>
      </w:r>
      <w:r>
        <w:rPr>
          <w:rFonts w:ascii="Courier New" w:hAnsi="Courier New"/>
        </w:rPr>
        <w:t>padding: 3rem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.section-title {</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 xml:space="preserve">    </w:t>
      </w:r>
      <w:r>
        <w:rPr>
          <w:rFonts w:ascii="Courier New" w:hAnsi="Courier New"/>
        </w:rPr>
        <w:t>margin: 0 0 2rem;</w:t>
      </w:r>
    </w:p>
    <w:p>
      <w:pPr>
        <w:pStyle w:val="Normal"/>
        <w:spacing w:lineRule="auto" w:line="240" w:before="0" w:after="0"/>
        <w:rPr/>
      </w:pPr>
      <w:r>
        <w:rPr>
          <w:rFonts w:ascii="Courier New" w:hAnsi="Courier New"/>
        </w:rPr>
        <w:t xml:space="preserve">    </w:t>
      </w:r>
      <w:r>
        <w:rPr>
          <w:rFonts w:ascii="Courier New" w:hAnsi="Courier New"/>
        </w:rPr>
        <w:t>font-size: clamp(1.7rem, 3vw, 2.2rem);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.feature-grid {</w:t>
      </w:r>
    </w:p>
    <w:p>
      <w:pPr>
        <w:pStyle w:val="Normal"/>
        <w:spacing w:lineRule="auto" w:line="240" w:before="0" w:after="0"/>
        <w:rPr/>
      </w:pPr>
      <w:r>
        <w:rPr>
          <w:rFonts w:ascii="Courier New" w:hAnsi="Courier New"/>
        </w:rPr>
        <w:t xml:space="preserve">    </w:t>
      </w:r>
      <w:r>
        <w:rPr>
          <w:rFonts w:ascii="Courier New" w:hAnsi="Courier New"/>
        </w:rPr>
        <w:t>display: grid;</w:t>
      </w:r>
    </w:p>
    <w:p>
      <w:pPr>
        <w:pStyle w:val="Normal"/>
        <w:spacing w:lineRule="auto" w:line="240" w:before="0" w:after="0"/>
        <w:rPr/>
      </w:pPr>
      <w:r>
        <w:rPr>
          <w:rFonts w:ascii="Courier New" w:hAnsi="Courier New"/>
        </w:rPr>
        <w:t xml:space="preserve">    </w:t>
      </w:r>
      <w:r>
        <w:rPr>
          <w:rFonts w:ascii="Courier New" w:hAnsi="Courier New"/>
        </w:rPr>
        <w:t>grid-template-columns: repeat(3, minmax(0, 1fr));</w:t>
      </w:r>
    </w:p>
    <w:p>
      <w:pPr>
        <w:pStyle w:val="Normal"/>
        <w:spacing w:lineRule="auto" w:line="240" w:before="0" w:after="0"/>
        <w:rPr/>
      </w:pPr>
      <w:r>
        <w:rPr>
          <w:rFonts w:ascii="Courier New" w:hAnsi="Courier New"/>
        </w:rPr>
        <w:t xml:space="preserve">    </w:t>
      </w:r>
      <w:r>
        <w:rPr>
          <w:rFonts w:ascii="Courier New" w:hAnsi="Courier New"/>
        </w:rPr>
        <w:t>gap: 2rem;</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.feature h2 {</w:t>
      </w:r>
    </w:p>
    <w:p>
      <w:pPr>
        <w:pStyle w:val="Normal"/>
        <w:spacing w:lineRule="auto" w:line="240" w:before="0" w:after="0"/>
        <w:rPr/>
      </w:pPr>
      <w:r>
        <w:rPr>
          <w:rFonts w:ascii="Courier New" w:hAnsi="Courier New"/>
        </w:rPr>
        <w:t xml:space="preserve">    </w:t>
      </w:r>
      <w:r>
        <w:rPr>
          <w:rFonts w:ascii="Courier New" w:hAnsi="Courier New"/>
        </w:rPr>
        <w:t>font-size: 1.3rem;</w:t>
      </w:r>
    </w:p>
    <w:p>
      <w:pPr>
        <w:pStyle w:val="Normal"/>
        <w:spacing w:lineRule="auto" w:line="240" w:before="0" w:after="0"/>
        <w:rPr/>
      </w:pPr>
      <w:r>
        <w:rPr>
          <w:rFonts w:ascii="Courier New" w:hAnsi="Courier New"/>
        </w:rPr>
        <w:t xml:space="preserve">    </w:t>
      </w:r>
      <w:r>
        <w:rPr>
          <w:rFonts w:ascii="Courier New" w:hAnsi="Courier New"/>
        </w:rPr>
        <w:t>margin: 0 0 0.6rem;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.feature p {</w:t>
      </w:r>
    </w:p>
    <w:p>
      <w:pPr>
        <w:pStyle w:val="Normal"/>
        <w:spacing w:lineRule="auto" w:line="240" w:before="0" w:after="0"/>
        <w:rPr/>
      </w:pPr>
      <w:r>
        <w:rPr>
          <w:rFonts w:ascii="Courier New" w:hAnsi="Courier New"/>
        </w:rPr>
        <w:t xml:space="preserve">    </w:t>
      </w:r>
      <w:r>
        <w:rPr>
          <w:rFonts w:ascii="Courier New" w:hAnsi="Courier New"/>
        </w:rPr>
        <w:t>margin: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.cta {</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 xml:space="preserve">    </w:t>
      </w:r>
      <w:r>
        <w:rPr>
          <w:rFonts w:ascii="Courier New" w:hAnsi="Courier New"/>
        </w:rPr>
        <w:t>padding: 3rem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.cta h2 {</w:t>
      </w:r>
    </w:p>
    <w:p>
      <w:pPr>
        <w:pStyle w:val="Normal"/>
        <w:spacing w:lineRule="auto" w:line="240" w:before="0" w:after="0"/>
        <w:rPr/>
      </w:pPr>
      <w:r>
        <w:rPr>
          <w:rFonts w:ascii="Courier New" w:hAnsi="Courier New"/>
        </w:rPr>
        <w:t xml:space="preserve">    </w:t>
      </w:r>
      <w:r>
        <w:rPr>
          <w:rFonts w:ascii="Courier New" w:hAnsi="Courier New"/>
        </w:rPr>
        <w:t>margin-top: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.button {</w:t>
      </w:r>
    </w:p>
    <w:p>
      <w:pPr>
        <w:pStyle w:val="Normal"/>
        <w:spacing w:lineRule="auto" w:line="240" w:before="0" w:after="0"/>
        <w:rPr/>
      </w:pPr>
      <w:r>
        <w:rPr>
          <w:rFonts w:ascii="Courier New" w:hAnsi="Courier New"/>
        </w:rPr>
        <w:t xml:space="preserve">    </w:t>
      </w:r>
      <w:r>
        <w:rPr>
          <w:rFonts w:ascii="Courier New" w:hAnsi="Courier New"/>
        </w:rPr>
        <w:t>display: inline-block;</w:t>
      </w:r>
    </w:p>
    <w:p>
      <w:pPr>
        <w:pStyle w:val="Normal"/>
        <w:spacing w:lineRule="auto" w:line="240" w:before="0" w:after="0"/>
        <w:rPr/>
      </w:pPr>
      <w:r>
        <w:rPr>
          <w:rFonts w:ascii="Courier New" w:hAnsi="Courier New"/>
        </w:rPr>
        <w:t xml:space="preserve">    </w:t>
      </w:r>
      <w:r>
        <w:rPr>
          <w:rFonts w:ascii="Courier New" w:hAnsi="Courier New"/>
        </w:rPr>
        <w:t>margin-top: 0.75rem;</w:t>
      </w:r>
    </w:p>
    <w:p>
      <w:pPr>
        <w:pStyle w:val="Normal"/>
        <w:spacing w:lineRule="auto" w:line="240" w:before="0" w:after="0"/>
        <w:rPr/>
      </w:pPr>
      <w:r>
        <w:rPr>
          <w:rFonts w:ascii="Courier New" w:hAnsi="Courier New"/>
        </w:rPr>
        <w:t xml:space="preserve">    </w:t>
      </w:r>
      <w:r>
        <w:rPr>
          <w:rFonts w:ascii="Courier New" w:hAnsi="Courier New"/>
        </w:rPr>
        <w:t>padding: 0.7rem 1.2rem;</w:t>
      </w:r>
    </w:p>
    <w:p>
      <w:pPr>
        <w:pStyle w:val="Normal"/>
        <w:spacing w:lineRule="auto" w:line="240" w:before="0" w:after="0"/>
        <w:rPr/>
      </w:pPr>
      <w:r>
        <w:rPr>
          <w:rFonts w:ascii="Courier New" w:hAnsi="Courier New"/>
        </w:rPr>
        <w:t xml:space="preserve">    </w:t>
      </w:r>
      <w:r>
        <w:rPr>
          <w:rFonts w:ascii="Courier New" w:hAnsi="Courier New"/>
        </w:rPr>
        <w:t>background: #ffbf00;</w:t>
      </w:r>
    </w:p>
    <w:p>
      <w:pPr>
        <w:pStyle w:val="Normal"/>
        <w:spacing w:lineRule="auto" w:line="240" w:before="0" w:after="0"/>
        <w:rPr/>
      </w:pPr>
      <w:r>
        <w:rPr>
          <w:rFonts w:ascii="Courier New" w:hAnsi="Courier New"/>
        </w:rPr>
        <w:t xml:space="preserve">    </w:t>
      </w:r>
      <w:r>
        <w:rPr>
          <w:rFonts w:ascii="Courier New" w:hAnsi="Courier New"/>
        </w:rPr>
        <w:t>color: #111;</w:t>
      </w:r>
    </w:p>
    <w:p>
      <w:pPr>
        <w:pStyle w:val="Normal"/>
        <w:spacing w:lineRule="auto" w:line="240" w:before="0" w:after="0"/>
        <w:rPr/>
      </w:pPr>
      <w:r>
        <w:rPr>
          <w:rFonts w:ascii="Courier New" w:hAnsi="Courier New"/>
        </w:rPr>
        <w:t xml:space="preserve">    </w:t>
      </w:r>
      <w:r>
        <w:rPr>
          <w:rFonts w:ascii="Courier New" w:hAnsi="Courier New"/>
        </w:rPr>
        <w:t>text-decoration: none;</w:t>
      </w:r>
    </w:p>
    <w:p>
      <w:pPr>
        <w:pStyle w:val="Normal"/>
        <w:spacing w:lineRule="auto" w:line="240" w:before="0" w:after="0"/>
        <w:rPr/>
      </w:pPr>
      <w:r>
        <w:rPr>
          <w:rFonts w:ascii="Courier New" w:hAnsi="Courier New"/>
        </w:rPr>
        <w:t xml:space="preserve">    </w:t>
      </w:r>
      <w:r>
        <w:rPr>
          <w:rFonts w:ascii="Courier New" w:hAnsi="Courier New"/>
        </w:rPr>
        <w:t>border-radius: 0.45rem;</w:t>
      </w:r>
    </w:p>
    <w:p>
      <w:pPr>
        <w:pStyle w:val="Normal"/>
        <w:spacing w:lineRule="auto" w:line="240" w:before="0" w:after="0"/>
        <w:rPr/>
      </w:pPr>
      <w:r>
        <w:rPr>
          <w:rFonts w:ascii="Courier New" w:hAnsi="Courier New"/>
        </w:rPr>
        <w:t xml:space="preserve">    </w:t>
      </w:r>
      <w:r>
        <w:rPr>
          <w:rFonts w:ascii="Courier New" w:hAnsi="Courier New"/>
        </w:rPr>
        <w:t>font-weight: 600;</w:t>
      </w:r>
    </w:p>
    <w:p>
      <w:pPr>
        <w:pStyle w:val="Normal"/>
        <w:spacing w:lineRule="auto" w:line="240" w:before="0" w:after="0"/>
        <w:rPr/>
      </w:pPr>
      <w:r>
        <w:rPr>
          <w:rFonts w:ascii="Courier New" w:hAnsi="Courier New"/>
        </w:rPr>
        <w:t xml:space="preserve">    </w:t>
      </w:r>
      <w:r>
        <w:rPr>
          <w:rFonts w:ascii="Courier New" w:hAnsi="Courier New"/>
        </w:rPr>
        <w:t>border: 2px solid transparent;</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.button:hover,</w:t>
      </w:r>
    </w:p>
    <w:p>
      <w:pPr>
        <w:pStyle w:val="Normal"/>
        <w:spacing w:lineRule="auto" w:line="240" w:before="0" w:after="0"/>
        <w:rPr/>
      </w:pPr>
      <w:r>
        <w:rPr>
          <w:rFonts w:ascii="Courier New" w:hAnsi="Courier New"/>
        </w:rPr>
        <w:t>.button:focus-visible {</w:t>
      </w:r>
    </w:p>
    <w:p>
      <w:pPr>
        <w:pStyle w:val="Normal"/>
        <w:spacing w:lineRule="auto" w:line="240" w:before="0" w:after="0"/>
        <w:rPr/>
      </w:pPr>
      <w:r>
        <w:rPr>
          <w:rFonts w:ascii="Courier New" w:hAnsi="Courier New"/>
        </w:rPr>
        <w:t xml:space="preserve">    </w:t>
      </w:r>
      <w:r>
        <w:rPr>
          <w:rFonts w:ascii="Courier New" w:hAnsi="Courier New"/>
        </w:rPr>
        <w:t>background: #e5a900;</w:t>
      </w:r>
    </w:p>
    <w:p>
      <w:pPr>
        <w:pStyle w:val="Normal"/>
        <w:spacing w:lineRule="auto" w:line="240" w:before="0" w:after="0"/>
        <w:rPr/>
      </w:pPr>
      <w:r>
        <w:rPr>
          <w:rFonts w:ascii="Courier New" w:hAnsi="Courier New"/>
        </w:rPr>
        <w:t xml:space="preserve">    </w:t>
      </w:r>
      <w:r>
        <w:rPr>
          <w:rFonts w:ascii="Courier New" w:hAnsi="Courier New"/>
        </w:rPr>
        <w:t>outline: 2px solid #111;</w:t>
      </w:r>
    </w:p>
    <w:p>
      <w:pPr>
        <w:pStyle w:val="Normal"/>
        <w:spacing w:lineRule="auto" w:line="240" w:before="0" w:after="0"/>
        <w:rPr/>
      </w:pPr>
      <w:r>
        <w:rPr>
          <w:rFonts w:ascii="Courier New" w:hAnsi="Courier New"/>
        </w:rPr>
        <w:t xml:space="preserve">    </w:t>
      </w:r>
      <w:r>
        <w:rPr>
          <w:rFonts w:ascii="Courier New" w:hAnsi="Courier New"/>
        </w:rPr>
        <w:t>outline-offset: 2px;</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.contact-grid {</w:t>
      </w:r>
    </w:p>
    <w:p>
      <w:pPr>
        <w:pStyle w:val="Normal"/>
        <w:spacing w:lineRule="auto" w:line="240" w:before="0" w:after="0"/>
        <w:rPr/>
      </w:pPr>
      <w:r>
        <w:rPr>
          <w:rFonts w:ascii="Courier New" w:hAnsi="Courier New"/>
        </w:rPr>
        <w:t xml:space="preserve">    </w:t>
      </w:r>
      <w:r>
        <w:rPr>
          <w:rFonts w:ascii="Courier New" w:hAnsi="Courier New"/>
        </w:rPr>
        <w:t>display: grid;</w:t>
      </w:r>
    </w:p>
    <w:p>
      <w:pPr>
        <w:pStyle w:val="Normal"/>
        <w:spacing w:lineRule="auto" w:line="240" w:before="0" w:after="0"/>
        <w:rPr/>
      </w:pPr>
      <w:r>
        <w:rPr>
          <w:rFonts w:ascii="Courier New" w:hAnsi="Courier New"/>
        </w:rPr>
        <w:t xml:space="preserve">    </w:t>
      </w:r>
      <w:r>
        <w:rPr>
          <w:rFonts w:ascii="Courier New" w:hAnsi="Courier New"/>
        </w:rPr>
        <w:t>grid-template-columns: 1.4fr 0.9fr;</w:t>
      </w:r>
    </w:p>
    <w:p>
      <w:pPr>
        <w:pStyle w:val="Normal"/>
        <w:spacing w:lineRule="auto" w:line="240" w:before="0" w:after="0"/>
        <w:rPr/>
      </w:pPr>
      <w:r>
        <w:rPr>
          <w:rFonts w:ascii="Courier New" w:hAnsi="Courier New"/>
        </w:rPr>
        <w:t xml:space="preserve">    </w:t>
      </w:r>
      <w:r>
        <w:rPr>
          <w:rFonts w:ascii="Courier New" w:hAnsi="Courier New"/>
        </w:rPr>
        <w:t>gap: 3.5rem;</w:t>
      </w:r>
    </w:p>
    <w:p>
      <w:pPr>
        <w:pStyle w:val="Normal"/>
        <w:spacing w:lineRule="auto" w:line="240" w:before="0" w:after="0"/>
        <w:rPr/>
      </w:pPr>
      <w:r>
        <w:rPr>
          <w:rFonts w:ascii="Courier New" w:hAnsi="Courier New"/>
        </w:rPr>
        <w:t xml:space="preserve">    </w:t>
      </w:r>
      <w:r>
        <w:rPr>
          <w:rFonts w:ascii="Courier New" w:hAnsi="Courier New"/>
        </w:rPr>
        <w:t>padding-bottom: 3rem;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.contact-grid h2 {</w:t>
      </w:r>
    </w:p>
    <w:p>
      <w:pPr>
        <w:pStyle w:val="Normal"/>
        <w:spacing w:lineRule="auto" w:line="240" w:before="0" w:after="0"/>
        <w:rPr/>
      </w:pPr>
      <w:r>
        <w:rPr>
          <w:rFonts w:ascii="Courier New" w:hAnsi="Courier New"/>
        </w:rPr>
        <w:t xml:space="preserve">    </w:t>
      </w:r>
      <w:r>
        <w:rPr>
          <w:rFonts w:ascii="Courier New" w:hAnsi="Courier New"/>
        </w:rPr>
        <w:t>margin-top: 0;</w:t>
      </w:r>
    </w:p>
    <w:p>
      <w:pPr>
        <w:pStyle w:val="Normal"/>
        <w:spacing w:lineRule="auto" w:line="240" w:before="0" w:after="0"/>
        <w:rPr/>
      </w:pPr>
      <w:r>
        <w:rPr>
          <w:rFonts w:ascii="Courier New" w:hAnsi="Courier New"/>
        </w:rPr>
        <w:t xml:space="preserve">    </w:t>
      </w:r>
      <w:r>
        <w:rPr>
          <w:rFonts w:ascii="Courier New" w:hAnsi="Courier New"/>
        </w:rPr>
        <w:t>font-size: 2rem;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.form-group {</w:t>
      </w:r>
    </w:p>
    <w:p>
      <w:pPr>
        <w:pStyle w:val="Normal"/>
        <w:spacing w:lineRule="auto" w:line="240" w:before="0" w:after="0"/>
        <w:rPr/>
      </w:pPr>
      <w:r>
        <w:rPr>
          <w:rFonts w:ascii="Courier New" w:hAnsi="Courier New"/>
        </w:rPr>
        <w:t xml:space="preserve">    </w:t>
      </w:r>
      <w:r>
        <w:rPr>
          <w:rFonts w:ascii="Courier New" w:hAnsi="Courier New"/>
        </w:rPr>
        <w:t>margin-bottom: 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.form-group label {</w:t>
      </w:r>
    </w:p>
    <w:p>
      <w:pPr>
        <w:pStyle w:val="Normal"/>
        <w:spacing w:lineRule="auto" w:line="240" w:before="0" w:after="0"/>
        <w:rPr/>
      </w:pPr>
      <w:r>
        <w:rPr>
          <w:rFonts w:ascii="Courier New" w:hAnsi="Courier New"/>
        </w:rPr>
        <w:t xml:space="preserve">    </w:t>
      </w:r>
      <w:r>
        <w:rPr>
          <w:rFonts w:ascii="Courier New" w:hAnsi="Courier New"/>
        </w:rPr>
        <w:t>display: block;</w:t>
      </w:r>
    </w:p>
    <w:p>
      <w:pPr>
        <w:pStyle w:val="Normal"/>
        <w:spacing w:lineRule="auto" w:line="240" w:before="0" w:after="0"/>
        <w:rPr/>
      </w:pPr>
      <w:r>
        <w:rPr>
          <w:rFonts w:ascii="Courier New" w:hAnsi="Courier New"/>
        </w:rPr>
        <w:t xml:space="preserve">    </w:t>
      </w:r>
      <w:r>
        <w:rPr>
          <w:rFonts w:ascii="Courier New" w:hAnsi="Courier New"/>
        </w:rPr>
        <w:t>margin-bottom: 0.35rem;</w:t>
      </w:r>
    </w:p>
    <w:p>
      <w:pPr>
        <w:pStyle w:val="Normal"/>
        <w:spacing w:lineRule="auto" w:line="240" w:before="0" w:after="0"/>
        <w:rPr/>
      </w:pPr>
      <w:r>
        <w:rPr>
          <w:rFonts w:ascii="Courier New" w:hAnsi="Courier New"/>
        </w:rPr>
        <w:t xml:space="preserve">    </w:t>
      </w:r>
      <w:r>
        <w:rPr>
          <w:rFonts w:ascii="Courier New" w:hAnsi="Courier New"/>
        </w:rPr>
        <w:t>font-weight: 600;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.form-control {</w:t>
      </w:r>
    </w:p>
    <w:p>
      <w:pPr>
        <w:pStyle w:val="Normal"/>
        <w:spacing w:lineRule="auto" w:line="240" w:before="0" w:after="0"/>
        <w:rPr/>
      </w:pPr>
      <w:r>
        <w:rPr>
          <w:rFonts w:ascii="Courier New" w:hAnsi="Courier New"/>
        </w:rPr>
        <w:t xml:space="preserve">    </w:t>
      </w:r>
      <w:r>
        <w:rPr>
          <w:rFonts w:ascii="Courier New" w:hAnsi="Courier New"/>
        </w:rPr>
        <w:t>width: 100%;</w:t>
      </w:r>
    </w:p>
    <w:p>
      <w:pPr>
        <w:pStyle w:val="Normal"/>
        <w:spacing w:lineRule="auto" w:line="240" w:before="0" w:after="0"/>
        <w:rPr/>
      </w:pPr>
      <w:r>
        <w:rPr>
          <w:rFonts w:ascii="Courier New" w:hAnsi="Courier New"/>
        </w:rPr>
        <w:t xml:space="preserve">    </w:t>
      </w:r>
      <w:r>
        <w:rPr>
          <w:rFonts w:ascii="Courier New" w:hAnsi="Courier New"/>
        </w:rPr>
        <w:t>padding: 0.75rem 0.85rem;</w:t>
      </w:r>
    </w:p>
    <w:p>
      <w:pPr>
        <w:pStyle w:val="Normal"/>
        <w:spacing w:lineRule="auto" w:line="240" w:before="0" w:after="0"/>
        <w:rPr/>
      </w:pPr>
      <w:r>
        <w:rPr>
          <w:rFonts w:ascii="Courier New" w:hAnsi="Courier New"/>
        </w:rPr>
        <w:t xml:space="preserve">    </w:t>
      </w:r>
      <w:r>
        <w:rPr>
          <w:rFonts w:ascii="Courier New" w:hAnsi="Courier New"/>
        </w:rPr>
        <w:t>border: 1px solid #cfd4da;</w:t>
      </w:r>
    </w:p>
    <w:p>
      <w:pPr>
        <w:pStyle w:val="Normal"/>
        <w:spacing w:lineRule="auto" w:line="240" w:before="0" w:after="0"/>
        <w:rPr/>
      </w:pPr>
      <w:r>
        <w:rPr>
          <w:rFonts w:ascii="Courier New" w:hAnsi="Courier New"/>
        </w:rPr>
        <w:t xml:space="preserve">    </w:t>
      </w:r>
      <w:r>
        <w:rPr>
          <w:rFonts w:ascii="Courier New" w:hAnsi="Courier New"/>
        </w:rPr>
        <w:t>border-radius: 0.45rem;</w:t>
      </w:r>
    </w:p>
    <w:p>
      <w:pPr>
        <w:pStyle w:val="Normal"/>
        <w:spacing w:lineRule="auto" w:line="240" w:before="0" w:after="0"/>
        <w:rPr/>
      </w:pPr>
      <w:r>
        <w:rPr>
          <w:rFonts w:ascii="Courier New" w:hAnsi="Courier New"/>
        </w:rPr>
        <w:t xml:space="preserve">    </w:t>
      </w:r>
      <w:r>
        <w:rPr>
          <w:rFonts w:ascii="Courier New" w:hAnsi="Courier New"/>
        </w:rPr>
        <w:t>font: inherit;</w:t>
      </w:r>
    </w:p>
    <w:p>
      <w:pPr>
        <w:pStyle w:val="Normal"/>
        <w:spacing w:lineRule="auto" w:line="240" w:before="0" w:after="0"/>
        <w:rPr/>
      </w:pPr>
      <w:r>
        <w:rPr>
          <w:rFonts w:ascii="Courier New" w:hAnsi="Courier New"/>
        </w:rPr>
        <w:t xml:space="preserve">    </w:t>
      </w:r>
      <w:r>
        <w:rPr>
          <w:rFonts w:ascii="Courier New" w:hAnsi="Courier New"/>
        </w:rPr>
        <w:t>background: #fff;</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.form-control:focus {</w:t>
      </w:r>
    </w:p>
    <w:p>
      <w:pPr>
        <w:pStyle w:val="Normal"/>
        <w:spacing w:lineRule="auto" w:line="240" w:before="0" w:after="0"/>
        <w:rPr/>
      </w:pPr>
      <w:r>
        <w:rPr>
          <w:rFonts w:ascii="Courier New" w:hAnsi="Courier New"/>
        </w:rPr>
        <w:t xml:space="preserve">    </w:t>
      </w:r>
      <w:r>
        <w:rPr>
          <w:rFonts w:ascii="Courier New" w:hAnsi="Courier New"/>
        </w:rPr>
        <w:t>border-color: #555;</w:t>
      </w:r>
    </w:p>
    <w:p>
      <w:pPr>
        <w:pStyle w:val="Normal"/>
        <w:spacing w:lineRule="auto" w:line="240" w:before="0" w:after="0"/>
        <w:rPr/>
      </w:pPr>
      <w:r>
        <w:rPr>
          <w:rFonts w:ascii="Courier New" w:hAnsi="Courier New"/>
        </w:rPr>
        <w:t xml:space="preserve">    </w:t>
      </w:r>
      <w:r>
        <w:rPr>
          <w:rFonts w:ascii="Courier New" w:hAnsi="Courier New"/>
        </w:rPr>
        <w:t>outline: 3px solid rgba(0, 0, 0, 0.12);</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textarea.form-control {</w:t>
      </w:r>
    </w:p>
    <w:p>
      <w:pPr>
        <w:pStyle w:val="Normal"/>
        <w:spacing w:lineRule="auto" w:line="240" w:before="0" w:after="0"/>
        <w:rPr/>
      </w:pPr>
      <w:r>
        <w:rPr>
          <w:rFonts w:ascii="Courier New" w:hAnsi="Courier New"/>
        </w:rPr>
        <w:t xml:space="preserve">    </w:t>
      </w:r>
      <w:r>
        <w:rPr>
          <w:rFonts w:ascii="Courier New" w:hAnsi="Courier New"/>
        </w:rPr>
        <w:t>min-height: 150px;</w:t>
      </w:r>
    </w:p>
    <w:p>
      <w:pPr>
        <w:pStyle w:val="Normal"/>
        <w:spacing w:lineRule="auto" w:line="240" w:before="0" w:after="0"/>
        <w:rPr/>
      </w:pPr>
      <w:r>
        <w:rPr>
          <w:rFonts w:ascii="Courier New" w:hAnsi="Courier New"/>
        </w:rPr>
        <w:t xml:space="preserve">    </w:t>
      </w:r>
      <w:r>
        <w:rPr>
          <w:rFonts w:ascii="Courier New" w:hAnsi="Courier New"/>
        </w:rPr>
        <w:t>resize: vertical;</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.submit-button {</w:t>
      </w:r>
    </w:p>
    <w:p>
      <w:pPr>
        <w:pStyle w:val="Normal"/>
        <w:spacing w:lineRule="auto" w:line="240" w:before="0" w:after="0"/>
        <w:rPr/>
      </w:pPr>
      <w:r>
        <w:rPr>
          <w:rFonts w:ascii="Courier New" w:hAnsi="Courier New"/>
        </w:rPr>
        <w:t xml:space="preserve">    </w:t>
      </w:r>
      <w:r>
        <w:rPr>
          <w:rFonts w:ascii="Courier New" w:hAnsi="Courier New"/>
        </w:rPr>
        <w:t>padding: 0.7rem 1.2rem;</w:t>
      </w:r>
    </w:p>
    <w:p>
      <w:pPr>
        <w:pStyle w:val="Normal"/>
        <w:spacing w:lineRule="auto" w:line="240" w:before="0" w:after="0"/>
        <w:rPr/>
      </w:pPr>
      <w:r>
        <w:rPr>
          <w:rFonts w:ascii="Courier New" w:hAnsi="Courier New"/>
        </w:rPr>
        <w:t xml:space="preserve">    </w:t>
      </w:r>
      <w:r>
        <w:rPr>
          <w:rFonts w:ascii="Courier New" w:hAnsi="Courier New"/>
        </w:rPr>
        <w:t>border: 0;</w:t>
      </w:r>
    </w:p>
    <w:p>
      <w:pPr>
        <w:pStyle w:val="Normal"/>
        <w:spacing w:lineRule="auto" w:line="240" w:before="0" w:after="0"/>
        <w:rPr/>
      </w:pPr>
      <w:r>
        <w:rPr>
          <w:rFonts w:ascii="Courier New" w:hAnsi="Courier New"/>
        </w:rPr>
        <w:t xml:space="preserve">    </w:t>
      </w:r>
      <w:r>
        <w:rPr>
          <w:rFonts w:ascii="Courier New" w:hAnsi="Courier New"/>
        </w:rPr>
        <w:t>border-radius: 0.45rem;</w:t>
      </w:r>
    </w:p>
    <w:p>
      <w:pPr>
        <w:pStyle w:val="Normal"/>
        <w:spacing w:lineRule="auto" w:line="240" w:before="0" w:after="0"/>
        <w:rPr/>
      </w:pPr>
      <w:r>
        <w:rPr>
          <w:rFonts w:ascii="Courier New" w:hAnsi="Courier New"/>
        </w:rPr>
        <w:t xml:space="preserve">    </w:t>
      </w:r>
      <w:r>
        <w:rPr>
          <w:rFonts w:ascii="Courier New" w:hAnsi="Courier New"/>
        </w:rPr>
        <w:t>background: #ffbf00;</w:t>
      </w:r>
    </w:p>
    <w:p>
      <w:pPr>
        <w:pStyle w:val="Normal"/>
        <w:spacing w:lineRule="auto" w:line="240" w:before="0" w:after="0"/>
        <w:rPr/>
      </w:pPr>
      <w:r>
        <w:rPr>
          <w:rFonts w:ascii="Courier New" w:hAnsi="Courier New"/>
        </w:rPr>
        <w:t xml:space="preserve">    </w:t>
      </w:r>
      <w:r>
        <w:rPr>
          <w:rFonts w:ascii="Courier New" w:hAnsi="Courier New"/>
        </w:rPr>
        <w:t>color: #111;</w:t>
      </w:r>
    </w:p>
    <w:p>
      <w:pPr>
        <w:pStyle w:val="Normal"/>
        <w:spacing w:lineRule="auto" w:line="240" w:before="0" w:after="0"/>
        <w:rPr/>
      </w:pPr>
      <w:r>
        <w:rPr>
          <w:rFonts w:ascii="Courier New" w:hAnsi="Courier New"/>
        </w:rPr>
        <w:t xml:space="preserve">    </w:t>
      </w:r>
      <w:r>
        <w:rPr>
          <w:rFonts w:ascii="Courier New" w:hAnsi="Courier New"/>
        </w:rPr>
        <w:t>font: inherit;</w:t>
      </w:r>
    </w:p>
    <w:p>
      <w:pPr>
        <w:pStyle w:val="Normal"/>
        <w:spacing w:lineRule="auto" w:line="240" w:before="0" w:after="0"/>
        <w:rPr/>
      </w:pPr>
      <w:r>
        <w:rPr>
          <w:rFonts w:ascii="Courier New" w:hAnsi="Courier New"/>
        </w:rPr>
        <w:t xml:space="preserve">    </w:t>
      </w:r>
      <w:r>
        <w:rPr>
          <w:rFonts w:ascii="Courier New" w:hAnsi="Courier New"/>
        </w:rPr>
        <w:t>font-weight: 600;</w:t>
      </w:r>
    </w:p>
    <w:p>
      <w:pPr>
        <w:pStyle w:val="Normal"/>
        <w:spacing w:lineRule="auto" w:line="240" w:before="0" w:after="0"/>
        <w:rPr/>
      </w:pPr>
      <w:r>
        <w:rPr>
          <w:rFonts w:ascii="Courier New" w:hAnsi="Courier New"/>
        </w:rPr>
        <w:t xml:space="preserve">    </w:t>
      </w:r>
      <w:r>
        <w:rPr>
          <w:rFonts w:ascii="Courier New" w:hAnsi="Courier New"/>
        </w:rPr>
        <w:t>cursor: pointer;</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.submit-button:hover,</w:t>
      </w:r>
    </w:p>
    <w:p>
      <w:pPr>
        <w:pStyle w:val="Normal"/>
        <w:spacing w:lineRule="auto" w:line="240" w:before="0" w:after="0"/>
        <w:rPr/>
      </w:pPr>
      <w:r>
        <w:rPr>
          <w:rFonts w:ascii="Courier New" w:hAnsi="Courier New"/>
        </w:rPr>
        <w:t>.submit-button:focus-visible {</w:t>
      </w:r>
    </w:p>
    <w:p>
      <w:pPr>
        <w:pStyle w:val="Normal"/>
        <w:spacing w:lineRule="auto" w:line="240" w:before="0" w:after="0"/>
        <w:rPr/>
      </w:pPr>
      <w:r>
        <w:rPr>
          <w:rFonts w:ascii="Courier New" w:hAnsi="Courier New"/>
        </w:rPr>
        <w:t xml:space="preserve">    </w:t>
      </w:r>
      <w:r>
        <w:rPr>
          <w:rFonts w:ascii="Courier New" w:hAnsi="Courier New"/>
        </w:rPr>
        <w:t>background: #e5a900;</w:t>
      </w:r>
    </w:p>
    <w:p>
      <w:pPr>
        <w:pStyle w:val="Normal"/>
        <w:spacing w:lineRule="auto" w:line="240" w:before="0" w:after="0"/>
        <w:rPr/>
      </w:pPr>
      <w:r>
        <w:rPr>
          <w:rFonts w:ascii="Courier New" w:hAnsi="Courier New"/>
        </w:rPr>
        <w:t xml:space="preserve">    </w:t>
      </w:r>
      <w:r>
        <w:rPr>
          <w:rFonts w:ascii="Courier New" w:hAnsi="Courier New"/>
        </w:rPr>
        <w:t>outline: 2px solid #111;</w:t>
      </w:r>
    </w:p>
    <w:p>
      <w:pPr>
        <w:pStyle w:val="Normal"/>
        <w:spacing w:lineRule="auto" w:line="240" w:before="0" w:after="0"/>
        <w:rPr/>
      </w:pPr>
      <w:r>
        <w:rPr>
          <w:rFonts w:ascii="Courier New" w:hAnsi="Courier New"/>
        </w:rPr>
        <w:t xml:space="preserve">    </w:t>
      </w:r>
      <w:r>
        <w:rPr>
          <w:rFonts w:ascii="Courier New" w:hAnsi="Courier New"/>
        </w:rPr>
        <w:t>outline-offset: 2px;</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.info-box p {</w:t>
      </w:r>
    </w:p>
    <w:p>
      <w:pPr>
        <w:pStyle w:val="Normal"/>
        <w:spacing w:lineRule="auto" w:line="240" w:before="0" w:after="0"/>
        <w:rPr/>
      </w:pPr>
      <w:r>
        <w:rPr>
          <w:rFonts w:ascii="Courier New" w:hAnsi="Courier New"/>
        </w:rPr>
        <w:t xml:space="preserve">    </w:t>
      </w:r>
      <w:r>
        <w:rPr>
          <w:rFonts w:ascii="Courier New" w:hAnsi="Courier New"/>
        </w:rPr>
        <w:t>margin: 0 0 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.info-box hr {</w:t>
      </w:r>
    </w:p>
    <w:p>
      <w:pPr>
        <w:pStyle w:val="Normal"/>
        <w:spacing w:lineRule="auto" w:line="240" w:before="0" w:after="0"/>
        <w:rPr/>
      </w:pPr>
      <w:r>
        <w:rPr>
          <w:rFonts w:ascii="Courier New" w:hAnsi="Courier New"/>
        </w:rPr>
        <w:t xml:space="preserve">    </w:t>
      </w:r>
      <w:r>
        <w:rPr>
          <w:rFonts w:ascii="Courier New" w:hAnsi="Courier New"/>
        </w:rPr>
        <w:t>border: 0;</w:t>
      </w:r>
    </w:p>
    <w:p>
      <w:pPr>
        <w:pStyle w:val="Normal"/>
        <w:spacing w:lineRule="auto" w:line="240" w:before="0" w:after="0"/>
        <w:rPr/>
      </w:pPr>
      <w:r>
        <w:rPr>
          <w:rFonts w:ascii="Courier New" w:hAnsi="Courier New"/>
        </w:rPr>
        <w:t xml:space="preserve">    </w:t>
      </w:r>
      <w:r>
        <w:rPr>
          <w:rFonts w:ascii="Courier New" w:hAnsi="Courier New"/>
        </w:rPr>
        <w:t>border-top: 1px solid #cfcfcf;</w:t>
      </w:r>
    </w:p>
    <w:p>
      <w:pPr>
        <w:pStyle w:val="Normal"/>
        <w:spacing w:lineRule="auto" w:line="240" w:before="0" w:after="0"/>
        <w:rPr/>
      </w:pPr>
      <w:r>
        <w:rPr>
          <w:rFonts w:ascii="Courier New" w:hAnsi="Courier New"/>
        </w:rPr>
        <w:t xml:space="preserve">    </w:t>
      </w:r>
      <w:r>
        <w:rPr>
          <w:rFonts w:ascii="Courier New" w:hAnsi="Courier New"/>
        </w:rPr>
        <w:t>margin: 1.5rem 0;</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.footer {</w:t>
      </w:r>
    </w:p>
    <w:p>
      <w:pPr>
        <w:pStyle w:val="Normal"/>
        <w:spacing w:lineRule="auto" w:line="240" w:before="0" w:after="0"/>
        <w:rPr/>
      </w:pPr>
      <w:r>
        <w:rPr>
          <w:rFonts w:ascii="Courier New" w:hAnsi="Courier New"/>
        </w:rPr>
        <w:t xml:space="preserve">    </w:t>
      </w:r>
      <w:r>
        <w:rPr>
          <w:rFonts w:ascii="Courier New" w:hAnsi="Courier New"/>
        </w:rPr>
        <w:t>margin-top: auto;</w:t>
      </w:r>
    </w:p>
    <w:p>
      <w:pPr>
        <w:pStyle w:val="Normal"/>
        <w:spacing w:lineRule="auto" w:line="240" w:before="0" w:after="0"/>
        <w:rPr/>
      </w:pPr>
      <w:r>
        <w:rPr>
          <w:rFonts w:ascii="Courier New" w:hAnsi="Courier New"/>
        </w:rPr>
        <w:t xml:space="preserve">    </w:t>
      </w:r>
      <w:r>
        <w:rPr>
          <w:rFonts w:ascii="Courier New" w:hAnsi="Courier New"/>
        </w:rPr>
        <w:t>background: #212529;</w:t>
      </w:r>
    </w:p>
    <w:p>
      <w:pPr>
        <w:pStyle w:val="Normal"/>
        <w:spacing w:lineRule="auto" w:line="240" w:before="0" w:after="0"/>
        <w:rPr/>
      </w:pPr>
      <w:r>
        <w:rPr>
          <w:rFonts w:ascii="Courier New" w:hAnsi="Courier New"/>
        </w:rPr>
        <w:t xml:space="preserve">    </w:t>
      </w:r>
      <w:r>
        <w:rPr>
          <w:rFonts w:ascii="Courier New" w:hAnsi="Courier New"/>
        </w:rPr>
        <w:t>color: #fff;</w:t>
      </w:r>
    </w:p>
    <w:p>
      <w:pPr>
        <w:pStyle w:val="Normal"/>
        <w:spacing w:lineRule="auto" w:line="240" w:before="0" w:after="0"/>
        <w:rPr/>
      </w:pPr>
      <w:r>
        <w:rPr>
          <w:rFonts w:ascii="Courier New" w:hAnsi="Courier New"/>
        </w:rPr>
        <w:t xml:space="preserve">    </w:t>
      </w:r>
      <w:r>
        <w:rPr>
          <w:rFonts w:ascii="Courier New" w:hAnsi="Courier New"/>
        </w:rPr>
        <w:t>text-align: center;</w:t>
      </w:r>
    </w:p>
    <w:p>
      <w:pPr>
        <w:pStyle w:val="Normal"/>
        <w:spacing w:lineRule="auto" w:line="240" w:before="0" w:after="0"/>
        <w:rPr/>
      </w:pPr>
      <w:r>
        <w:rPr>
          <w:rFonts w:ascii="Courier New" w:hAnsi="Courier New"/>
        </w:rPr>
        <w:t xml:space="preserve">    </w:t>
      </w:r>
      <w:r>
        <w:rPr>
          <w:rFonts w:ascii="Courier New" w:hAnsi="Courier New"/>
        </w:rPr>
        <w:t>padding: 1rem;</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.page-layout {</w:t>
      </w:r>
    </w:p>
    <w:p>
      <w:pPr>
        <w:pStyle w:val="Normal"/>
        <w:spacing w:lineRule="auto" w:line="240" w:before="0" w:after="0"/>
        <w:rPr/>
      </w:pPr>
      <w:r>
        <w:rPr>
          <w:rFonts w:ascii="Courier New" w:hAnsi="Courier New"/>
        </w:rPr>
        <w:t xml:space="preserve">    </w:t>
      </w:r>
      <w:r>
        <w:rPr>
          <w:rFonts w:ascii="Courier New" w:hAnsi="Courier New"/>
        </w:rPr>
        <w:t>min-height: 100vh;</w:t>
      </w:r>
    </w:p>
    <w:p>
      <w:pPr>
        <w:pStyle w:val="Normal"/>
        <w:spacing w:lineRule="auto" w:line="240" w:before="0" w:after="0"/>
        <w:rPr/>
      </w:pPr>
      <w:r>
        <w:rPr>
          <w:rFonts w:ascii="Courier New" w:hAnsi="Courier New"/>
        </w:rPr>
        <w:t xml:space="preserve">    </w:t>
      </w:r>
      <w:r>
        <w:rPr>
          <w:rFonts w:ascii="Courier New" w:hAnsi="Courier New"/>
        </w:rPr>
        <w:t>display: flex;</w:t>
      </w:r>
    </w:p>
    <w:p>
      <w:pPr>
        <w:pStyle w:val="Normal"/>
        <w:spacing w:lineRule="auto" w:line="240" w:before="0" w:after="0"/>
        <w:rPr/>
      </w:pPr>
      <w:r>
        <w:rPr>
          <w:rFonts w:ascii="Courier New" w:hAnsi="Courier New"/>
        </w:rPr>
        <w:t xml:space="preserve">    </w:t>
      </w:r>
      <w:r>
        <w:rPr>
          <w:rFonts w:ascii="Courier New" w:hAnsi="Courier New"/>
        </w:rPr>
        <w:t>flex-direction: column;</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main {</w:t>
      </w:r>
    </w:p>
    <w:p>
      <w:pPr>
        <w:pStyle w:val="Normal"/>
        <w:spacing w:lineRule="auto" w:line="240" w:before="0" w:after="0"/>
        <w:rPr/>
      </w:pPr>
      <w:r>
        <w:rPr>
          <w:rFonts w:ascii="Courier New" w:hAnsi="Courier New"/>
        </w:rPr>
        <w:t xml:space="preserve">    </w:t>
      </w:r>
      <w:r>
        <w:rPr>
          <w:rFonts w:ascii="Courier New" w:hAnsi="Courier New"/>
        </w:rPr>
        <w:t>flex: 1;</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@media (max-width: 800px) {</w:t>
      </w:r>
    </w:p>
    <w:p>
      <w:pPr>
        <w:pStyle w:val="Normal"/>
        <w:spacing w:lineRule="auto" w:line="240" w:before="0" w:after="0"/>
        <w:rPr/>
      </w:pPr>
      <w:r>
        <w:rPr>
          <w:rFonts w:ascii="Courier New" w:hAnsi="Courier New"/>
        </w:rPr>
        <w:t xml:space="preserve">    </w:t>
      </w:r>
      <w:r>
        <w:rPr>
          <w:rFonts w:ascii="Courier New" w:hAnsi="Courier New"/>
        </w:rPr>
        <w:t>.desktop-nav {</w:t>
      </w:r>
    </w:p>
    <w:p>
      <w:pPr>
        <w:pStyle w:val="Normal"/>
        <w:spacing w:lineRule="auto" w:line="240" w:before="0" w:after="0"/>
        <w:rPr/>
      </w:pPr>
      <w:r>
        <w:rPr>
          <w:rFonts w:ascii="Courier New" w:hAnsi="Courier New"/>
        </w:rPr>
        <w:t xml:space="preserve">        </w:t>
      </w:r>
      <w:r>
        <w:rPr>
          <w:rFonts w:ascii="Courier New" w:hAnsi="Courier New"/>
        </w:rPr>
        <w:t>display: none;</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.menu-toggle {</w:t>
      </w:r>
    </w:p>
    <w:p>
      <w:pPr>
        <w:pStyle w:val="Normal"/>
        <w:spacing w:lineRule="auto" w:line="240" w:before="0" w:after="0"/>
        <w:rPr/>
      </w:pPr>
      <w:r>
        <w:rPr>
          <w:rFonts w:ascii="Courier New" w:hAnsi="Courier New"/>
        </w:rPr>
        <w:t xml:space="preserve">        </w:t>
      </w:r>
      <w:r>
        <w:rPr>
          <w:rFonts w:ascii="Courier New" w:hAnsi="Courier New"/>
        </w:rPr>
        <w:t>display: inline-flex;</w:t>
      </w:r>
    </w:p>
    <w:p>
      <w:pPr>
        <w:pStyle w:val="Normal"/>
        <w:spacing w:lineRule="auto" w:line="240" w:before="0" w:after="0"/>
        <w:rPr/>
      </w:pPr>
      <w:r>
        <w:rPr>
          <w:rFonts w:ascii="Courier New" w:hAnsi="Courier New"/>
        </w:rPr>
        <w:t xml:space="preserve">        </w:t>
      </w:r>
      <w:r>
        <w:rPr>
          <w:rFonts w:ascii="Courier New" w:hAnsi="Courier New"/>
        </w:rPr>
        <w:t>align-items: center;</w:t>
      </w:r>
    </w:p>
    <w:p>
      <w:pPr>
        <w:pStyle w:val="Normal"/>
        <w:spacing w:lineRule="auto" w:line="240" w:before="0" w:after="0"/>
        <w:rPr/>
      </w:pPr>
      <w:r>
        <w:rPr>
          <w:rFonts w:ascii="Courier New" w:hAnsi="Courier New"/>
        </w:rPr>
        <w:t xml:space="preserve">        </w:t>
      </w:r>
      <w:r>
        <w:rPr>
          <w:rFonts w:ascii="Courier New" w:hAnsi="Courier New"/>
        </w:rPr>
        <w:t>justify-content: center;</w:t>
      </w:r>
    </w:p>
    <w:p>
      <w:pPr>
        <w:pStyle w:val="Normal"/>
        <w:spacing w:lineRule="auto" w:line="240" w:before="0" w:after="0"/>
        <w:rPr/>
      </w:pPr>
      <w:r>
        <w:rPr>
          <w:rFonts w:ascii="Courier New" w:hAnsi="Courier New"/>
        </w:rPr>
        <w:t xml:space="preserve">        </w:t>
      </w:r>
      <w:r>
        <w:rPr>
          <w:rFonts w:ascii="Courier New" w:hAnsi="Courier New"/>
        </w:rPr>
        <w:t>padding: 0.55rem 0.7rem;</w:t>
      </w:r>
    </w:p>
    <w:p>
      <w:pPr>
        <w:pStyle w:val="Normal"/>
        <w:spacing w:lineRule="auto" w:line="240" w:before="0" w:after="0"/>
        <w:rPr/>
      </w:pPr>
      <w:r>
        <w:rPr>
          <w:rFonts w:ascii="Courier New" w:hAnsi="Courier New"/>
        </w:rPr>
        <w:t xml:space="preserve">        </w:t>
      </w:r>
      <w:r>
        <w:rPr>
          <w:rFonts w:ascii="Courier New" w:hAnsi="Courier New"/>
        </w:rPr>
        <w:t>border: 1px solid #bbb;</w:t>
      </w:r>
    </w:p>
    <w:p>
      <w:pPr>
        <w:pStyle w:val="Normal"/>
        <w:spacing w:lineRule="auto" w:line="240" w:before="0" w:after="0"/>
        <w:rPr/>
      </w:pPr>
      <w:r>
        <w:rPr>
          <w:rFonts w:ascii="Courier New" w:hAnsi="Courier New"/>
        </w:rPr>
        <w:t xml:space="preserve">        </w:t>
      </w:r>
      <w:r>
        <w:rPr>
          <w:rFonts w:ascii="Courier New" w:hAnsi="Courier New"/>
        </w:rPr>
        <w:t>border-radius: 0.4rem;</w:t>
      </w:r>
    </w:p>
    <w:p>
      <w:pPr>
        <w:pStyle w:val="Normal"/>
        <w:spacing w:lineRule="auto" w:line="240" w:before="0" w:after="0"/>
        <w:rPr/>
      </w:pPr>
      <w:r>
        <w:rPr>
          <w:rFonts w:ascii="Courier New" w:hAnsi="Courier New"/>
        </w:rPr>
        <w:t xml:space="preserve">        </w:t>
      </w:r>
      <w:r>
        <w:rPr>
          <w:rFonts w:ascii="Courier New" w:hAnsi="Courier New"/>
        </w:rPr>
        <w:t>background: #fff;</w:t>
      </w:r>
    </w:p>
    <w:p>
      <w:pPr>
        <w:pStyle w:val="Normal"/>
        <w:spacing w:lineRule="auto" w:line="240" w:before="0" w:after="0"/>
        <w:rPr/>
      </w:pPr>
      <w:r>
        <w:rPr>
          <w:rFonts w:ascii="Courier New" w:hAnsi="Courier New"/>
        </w:rPr>
        <w:t xml:space="preserve">        </w:t>
      </w:r>
      <w:r>
        <w:rPr>
          <w:rFonts w:ascii="Courier New" w:hAnsi="Courier New"/>
        </w:rPr>
        <w:t>cursor: pointer;</w:t>
      </w:r>
    </w:p>
    <w:p>
      <w:pPr>
        <w:pStyle w:val="Normal"/>
        <w:spacing w:lineRule="auto" w:line="240" w:before="0" w:after="0"/>
        <w:rPr/>
      </w:pPr>
      <w:r>
        <w:rPr>
          <w:rFonts w:ascii="Courier New" w:hAnsi="Courier New"/>
        </w:rPr>
        <w:t xml:space="preserve">        </w:t>
      </w:r>
      <w:r>
        <w:rPr>
          <w:rFonts w:ascii="Courier New" w:hAnsi="Courier New"/>
        </w:rPr>
        <w:t>font-size: 1.1rem;</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.mobile-nav {</w:t>
      </w:r>
    </w:p>
    <w:p>
      <w:pPr>
        <w:pStyle w:val="Normal"/>
        <w:spacing w:lineRule="auto" w:line="240" w:before="0" w:after="0"/>
        <w:rPr/>
      </w:pPr>
      <w:r>
        <w:rPr>
          <w:rFonts w:ascii="Courier New" w:hAnsi="Courier New"/>
        </w:rPr>
        <w:t xml:space="preserve">        </w:t>
      </w:r>
      <w:r>
        <w:rPr>
          <w:rFonts w:ascii="Courier New" w:hAnsi="Courier New"/>
        </w:rPr>
        <w:t>display: block;</w:t>
      </w:r>
    </w:p>
    <w:p>
      <w:pPr>
        <w:pStyle w:val="Normal"/>
        <w:spacing w:lineRule="auto" w:line="240" w:before="0" w:after="0"/>
        <w:rPr/>
      </w:pPr>
      <w:r>
        <w:rPr>
          <w:rFonts w:ascii="Courier New" w:hAnsi="Courier New"/>
        </w:rPr>
        <w:t xml:space="preserve">        </w:t>
      </w:r>
      <w:r>
        <w:rPr>
          <w:rFonts w:ascii="Courier New" w:hAnsi="Courier New"/>
        </w:rPr>
        <w:t>max-width: 1200px;</w:t>
      </w:r>
    </w:p>
    <w:p>
      <w:pPr>
        <w:pStyle w:val="Normal"/>
        <w:spacing w:lineRule="auto" w:line="240" w:before="0" w:after="0"/>
        <w:rPr/>
      </w:pPr>
      <w:r>
        <w:rPr>
          <w:rFonts w:ascii="Courier New" w:hAnsi="Courier New"/>
        </w:rPr>
        <w:t xml:space="preserve">        </w:t>
      </w:r>
      <w:r>
        <w:rPr>
          <w:rFonts w:ascii="Courier New" w:hAnsi="Courier New"/>
        </w:rPr>
        <w:t>margin: 0 auto;</w:t>
      </w:r>
    </w:p>
    <w:p>
      <w:pPr>
        <w:pStyle w:val="Normal"/>
        <w:spacing w:lineRule="auto" w:line="240" w:before="0" w:after="0"/>
        <w:rPr/>
      </w:pPr>
      <w:r>
        <w:rPr>
          <w:rFonts w:ascii="Courier New" w:hAnsi="Courier New"/>
        </w:rPr>
        <w:t xml:space="preserve">        </w:t>
      </w:r>
      <w:r>
        <w:rPr>
          <w:rFonts w:ascii="Courier New" w:hAnsi="Courier New"/>
        </w:rPr>
        <w:t>padding: 0 1.25rem 0.8rem;</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.mobile-nav[hidden] {</w:t>
      </w:r>
    </w:p>
    <w:p>
      <w:pPr>
        <w:pStyle w:val="Normal"/>
        <w:spacing w:lineRule="auto" w:line="240" w:before="0" w:after="0"/>
        <w:rPr/>
      </w:pPr>
      <w:r>
        <w:rPr>
          <w:rFonts w:ascii="Courier New" w:hAnsi="Courier New"/>
        </w:rPr>
        <w:t xml:space="preserve">        </w:t>
      </w:r>
      <w:r>
        <w:rPr>
          <w:rFonts w:ascii="Courier New" w:hAnsi="Courier New"/>
        </w:rPr>
        <w:t>display: none;</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.mobile-nav a {</w:t>
      </w:r>
    </w:p>
    <w:p>
      <w:pPr>
        <w:pStyle w:val="Normal"/>
        <w:spacing w:lineRule="auto" w:line="240" w:before="0" w:after="0"/>
        <w:rPr/>
      </w:pPr>
      <w:r>
        <w:rPr>
          <w:rFonts w:ascii="Courier New" w:hAnsi="Courier New"/>
        </w:rPr>
        <w:t xml:space="preserve">        </w:t>
      </w:r>
      <w:r>
        <w:rPr>
          <w:rFonts w:ascii="Courier New" w:hAnsi="Courier New"/>
        </w:rPr>
        <w:t>display: block;</w:t>
      </w:r>
    </w:p>
    <w:p>
      <w:pPr>
        <w:pStyle w:val="Normal"/>
        <w:spacing w:lineRule="auto" w:line="240" w:before="0" w:after="0"/>
        <w:rPr/>
      </w:pPr>
      <w:r>
        <w:rPr>
          <w:rFonts w:ascii="Courier New" w:hAnsi="Courier New"/>
        </w:rPr>
        <w:t xml:space="preserve">        </w:t>
      </w:r>
      <w:r>
        <w:rPr>
          <w:rFonts w:ascii="Courier New" w:hAnsi="Courier New"/>
        </w:rPr>
        <w:t>margin-top: 0.2rem;</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.card-grid,</w:t>
      </w:r>
    </w:p>
    <w:p>
      <w:pPr>
        <w:pStyle w:val="Normal"/>
        <w:spacing w:lineRule="auto" w:line="240" w:before="0" w:after="0"/>
        <w:rPr/>
      </w:pPr>
      <w:r>
        <w:rPr>
          <w:rFonts w:ascii="Courier New" w:hAnsi="Courier New"/>
        </w:rPr>
        <w:t xml:space="preserve">    </w:t>
      </w:r>
      <w:r>
        <w:rPr>
          <w:rFonts w:ascii="Courier New" w:hAnsi="Courier New"/>
        </w:rPr>
        <w:t>.feature-grid {</w:t>
      </w:r>
    </w:p>
    <w:p>
      <w:pPr>
        <w:pStyle w:val="Normal"/>
        <w:spacing w:lineRule="auto" w:line="240" w:before="0" w:after="0"/>
        <w:rPr/>
      </w:pPr>
      <w:r>
        <w:rPr>
          <w:rFonts w:ascii="Courier New" w:hAnsi="Courier New"/>
        </w:rPr>
        <w:t xml:space="preserve">        </w:t>
      </w:r>
      <w:r>
        <w:rPr>
          <w:rFonts w:ascii="Courier New" w:hAnsi="Courier New"/>
        </w:rPr>
        <w:t>grid-template-columns: 1fr;</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 xml:space="preserve">    </w:t>
      </w:r>
      <w:r>
        <w:rPr>
          <w:rFonts w:ascii="Courier New" w:hAnsi="Courier New"/>
        </w:rPr>
        <w:t>.contact-grid {</w:t>
      </w:r>
    </w:p>
    <w:p>
      <w:pPr>
        <w:pStyle w:val="Normal"/>
        <w:spacing w:lineRule="auto" w:line="240" w:before="0" w:after="0"/>
        <w:rPr/>
      </w:pPr>
      <w:r>
        <w:rPr>
          <w:rFonts w:ascii="Courier New" w:hAnsi="Courier New"/>
        </w:rPr>
        <w:t xml:space="preserve">        </w:t>
      </w:r>
      <w:r>
        <w:rPr>
          <w:rFonts w:ascii="Courier New" w:hAnsi="Courier New"/>
        </w:rPr>
        <w:t>grid-template-columns: 1fr;</w:t>
      </w:r>
    </w:p>
    <w:p>
      <w:pPr>
        <w:pStyle w:val="Normal"/>
        <w:spacing w:lineRule="auto" w:line="240" w:before="0" w:after="0"/>
        <w:rPr/>
      </w:pPr>
      <w:r>
        <w:rPr>
          <w:rFonts w:ascii="Courier New" w:hAnsi="Courier New"/>
        </w:rPr>
        <w:t xml:space="preserve">        </w:t>
      </w:r>
      <w:r>
        <w:rPr>
          <w:rFonts w:ascii="Courier New" w:hAnsi="Courier New"/>
        </w:rPr>
        <w:t>gap: 2rem;</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@media (min-width: 801px) {</w:t>
      </w:r>
    </w:p>
    <w:p>
      <w:pPr>
        <w:pStyle w:val="Normal"/>
        <w:spacing w:lineRule="auto" w:line="240" w:before="0" w:after="0"/>
        <w:rPr/>
      </w:pPr>
      <w:r>
        <w:rPr>
          <w:rFonts w:ascii="Courier New" w:hAnsi="Courier New"/>
        </w:rPr>
        <w:t xml:space="preserve">    </w:t>
      </w:r>
      <w:r>
        <w:rPr>
          <w:rFonts w:ascii="Courier New" w:hAnsi="Courier New"/>
        </w:rPr>
        <w:t>.mobile-nav {</w:t>
      </w:r>
    </w:p>
    <w:p>
      <w:pPr>
        <w:pStyle w:val="Normal"/>
        <w:spacing w:lineRule="auto" w:line="240" w:before="0" w:after="0"/>
        <w:rPr/>
      </w:pPr>
      <w:r>
        <w:rPr>
          <w:rFonts w:ascii="Courier New" w:hAnsi="Courier New"/>
        </w:rPr>
        <w:t xml:space="preserve">        </w:t>
      </w:r>
      <w:r>
        <w:rPr>
          <w:rFonts w:ascii="Courier New" w:hAnsi="Courier New"/>
        </w:rPr>
        <w:t>display: none !important;</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@media (prefers-reduced-motion: reduce) {</w:t>
      </w:r>
    </w:p>
    <w:p>
      <w:pPr>
        <w:pStyle w:val="Normal"/>
        <w:spacing w:lineRule="auto" w:line="240" w:before="0" w:after="0"/>
        <w:rPr/>
      </w:pPr>
      <w:r>
        <w:rPr>
          <w:rFonts w:ascii="Courier New" w:hAnsi="Courier New"/>
        </w:rPr>
        <w:t xml:space="preserve">    </w:t>
      </w:r>
      <w:r>
        <w:rPr>
          <w:rFonts w:ascii="Courier New" w:hAnsi="Courier New"/>
        </w:rPr>
        <w:t>html {</w:t>
      </w:r>
    </w:p>
    <w:p>
      <w:pPr>
        <w:pStyle w:val="Normal"/>
        <w:spacing w:lineRule="auto" w:line="240" w:before="0" w:after="0"/>
        <w:rPr/>
      </w:pPr>
      <w:r>
        <w:rPr>
          <w:rFonts w:ascii="Courier New" w:hAnsi="Courier New"/>
        </w:rPr>
        <w:t xml:space="preserve">        </w:t>
      </w:r>
      <w:r>
        <w:rPr>
          <w:rFonts w:ascii="Courier New" w:hAnsi="Courier New"/>
        </w:rPr>
        <w:t>scroll-behavior: auto;</w:t>
      </w:r>
    </w:p>
    <w:p>
      <w:pPr>
        <w:pStyle w:val="Normal"/>
        <w:spacing w:lineRule="auto" w:line="240" w:before="0" w:after="0"/>
        <w:rPr/>
      </w:pPr>
      <w:r>
        <w:rPr>
          <w:rFonts w:ascii="Courier New" w:hAnsi="Courier New"/>
        </w:rPr>
        <w:t xml:space="preserve">    </w:t>
      </w:r>
      <w:r>
        <w:rPr>
          <w:rFonts w:ascii="Courier New" w:hAnsi="Courier New"/>
        </w:rPr>
        <w:t>}</w:t>
      </w:r>
    </w:p>
    <w:p>
      <w:pPr>
        <w:pStyle w:val="Normal"/>
        <w:spacing w:lineRule="auto" w:line="240" w:before="0" w:after="0"/>
        <w:rPr/>
      </w:pPr>
      <w:r>
        <w:rPr>
          <w:rFonts w:ascii="Courier New" w:hAnsi="Courier New"/>
        </w:rPr>
        <w:t>}</w:t>
      </w:r>
    </w:p>
    <w:p>
      <w:pPr>
        <w:pStyle w:val="Normal"/>
        <w:spacing w:lineRule="auto" w:line="240" w:before="0" w:after="0"/>
        <w:rPr/>
      </w:pPr>
      <w:r>
        <w:rPr>
          <w:rFonts w:ascii="Courier New" w:hAnsi="Courier New"/>
        </w:rPr>
        <w:t xml:space="preserve"> </w:t>
      </w:r>
    </w:p>
    <w:p>
      <w:pPr>
        <w:pStyle w:val="Normal"/>
        <w:spacing w:lineRule="auto" w:line="240" w:before="0" w:after="0"/>
        <w:rPr/>
      </w:pPr>
      <w:r>
        <w:rPr>
          <w:rFonts w:ascii="Courier New" w:hAnsi="Courier New"/>
        </w:rPr>
        <w:t>.visually-hidden {</w:t>
      </w:r>
    </w:p>
    <w:p>
      <w:pPr>
        <w:pStyle w:val="Normal"/>
        <w:spacing w:lineRule="auto" w:line="240" w:before="0" w:after="0"/>
        <w:rPr/>
      </w:pPr>
      <w:r>
        <w:rPr>
          <w:rFonts w:ascii="Courier New" w:hAnsi="Courier New"/>
        </w:rPr>
        <w:t xml:space="preserve">    </w:t>
      </w:r>
      <w:r>
        <w:rPr>
          <w:rFonts w:ascii="Courier New" w:hAnsi="Courier New"/>
        </w:rPr>
        <w:t>position: absolute;</w:t>
      </w:r>
    </w:p>
    <w:p>
      <w:pPr>
        <w:pStyle w:val="Normal"/>
        <w:spacing w:lineRule="auto" w:line="240" w:before="0" w:after="0"/>
        <w:rPr/>
      </w:pPr>
      <w:r>
        <w:rPr>
          <w:rFonts w:ascii="Courier New" w:hAnsi="Courier New"/>
        </w:rPr>
        <w:t xml:space="preserve">    </w:t>
      </w:r>
      <w:r>
        <w:rPr>
          <w:rFonts w:ascii="Courier New" w:hAnsi="Courier New"/>
        </w:rPr>
        <w:t>width: 1px;</w:t>
      </w:r>
    </w:p>
    <w:p>
      <w:pPr>
        <w:pStyle w:val="Normal"/>
        <w:spacing w:lineRule="auto" w:line="240" w:before="0" w:after="0"/>
        <w:rPr/>
      </w:pPr>
      <w:r>
        <w:rPr>
          <w:rFonts w:ascii="Courier New" w:hAnsi="Courier New"/>
        </w:rPr>
        <w:t xml:space="preserve">    </w:t>
      </w:r>
      <w:r>
        <w:rPr>
          <w:rFonts w:ascii="Courier New" w:hAnsi="Courier New"/>
        </w:rPr>
        <w:t>height: 1px;</w:t>
      </w:r>
    </w:p>
    <w:p>
      <w:pPr>
        <w:pStyle w:val="Normal"/>
        <w:spacing w:lineRule="auto" w:line="240" w:before="0" w:after="0"/>
        <w:rPr/>
      </w:pPr>
      <w:r>
        <w:rPr>
          <w:rFonts w:ascii="Courier New" w:hAnsi="Courier New"/>
        </w:rPr>
        <w:t xml:space="preserve">    </w:t>
      </w:r>
      <w:r>
        <w:rPr>
          <w:rFonts w:ascii="Courier New" w:hAnsi="Courier New"/>
        </w:rPr>
        <w:t>padding: 0;</w:t>
      </w:r>
    </w:p>
    <w:p>
      <w:pPr>
        <w:pStyle w:val="Normal"/>
        <w:spacing w:lineRule="auto" w:line="240" w:before="0" w:after="0"/>
        <w:rPr/>
      </w:pPr>
      <w:r>
        <w:rPr>
          <w:rFonts w:ascii="Courier New" w:hAnsi="Courier New"/>
        </w:rPr>
        <w:t xml:space="preserve">    </w:t>
      </w:r>
      <w:r>
        <w:rPr>
          <w:rFonts w:ascii="Courier New" w:hAnsi="Courier New"/>
        </w:rPr>
        <w:t>margin: -1px;</w:t>
      </w:r>
    </w:p>
    <w:p>
      <w:pPr>
        <w:pStyle w:val="Normal"/>
        <w:spacing w:lineRule="auto" w:line="240" w:before="0" w:after="0"/>
        <w:rPr/>
      </w:pPr>
      <w:r>
        <w:rPr>
          <w:rFonts w:ascii="Courier New" w:hAnsi="Courier New"/>
        </w:rPr>
        <w:t xml:space="preserve">    </w:t>
      </w:r>
      <w:r>
        <w:rPr>
          <w:rFonts w:ascii="Courier New" w:hAnsi="Courier New"/>
        </w:rPr>
        <w:t>overflow: hidden;</w:t>
      </w:r>
    </w:p>
    <w:p>
      <w:pPr>
        <w:pStyle w:val="Normal"/>
        <w:spacing w:lineRule="auto" w:line="240" w:before="0" w:after="0"/>
        <w:rPr/>
      </w:pPr>
      <w:r>
        <w:rPr>
          <w:rFonts w:ascii="Courier New" w:hAnsi="Courier New"/>
        </w:rPr>
        <w:t xml:space="preserve">    </w:t>
      </w:r>
      <w:r>
        <w:rPr>
          <w:rFonts w:ascii="Courier New" w:hAnsi="Courier New"/>
        </w:rPr>
        <w:t>clip: rect(0, 0, 0, 0);</w:t>
      </w:r>
    </w:p>
    <w:p>
      <w:pPr>
        <w:pStyle w:val="Normal"/>
        <w:spacing w:lineRule="auto" w:line="240" w:before="0" w:after="0"/>
        <w:rPr/>
      </w:pPr>
      <w:r>
        <w:rPr>
          <w:rFonts w:ascii="Courier New" w:hAnsi="Courier New"/>
        </w:rPr>
        <w:t xml:space="preserve">    </w:t>
      </w:r>
      <w:r>
        <w:rPr>
          <w:rFonts w:ascii="Courier New" w:hAnsi="Courier New"/>
        </w:rPr>
        <w:t>white-space: nowrap;</w:t>
      </w:r>
    </w:p>
    <w:p>
      <w:pPr>
        <w:pStyle w:val="Normal"/>
        <w:spacing w:lineRule="auto" w:line="240" w:before="0" w:after="0"/>
        <w:rPr/>
      </w:pPr>
      <w:r>
        <w:rPr>
          <w:rFonts w:ascii="Courier New" w:hAnsi="Courier New"/>
        </w:rPr>
        <w:t xml:space="preserve">    </w:t>
      </w:r>
      <w:r>
        <w:rPr>
          <w:rFonts w:ascii="Courier New" w:hAnsi="Courier New"/>
        </w:rPr>
        <w:t>border: 0;</w:t>
      </w:r>
    </w:p>
    <w:p>
      <w:pPr>
        <w:pStyle w:val="Normal"/>
        <w:spacing w:lineRule="auto" w:line="240" w:before="0" w:after="0"/>
        <w:rPr/>
      </w:pPr>
      <w:r>
        <w:rPr>
          <w:rFonts w:ascii="Courier New" w:hAnsi="Courier New"/>
        </w:rPr>
        <w:t>}</w:t>
      </w:r>
    </w:p>
    <w:sectPr>
      <w:footerReference w:type="even" r:id="rId12"/>
      <w:footerReference w:type="default" r:id="rId13"/>
      <w:footerReference w:type="first" r:id="rId14"/>
      <w:type w:val="nextPage"/>
      <w:pgSz w:orient="landscape" w:w="15840" w:h="12240"/>
      <w:pgMar w:left="648" w:right="648" w:gutter="0" w:header="0" w:top="648" w:footer="720" w:bottom="77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swiss"/>
    <w:pitch w:val="variable"/>
  </w:font>
  <w:font w:name="Courier New">
    <w:charset w:val="00"/>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fldChar w:fldCharType="begin"/>
    </w:r>
    <w:r>
      <w:rPr/>
      <w:instrText xml:space="preserve"> PAGE </w:instrText>
    </w:r>
    <w:r>
      <w:rPr/>
      <w:fldChar w:fldCharType="separate"/>
    </w:r>
    <w:r>
      <w:rPr/>
      <w:t>12</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fldChar w:fldCharType="begin"/>
    </w:r>
    <w:r>
      <w:rPr/>
      <w:instrText xml:space="preserve"> PAGE </w:instrText>
    </w:r>
    <w:r>
      <w:rPr/>
      <w:fldChar w:fldCharType="separate"/>
    </w:r>
    <w:r>
      <w:rPr/>
      <w:t>12</w:t>
    </w:r>
    <w:r>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fldChar w:fldCharType="begin"/>
    </w:r>
    <w:r>
      <w:rPr/>
      <w:instrText xml:space="preserve"> PAGE </w:instrText>
    </w:r>
    <w:r>
      <w:rPr/>
      <w:fldChar w:fldCharType="separate"/>
    </w:r>
    <w:r>
      <w:rPr/>
      <w:t>29</w:t>
    </w:r>
    <w:r>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fldChar w:fldCharType="begin"/>
    </w:r>
    <w:r>
      <w:rPr/>
      <w:instrText xml:space="preserve"> PAGE </w:instrText>
    </w:r>
    <w:r>
      <w:rPr/>
      <w:fldChar w:fldCharType="separate"/>
    </w:r>
    <w:r>
      <w:rPr/>
      <w:t>29</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76" w:before="0" w:after="200"/>
      <w:jc w:val="left"/>
    </w:pPr>
    <w:rPr>
      <w:rFonts w:ascii="Arial" w:hAnsi="Arial" w:eastAsia="" w:cs="" w:cstheme="minorBidi" w:eastAsiaTheme="minorEastAsia"/>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32"/>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lef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Lohit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lef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lef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left="720"/>
      <w:contextualSpacing/>
    </w:pPr>
    <w:rPr/>
  </w:style>
  <w:style w:type="paragraph" w:styleId="List3">
    <w:name w:val="List 3"/>
    <w:basedOn w:val="Normal"/>
    <w:uiPriority w:val="99"/>
    <w:unhideWhenUsed/>
    <w:qFormat/>
    <w:rsid w:val="00326f90"/>
    <w:pPr>
      <w:spacing w:before="0" w:after="200"/>
      <w:ind w:hanging="360" w:lef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left="360"/>
      <w:contextualSpacing/>
    </w:pPr>
    <w:rPr/>
  </w:style>
  <w:style w:type="paragraph" w:styleId="ListContinue2">
    <w:name w:val="List Continue 2"/>
    <w:basedOn w:val="Normal"/>
    <w:uiPriority w:val="99"/>
    <w:unhideWhenUsed/>
    <w:rsid w:val="0029639d"/>
    <w:pPr>
      <w:spacing w:before="0" w:after="120"/>
      <w:ind w:left="720"/>
      <w:contextualSpacing/>
    </w:pPr>
    <w:rPr/>
  </w:style>
  <w:style w:type="paragraph" w:styleId="ListContinue3">
    <w:name w:val="List Continue 3"/>
    <w:basedOn w:val="Normal"/>
    <w:uiPriority w:val="99"/>
    <w:unhideWhenUsed/>
    <w:rsid w:val="0029639d"/>
    <w:pPr>
      <w:spacing w:before="0" w:after="120"/>
      <w:ind w:lef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LibreOffice/25.2.3.2$Linux_X86_64 LibreOffice_project/520$Build-2</Application>
  <AppVersion>15.0000</AppVersion>
  <Pages>1</Pages>
  <Words>0</Words>
  <Characters>0</Characters>
  <CharactersWithSpaces>0</CharactersWithSpaces>
  <Paragraphs>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2013-12-23T23:15:00Z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