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BEF70" w14:textId="77777777" w:rsidR="003A34D6" w:rsidRDefault="003A34D6" w:rsidP="003A34D6">
      <w:pPr>
        <w:pStyle w:val="Heading1"/>
      </w:pPr>
      <w:r>
        <w:t>Maria Bianca Manafu</w:t>
      </w:r>
    </w:p>
    <w:p w14:paraId="23DD991F" w14:textId="77777777" w:rsidR="003A34D6" w:rsidRDefault="003A34D6" w:rsidP="003A34D6">
      <w:r>
        <w:rPr>
          <w:rFonts w:ascii="Segoe UI Emoji" w:hAnsi="Segoe UI Emoji" w:cs="Segoe UI Emoji"/>
        </w:rPr>
        <w:t>📍</w:t>
      </w:r>
      <w:r>
        <w:t xml:space="preserve"> Erith, United Kingdom</w:t>
      </w:r>
      <w:r>
        <w:br/>
      </w:r>
      <w:r>
        <w:rPr>
          <w:rFonts w:ascii="Segoe UI Emoji" w:hAnsi="Segoe UI Emoji" w:cs="Segoe UI Emoji"/>
        </w:rPr>
        <w:t>📧</w:t>
      </w:r>
      <w:r>
        <w:t xml:space="preserve"> @student.uwtsd.ac.uk</w:t>
      </w:r>
    </w:p>
    <w:p w14:paraId="0747F070" w14:textId="77777777" w:rsidR="003A34D6" w:rsidRDefault="003A34D6" w:rsidP="003A34D6">
      <w:pPr>
        <w:pStyle w:val="Heading2"/>
      </w:pPr>
      <w:r>
        <w:t>Personal Profile</w:t>
      </w:r>
    </w:p>
    <w:p w14:paraId="6DDFB8AC" w14:textId="77777777" w:rsidR="003A34D6" w:rsidRDefault="003A34D6" w:rsidP="003A34D6">
      <w:r>
        <w:t>A motivated and reliable professional with over six years of experience working in the food production industry. Skilled in team coordination, time management, and maintaining high-quality standards in a fast-paced environment. Looking for a full-time position with FERNDALE FOODS where I can use my experience and communication skills to contribute to a successful and supportive team.</w:t>
      </w:r>
    </w:p>
    <w:p w14:paraId="3ABCA355" w14:textId="77777777" w:rsidR="003A34D6" w:rsidRDefault="003A34D6" w:rsidP="003A34D6">
      <w:pPr>
        <w:pStyle w:val="Heading2"/>
      </w:pPr>
      <w:r>
        <w:t>Work Experience</w:t>
      </w:r>
    </w:p>
    <w:p w14:paraId="71D2CFAA" w14:textId="77777777" w:rsidR="003A34D6" w:rsidRDefault="003A34D6" w:rsidP="003A34D6">
      <w:r>
        <w:t>Line Leader ,Team Leader</w:t>
      </w:r>
      <w:r>
        <w:br/>
        <w:t>Ferndale Food, 40 Hailey Road Erith Kent DA18 4AR, United Kingdom</w:t>
      </w:r>
      <w:r>
        <w:br/>
        <w:t>October 2020 – Present</w:t>
      </w:r>
    </w:p>
    <w:p w14:paraId="3F759A27" w14:textId="77777777" w:rsidR="003A34D6" w:rsidRDefault="003A34D6" w:rsidP="003A34D6">
      <w:r>
        <w:t>- Supervising production line staff to ensure efficient workflow and product quality.</w:t>
      </w:r>
      <w:r>
        <w:br/>
        <w:t>- Monitoring daily production targets and maintaining hygiene and safety standards.</w:t>
      </w:r>
      <w:r>
        <w:br/>
        <w:t>- Training new employees and ensuring compliance with company procedures.</w:t>
      </w:r>
      <w:r>
        <w:br/>
        <w:t>- Reporting production data and resolving issues to maintain productivity.</w:t>
      </w:r>
    </w:p>
    <w:p w14:paraId="1DA7AB81" w14:textId="77777777" w:rsidR="003A34D6" w:rsidRDefault="003A34D6" w:rsidP="003A34D6">
      <w:pPr>
        <w:pStyle w:val="Heading2"/>
      </w:pPr>
      <w:r>
        <w:t>Education</w:t>
      </w:r>
    </w:p>
    <w:p w14:paraId="446B2577" w14:textId="77777777" w:rsidR="003A34D6" w:rsidRDefault="003A34D6" w:rsidP="003A34D6">
      <w:r>
        <w:t xml:space="preserve">UWTSD UNIVERSITY of WALES TRINITY SAINT DAVID June- 2025 – present </w:t>
      </w:r>
    </w:p>
    <w:p w14:paraId="5D892982" w14:textId="4A36752F" w:rsidR="003A34D6" w:rsidRDefault="003A34D6" w:rsidP="003A34D6">
      <w:r>
        <w:t>High School Diploma – pass</w:t>
      </w:r>
      <w:r>
        <w:br/>
        <w:t>Romania – Graduated in 2014</w:t>
      </w:r>
    </w:p>
    <w:p w14:paraId="288CFD61" w14:textId="77777777" w:rsidR="003A34D6" w:rsidRDefault="003A34D6" w:rsidP="003A34D6"/>
    <w:p w14:paraId="720A53EA" w14:textId="77777777" w:rsidR="003A34D6" w:rsidRDefault="003A34D6" w:rsidP="003A34D6">
      <w:pPr>
        <w:pStyle w:val="Heading2"/>
      </w:pPr>
      <w:r>
        <w:t>Skills</w:t>
      </w:r>
    </w:p>
    <w:p w14:paraId="1142233C" w14:textId="77777777" w:rsidR="003A34D6" w:rsidRDefault="003A34D6" w:rsidP="003A34D6">
      <w:r>
        <w:t>- Leadership and teamwork</w:t>
      </w:r>
      <w:r>
        <w:br/>
        <w:t>- Time management and organization</w:t>
      </w:r>
      <w:r>
        <w:br/>
        <w:t>- Problem-solving and attention to detail</w:t>
      </w:r>
      <w:r>
        <w:br/>
        <w:t>- Fast learner and adaptable to new environments</w:t>
      </w:r>
      <w:r>
        <w:br/>
        <w:t>- Excellent communication skills, both written and verbal</w:t>
      </w:r>
      <w:r>
        <w:br/>
        <w:t>- Fluent in English and Romanian</w:t>
      </w:r>
    </w:p>
    <w:p w14:paraId="02D20930" w14:textId="77777777" w:rsidR="003A34D6" w:rsidRDefault="003A34D6" w:rsidP="003A34D6">
      <w:pPr>
        <w:pStyle w:val="Heading2"/>
      </w:pPr>
    </w:p>
    <w:p w14:paraId="53849A5A" w14:textId="77777777" w:rsidR="003A34D6" w:rsidRPr="003A34D6" w:rsidRDefault="003A34D6" w:rsidP="003A34D6"/>
    <w:p w14:paraId="349A071A" w14:textId="4EB731A1" w:rsidR="003A34D6" w:rsidRPr="003A34D6" w:rsidRDefault="003A34D6" w:rsidP="003A34D6">
      <w:pPr>
        <w:pStyle w:val="Heading2"/>
      </w:pPr>
      <w:r>
        <w:t>Hobbies &amp; Interests</w:t>
      </w:r>
    </w:p>
    <w:p w14:paraId="140F523B" w14:textId="3121CC11" w:rsidR="003A34D6" w:rsidRPr="003A34D6" w:rsidRDefault="003A34D6" w:rsidP="003A34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A34D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Travelling and discovering new cultures </w:t>
      </w:r>
    </w:p>
    <w:p w14:paraId="2AD2567C" w14:textId="77777777" w:rsidR="003A34D6" w:rsidRPr="003A34D6" w:rsidRDefault="003A34D6" w:rsidP="003A34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A34D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lastRenderedPageBreak/>
        <w:t xml:space="preserve">Spending time with family and friends </w:t>
      </w:r>
    </w:p>
    <w:p w14:paraId="624C9D99" w14:textId="592FFD5F" w:rsidR="003A34D6" w:rsidRPr="003A34D6" w:rsidRDefault="003A34D6" w:rsidP="003A34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A34D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Listening to music </w:t>
      </w:r>
    </w:p>
    <w:p w14:paraId="3046EC85" w14:textId="340B8E8D" w:rsidR="003A34D6" w:rsidRPr="003A34D6" w:rsidRDefault="003A34D6" w:rsidP="003A34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A34D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Playing handball </w:t>
      </w:r>
    </w:p>
    <w:p w14:paraId="2BEC8069" w14:textId="65C751C2" w:rsidR="003A34D6" w:rsidRPr="003A34D6" w:rsidRDefault="003A34D6" w:rsidP="003A34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A34D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Cooking and learning new recipes </w:t>
      </w:r>
    </w:p>
    <w:p w14:paraId="3A6D5090" w14:textId="77777777" w:rsidR="003A34D6" w:rsidRDefault="003A34D6" w:rsidP="003A34D6">
      <w:proofErr w:type="spellStart"/>
      <w:r>
        <w:t>Linkedin</w:t>
      </w:r>
      <w:proofErr w:type="spellEnd"/>
      <w:r>
        <w:t xml:space="preserve"> </w:t>
      </w:r>
    </w:p>
    <w:p w14:paraId="0EB87D2E" w14:textId="77777777" w:rsidR="003A34D6" w:rsidRDefault="003A34D6" w:rsidP="003A34D6">
      <w:pPr>
        <w:pStyle w:val="NormalWeb"/>
      </w:pPr>
      <w:r>
        <w:t>Reference availa</w:t>
      </w:r>
      <w:r>
        <w:rPr>
          <w:rStyle w:val="HeaderChar"/>
          <w:rFonts w:eastAsiaTheme="majorEastAsia"/>
        </w:rPr>
        <w:t xml:space="preserve"> </w:t>
      </w:r>
      <w:r>
        <w:rPr>
          <w:rStyle w:val="Strong"/>
          <w:rFonts w:eastAsiaTheme="majorEastAsia"/>
        </w:rPr>
        <w:t>Reference 1</w:t>
      </w:r>
      <w:r>
        <w:br/>
        <w:t>Production Manager</w:t>
      </w:r>
      <w:r>
        <w:br/>
      </w:r>
      <w:r>
        <w:rPr>
          <w:rStyle w:val="whitespace-normal"/>
          <w:rFonts w:eastAsiaTheme="majorEastAsia"/>
        </w:rPr>
        <w:t>Ferndale Foods</w:t>
      </w:r>
      <w:r>
        <w:br/>
        <w:t>Email: available on request</w:t>
      </w:r>
    </w:p>
    <w:p w14:paraId="56A71185" w14:textId="77777777" w:rsidR="003A34D6" w:rsidRDefault="003A34D6" w:rsidP="003A34D6">
      <w:pPr>
        <w:pStyle w:val="NormalWeb"/>
      </w:pPr>
      <w:r>
        <w:rPr>
          <w:rStyle w:val="Strong"/>
          <w:rFonts w:eastAsiaTheme="majorEastAsia"/>
        </w:rPr>
        <w:t>Reference 2</w:t>
      </w:r>
      <w:r>
        <w:br/>
        <w:t>Supervisor / Team Leader</w:t>
      </w:r>
      <w:r>
        <w:br/>
      </w:r>
      <w:r>
        <w:rPr>
          <w:rStyle w:val="whitespace-normal"/>
          <w:rFonts w:eastAsiaTheme="majorEastAsia"/>
        </w:rPr>
        <w:t>Ferndale Foods</w:t>
      </w:r>
      <w:r>
        <w:br/>
        <w:t>Email: available on request</w:t>
      </w:r>
    </w:p>
    <w:p w14:paraId="625803EA" w14:textId="77777777" w:rsidR="003A34D6" w:rsidRDefault="003A34D6" w:rsidP="003A34D6">
      <w:pPr>
        <w:pStyle w:val="isselectedend"/>
      </w:pPr>
    </w:p>
    <w:p w14:paraId="659B17B9" w14:textId="77777777" w:rsidR="003A34D6" w:rsidRDefault="003A34D6" w:rsidP="003A34D6">
      <w:pPr>
        <w:pStyle w:val="isselectedend"/>
      </w:pPr>
    </w:p>
    <w:p w14:paraId="09EA0DBF" w14:textId="77777777" w:rsidR="003A34D6" w:rsidRDefault="003A34D6" w:rsidP="003A34D6">
      <w:pPr>
        <w:pStyle w:val="isselectedend"/>
      </w:pPr>
    </w:p>
    <w:p w14:paraId="731DFD53" w14:textId="77777777" w:rsidR="003A34D6" w:rsidRDefault="003A34D6" w:rsidP="003A34D6">
      <w:pPr>
        <w:pStyle w:val="isselectedend"/>
      </w:pPr>
    </w:p>
    <w:p w14:paraId="608C480B" w14:textId="77777777" w:rsidR="003A34D6" w:rsidRDefault="003A34D6" w:rsidP="003A34D6">
      <w:pPr>
        <w:pStyle w:val="isselectedend"/>
      </w:pPr>
    </w:p>
    <w:p w14:paraId="00B4C79C" w14:textId="77777777" w:rsidR="003A34D6" w:rsidRDefault="003A34D6" w:rsidP="003A34D6">
      <w:pPr>
        <w:pStyle w:val="isselectedend"/>
      </w:pPr>
    </w:p>
    <w:p w14:paraId="325A5795" w14:textId="77777777" w:rsidR="003A34D6" w:rsidRDefault="003A34D6" w:rsidP="003A34D6">
      <w:pPr>
        <w:pStyle w:val="isselectedend"/>
      </w:pPr>
    </w:p>
    <w:p w14:paraId="4EDEB38A" w14:textId="77777777" w:rsidR="003A34D6" w:rsidRDefault="003A34D6" w:rsidP="003A34D6">
      <w:pPr>
        <w:pStyle w:val="isselectedend"/>
      </w:pPr>
    </w:p>
    <w:p w14:paraId="509A9441" w14:textId="77777777" w:rsidR="003A34D6" w:rsidRDefault="003A34D6" w:rsidP="003A34D6">
      <w:pPr>
        <w:pStyle w:val="isselectedend"/>
      </w:pPr>
    </w:p>
    <w:p w14:paraId="55365EF9" w14:textId="77777777" w:rsidR="003A34D6" w:rsidRDefault="003A34D6" w:rsidP="003A34D6">
      <w:pPr>
        <w:pStyle w:val="isselectedend"/>
      </w:pPr>
    </w:p>
    <w:p w14:paraId="21E65CBC" w14:textId="77777777" w:rsidR="003A34D6" w:rsidRDefault="003A34D6" w:rsidP="003A34D6">
      <w:pPr>
        <w:pStyle w:val="isselectedend"/>
      </w:pPr>
    </w:p>
    <w:p w14:paraId="1D806FD1" w14:textId="77777777" w:rsidR="003A34D6" w:rsidRDefault="003A34D6" w:rsidP="003A34D6">
      <w:pPr>
        <w:pStyle w:val="isselectedend"/>
      </w:pPr>
    </w:p>
    <w:p w14:paraId="634E5E65" w14:textId="77777777" w:rsidR="003A34D6" w:rsidRDefault="003A34D6" w:rsidP="003A34D6">
      <w:pPr>
        <w:pStyle w:val="isselectedend"/>
      </w:pPr>
    </w:p>
    <w:p w14:paraId="50882EBE" w14:textId="77777777" w:rsidR="003A34D6" w:rsidRDefault="003A34D6" w:rsidP="003A34D6">
      <w:pPr>
        <w:pStyle w:val="isselectedend"/>
      </w:pPr>
    </w:p>
    <w:p w14:paraId="13761800" w14:textId="77777777" w:rsidR="003A34D6" w:rsidRDefault="003A34D6" w:rsidP="003A34D6">
      <w:pPr>
        <w:pStyle w:val="isselectedend"/>
      </w:pPr>
    </w:p>
    <w:p w14:paraId="337F394F" w14:textId="77777777" w:rsidR="003A34D6" w:rsidRDefault="003A34D6" w:rsidP="003A34D6">
      <w:pPr>
        <w:pStyle w:val="isselectedend"/>
      </w:pPr>
    </w:p>
    <w:p w14:paraId="32C658E0" w14:textId="77777777" w:rsidR="003A34D6" w:rsidRDefault="003A34D6" w:rsidP="003A34D6">
      <w:pPr>
        <w:pStyle w:val="isselectedend"/>
        <w:jc w:val="right"/>
      </w:pPr>
      <w:r>
        <w:t>Maria Bianca Manafu</w:t>
      </w:r>
      <w:r>
        <w:br/>
        <w:t>Erith, United Kingdom</w:t>
      </w:r>
      <w:r>
        <w:br/>
        <w:t>@student.uwtsd.ac.uk</w:t>
      </w:r>
    </w:p>
    <w:p w14:paraId="7E4C66A8" w14:textId="77777777" w:rsidR="003A34D6" w:rsidRDefault="003A34D6" w:rsidP="003A34D6">
      <w:pPr>
        <w:pStyle w:val="isselectedend"/>
        <w:rPr>
          <w:rStyle w:val="text-token-text-primary"/>
        </w:rPr>
      </w:pPr>
    </w:p>
    <w:p w14:paraId="540B40B4" w14:textId="77777777" w:rsidR="003A34D6" w:rsidRDefault="003A34D6" w:rsidP="003A34D6">
      <w:pPr>
        <w:pStyle w:val="isselectedend"/>
        <w:rPr>
          <w:lang w:val="en-US"/>
        </w:rPr>
      </w:pPr>
      <w:r>
        <w:rPr>
          <w:rStyle w:val="text-token-text-primary"/>
        </w:rPr>
        <w:t>[Hiring Manager’s Name]</w:t>
      </w:r>
      <w:r>
        <w:rPr>
          <w:rFonts w:asciiTheme="minorHAnsi" w:eastAsiaTheme="minorEastAsia" w:hAnsiTheme="minorHAnsi" w:cstheme="minorBidi"/>
          <w:sz w:val="22"/>
          <w:szCs w:val="22"/>
          <w:lang w:val="en-US" w:eastAsia="en-US"/>
        </w:rPr>
        <w:t xml:space="preserve"> </w:t>
      </w:r>
      <w:r>
        <w:rPr>
          <w:lang w:val="en-US"/>
        </w:rPr>
        <w:t>: KULVINDER HEER</w:t>
      </w:r>
    </w:p>
    <w:p w14:paraId="4EBE1507" w14:textId="77777777" w:rsidR="003A34D6" w:rsidRDefault="003A34D6" w:rsidP="003A34D6">
      <w:pPr>
        <w:pStyle w:val="isselectedend"/>
      </w:pPr>
      <w:r>
        <w:rPr>
          <w:rStyle w:val="text-token-text-primary"/>
        </w:rPr>
        <w:t>[Hiring Manager’s company name]</w:t>
      </w:r>
      <w:r>
        <w:t xml:space="preserve">:OSCAR MAYER </w:t>
      </w:r>
      <w:r>
        <w:br/>
        <w:t>Ferndale Foods</w:t>
      </w:r>
      <w:r>
        <w:br/>
        <w:t>40 Hailey Road</w:t>
      </w:r>
      <w:r>
        <w:br/>
        <w:t>Erith, Kent DA18 4AR</w:t>
      </w:r>
    </w:p>
    <w:p w14:paraId="6D398D00" w14:textId="77777777" w:rsidR="003A34D6" w:rsidRDefault="003A34D6" w:rsidP="003A34D6">
      <w:pPr>
        <w:pStyle w:val="isselectedend"/>
      </w:pPr>
      <w:r>
        <w:rPr>
          <w:rStyle w:val="text-token-text-primary"/>
        </w:rPr>
        <w:t>[Today’s Date]:23.03.2026</w:t>
      </w:r>
    </w:p>
    <w:p w14:paraId="53E32293" w14:textId="77777777" w:rsidR="003A34D6" w:rsidRDefault="003A34D6" w:rsidP="003A34D6">
      <w:pPr>
        <w:pStyle w:val="isselectedend"/>
      </w:pPr>
      <w:r>
        <w:t>Dear Mr/Mrs/Ms Hiring Manager,</w:t>
      </w:r>
    </w:p>
    <w:p w14:paraId="4BB238B2" w14:textId="77777777" w:rsidR="003A34D6" w:rsidRDefault="003A34D6" w:rsidP="003A34D6">
      <w:pPr>
        <w:pStyle w:val="isselectedend"/>
      </w:pPr>
      <w:r>
        <w:t>I wish to apply for the role currently being advertised at Ferndale Foods. Please find enclosed my CV for your consideration.</w:t>
      </w:r>
    </w:p>
    <w:p w14:paraId="0F35CF98" w14:textId="77777777" w:rsidR="003A34D6" w:rsidRDefault="003A34D6" w:rsidP="003A34D6">
      <w:pPr>
        <w:pStyle w:val="isselectedend"/>
      </w:pPr>
      <w:r>
        <w:t>As you can see from my attached CV, I have over six years of experience in the food production industry, and I believe my leadership, communication, and organisational skills during this time make me a suitable candidate for the role.</w:t>
      </w:r>
    </w:p>
    <w:p w14:paraId="1E69C646" w14:textId="77777777" w:rsidR="003A34D6" w:rsidRDefault="003A34D6" w:rsidP="003A34D6">
      <w:pPr>
        <w:pStyle w:val="isselectedend"/>
      </w:pPr>
      <w:r>
        <w:t>In my current role as a Line Leader and Team Leader at Ferndale Foods, I have been responsible for supervising production line staff, monitoring daily production targets, maintaining hygiene and safety standards, and training new employees.</w:t>
      </w:r>
    </w:p>
    <w:p w14:paraId="5AE82CEA" w14:textId="77777777" w:rsidR="003A34D6" w:rsidRDefault="003A34D6" w:rsidP="003A34D6">
      <w:pPr>
        <w:pStyle w:val="isselectedend"/>
      </w:pPr>
      <w:r>
        <w:t>During this experience, I have developed strong teamwork, time management, and problem-solving skills while working in a fast-paced environment. I have also learned the importance of maintaining high-quality standards and supporting colleagues to achieve production goals.</w:t>
      </w:r>
    </w:p>
    <w:p w14:paraId="181003C6" w14:textId="77777777" w:rsidR="003A34D6" w:rsidRDefault="003A34D6" w:rsidP="003A34D6">
      <w:pPr>
        <w:pStyle w:val="isselectedend"/>
      </w:pPr>
      <w:r>
        <w:t>All of this, coupled with my enthusiasm, dedication, and strong communication skills, has helped me contribute positively to my team and workplace.</w:t>
      </w:r>
    </w:p>
    <w:p w14:paraId="396D7296" w14:textId="77777777" w:rsidR="003A34D6" w:rsidRDefault="003A34D6" w:rsidP="003A34D6">
      <w:pPr>
        <w:pStyle w:val="isselectedend"/>
      </w:pPr>
      <w:r>
        <w:t>I am confident that I can continue to bring these skills and experience to your organisation and help maintain the high standards and reputation of Ferndale Foods.</w:t>
      </w:r>
    </w:p>
    <w:p w14:paraId="36D1AC0D" w14:textId="77777777" w:rsidR="003A34D6" w:rsidRDefault="003A34D6" w:rsidP="003A34D6">
      <w:pPr>
        <w:pStyle w:val="isselectedend"/>
      </w:pPr>
      <w:r>
        <w:t>Thank you for taking the time to consider my application. I look forward to hearing from you.</w:t>
      </w:r>
    </w:p>
    <w:p w14:paraId="24C2341C" w14:textId="77777777" w:rsidR="003A34D6" w:rsidRDefault="003A34D6" w:rsidP="003A34D6">
      <w:pPr>
        <w:pStyle w:val="NormalWeb"/>
      </w:pPr>
      <w:r>
        <w:t>Yours sincerely,</w:t>
      </w:r>
      <w:r>
        <w:br/>
        <w:t>Maria Bianca Manafu</w:t>
      </w:r>
    </w:p>
    <w:p w14:paraId="4955D14A" w14:textId="77777777" w:rsidR="003A34D6" w:rsidRDefault="003A34D6" w:rsidP="003A34D6">
      <w:pPr>
        <w:pStyle w:val="NormalWeb"/>
      </w:pPr>
      <w:r>
        <w:rPr>
          <w:rStyle w:val="text-token-text-primary"/>
        </w:rPr>
        <w:lastRenderedPageBreak/>
        <w:t>[Signature-if desired]</w:t>
      </w:r>
      <w:r>
        <w:t>:</w:t>
      </w:r>
    </w:p>
    <w:p w14:paraId="3949AF45" w14:textId="77777777" w:rsidR="006B519A" w:rsidRDefault="006B519A" w:rsidP="006D76DF">
      <w:pPr>
        <w:pStyle w:val="isselectedend"/>
      </w:pPr>
    </w:p>
    <w:p w14:paraId="53F4E208" w14:textId="77777777" w:rsidR="006B519A" w:rsidRDefault="006B519A" w:rsidP="006D76DF">
      <w:pPr>
        <w:pStyle w:val="isselectedend"/>
      </w:pPr>
    </w:p>
    <w:p w14:paraId="5C083E14" w14:textId="77777777" w:rsidR="006B519A" w:rsidRDefault="006B519A" w:rsidP="006D76DF">
      <w:pPr>
        <w:pStyle w:val="isselectedend"/>
      </w:pPr>
    </w:p>
    <w:p w14:paraId="67B6F8E8" w14:textId="77777777" w:rsidR="006B519A" w:rsidRDefault="006B519A" w:rsidP="006D76DF">
      <w:pPr>
        <w:pStyle w:val="isselectedend"/>
      </w:pPr>
    </w:p>
    <w:p w14:paraId="193F0D2D" w14:textId="77777777" w:rsidR="006B519A" w:rsidRDefault="006B519A" w:rsidP="006D76DF">
      <w:pPr>
        <w:pStyle w:val="isselectedend"/>
      </w:pPr>
    </w:p>
    <w:p w14:paraId="69418E1C" w14:textId="77777777" w:rsidR="006B519A" w:rsidRDefault="006B519A" w:rsidP="006D76DF">
      <w:pPr>
        <w:pStyle w:val="isselectedend"/>
      </w:pPr>
    </w:p>
    <w:p w14:paraId="7990A27E" w14:textId="77777777" w:rsidR="006B519A" w:rsidRDefault="006B519A" w:rsidP="006D76DF">
      <w:pPr>
        <w:pStyle w:val="isselectedend"/>
      </w:pPr>
    </w:p>
    <w:p w14:paraId="48EEBC39" w14:textId="77777777" w:rsidR="006B519A" w:rsidRDefault="006B519A" w:rsidP="006D76DF">
      <w:pPr>
        <w:pStyle w:val="isselectedend"/>
      </w:pPr>
    </w:p>
    <w:p w14:paraId="67335A12" w14:textId="77777777" w:rsidR="006B519A" w:rsidRDefault="006B519A" w:rsidP="006D76DF">
      <w:pPr>
        <w:pStyle w:val="isselectedend"/>
      </w:pPr>
    </w:p>
    <w:p w14:paraId="5ABF0230" w14:textId="77777777" w:rsidR="006B519A" w:rsidRDefault="006B519A" w:rsidP="006D76DF">
      <w:pPr>
        <w:pStyle w:val="isselectedend"/>
      </w:pPr>
    </w:p>
    <w:p w14:paraId="2CD02DD6" w14:textId="77777777" w:rsidR="006B519A" w:rsidRDefault="006B519A" w:rsidP="006D76DF">
      <w:pPr>
        <w:pStyle w:val="isselectedend"/>
      </w:pPr>
    </w:p>
    <w:p w14:paraId="19A9924D" w14:textId="77777777" w:rsidR="006B519A" w:rsidRDefault="006B519A" w:rsidP="006D76DF">
      <w:pPr>
        <w:pStyle w:val="isselectedend"/>
      </w:pPr>
    </w:p>
    <w:p w14:paraId="55432645" w14:textId="77777777" w:rsidR="006B519A" w:rsidRDefault="006B519A" w:rsidP="006D76DF">
      <w:pPr>
        <w:pStyle w:val="isselectedend"/>
      </w:pPr>
    </w:p>
    <w:p w14:paraId="44490785" w14:textId="77777777" w:rsidR="006B519A" w:rsidRDefault="006B519A" w:rsidP="006D76DF">
      <w:pPr>
        <w:pStyle w:val="isselectedend"/>
      </w:pPr>
    </w:p>
    <w:p w14:paraId="38D16371" w14:textId="0C200ABF" w:rsidR="006D76DF" w:rsidRDefault="006D76DF" w:rsidP="006B519A">
      <w:pPr>
        <w:pStyle w:val="isselectedend"/>
        <w:jc w:val="right"/>
      </w:pPr>
      <w:r>
        <w:t>Maria Bianca Manafu</w:t>
      </w:r>
      <w:r>
        <w:br/>
        <w:t>Erith, United Kingdom</w:t>
      </w:r>
      <w:r>
        <w:br/>
        <w:t>@student.uwtsd.ac.uk</w:t>
      </w:r>
    </w:p>
    <w:p w14:paraId="07A99991" w14:textId="77777777" w:rsidR="006D76DF" w:rsidRDefault="006D76DF" w:rsidP="006D76DF">
      <w:pPr>
        <w:pStyle w:val="isselectedend"/>
        <w:rPr>
          <w:rStyle w:val="text-token-text-primary"/>
        </w:rPr>
      </w:pPr>
    </w:p>
    <w:p w14:paraId="58838880" w14:textId="77777777" w:rsidR="006D76DF" w:rsidRDefault="006D76DF" w:rsidP="006D76DF">
      <w:pPr>
        <w:pStyle w:val="isselectedend"/>
        <w:rPr>
          <w:lang w:val="en-US"/>
        </w:rPr>
      </w:pPr>
      <w:r>
        <w:rPr>
          <w:rStyle w:val="text-token-text-primary"/>
        </w:rPr>
        <w:t>[Hiring Manager’s Name]</w:t>
      </w:r>
      <w:r w:rsidRPr="006D76DF">
        <w:rPr>
          <w:rFonts w:asciiTheme="minorHAnsi" w:eastAsiaTheme="minorEastAsia" w:hAnsiTheme="minorHAnsi" w:cstheme="minorBidi"/>
          <w:sz w:val="22"/>
          <w:szCs w:val="22"/>
          <w:lang w:val="en-US" w:eastAsia="en-US"/>
        </w:rPr>
        <w:t xml:space="preserve"> </w:t>
      </w:r>
      <w:r w:rsidRPr="006D76DF">
        <w:rPr>
          <w:lang w:val="en-US"/>
        </w:rPr>
        <w:t>: KULVINDER HEER</w:t>
      </w:r>
    </w:p>
    <w:p w14:paraId="53E0C3C9" w14:textId="5E5F9443" w:rsidR="006D76DF" w:rsidRDefault="006D76DF" w:rsidP="006D76DF">
      <w:pPr>
        <w:pStyle w:val="isselectedend"/>
      </w:pPr>
      <w:r>
        <w:rPr>
          <w:rStyle w:val="text-token-text-primary"/>
        </w:rPr>
        <w:t xml:space="preserve">[Hiring Manager’s company name]:OSCAR MAYER </w:t>
      </w:r>
      <w:r>
        <w:br/>
        <w:t>Ferndale Foods</w:t>
      </w:r>
      <w:r>
        <w:br/>
        <w:t>40 Hailey Road</w:t>
      </w:r>
      <w:r>
        <w:br/>
        <w:t>Erith, Kent DA18 4AR</w:t>
      </w:r>
    </w:p>
    <w:p w14:paraId="70C3D8C6" w14:textId="0668B65B" w:rsidR="006D76DF" w:rsidRDefault="006D76DF" w:rsidP="006D76DF">
      <w:pPr>
        <w:pStyle w:val="isselectedend"/>
      </w:pPr>
      <w:r>
        <w:rPr>
          <w:rStyle w:val="text-token-text-primary"/>
        </w:rPr>
        <w:t>[Today’s Date]</w:t>
      </w:r>
      <w:r w:rsidR="006B519A">
        <w:rPr>
          <w:rStyle w:val="text-token-text-primary"/>
        </w:rPr>
        <w:t>:23.03.2026</w:t>
      </w:r>
    </w:p>
    <w:p w14:paraId="24600D35" w14:textId="77777777" w:rsidR="006D76DF" w:rsidRDefault="006D76DF" w:rsidP="006D76DF">
      <w:pPr>
        <w:pStyle w:val="isselectedend"/>
      </w:pPr>
      <w:r>
        <w:t>Dear Mr/Mrs/Ms Hiring Manager,</w:t>
      </w:r>
    </w:p>
    <w:p w14:paraId="13E765AD" w14:textId="77777777" w:rsidR="006D76DF" w:rsidRDefault="006D76DF" w:rsidP="006D76DF">
      <w:pPr>
        <w:pStyle w:val="isselectedend"/>
      </w:pPr>
      <w:r>
        <w:lastRenderedPageBreak/>
        <w:t>I wish to apply for the role currently being advertised at Ferndale Foods. Please find enclosed my CV for your consideration.</w:t>
      </w:r>
    </w:p>
    <w:p w14:paraId="2F3452E6" w14:textId="77777777" w:rsidR="006D76DF" w:rsidRDefault="006D76DF" w:rsidP="006D76DF">
      <w:pPr>
        <w:pStyle w:val="isselectedend"/>
      </w:pPr>
      <w:r>
        <w:t>As you can see from my attached CV, I have over six years of experience in the food production industry, and I believe my leadership, communication, and organisational skills during this time make me a suitable candidate for the role.</w:t>
      </w:r>
    </w:p>
    <w:p w14:paraId="055D0C1D" w14:textId="77777777" w:rsidR="006D76DF" w:rsidRDefault="006D76DF" w:rsidP="006D76DF">
      <w:pPr>
        <w:pStyle w:val="isselectedend"/>
      </w:pPr>
      <w:r>
        <w:t>In my current role as a Line Leader and Team Leader at Ferndale Foods, I have been responsible for supervising production line staff, monitoring daily production targets, maintaining hygiene and safety standards, and training new employees.</w:t>
      </w:r>
    </w:p>
    <w:p w14:paraId="5DA65DBF" w14:textId="77777777" w:rsidR="006D76DF" w:rsidRDefault="006D76DF" w:rsidP="006D76DF">
      <w:pPr>
        <w:pStyle w:val="isselectedend"/>
      </w:pPr>
      <w:r>
        <w:t>During this experience, I have developed strong teamwork, time management, and problem-solving skills while working in a fast-paced environment. I have also learned the importance of maintaining high-quality standards and supporting colleagues to achieve production goals.</w:t>
      </w:r>
    </w:p>
    <w:p w14:paraId="52673E7B" w14:textId="77777777" w:rsidR="006D76DF" w:rsidRDefault="006D76DF" w:rsidP="006D76DF">
      <w:pPr>
        <w:pStyle w:val="isselectedend"/>
      </w:pPr>
      <w:r>
        <w:t>All of this, coupled with my enthusiasm, dedication, and strong communication skills, has helped me contribute positively to my team and workplace.</w:t>
      </w:r>
    </w:p>
    <w:p w14:paraId="5DD4C335" w14:textId="77777777" w:rsidR="006D76DF" w:rsidRDefault="006D76DF" w:rsidP="006D76DF">
      <w:pPr>
        <w:pStyle w:val="isselectedend"/>
      </w:pPr>
      <w:r>
        <w:t>I am confident that I can continue to bring these skills and experience to your organisation and help maintain the high standards and reputation of Ferndale Foods.</w:t>
      </w:r>
    </w:p>
    <w:p w14:paraId="4651AFE1" w14:textId="77777777" w:rsidR="006D76DF" w:rsidRDefault="006D76DF" w:rsidP="006D76DF">
      <w:pPr>
        <w:pStyle w:val="isselectedend"/>
      </w:pPr>
      <w:r>
        <w:t>Thank you for taking the time to consider my application. I look forward to hearing from you.</w:t>
      </w:r>
    </w:p>
    <w:p w14:paraId="205522C0" w14:textId="77777777" w:rsidR="006B519A" w:rsidRDefault="006D76DF" w:rsidP="006D76DF">
      <w:pPr>
        <w:pStyle w:val="NormalWeb"/>
      </w:pPr>
      <w:r>
        <w:t>Yours sincerely,</w:t>
      </w:r>
      <w:r>
        <w:br/>
        <w:t>Maria Bianca Manafu</w:t>
      </w:r>
    </w:p>
    <w:p w14:paraId="457B317D" w14:textId="3032FD87" w:rsidR="006B519A" w:rsidRDefault="006B519A" w:rsidP="006D76DF">
      <w:pPr>
        <w:pStyle w:val="NormalWeb"/>
      </w:pPr>
      <w:r>
        <w:rPr>
          <w:rStyle w:val="text-token-text-primary"/>
        </w:rPr>
        <w:t>[Signature-if desired]:</w:t>
      </w:r>
    </w:p>
    <w:p w14:paraId="17F5DF21" w14:textId="77777777" w:rsidR="006B519A" w:rsidRDefault="006B519A" w:rsidP="006D76DF">
      <w:pPr>
        <w:pStyle w:val="NormalWeb"/>
      </w:pPr>
    </w:p>
    <w:p w14:paraId="3FCB5EAD" w14:textId="77777777" w:rsidR="006B519A" w:rsidRDefault="006B519A" w:rsidP="006D76DF">
      <w:pPr>
        <w:pStyle w:val="NormalWeb"/>
      </w:pPr>
    </w:p>
    <w:p w14:paraId="46D52C98" w14:textId="65DB122D" w:rsidR="006D76DF" w:rsidRDefault="006B519A" w:rsidP="006D76DF">
      <w:pPr>
        <w:pStyle w:val="NormalWeb"/>
      </w:pPr>
      <w:r>
        <w:t xml:space="preserve"> </w:t>
      </w:r>
    </w:p>
    <w:p w14:paraId="042A4D10" w14:textId="77777777" w:rsidR="006B519A" w:rsidRDefault="006B519A" w:rsidP="006D76DF">
      <w:pPr>
        <w:pStyle w:val="NormalWeb"/>
      </w:pPr>
    </w:p>
    <w:p w14:paraId="4B6BCBE0" w14:textId="77777777" w:rsidR="006B519A" w:rsidRDefault="006B519A" w:rsidP="006D76DF">
      <w:pPr>
        <w:pStyle w:val="NormalWeb"/>
      </w:pPr>
    </w:p>
    <w:p w14:paraId="71FCF791" w14:textId="77777777" w:rsidR="006B519A" w:rsidRDefault="006B519A" w:rsidP="006D76DF">
      <w:pPr>
        <w:pStyle w:val="NormalWeb"/>
      </w:pPr>
    </w:p>
    <w:p w14:paraId="3D9E7B29" w14:textId="77777777" w:rsidR="00766B05" w:rsidRDefault="00766B05"/>
    <w:sectPr w:rsidR="00766B0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4943CB1"/>
    <w:multiLevelType w:val="multilevel"/>
    <w:tmpl w:val="46160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3103709">
    <w:abstractNumId w:val="8"/>
  </w:num>
  <w:num w:numId="2" w16cid:durableId="886915936">
    <w:abstractNumId w:val="6"/>
  </w:num>
  <w:num w:numId="3" w16cid:durableId="798954794">
    <w:abstractNumId w:val="5"/>
  </w:num>
  <w:num w:numId="4" w16cid:durableId="1364087637">
    <w:abstractNumId w:val="4"/>
  </w:num>
  <w:num w:numId="5" w16cid:durableId="1147162731">
    <w:abstractNumId w:val="7"/>
  </w:num>
  <w:num w:numId="6" w16cid:durableId="106195328">
    <w:abstractNumId w:val="3"/>
  </w:num>
  <w:num w:numId="7" w16cid:durableId="2111008358">
    <w:abstractNumId w:val="2"/>
  </w:num>
  <w:num w:numId="8" w16cid:durableId="1177696166">
    <w:abstractNumId w:val="1"/>
  </w:num>
  <w:num w:numId="9" w16cid:durableId="226113275">
    <w:abstractNumId w:val="0"/>
  </w:num>
  <w:num w:numId="10" w16cid:durableId="8684211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1274A"/>
    <w:rsid w:val="00326F90"/>
    <w:rsid w:val="003A34D6"/>
    <w:rsid w:val="003D5643"/>
    <w:rsid w:val="004C1768"/>
    <w:rsid w:val="004C3A6F"/>
    <w:rsid w:val="00624C22"/>
    <w:rsid w:val="006B519A"/>
    <w:rsid w:val="006D76DF"/>
    <w:rsid w:val="00766B05"/>
    <w:rsid w:val="00AA1D8D"/>
    <w:rsid w:val="00AF5873"/>
    <w:rsid w:val="00B34FB3"/>
    <w:rsid w:val="00B47730"/>
    <w:rsid w:val="00CB0664"/>
    <w:rsid w:val="00CD29AD"/>
    <w:rsid w:val="00E0734A"/>
    <w:rsid w:val="00EE7B1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F29E20"/>
  <w14:defaultImageDpi w14:val="300"/>
  <w15:docId w15:val="{9DEBBA8D-308C-4EF5-A518-1BE3EEDBA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766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whitespace-normal">
    <w:name w:val="whitespace-normal"/>
    <w:basedOn w:val="DefaultParagraphFont"/>
    <w:rsid w:val="00766B05"/>
  </w:style>
  <w:style w:type="paragraph" w:customStyle="1" w:styleId="isselectedend">
    <w:name w:val="isselectedend"/>
    <w:basedOn w:val="Normal"/>
    <w:uiPriority w:val="99"/>
    <w:rsid w:val="006D7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text-token-text-primary">
    <w:name w:val="text-token-text-primary"/>
    <w:basedOn w:val="DefaultParagraphFont"/>
    <w:rsid w:val="006D7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3D3D3D"/>
      </a:dk1>
      <a:lt1>
        <a:sysClr val="window" lastClr="FFFA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720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Maria-Bianca Manafu (2439136)</cp:lastModifiedBy>
  <cp:revision>7</cp:revision>
  <dcterms:created xsi:type="dcterms:W3CDTF">2013-12-23T23:15:00Z</dcterms:created>
  <dcterms:modified xsi:type="dcterms:W3CDTF">2026-03-22T14:21:00Z</dcterms:modified>
  <cp:category/>
</cp:coreProperties>
</file>