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3E7B" w14:textId="63E204E6" w:rsidR="00B207CE" w:rsidRPr="00512F02" w:rsidRDefault="00274AE3">
      <w:pPr>
        <w:pStyle w:val="Title"/>
        <w:jc w:val="center"/>
        <w:rPr>
          <w:color w:val="000000" w:themeColor="text1"/>
        </w:rPr>
      </w:pPr>
      <w:r w:rsidRPr="00512F02">
        <w:rPr>
          <w:color w:val="000000" w:themeColor="text1"/>
        </w:rPr>
        <w:t xml:space="preserve">Smart Home Device </w:t>
      </w:r>
    </w:p>
    <w:p w14:paraId="3949D4D1" w14:textId="7275F377" w:rsidR="00B207CE" w:rsidRDefault="00274AE3">
      <w:pPr>
        <w:jc w:val="center"/>
      </w:pPr>
      <w:r>
        <w:rPr>
          <w:sz w:val="28"/>
        </w:rPr>
        <w:br/>
        <w:t>University of Wales Trinity Saint David</w:t>
      </w:r>
      <w:r>
        <w:rPr>
          <w:sz w:val="28"/>
        </w:rPr>
        <w:br/>
        <w:t>Birmingham Campus</w:t>
      </w:r>
    </w:p>
    <w:p w14:paraId="6076317D" w14:textId="77777777" w:rsidR="00B207CE" w:rsidRDefault="00274AE3">
      <w:r>
        <w:br/>
      </w:r>
      <w:r>
        <w:br/>
      </w:r>
      <w:r>
        <w:br/>
      </w:r>
      <w:r>
        <w:br/>
      </w:r>
      <w:r>
        <w:br/>
      </w:r>
    </w:p>
    <w:p w14:paraId="315560E7" w14:textId="219768B9" w:rsidR="00B207CE" w:rsidRDefault="00274AE3">
      <w:r>
        <w:rPr>
          <w:b/>
        </w:rPr>
        <w:t xml:space="preserve">Name: </w:t>
      </w:r>
      <w:r w:rsidR="00263074">
        <w:rPr>
          <w:b/>
        </w:rPr>
        <w:t>Gabriel Mendy Gbonegun</w:t>
      </w:r>
    </w:p>
    <w:p w14:paraId="33734540" w14:textId="280ED414" w:rsidR="00B207CE" w:rsidRDefault="00274AE3">
      <w:r>
        <w:rPr>
          <w:b/>
        </w:rPr>
        <w:t>Student Number: _</w:t>
      </w:r>
      <w:r w:rsidR="00263074">
        <w:rPr>
          <w:b/>
        </w:rPr>
        <w:t>2426964</w:t>
      </w:r>
    </w:p>
    <w:p w14:paraId="68347F17" w14:textId="77777777" w:rsidR="00B207CE" w:rsidRDefault="00274AE3">
      <w:r>
        <w:rPr>
          <w:b/>
        </w:rPr>
        <w:t>Course Title: BSc Applied Computing</w:t>
      </w:r>
    </w:p>
    <w:p w14:paraId="3242204F" w14:textId="51163FE1" w:rsidR="00B207CE" w:rsidRDefault="00274AE3">
      <w:r>
        <w:rPr>
          <w:b/>
        </w:rPr>
        <w:t>Module: Scripting and Programming Concepts (ACCA5036)</w:t>
      </w:r>
    </w:p>
    <w:p w14:paraId="729AEA75" w14:textId="586CC899" w:rsidR="000E5484" w:rsidRDefault="00274AE3" w:rsidP="000E5484">
      <w:pPr>
        <w:rPr>
          <w:b/>
        </w:rPr>
      </w:pPr>
      <w:r>
        <w:rPr>
          <w:b/>
        </w:rPr>
        <w:t xml:space="preserve">GitHub Link: </w:t>
      </w:r>
      <w:r w:rsidR="000E5484" w:rsidRPr="000E5484">
        <w:rPr>
          <w:b/>
        </w:rPr>
        <w:t>https:</w:t>
      </w:r>
      <w:r w:rsidR="004421B4" w:rsidRPr="004421B4">
        <w:t xml:space="preserve"> </w:t>
      </w:r>
      <w:r w:rsidR="004421B4" w:rsidRPr="004421B4">
        <w:rPr>
          <w:b/>
        </w:rPr>
        <w:t>https://github.com/GabrielM-223/scripttingandprogramming/blob/main/CodePycharm</w:t>
      </w:r>
    </w:p>
    <w:p w14:paraId="55A0852A" w14:textId="77777777" w:rsidR="000E5484" w:rsidRDefault="000E5484" w:rsidP="000E5484">
      <w:pPr>
        <w:rPr>
          <w:b/>
        </w:rPr>
      </w:pPr>
    </w:p>
    <w:p w14:paraId="794F14F9" w14:textId="17FCBB0C" w:rsidR="00B207CE" w:rsidRPr="00122515" w:rsidRDefault="00274AE3" w:rsidP="000E5484">
      <w:pPr>
        <w:rPr>
          <w:color w:val="000000" w:themeColor="text1"/>
        </w:rPr>
      </w:pPr>
      <w:r w:rsidRPr="00122515">
        <w:rPr>
          <w:color w:val="000000" w:themeColor="text1"/>
        </w:rPr>
        <w:t>Introduction</w:t>
      </w:r>
    </w:p>
    <w:p w14:paraId="325C1906" w14:textId="6FECBAD1" w:rsidR="00793C44" w:rsidRPr="00263074" w:rsidRDefault="00793C44" w:rsidP="00263074">
      <w:pPr>
        <w:rPr>
          <w:rFonts w:ascii="Calibri" w:hAnsi="Calibri" w:cs="Calibri"/>
          <w:color w:val="000000" w:themeColor="text1"/>
          <w:sz w:val="20"/>
          <w:szCs w:val="20"/>
        </w:rPr>
      </w:pPr>
      <w:bookmarkStart w:id="0" w:name="_Toc234836332"/>
      <w:r w:rsidRPr="00263074">
        <w:rPr>
          <w:rFonts w:ascii="Calibri" w:hAnsi="Calibri" w:cs="Calibri"/>
          <w:color w:val="000000" w:themeColor="text1"/>
          <w:sz w:val="20"/>
          <w:szCs w:val="20"/>
        </w:rPr>
        <w:t xml:space="preserve">Handling smart devices manually by the staff of Bright Minds Academy is time-consuming and not effective. Such an approach prevents keeping track of all connected devices, testing their functionality, and monitoring the last date of use. The issue becomes even bigger with the increasing usage of smart technology in educational institutions to enhance the quality of teaching and management </w:t>
      </w:r>
      <w:r w:rsidR="00B070C6" w:rsidRPr="00263074">
        <w:rPr>
          <w:rFonts w:ascii="Calibri" w:hAnsi="Calibri" w:cs="Calibri"/>
          <w:color w:val="000000" w:themeColor="text1"/>
          <w:sz w:val="20"/>
          <w:szCs w:val="20"/>
        </w:rPr>
        <w:t>processes]</w:t>
      </w:r>
      <w:r w:rsidRPr="00263074">
        <w:rPr>
          <w:rFonts w:ascii="Calibri" w:hAnsi="Calibri" w:cs="Calibri"/>
          <w:color w:val="000000" w:themeColor="text1"/>
          <w:sz w:val="20"/>
          <w:szCs w:val="20"/>
        </w:rPr>
        <w:t>. Without a centralized management system that automates such activities, it is difficult to use the potential of the devices efficiently</w:t>
      </w:r>
      <w:r w:rsidR="00B070C6" w:rsidRPr="00263074">
        <w:rPr>
          <w:rFonts w:ascii="Calibri" w:hAnsi="Calibri" w:cs="Calibri"/>
          <w:color w:val="000000" w:themeColor="text1"/>
          <w:sz w:val="20"/>
          <w:szCs w:val="20"/>
        </w:rPr>
        <w:t>. 2.0</w:t>
      </w:r>
      <w:r w:rsidRPr="00263074">
        <w:rPr>
          <w:rFonts w:ascii="Calibri" w:hAnsi="Calibri" w:cs="Calibri"/>
          <w:color w:val="000000" w:themeColor="text1"/>
          <w:sz w:val="20"/>
          <w:szCs w:val="20"/>
        </w:rPr>
        <w:t xml:space="preserve"> Requirement Analysis</w:t>
      </w:r>
      <w:bookmarkEnd w:id="0"/>
      <w:r w:rsidR="00B070C6">
        <w:rPr>
          <w:rFonts w:ascii="Calibri" w:hAnsi="Calibri" w:cs="Calibri"/>
          <w:color w:val="000000" w:themeColor="text1"/>
          <w:sz w:val="20"/>
          <w:szCs w:val="20"/>
        </w:rPr>
        <w:t>. [1]</w:t>
      </w:r>
    </w:p>
    <w:p w14:paraId="3D059AE4" w14:textId="55A5C8A9" w:rsidR="00793C44" w:rsidRPr="00263074" w:rsidRDefault="00793C44" w:rsidP="00263074">
      <w:pPr>
        <w:rPr>
          <w:b/>
          <w:bCs/>
          <w:color w:val="000000" w:themeColor="text1"/>
          <w:sz w:val="20"/>
          <w:szCs w:val="20"/>
        </w:rPr>
      </w:pPr>
      <w:r w:rsidRPr="00263074">
        <w:rPr>
          <w:rFonts w:ascii="Calibri" w:hAnsi="Calibri" w:cs="Calibri"/>
          <w:color w:val="000000" w:themeColor="text1"/>
          <w:sz w:val="20"/>
          <w:szCs w:val="20"/>
        </w:rPr>
        <w:t xml:space="preserve">Smart Home Device Manager solves these crucial challenges through providing an effective tool for tracking smart devices within the academy. Using the software, users will be able to automatically register new smart devices, change their status from online to offline and vice versa or put it to the maintenance mode. Also, it allows seeing the full list of registered devices and finding a certain device according to its name. Such automation is essential to maintain a clean and operative smart classroom environment, minimize manual operations and make sure that the required device will be available and operational on time. </w:t>
      </w:r>
      <w:proofErr w:type="gramStart"/>
      <w:r w:rsidRPr="00263074">
        <w:rPr>
          <w:rFonts w:ascii="Calibri" w:hAnsi="Calibri" w:cs="Calibri"/>
          <w:color w:val="000000" w:themeColor="text1"/>
          <w:sz w:val="20"/>
          <w:szCs w:val="20"/>
        </w:rPr>
        <w:t>The proper</w:t>
      </w:r>
      <w:proofErr w:type="gramEnd"/>
      <w:r w:rsidRPr="00263074">
        <w:rPr>
          <w:rFonts w:ascii="Calibri" w:hAnsi="Calibri" w:cs="Calibri"/>
          <w:color w:val="000000" w:themeColor="text1"/>
          <w:sz w:val="20"/>
          <w:szCs w:val="20"/>
        </w:rPr>
        <w:t xml:space="preserve"> IoT device management facilitates </w:t>
      </w:r>
      <w:r w:rsidR="00263074" w:rsidRPr="00263074">
        <w:rPr>
          <w:rFonts w:ascii="Calibri" w:hAnsi="Calibri" w:cs="Calibri"/>
          <w:color w:val="000000" w:themeColor="text1"/>
          <w:sz w:val="20"/>
          <w:szCs w:val="20"/>
        </w:rPr>
        <w:t>development</w:t>
      </w:r>
      <w:r w:rsidRPr="00263074">
        <w:rPr>
          <w:rFonts w:ascii="Calibri" w:hAnsi="Calibri" w:cs="Calibri"/>
          <w:color w:val="000000" w:themeColor="text1"/>
          <w:sz w:val="20"/>
          <w:szCs w:val="20"/>
        </w:rPr>
        <w:t xml:space="preserve">, improves availability and reduces complexity, particularly of smart classroom. Through organizing the data about IoT devices, the software deals with the most frequent challenges such as connectivity and interoperability </w:t>
      </w:r>
      <w:r w:rsidR="00BD12C8" w:rsidRPr="00263074">
        <w:rPr>
          <w:rFonts w:ascii="Calibri" w:hAnsi="Calibri" w:cs="Calibri"/>
          <w:color w:val="000000" w:themeColor="text1"/>
          <w:sz w:val="20"/>
          <w:szCs w:val="20"/>
        </w:rPr>
        <w:t>problems</w:t>
      </w:r>
      <w:r w:rsidR="00BD12C8">
        <w:rPr>
          <w:rFonts w:ascii="Calibri" w:hAnsi="Calibri" w:cs="Calibri"/>
          <w:color w:val="000000" w:themeColor="text1"/>
          <w:sz w:val="20"/>
          <w:szCs w:val="20"/>
        </w:rPr>
        <w:t xml:space="preserve"> [</w:t>
      </w:r>
      <w:r w:rsidR="00B070C6">
        <w:rPr>
          <w:rFonts w:ascii="Calibri" w:hAnsi="Calibri" w:cs="Calibri"/>
          <w:color w:val="000000" w:themeColor="text1"/>
          <w:sz w:val="20"/>
          <w:szCs w:val="20"/>
        </w:rPr>
        <w:t>1]</w:t>
      </w:r>
    </w:p>
    <w:p w14:paraId="47FCF0BA" w14:textId="77777777" w:rsidR="00B207CE" w:rsidRPr="00263074" w:rsidRDefault="00274AE3">
      <w:pPr>
        <w:pStyle w:val="Heading1"/>
        <w:rPr>
          <w:color w:val="000000" w:themeColor="text1"/>
        </w:rPr>
      </w:pPr>
      <w:r w:rsidRPr="00263074">
        <w:rPr>
          <w:color w:val="000000" w:themeColor="text1"/>
        </w:rPr>
        <w:lastRenderedPageBreak/>
        <w:t>2.0 Requirement Analysis</w:t>
      </w:r>
    </w:p>
    <w:p w14:paraId="7C46D0A4" w14:textId="339443B8" w:rsidR="00793C44" w:rsidRPr="00793C44" w:rsidRDefault="00793C44" w:rsidP="00793C44">
      <w:pPr>
        <w:rPr>
          <w:rFonts w:ascii="Calibri" w:hAnsi="Calibri" w:cs="Calibri"/>
          <w:color w:val="000000" w:themeColor="text1"/>
          <w:sz w:val="20"/>
          <w:szCs w:val="20"/>
        </w:rPr>
      </w:pPr>
      <w:bookmarkStart w:id="1" w:name="_Toc234836333"/>
      <w:r w:rsidRPr="00793C44">
        <w:rPr>
          <w:rFonts w:ascii="Calibri" w:hAnsi="Calibri" w:cs="Calibri"/>
          <w:color w:val="000000" w:themeColor="text1"/>
          <w:sz w:val="20"/>
          <w:szCs w:val="20"/>
        </w:rPr>
        <w:t xml:space="preserve">Smart Home Device Manager will help Bright Minds Academy with the issue of manual device management. The following key features will be focused </w:t>
      </w:r>
      <w:proofErr w:type="gramStart"/>
      <w:r w:rsidRPr="00793C44">
        <w:rPr>
          <w:rFonts w:ascii="Calibri" w:hAnsi="Calibri" w:cs="Calibri"/>
          <w:color w:val="000000" w:themeColor="text1"/>
          <w:sz w:val="20"/>
          <w:szCs w:val="20"/>
        </w:rPr>
        <w:t>to</w:t>
      </w:r>
      <w:proofErr w:type="gramEnd"/>
      <w:r w:rsidRPr="00793C44">
        <w:rPr>
          <w:rFonts w:ascii="Calibri" w:hAnsi="Calibri" w:cs="Calibri"/>
          <w:color w:val="000000" w:themeColor="text1"/>
          <w:sz w:val="20"/>
          <w:szCs w:val="20"/>
        </w:rPr>
        <w:t xml:space="preserve"> simplify tracking and updating status of smart </w:t>
      </w:r>
      <w:proofErr w:type="gramStart"/>
      <w:r w:rsidRPr="00793C44">
        <w:rPr>
          <w:rFonts w:ascii="Calibri" w:hAnsi="Calibri" w:cs="Calibri"/>
          <w:color w:val="000000" w:themeColor="text1"/>
          <w:sz w:val="20"/>
          <w:szCs w:val="20"/>
        </w:rPr>
        <w:t>devices</w:t>
      </w:r>
      <w:r w:rsidR="007F0D4A">
        <w:rPr>
          <w:rFonts w:ascii="Calibri" w:hAnsi="Calibri" w:cs="Calibri"/>
          <w:color w:val="000000" w:themeColor="text1"/>
          <w:sz w:val="20"/>
          <w:szCs w:val="20"/>
        </w:rPr>
        <w:t>[</w:t>
      </w:r>
      <w:proofErr w:type="gramEnd"/>
      <w:r w:rsidR="007F0D4A">
        <w:rPr>
          <w:rFonts w:ascii="Calibri" w:hAnsi="Calibri" w:cs="Calibri"/>
          <w:color w:val="000000" w:themeColor="text1"/>
          <w:sz w:val="20"/>
          <w:szCs w:val="20"/>
        </w:rPr>
        <w:t>2]</w:t>
      </w:r>
      <w:r w:rsidRPr="00793C44">
        <w:rPr>
          <w:rFonts w:ascii="Calibri" w:hAnsi="Calibri" w:cs="Calibri"/>
          <w:color w:val="000000" w:themeColor="text1"/>
          <w:sz w:val="20"/>
          <w:szCs w:val="20"/>
        </w:rPr>
        <w:t xml:space="preserve">. </w:t>
      </w:r>
    </w:p>
    <w:p w14:paraId="14821BCA" w14:textId="46F2EB2A" w:rsidR="00793C44" w:rsidRPr="00793C44" w:rsidRDefault="00793C44" w:rsidP="00793C44">
      <w:pPr>
        <w:rPr>
          <w:rFonts w:ascii="Calibri" w:hAnsi="Calibri" w:cs="Calibri"/>
          <w:color w:val="000000" w:themeColor="text1"/>
          <w:sz w:val="20"/>
          <w:szCs w:val="20"/>
        </w:rPr>
      </w:pPr>
      <w:r w:rsidRPr="00793C44">
        <w:rPr>
          <w:rFonts w:ascii="Calibri" w:hAnsi="Calibri" w:cs="Calibri"/>
          <w:color w:val="000000" w:themeColor="text1"/>
          <w:sz w:val="20"/>
          <w:szCs w:val="20"/>
        </w:rPr>
        <w:t xml:space="preserve"> Add Device with Room: Staff members have an opportunity to add a device by its name and specify the room it belongs to. Such a feature creates an inventory of devices and places. Thus, it will fix the problem of tracking and make it possible to understand which device is connected and in which room it is placed.</w:t>
      </w:r>
    </w:p>
    <w:p w14:paraId="282BAF09" w14:textId="7230CE19" w:rsidR="00793C44" w:rsidRPr="00793C44" w:rsidRDefault="00793C44" w:rsidP="00793C44">
      <w:pPr>
        <w:rPr>
          <w:rFonts w:ascii="Calibri" w:hAnsi="Calibri" w:cs="Calibri"/>
          <w:color w:val="000000" w:themeColor="text1"/>
          <w:sz w:val="20"/>
          <w:szCs w:val="20"/>
        </w:rPr>
      </w:pPr>
      <w:r w:rsidRPr="00793C44">
        <w:rPr>
          <w:rFonts w:ascii="Calibri" w:hAnsi="Calibri" w:cs="Calibri"/>
          <w:color w:val="000000" w:themeColor="text1"/>
          <w:sz w:val="20"/>
          <w:szCs w:val="20"/>
        </w:rPr>
        <w:t xml:space="preserve"> Update Status (Online/Offline/Maintenance): Staff will be able to update the status of any device. The statuses that are predefined include Online, Offline, and Maintenance. With such a feature, it will be easier to identify problems, reduce downtime, and use the resources </w:t>
      </w:r>
      <w:proofErr w:type="gramStart"/>
      <w:r w:rsidRPr="00793C44">
        <w:rPr>
          <w:rFonts w:ascii="Calibri" w:hAnsi="Calibri" w:cs="Calibri"/>
          <w:color w:val="000000" w:themeColor="text1"/>
          <w:sz w:val="20"/>
          <w:szCs w:val="20"/>
        </w:rPr>
        <w:t>efficiently</w:t>
      </w:r>
      <w:r w:rsidR="00587667">
        <w:rPr>
          <w:rFonts w:ascii="Calibri" w:hAnsi="Calibri" w:cs="Calibri"/>
          <w:color w:val="000000" w:themeColor="text1"/>
          <w:sz w:val="20"/>
          <w:szCs w:val="20"/>
        </w:rPr>
        <w:t>[</w:t>
      </w:r>
      <w:proofErr w:type="gramEnd"/>
      <w:r w:rsidR="00587667">
        <w:rPr>
          <w:rFonts w:ascii="Calibri" w:hAnsi="Calibri" w:cs="Calibri"/>
          <w:color w:val="000000" w:themeColor="text1"/>
          <w:sz w:val="20"/>
          <w:szCs w:val="20"/>
        </w:rPr>
        <w:t>2]</w:t>
      </w:r>
      <w:r w:rsidRPr="00793C44">
        <w:rPr>
          <w:rFonts w:ascii="Calibri" w:hAnsi="Calibri" w:cs="Calibri"/>
          <w:color w:val="000000" w:themeColor="text1"/>
          <w:sz w:val="20"/>
          <w:szCs w:val="20"/>
        </w:rPr>
        <w:t xml:space="preserve">. </w:t>
      </w:r>
    </w:p>
    <w:p w14:paraId="62AA7B9D" w14:textId="193AFF86" w:rsidR="00793C44" w:rsidRPr="00793C44" w:rsidRDefault="00793C44" w:rsidP="00793C44">
      <w:pPr>
        <w:rPr>
          <w:rFonts w:ascii="Calibri" w:hAnsi="Calibri" w:cs="Calibri"/>
          <w:color w:val="000000" w:themeColor="text1"/>
          <w:sz w:val="20"/>
          <w:szCs w:val="20"/>
        </w:rPr>
      </w:pPr>
      <w:r w:rsidRPr="00793C44">
        <w:rPr>
          <w:rFonts w:ascii="Calibri" w:hAnsi="Calibri" w:cs="Calibri"/>
          <w:color w:val="000000" w:themeColor="text1"/>
          <w:sz w:val="20"/>
          <w:szCs w:val="20"/>
        </w:rPr>
        <w:t xml:space="preserve">View All Devices: Will present the list of all devices that were added along with their rooms and statuses. This way, it will be easy to overview all the assets and resolve the difficulty of tracking all the devices. </w:t>
      </w:r>
    </w:p>
    <w:p w14:paraId="41552A2D" w14:textId="7134BDA5" w:rsidR="00793C44" w:rsidRDefault="00793C44" w:rsidP="00793C44">
      <w:pPr>
        <w:rPr>
          <w:rFonts w:ascii="Calibri" w:hAnsi="Calibri" w:cs="Calibri"/>
          <w:color w:val="000000" w:themeColor="text1"/>
          <w:sz w:val="20"/>
          <w:szCs w:val="20"/>
        </w:rPr>
      </w:pPr>
      <w:r w:rsidRPr="00793C44">
        <w:rPr>
          <w:rFonts w:ascii="Calibri" w:hAnsi="Calibri" w:cs="Calibri"/>
          <w:color w:val="000000" w:themeColor="text1"/>
          <w:sz w:val="20"/>
          <w:szCs w:val="20"/>
        </w:rPr>
        <w:t xml:space="preserve"> Search a Device by Name Staff members will be able to search a device by its name and get necessary information including its status and usage. Such features provide an efficient and pragmatic solution to the problem of manual device management. They provide the basis for further improvements and make the solution feasible and </w:t>
      </w:r>
      <w:r w:rsidR="00BD12C8" w:rsidRPr="00793C44">
        <w:rPr>
          <w:rFonts w:ascii="Calibri" w:hAnsi="Calibri" w:cs="Calibri"/>
          <w:color w:val="000000" w:themeColor="text1"/>
          <w:sz w:val="20"/>
          <w:szCs w:val="20"/>
        </w:rPr>
        <w:t>easy to use</w:t>
      </w:r>
      <w:r w:rsidRPr="00793C44">
        <w:rPr>
          <w:rFonts w:ascii="Calibri" w:hAnsi="Calibri" w:cs="Calibri"/>
          <w:color w:val="000000" w:themeColor="text1"/>
          <w:sz w:val="20"/>
          <w:szCs w:val="20"/>
        </w:rPr>
        <w:t xml:space="preserve"> for academy </w:t>
      </w:r>
      <w:proofErr w:type="gramStart"/>
      <w:r w:rsidRPr="00793C44">
        <w:rPr>
          <w:rFonts w:ascii="Calibri" w:hAnsi="Calibri" w:cs="Calibri"/>
          <w:color w:val="000000" w:themeColor="text1"/>
          <w:sz w:val="20"/>
          <w:szCs w:val="20"/>
        </w:rPr>
        <w:t>staff</w:t>
      </w:r>
      <w:r w:rsidR="00587667">
        <w:rPr>
          <w:rFonts w:ascii="Calibri" w:hAnsi="Calibri" w:cs="Calibri"/>
          <w:color w:val="000000" w:themeColor="text1"/>
          <w:sz w:val="20"/>
          <w:szCs w:val="20"/>
        </w:rPr>
        <w:t>[</w:t>
      </w:r>
      <w:proofErr w:type="gramEnd"/>
      <w:r w:rsidR="00587667">
        <w:rPr>
          <w:rFonts w:ascii="Calibri" w:hAnsi="Calibri" w:cs="Calibri"/>
          <w:color w:val="000000" w:themeColor="text1"/>
          <w:sz w:val="20"/>
          <w:szCs w:val="20"/>
        </w:rPr>
        <w:t>2]</w:t>
      </w:r>
      <w:r w:rsidRPr="00793C44">
        <w:rPr>
          <w:rFonts w:ascii="Calibri" w:hAnsi="Calibri" w:cs="Calibri"/>
          <w:color w:val="000000" w:themeColor="text1"/>
          <w:sz w:val="20"/>
          <w:szCs w:val="20"/>
        </w:rPr>
        <w:t>.</w:t>
      </w:r>
      <w:bookmarkEnd w:id="1"/>
    </w:p>
    <w:p w14:paraId="1E075990" w14:textId="77777777" w:rsidR="00E34502" w:rsidRDefault="00E34502" w:rsidP="00793C44">
      <w:pPr>
        <w:rPr>
          <w:rFonts w:ascii="Calibri" w:hAnsi="Calibri" w:cs="Calibri"/>
          <w:color w:val="000000" w:themeColor="text1"/>
          <w:sz w:val="20"/>
          <w:szCs w:val="20"/>
        </w:rPr>
      </w:pPr>
    </w:p>
    <w:p w14:paraId="78011C41" w14:textId="77777777" w:rsidR="00E34502" w:rsidRDefault="00E34502" w:rsidP="00793C44">
      <w:pPr>
        <w:rPr>
          <w:rFonts w:ascii="Calibri" w:hAnsi="Calibri" w:cs="Calibri"/>
          <w:color w:val="000000" w:themeColor="text1"/>
          <w:sz w:val="20"/>
          <w:szCs w:val="20"/>
        </w:rPr>
      </w:pPr>
    </w:p>
    <w:p w14:paraId="763FCA19" w14:textId="77777777" w:rsidR="00B070C6" w:rsidRDefault="00B070C6" w:rsidP="00793C44">
      <w:pPr>
        <w:rPr>
          <w:rFonts w:ascii="Calibri" w:hAnsi="Calibri" w:cs="Calibri"/>
          <w:color w:val="000000" w:themeColor="text1"/>
          <w:sz w:val="20"/>
          <w:szCs w:val="20"/>
        </w:rPr>
      </w:pPr>
    </w:p>
    <w:p w14:paraId="1DF8C4F7" w14:textId="77777777" w:rsidR="00263074" w:rsidRDefault="00263074" w:rsidP="00793C44">
      <w:pPr>
        <w:rPr>
          <w:rFonts w:ascii="Calibri" w:hAnsi="Calibri" w:cs="Calibri"/>
          <w:color w:val="000000" w:themeColor="text1"/>
          <w:sz w:val="20"/>
          <w:szCs w:val="20"/>
        </w:rPr>
      </w:pPr>
    </w:p>
    <w:p w14:paraId="08F74719" w14:textId="77777777" w:rsidR="00B070C6" w:rsidRPr="00253DE4" w:rsidRDefault="00B070C6" w:rsidP="00B070C6">
      <w:pPr>
        <w:pStyle w:val="Heading3"/>
        <w:rPr>
          <w:color w:val="000000" w:themeColor="text1"/>
        </w:rPr>
      </w:pPr>
      <w:proofErr w:type="spellStart"/>
      <w:r w:rsidRPr="00253DE4">
        <w:rPr>
          <w:color w:val="000000" w:themeColor="text1"/>
        </w:rPr>
        <w:t>MoSCoW</w:t>
      </w:r>
      <w:proofErr w:type="spellEnd"/>
      <w:r w:rsidRPr="00253DE4">
        <w:rPr>
          <w:color w:val="000000" w:themeColor="text1"/>
        </w:rPr>
        <w:t xml:space="preserve"> Table</w:t>
      </w:r>
    </w:p>
    <w:p w14:paraId="3FA91873" w14:textId="77777777" w:rsidR="00E34502" w:rsidRDefault="00E34502" w:rsidP="00B070C6">
      <w:pPr>
        <w:ind w:firstLine="720"/>
        <w:rPr>
          <w:rFonts w:ascii="Calibri" w:hAnsi="Calibri" w:cs="Calibri"/>
          <w:color w:val="000000" w:themeColor="text1"/>
          <w:sz w:val="20"/>
          <w:szCs w:val="20"/>
        </w:rPr>
      </w:pPr>
    </w:p>
    <w:tbl>
      <w:tblPr>
        <w:tblStyle w:val="TableGrid"/>
        <w:tblW w:w="0" w:type="auto"/>
        <w:tblLook w:val="04A0" w:firstRow="1" w:lastRow="0" w:firstColumn="1" w:lastColumn="0" w:noHBand="0" w:noVBand="1"/>
      </w:tblPr>
      <w:tblGrid>
        <w:gridCol w:w="2876"/>
        <w:gridCol w:w="2877"/>
        <w:gridCol w:w="2877"/>
      </w:tblGrid>
      <w:tr w:rsidR="00E34502" w14:paraId="619A5BBA" w14:textId="77777777" w:rsidTr="00027523">
        <w:tc>
          <w:tcPr>
            <w:tcW w:w="2880" w:type="dxa"/>
          </w:tcPr>
          <w:p w14:paraId="45185DCB" w14:textId="77777777" w:rsidR="00E34502" w:rsidRPr="00263074" w:rsidRDefault="00E34502" w:rsidP="00027523">
            <w:pPr>
              <w:rPr>
                <w:rFonts w:asciiTheme="majorHAnsi" w:hAnsiTheme="majorHAnsi" w:cstheme="majorHAnsi"/>
                <w:color w:val="000000" w:themeColor="text1"/>
              </w:rPr>
            </w:pPr>
            <w:r w:rsidRPr="00263074">
              <w:rPr>
                <w:rFonts w:asciiTheme="majorHAnsi" w:hAnsiTheme="majorHAnsi" w:cstheme="majorHAnsi"/>
                <w:color w:val="000000" w:themeColor="text1"/>
              </w:rPr>
              <w:t>Priority</w:t>
            </w:r>
          </w:p>
        </w:tc>
        <w:tc>
          <w:tcPr>
            <w:tcW w:w="2880" w:type="dxa"/>
          </w:tcPr>
          <w:p w14:paraId="52D311F5" w14:textId="77777777" w:rsidR="00E34502" w:rsidRPr="00263074" w:rsidRDefault="00E34502" w:rsidP="00027523">
            <w:pPr>
              <w:rPr>
                <w:rFonts w:asciiTheme="majorHAnsi" w:hAnsiTheme="majorHAnsi" w:cstheme="majorHAnsi"/>
                <w:color w:val="000000" w:themeColor="text1"/>
              </w:rPr>
            </w:pPr>
            <w:r w:rsidRPr="00263074">
              <w:rPr>
                <w:rFonts w:asciiTheme="majorHAnsi" w:hAnsiTheme="majorHAnsi" w:cstheme="majorHAnsi"/>
                <w:color w:val="000000" w:themeColor="text1"/>
              </w:rPr>
              <w:t>Requirement</w:t>
            </w:r>
          </w:p>
        </w:tc>
        <w:tc>
          <w:tcPr>
            <w:tcW w:w="2880" w:type="dxa"/>
          </w:tcPr>
          <w:p w14:paraId="0664BC59" w14:textId="77777777" w:rsidR="00E34502" w:rsidRPr="00263074" w:rsidRDefault="00E34502" w:rsidP="00027523">
            <w:pPr>
              <w:rPr>
                <w:rFonts w:asciiTheme="majorHAnsi" w:hAnsiTheme="majorHAnsi" w:cstheme="majorHAnsi"/>
                <w:color w:val="000000" w:themeColor="text1"/>
              </w:rPr>
            </w:pPr>
            <w:r w:rsidRPr="00263074">
              <w:rPr>
                <w:rFonts w:asciiTheme="majorHAnsi" w:hAnsiTheme="majorHAnsi" w:cstheme="majorHAnsi"/>
                <w:color w:val="000000" w:themeColor="text1"/>
              </w:rPr>
              <w:t>Description</w:t>
            </w:r>
          </w:p>
        </w:tc>
      </w:tr>
      <w:tr w:rsidR="00E34502" w:rsidRPr="00B070C6" w14:paraId="7CDD1BD8" w14:textId="77777777" w:rsidTr="00027523">
        <w:tc>
          <w:tcPr>
            <w:tcW w:w="2880" w:type="dxa"/>
          </w:tcPr>
          <w:p w14:paraId="79BDCDA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Must Have</w:t>
            </w:r>
          </w:p>
        </w:tc>
        <w:tc>
          <w:tcPr>
            <w:tcW w:w="2880" w:type="dxa"/>
          </w:tcPr>
          <w:p w14:paraId="01876CC5"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Add Device</w:t>
            </w:r>
          </w:p>
        </w:tc>
        <w:tc>
          <w:tcPr>
            <w:tcW w:w="2880" w:type="dxa"/>
          </w:tcPr>
          <w:p w14:paraId="436460A9"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 xml:space="preserve">The system should allow the user to register a new device along with its name and location. </w:t>
            </w:r>
          </w:p>
        </w:tc>
      </w:tr>
      <w:tr w:rsidR="00E34502" w:rsidRPr="00B070C6" w14:paraId="484C1071" w14:textId="77777777" w:rsidTr="00027523">
        <w:tc>
          <w:tcPr>
            <w:tcW w:w="2880" w:type="dxa"/>
          </w:tcPr>
          <w:p w14:paraId="49821AB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Must Have</w:t>
            </w:r>
          </w:p>
        </w:tc>
        <w:tc>
          <w:tcPr>
            <w:tcW w:w="2880" w:type="dxa"/>
          </w:tcPr>
          <w:p w14:paraId="1F47B20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Update Status</w:t>
            </w:r>
          </w:p>
        </w:tc>
        <w:tc>
          <w:tcPr>
            <w:tcW w:w="2880" w:type="dxa"/>
          </w:tcPr>
          <w:p w14:paraId="1C857E54"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The system must allow users to update the status of a device (online, offline, maintenance).</w:t>
            </w:r>
          </w:p>
        </w:tc>
      </w:tr>
      <w:tr w:rsidR="00E34502" w:rsidRPr="00B070C6" w14:paraId="37619B48" w14:textId="77777777" w:rsidTr="00027523">
        <w:tc>
          <w:tcPr>
            <w:tcW w:w="2880" w:type="dxa"/>
          </w:tcPr>
          <w:p w14:paraId="291F942C"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Must Have</w:t>
            </w:r>
          </w:p>
        </w:tc>
        <w:tc>
          <w:tcPr>
            <w:tcW w:w="2880" w:type="dxa"/>
          </w:tcPr>
          <w:p w14:paraId="3B841CA6"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View All Devices</w:t>
            </w:r>
          </w:p>
        </w:tc>
        <w:tc>
          <w:tcPr>
            <w:tcW w:w="2880" w:type="dxa"/>
          </w:tcPr>
          <w:p w14:paraId="564BDCC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The system must display a list of all registered devices and their current statuses.</w:t>
            </w:r>
          </w:p>
        </w:tc>
      </w:tr>
      <w:tr w:rsidR="00E34502" w:rsidRPr="00B070C6" w14:paraId="76DA85F3" w14:textId="77777777" w:rsidTr="00027523">
        <w:tc>
          <w:tcPr>
            <w:tcW w:w="2880" w:type="dxa"/>
          </w:tcPr>
          <w:p w14:paraId="368EDC98"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Must Have</w:t>
            </w:r>
          </w:p>
        </w:tc>
        <w:tc>
          <w:tcPr>
            <w:tcW w:w="2880" w:type="dxa"/>
          </w:tcPr>
          <w:p w14:paraId="21B178FB"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Search Device</w:t>
            </w:r>
          </w:p>
        </w:tc>
        <w:tc>
          <w:tcPr>
            <w:tcW w:w="2880" w:type="dxa"/>
          </w:tcPr>
          <w:p w14:paraId="307AECC8"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The system must allow users to search for a specific device by its name.</w:t>
            </w:r>
          </w:p>
        </w:tc>
      </w:tr>
      <w:tr w:rsidR="00E34502" w:rsidRPr="00B070C6" w14:paraId="1BD7D552" w14:textId="77777777" w:rsidTr="00027523">
        <w:tc>
          <w:tcPr>
            <w:tcW w:w="2880" w:type="dxa"/>
          </w:tcPr>
          <w:p w14:paraId="3851BE8D"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Should Have</w:t>
            </w:r>
          </w:p>
        </w:tc>
        <w:tc>
          <w:tcPr>
            <w:tcW w:w="2880" w:type="dxa"/>
          </w:tcPr>
          <w:p w14:paraId="33080A0E"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Input Validation</w:t>
            </w:r>
          </w:p>
        </w:tc>
        <w:tc>
          <w:tcPr>
            <w:tcW w:w="2880" w:type="dxa"/>
          </w:tcPr>
          <w:p w14:paraId="567684F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The system should validate user inputs to prevent errors ensuring a valid status is entered.</w:t>
            </w:r>
          </w:p>
        </w:tc>
      </w:tr>
      <w:tr w:rsidR="00E34502" w:rsidRPr="00B070C6" w14:paraId="27823558" w14:textId="77777777" w:rsidTr="00027523">
        <w:tc>
          <w:tcPr>
            <w:tcW w:w="2880" w:type="dxa"/>
          </w:tcPr>
          <w:p w14:paraId="421F593F"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lastRenderedPageBreak/>
              <w:t xml:space="preserve"> Could Have</w:t>
            </w:r>
          </w:p>
        </w:tc>
        <w:tc>
          <w:tcPr>
            <w:tcW w:w="2880" w:type="dxa"/>
          </w:tcPr>
          <w:p w14:paraId="47AF910A"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Data Persistence</w:t>
            </w:r>
          </w:p>
        </w:tc>
        <w:tc>
          <w:tcPr>
            <w:tcW w:w="2880" w:type="dxa"/>
          </w:tcPr>
          <w:p w14:paraId="355C0D97"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 xml:space="preserve">The system could save device data </w:t>
            </w:r>
            <w:proofErr w:type="gramStart"/>
            <w:r w:rsidRPr="00B070C6">
              <w:rPr>
                <w:rFonts w:asciiTheme="majorHAnsi" w:hAnsiTheme="majorHAnsi" w:cstheme="majorHAnsi"/>
                <w:color w:val="000000" w:themeColor="text1"/>
                <w:sz w:val="20"/>
                <w:szCs w:val="20"/>
              </w:rPr>
              <w:t>to</w:t>
            </w:r>
            <w:proofErr w:type="gramEnd"/>
            <w:r w:rsidRPr="00B070C6">
              <w:rPr>
                <w:rFonts w:asciiTheme="majorHAnsi" w:hAnsiTheme="majorHAnsi" w:cstheme="majorHAnsi"/>
                <w:color w:val="000000" w:themeColor="text1"/>
                <w:sz w:val="20"/>
                <w:szCs w:val="20"/>
              </w:rPr>
              <w:t xml:space="preserve"> a </w:t>
            </w:r>
            <w:proofErr w:type="gramStart"/>
            <w:r w:rsidRPr="00B070C6">
              <w:rPr>
                <w:rFonts w:asciiTheme="majorHAnsi" w:hAnsiTheme="majorHAnsi" w:cstheme="majorHAnsi"/>
                <w:color w:val="000000" w:themeColor="text1"/>
                <w:sz w:val="20"/>
                <w:szCs w:val="20"/>
              </w:rPr>
              <w:t>file</w:t>
            </w:r>
            <w:proofErr w:type="gramEnd"/>
            <w:r w:rsidRPr="00B070C6">
              <w:rPr>
                <w:rFonts w:asciiTheme="majorHAnsi" w:hAnsiTheme="majorHAnsi" w:cstheme="majorHAnsi"/>
                <w:color w:val="000000" w:themeColor="text1"/>
                <w:sz w:val="20"/>
                <w:szCs w:val="20"/>
              </w:rPr>
              <w:t xml:space="preserve"> so it is not lost when the program exits.</w:t>
            </w:r>
          </w:p>
        </w:tc>
      </w:tr>
      <w:tr w:rsidR="00E34502" w:rsidRPr="00B070C6" w14:paraId="557FA323" w14:textId="77777777" w:rsidTr="00027523">
        <w:tc>
          <w:tcPr>
            <w:tcW w:w="2880" w:type="dxa"/>
          </w:tcPr>
          <w:p w14:paraId="4945427E"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Won't Have</w:t>
            </w:r>
          </w:p>
        </w:tc>
        <w:tc>
          <w:tcPr>
            <w:tcW w:w="2880" w:type="dxa"/>
          </w:tcPr>
          <w:p w14:paraId="0114A73B"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Real-time Control</w:t>
            </w:r>
          </w:p>
        </w:tc>
        <w:tc>
          <w:tcPr>
            <w:tcW w:w="2880" w:type="dxa"/>
          </w:tcPr>
          <w:p w14:paraId="1060328A" w14:textId="77777777" w:rsidR="00E34502" w:rsidRPr="00B070C6" w:rsidRDefault="00E34502" w:rsidP="00027523">
            <w:pPr>
              <w:rPr>
                <w:rFonts w:asciiTheme="majorHAnsi" w:hAnsiTheme="majorHAnsi" w:cstheme="majorHAnsi"/>
                <w:color w:val="000000" w:themeColor="text1"/>
                <w:sz w:val="20"/>
                <w:szCs w:val="20"/>
              </w:rPr>
            </w:pPr>
            <w:r w:rsidRPr="00B070C6">
              <w:rPr>
                <w:rFonts w:asciiTheme="majorHAnsi" w:hAnsiTheme="majorHAnsi" w:cstheme="majorHAnsi"/>
                <w:color w:val="000000" w:themeColor="text1"/>
                <w:sz w:val="20"/>
                <w:szCs w:val="20"/>
              </w:rPr>
              <w:t>The system will not have the capability to physically control the devices in real-time for this iteration.</w:t>
            </w:r>
          </w:p>
        </w:tc>
      </w:tr>
    </w:tbl>
    <w:p w14:paraId="7B2A4976" w14:textId="77777777" w:rsidR="00793C44" w:rsidRDefault="00793C44" w:rsidP="00793C44"/>
    <w:p w14:paraId="718B2D5C" w14:textId="77777777" w:rsidR="00A8229D" w:rsidRDefault="00A8229D" w:rsidP="00A8229D">
      <w:pPr>
        <w:pStyle w:val="Heading3"/>
        <w:rPr>
          <w:color w:val="000000" w:themeColor="text1"/>
        </w:rPr>
      </w:pPr>
      <w:r w:rsidRPr="0038594E">
        <w:rPr>
          <w:color w:val="000000" w:themeColor="text1"/>
        </w:rPr>
        <w:t>Structured Diagram</w:t>
      </w:r>
    </w:p>
    <w:p w14:paraId="03582001" w14:textId="77777777" w:rsidR="00A8229D" w:rsidRPr="0038594E" w:rsidRDefault="00A8229D" w:rsidP="00A8229D"/>
    <w:p w14:paraId="69576253" w14:textId="5769F208" w:rsidR="00A8229D" w:rsidRPr="00CB5D7D" w:rsidRDefault="00CB5D7D" w:rsidP="00A8229D">
      <w:r>
        <w:rPr>
          <w:rFonts w:ascii="Courier New" w:hAnsi="Courier New"/>
          <w:noProof/>
          <w:sz w:val="18"/>
        </w:rPr>
        <mc:AlternateContent>
          <mc:Choice Requires="wps">
            <w:drawing>
              <wp:anchor distT="0" distB="0" distL="114300" distR="114300" simplePos="0" relativeHeight="251616256" behindDoc="0" locked="0" layoutInCell="1" allowOverlap="1" wp14:anchorId="2F161C18" wp14:editId="2036F8E8">
                <wp:simplePos x="0" y="0"/>
                <wp:positionH relativeFrom="column">
                  <wp:posOffset>447674</wp:posOffset>
                </wp:positionH>
                <wp:positionV relativeFrom="paragraph">
                  <wp:posOffset>402590</wp:posOffset>
                </wp:positionV>
                <wp:extent cx="3971925" cy="285750"/>
                <wp:effectExtent l="0" t="0" r="28575" b="19050"/>
                <wp:wrapNone/>
                <wp:docPr id="446897582" name="Text Box 3"/>
                <wp:cNvGraphicFramePr/>
                <a:graphic xmlns:a="http://schemas.openxmlformats.org/drawingml/2006/main">
                  <a:graphicData uri="http://schemas.microsoft.com/office/word/2010/wordprocessingShape">
                    <wps:wsp>
                      <wps:cNvSpPr txBox="1"/>
                      <wps:spPr>
                        <a:xfrm>
                          <a:off x="0" y="0"/>
                          <a:ext cx="3971925" cy="285750"/>
                        </a:xfrm>
                        <a:prstGeom prst="rect">
                          <a:avLst/>
                        </a:prstGeom>
                        <a:solidFill>
                          <a:schemeClr val="lt1"/>
                        </a:solidFill>
                        <a:ln w="6350">
                          <a:solidFill>
                            <a:prstClr val="black"/>
                          </a:solidFill>
                        </a:ln>
                      </wps:spPr>
                      <wps:txbx>
                        <w:txbxContent>
                          <w:p w14:paraId="01DBBC8A" w14:textId="77777777" w:rsidR="00A8229D" w:rsidRPr="00EA5FF8" w:rsidRDefault="00A8229D" w:rsidP="00A8229D">
                            <w:pPr>
                              <w:jc w:val="center"/>
                              <w:rPr>
                                <w:lang w:val="en-GB"/>
                              </w:rPr>
                            </w:pPr>
                            <w:r>
                              <w:rPr>
                                <w:lang w:val="en-GB"/>
                              </w:rPr>
                              <w:t>Smart Home Device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161C18" id="_x0000_t202" coordsize="21600,21600" o:spt="202" path="m,l,21600r21600,l21600,xe">
                <v:stroke joinstyle="miter"/>
                <v:path gradientshapeok="t" o:connecttype="rect"/>
              </v:shapetype>
              <v:shape id="Text Box 3" o:spid="_x0000_s1026" type="#_x0000_t202" style="position:absolute;margin-left:35.25pt;margin-top:31.7pt;width:312.75pt;height:22.5pt;z-index:25161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" fillcolor="white [3201]" strokeweight=".5pt">
                <v:textbox>
                  <w:txbxContent>
                    <w:p w14:paraId="01DBBC8A" w14:textId="77777777" w:rsidR="00A8229D" w:rsidRPr="00EA5FF8" w:rsidRDefault="00A8229D" w:rsidP="00A8229D">
                      <w:pPr>
                        <w:jc w:val="center"/>
                        <w:rPr>
                          <w:lang w:val="en-GB"/>
                        </w:rPr>
                      </w:pPr>
                      <w:r>
                        <w:rPr>
                          <w:lang w:val="en-GB"/>
                        </w:rPr>
                        <w:t>Smart Home Device</w:t>
                      </w:r>
                    </w:p>
                  </w:txbxContent>
                </v:textbox>
              </v:shape>
            </w:pict>
          </mc:Fallback>
        </mc:AlternateContent>
      </w:r>
      <w:r w:rsidR="00A8229D">
        <w:t xml:space="preserve">A structured diagram (or structure chart) represents the hierarchical structure of modules in a system. It shows how the program is broken down into smaller, manageable </w:t>
      </w:r>
      <w:r>
        <w:t>functions.</w:t>
      </w:r>
      <w:r>
        <w:rPr>
          <w:rFonts w:ascii="Courier New" w:hAnsi="Courier New"/>
          <w:sz w:val="18"/>
        </w:rPr>
        <w:t xml:space="preserve"> |</w:t>
      </w:r>
      <w:r w:rsidR="00A8229D">
        <w:rPr>
          <w:rFonts w:ascii="Courier New" w:hAnsi="Courier New"/>
          <w:sz w:val="18"/>
        </w:rPr>
        <w:t xml:space="preserve">             </w:t>
      </w:r>
    </w:p>
    <w:p w14:paraId="5863F1A1" w14:textId="560F9598" w:rsidR="00A8229D" w:rsidRDefault="00CB5D7D" w:rsidP="00A8229D">
      <w:pPr>
        <w:rPr>
          <w:rFonts w:ascii="Courier New" w:hAnsi="Courier New"/>
          <w:sz w:val="18"/>
        </w:rPr>
      </w:pPr>
      <w:r>
        <w:rPr>
          <w:rFonts w:ascii="Courier New" w:hAnsi="Courier New"/>
          <w:noProof/>
          <w:sz w:val="18"/>
        </w:rPr>
        <mc:AlternateContent>
          <mc:Choice Requires="wps">
            <w:drawing>
              <wp:anchor distT="0" distB="0" distL="114300" distR="114300" simplePos="0" relativeHeight="251674624" behindDoc="0" locked="0" layoutInCell="1" allowOverlap="1" wp14:anchorId="2EEACCB3" wp14:editId="71CF0AE9">
                <wp:simplePos x="0" y="0"/>
                <wp:positionH relativeFrom="column">
                  <wp:posOffset>3867150</wp:posOffset>
                </wp:positionH>
                <wp:positionV relativeFrom="paragraph">
                  <wp:posOffset>191135</wp:posOffset>
                </wp:positionV>
                <wp:extent cx="47625" cy="647700"/>
                <wp:effectExtent l="38100" t="19050" r="104775" b="95250"/>
                <wp:wrapNone/>
                <wp:docPr id="394776698" name="Straight Arrow Connector 9"/>
                <wp:cNvGraphicFramePr/>
                <a:graphic xmlns:a="http://schemas.openxmlformats.org/drawingml/2006/main">
                  <a:graphicData uri="http://schemas.microsoft.com/office/word/2010/wordprocessingShape">
                    <wps:wsp>
                      <wps:cNvCnPr/>
                      <wps:spPr>
                        <a:xfrm>
                          <a:off x="0" y="0"/>
                          <a:ext cx="47625" cy="6477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1AA0538" id="_x0000_t32" coordsize="21600,21600" o:spt="32" o:oned="t" path="m,l21600,21600e" filled="f">
                <v:path arrowok="t" fillok="f" o:connecttype="none"/>
                <o:lock v:ext="edit" shapetype="t"/>
              </v:shapetype>
              <v:shape id="Straight Arrow Connector 9" o:spid="_x0000_s1026" type="#_x0000_t32" style="position:absolute;margin-left:304.5pt;margin-top:15.05pt;width:3.75pt;height:5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" strokecolor="black [3200]" strokeweight="2pt">
                <v:stroke endarrow="block"/>
                <v:shadow on="t" color="black" opacity="24903f" origin=",.5" offset="0,.55556mm"/>
              </v:shape>
            </w:pict>
          </mc:Fallback>
        </mc:AlternateContent>
      </w:r>
      <w:r>
        <w:rPr>
          <w:rFonts w:ascii="Courier New" w:hAnsi="Courier New"/>
          <w:noProof/>
          <w:sz w:val="18"/>
        </w:rPr>
        <mc:AlternateContent>
          <mc:Choice Requires="wps">
            <w:drawing>
              <wp:anchor distT="0" distB="0" distL="114300" distR="114300" simplePos="0" relativeHeight="251626496" behindDoc="0" locked="0" layoutInCell="1" allowOverlap="1" wp14:anchorId="0E6638C4" wp14:editId="6CC45C13">
                <wp:simplePos x="0" y="0"/>
                <wp:positionH relativeFrom="column">
                  <wp:posOffset>800099</wp:posOffset>
                </wp:positionH>
                <wp:positionV relativeFrom="paragraph">
                  <wp:posOffset>200660</wp:posOffset>
                </wp:positionV>
                <wp:extent cx="45719" cy="619125"/>
                <wp:effectExtent l="57150" t="19050" r="69215" b="85725"/>
                <wp:wrapNone/>
                <wp:docPr id="1691768694" name="Straight Arrow Connector 8"/>
                <wp:cNvGraphicFramePr/>
                <a:graphic xmlns:a="http://schemas.openxmlformats.org/drawingml/2006/main">
                  <a:graphicData uri="http://schemas.microsoft.com/office/word/2010/wordprocessingShape">
                    <wps:wsp>
                      <wps:cNvCnPr/>
                      <wps:spPr>
                        <a:xfrm flipH="1">
                          <a:off x="0" y="0"/>
                          <a:ext cx="45719" cy="6191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D316C5" id="Straight Arrow Connector 8" o:spid="_x0000_s1026" type="#_x0000_t32" style="position:absolute;margin-left:63pt;margin-top:15.8pt;width:3.6pt;height:48.75pt;flip:x;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" strokecolor="black [3200]" strokeweight="2pt">
                <v:stroke endarrow="block"/>
                <v:shadow on="t" color="black" opacity="24903f" origin=",.5" offset="0,.55556mm"/>
              </v:shape>
            </w:pict>
          </mc:Fallback>
        </mc:AlternateContent>
      </w:r>
      <w:r>
        <w:rPr>
          <w:rFonts w:ascii="Courier New" w:hAnsi="Courier New"/>
          <w:noProof/>
          <w:sz w:val="18"/>
        </w:rPr>
        <mc:AlternateContent>
          <mc:Choice Requires="wps">
            <w:drawing>
              <wp:anchor distT="0" distB="0" distL="114300" distR="114300" simplePos="0" relativeHeight="251696128" behindDoc="0" locked="0" layoutInCell="1" allowOverlap="1" wp14:anchorId="6CDF0B75" wp14:editId="4ECD4C50">
                <wp:simplePos x="0" y="0"/>
                <wp:positionH relativeFrom="column">
                  <wp:posOffset>1692910</wp:posOffset>
                </wp:positionH>
                <wp:positionV relativeFrom="paragraph">
                  <wp:posOffset>200660</wp:posOffset>
                </wp:positionV>
                <wp:extent cx="45719" cy="638175"/>
                <wp:effectExtent l="57150" t="19050" r="69215" b="85725"/>
                <wp:wrapNone/>
                <wp:docPr id="1438562649" name="Straight Arrow Connector 7"/>
                <wp:cNvGraphicFramePr/>
                <a:graphic xmlns:a="http://schemas.openxmlformats.org/drawingml/2006/main">
                  <a:graphicData uri="http://schemas.microsoft.com/office/word/2010/wordprocessingShape">
                    <wps:wsp>
                      <wps:cNvCnPr/>
                      <wps:spPr>
                        <a:xfrm flipH="1">
                          <a:off x="0" y="0"/>
                          <a:ext cx="45719" cy="6381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C88E54" id="Straight Arrow Connector 7" o:spid="_x0000_s1026" type="#_x0000_t32" style="position:absolute;margin-left:133.3pt;margin-top:15.8pt;width:3.6pt;height:50.2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" strokecolor="black [3200]" strokeweight="2pt">
                <v:stroke endarrow="block"/>
                <v:shadow on="t" color="black" opacity="24903f" origin=",.5" offset="0,.55556mm"/>
              </v:shape>
            </w:pict>
          </mc:Fallback>
        </mc:AlternateContent>
      </w:r>
      <w:r>
        <w:rPr>
          <w:rFonts w:ascii="Courier New" w:hAnsi="Courier New"/>
          <w:noProof/>
          <w:sz w:val="18"/>
        </w:rPr>
        <mc:AlternateContent>
          <mc:Choice Requires="wps">
            <w:drawing>
              <wp:anchor distT="0" distB="0" distL="114300" distR="114300" simplePos="0" relativeHeight="251700224" behindDoc="0" locked="0" layoutInCell="1" allowOverlap="1" wp14:anchorId="1C3BC776" wp14:editId="25E6D99B">
                <wp:simplePos x="0" y="0"/>
                <wp:positionH relativeFrom="column">
                  <wp:posOffset>2781300</wp:posOffset>
                </wp:positionH>
                <wp:positionV relativeFrom="paragraph">
                  <wp:posOffset>200660</wp:posOffset>
                </wp:positionV>
                <wp:extent cx="19050" cy="638175"/>
                <wp:effectExtent l="76200" t="19050" r="114300" b="85725"/>
                <wp:wrapNone/>
                <wp:docPr id="1776804884" name="Straight Arrow Connector 8"/>
                <wp:cNvGraphicFramePr/>
                <a:graphic xmlns:a="http://schemas.openxmlformats.org/drawingml/2006/main">
                  <a:graphicData uri="http://schemas.microsoft.com/office/word/2010/wordprocessingShape">
                    <wps:wsp>
                      <wps:cNvCnPr/>
                      <wps:spPr>
                        <a:xfrm>
                          <a:off x="0" y="0"/>
                          <a:ext cx="19050" cy="6381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DA25FD7" id="Straight Arrow Connector 8" o:spid="_x0000_s1026" type="#_x0000_t32" style="position:absolute;margin-left:219pt;margin-top:15.8pt;width:1.5pt;height:50.2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" strokecolor="black [3200]" strokeweight="2pt">
                <v:stroke endarrow="block"/>
                <v:shadow on="t" color="black" opacity="24903f" origin=",.5" offset="0,.55556mm"/>
              </v:shape>
            </w:pict>
          </mc:Fallback>
        </mc:AlternateContent>
      </w:r>
    </w:p>
    <w:p w14:paraId="0D398169" w14:textId="077AF26B" w:rsidR="00A8229D" w:rsidRDefault="00A8229D" w:rsidP="00A8229D">
      <w:pPr>
        <w:rPr>
          <w:rFonts w:ascii="Courier New" w:hAnsi="Courier New"/>
          <w:sz w:val="18"/>
        </w:rPr>
      </w:pPr>
    </w:p>
    <w:p w14:paraId="72265D67" w14:textId="5EA35469" w:rsidR="00A8229D" w:rsidRDefault="00A8229D" w:rsidP="00A8229D">
      <w:pPr>
        <w:rPr>
          <w:rFonts w:ascii="Courier New" w:hAnsi="Courier New"/>
          <w:sz w:val="18"/>
        </w:rPr>
      </w:pPr>
    </w:p>
    <w:p w14:paraId="44DA2477" w14:textId="31886111" w:rsidR="00A8229D" w:rsidRPr="00962A77" w:rsidRDefault="00CB5D7D" w:rsidP="00A8229D">
      <w:pPr>
        <w:rPr>
          <w:rFonts w:ascii="Courier New" w:hAnsi="Courier New"/>
          <w:sz w:val="18"/>
        </w:rPr>
      </w:pPr>
      <w:r>
        <w:rPr>
          <w:rFonts w:ascii="Courier New" w:hAnsi="Courier New"/>
          <w:noProof/>
          <w:sz w:val="18"/>
        </w:rPr>
        <mc:AlternateContent>
          <mc:Choice Requires="wps">
            <w:drawing>
              <wp:anchor distT="0" distB="0" distL="114300" distR="114300" simplePos="0" relativeHeight="251653120" behindDoc="0" locked="0" layoutInCell="1" allowOverlap="1" wp14:anchorId="0EDBA915" wp14:editId="70304F4D">
                <wp:simplePos x="0" y="0"/>
                <wp:positionH relativeFrom="column">
                  <wp:posOffset>1352550</wp:posOffset>
                </wp:positionH>
                <wp:positionV relativeFrom="paragraph">
                  <wp:posOffset>10796</wp:posOffset>
                </wp:positionV>
                <wp:extent cx="895350" cy="476250"/>
                <wp:effectExtent l="0" t="0" r="19050" b="19050"/>
                <wp:wrapNone/>
                <wp:docPr id="1155190613" name="Text Box 4"/>
                <wp:cNvGraphicFramePr/>
                <a:graphic xmlns:a="http://schemas.openxmlformats.org/drawingml/2006/main">
                  <a:graphicData uri="http://schemas.microsoft.com/office/word/2010/wordprocessingShape">
                    <wps:wsp>
                      <wps:cNvSpPr txBox="1"/>
                      <wps:spPr>
                        <a:xfrm>
                          <a:off x="0" y="0"/>
                          <a:ext cx="895350" cy="476250"/>
                        </a:xfrm>
                        <a:prstGeom prst="rect">
                          <a:avLst/>
                        </a:prstGeom>
                        <a:solidFill>
                          <a:schemeClr val="lt1"/>
                        </a:solidFill>
                        <a:ln w="6350">
                          <a:solidFill>
                            <a:prstClr val="black"/>
                          </a:solidFill>
                        </a:ln>
                      </wps:spPr>
                      <wps:txbx>
                        <w:txbxContent>
                          <w:p w14:paraId="7C447949" w14:textId="21C384C5" w:rsidR="0029768B" w:rsidRPr="00CB5D7D" w:rsidRDefault="00CB5D7D">
                            <w:pPr>
                              <w:rPr>
                                <w:lang w:val="en-GB"/>
                              </w:rPr>
                            </w:pPr>
                            <w:r>
                              <w:rPr>
                                <w:lang w:val="en-GB"/>
                              </w:rPr>
                              <w:t>Update status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BA915" id="Text Box 4" o:spid="_x0000_s1027" type="#_x0000_t202" style="position:absolute;margin-left:106.5pt;margin-top:.85pt;width:70.5pt;height:3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" fillcolor="white [3201]" strokeweight=".5pt">
                <v:textbox>
                  <w:txbxContent>
                    <w:p w14:paraId="7C447949" w14:textId="21C384C5" w:rsidR="0029768B" w:rsidRPr="00CB5D7D" w:rsidRDefault="00CB5D7D">
                      <w:pPr>
                        <w:rPr>
                          <w:lang w:val="en-GB"/>
                        </w:rPr>
                      </w:pPr>
                      <w:r>
                        <w:rPr>
                          <w:lang w:val="en-GB"/>
                        </w:rPr>
                        <w:t>Update status</w:t>
                      </w:r>
                    </w:p>
                  </w:txbxContent>
                </v:textbox>
              </v:shape>
            </w:pict>
          </mc:Fallback>
        </mc:AlternateContent>
      </w:r>
      <w:r>
        <w:rPr>
          <w:rFonts w:ascii="Courier New" w:hAnsi="Courier New"/>
          <w:noProof/>
          <w:sz w:val="18"/>
        </w:rPr>
        <mc:AlternateContent>
          <mc:Choice Requires="wps">
            <w:drawing>
              <wp:anchor distT="0" distB="0" distL="114300" distR="114300" simplePos="0" relativeHeight="251686912" behindDoc="0" locked="0" layoutInCell="1" allowOverlap="1" wp14:anchorId="35511B09" wp14:editId="67C8E226">
                <wp:simplePos x="0" y="0"/>
                <wp:positionH relativeFrom="column">
                  <wp:posOffset>3562350</wp:posOffset>
                </wp:positionH>
                <wp:positionV relativeFrom="paragraph">
                  <wp:posOffset>7621</wp:posOffset>
                </wp:positionV>
                <wp:extent cx="904875" cy="476250"/>
                <wp:effectExtent l="0" t="0" r="28575" b="19050"/>
                <wp:wrapNone/>
                <wp:docPr id="1754077341" name="Text Box 6"/>
                <wp:cNvGraphicFramePr/>
                <a:graphic xmlns:a="http://schemas.openxmlformats.org/drawingml/2006/main">
                  <a:graphicData uri="http://schemas.microsoft.com/office/word/2010/wordprocessingShape">
                    <wps:wsp>
                      <wps:cNvSpPr txBox="1"/>
                      <wps:spPr>
                        <a:xfrm>
                          <a:off x="0" y="0"/>
                          <a:ext cx="904875" cy="476250"/>
                        </a:xfrm>
                        <a:prstGeom prst="rect">
                          <a:avLst/>
                        </a:prstGeom>
                        <a:solidFill>
                          <a:schemeClr val="lt1"/>
                        </a:solidFill>
                        <a:ln w="6350">
                          <a:solidFill>
                            <a:prstClr val="black"/>
                          </a:solidFill>
                        </a:ln>
                      </wps:spPr>
                      <wps:txbx>
                        <w:txbxContent>
                          <w:p w14:paraId="43512911" w14:textId="73CD29FC" w:rsidR="0029768B" w:rsidRPr="00CB5D7D" w:rsidRDefault="00CB5D7D">
                            <w:pPr>
                              <w:rPr>
                                <w:lang w:val="en-GB"/>
                              </w:rPr>
                            </w:pPr>
                            <w:r>
                              <w:rPr>
                                <w:lang w:val="en-GB"/>
                              </w:rPr>
                              <w:t>Search Device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511B09" id="Text Box 6" o:spid="_x0000_s1028" type="#_x0000_t202" style="position:absolute;margin-left:280.5pt;margin-top:.6pt;width:71.25pt;height:37.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" fillcolor="white [3201]" strokeweight=".5pt">
                <v:textbox>
                  <w:txbxContent>
                    <w:p w14:paraId="43512911" w14:textId="73CD29FC" w:rsidR="0029768B" w:rsidRPr="00CB5D7D" w:rsidRDefault="00CB5D7D">
                      <w:pPr>
                        <w:rPr>
                          <w:lang w:val="en-GB"/>
                        </w:rPr>
                      </w:pPr>
                      <w:r>
                        <w:rPr>
                          <w:lang w:val="en-GB"/>
                        </w:rPr>
                        <w:t>Search Device</w:t>
                      </w:r>
                    </w:p>
                  </w:txbxContent>
                </v:textbox>
              </v:shape>
            </w:pict>
          </mc:Fallback>
        </mc:AlternateContent>
      </w:r>
      <w:r>
        <w:rPr>
          <w:rFonts w:ascii="Courier New" w:hAnsi="Courier New"/>
          <w:noProof/>
          <w:sz w:val="18"/>
        </w:rPr>
        <mc:AlternateContent>
          <mc:Choice Requires="wps">
            <w:drawing>
              <wp:anchor distT="0" distB="0" distL="114300" distR="114300" simplePos="0" relativeHeight="251670528" behindDoc="0" locked="0" layoutInCell="1" allowOverlap="1" wp14:anchorId="12BCBE92" wp14:editId="0FF81464">
                <wp:simplePos x="0" y="0"/>
                <wp:positionH relativeFrom="column">
                  <wp:posOffset>2505075</wp:posOffset>
                </wp:positionH>
                <wp:positionV relativeFrom="paragraph">
                  <wp:posOffset>7620</wp:posOffset>
                </wp:positionV>
                <wp:extent cx="838200" cy="485775"/>
                <wp:effectExtent l="0" t="0" r="19050" b="28575"/>
                <wp:wrapNone/>
                <wp:docPr id="610590033" name="Text Box 5"/>
                <wp:cNvGraphicFramePr/>
                <a:graphic xmlns:a="http://schemas.openxmlformats.org/drawingml/2006/main">
                  <a:graphicData uri="http://schemas.microsoft.com/office/word/2010/wordprocessingShape">
                    <wps:wsp>
                      <wps:cNvSpPr txBox="1"/>
                      <wps:spPr>
                        <a:xfrm>
                          <a:off x="0" y="0"/>
                          <a:ext cx="838200" cy="485775"/>
                        </a:xfrm>
                        <a:prstGeom prst="rect">
                          <a:avLst/>
                        </a:prstGeom>
                        <a:solidFill>
                          <a:schemeClr val="lt1"/>
                        </a:solidFill>
                        <a:ln w="6350">
                          <a:solidFill>
                            <a:prstClr val="black"/>
                          </a:solidFill>
                        </a:ln>
                      </wps:spPr>
                      <wps:txbx>
                        <w:txbxContent>
                          <w:p w14:paraId="44F0733B" w14:textId="5E955CD6" w:rsidR="0029768B" w:rsidRPr="00CB5D7D" w:rsidRDefault="00CB5D7D">
                            <w:pPr>
                              <w:rPr>
                                <w:lang w:val="en-GB"/>
                              </w:rPr>
                            </w:pPr>
                            <w:r>
                              <w:rPr>
                                <w:lang w:val="en-GB"/>
                              </w:rPr>
                              <w:t>View All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BE92" id="Text Box 5" o:spid="_x0000_s1029" type="#_x0000_t202" style="position:absolute;margin-left:197.25pt;margin-top:.6pt;width:66pt;height:3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" fillcolor="white [3201]" strokeweight=".5pt">
                <v:textbox>
                  <w:txbxContent>
                    <w:p w14:paraId="44F0733B" w14:textId="5E955CD6" w:rsidR="0029768B" w:rsidRPr="00CB5D7D" w:rsidRDefault="00CB5D7D">
                      <w:pPr>
                        <w:rPr>
                          <w:lang w:val="en-GB"/>
                        </w:rPr>
                      </w:pPr>
                      <w:r>
                        <w:rPr>
                          <w:lang w:val="en-GB"/>
                        </w:rPr>
                        <w:t>View All Devices</w:t>
                      </w:r>
                    </w:p>
                  </w:txbxContent>
                </v:textbox>
              </v:shape>
            </w:pict>
          </mc:Fallback>
        </mc:AlternateContent>
      </w:r>
      <w:r>
        <w:rPr>
          <w:rFonts w:ascii="Courier New" w:hAnsi="Courier New"/>
          <w:noProof/>
          <w:sz w:val="18"/>
        </w:rPr>
        <mc:AlternateContent>
          <mc:Choice Requires="wps">
            <w:drawing>
              <wp:anchor distT="0" distB="0" distL="114300" distR="114300" simplePos="0" relativeHeight="251634688" behindDoc="0" locked="0" layoutInCell="1" allowOverlap="1" wp14:anchorId="45146E20" wp14:editId="3979AA13">
                <wp:simplePos x="0" y="0"/>
                <wp:positionH relativeFrom="column">
                  <wp:posOffset>228600</wp:posOffset>
                </wp:positionH>
                <wp:positionV relativeFrom="paragraph">
                  <wp:posOffset>7620</wp:posOffset>
                </wp:positionV>
                <wp:extent cx="923925" cy="495300"/>
                <wp:effectExtent l="0" t="0" r="28575" b="19050"/>
                <wp:wrapNone/>
                <wp:docPr id="906778262" name="Text Box 9"/>
                <wp:cNvGraphicFramePr/>
                <a:graphic xmlns:a="http://schemas.openxmlformats.org/drawingml/2006/main">
                  <a:graphicData uri="http://schemas.microsoft.com/office/word/2010/wordprocessingShape">
                    <wps:wsp>
                      <wps:cNvSpPr txBox="1"/>
                      <wps:spPr>
                        <a:xfrm>
                          <a:off x="0" y="0"/>
                          <a:ext cx="923925" cy="495300"/>
                        </a:xfrm>
                        <a:prstGeom prst="rect">
                          <a:avLst/>
                        </a:prstGeom>
                        <a:solidFill>
                          <a:schemeClr val="lt1"/>
                        </a:solidFill>
                        <a:ln w="6350">
                          <a:solidFill>
                            <a:prstClr val="black"/>
                          </a:solidFill>
                        </a:ln>
                      </wps:spPr>
                      <wps:txbx>
                        <w:txbxContent>
                          <w:p w14:paraId="5BA16681" w14:textId="77777777" w:rsidR="00A8229D" w:rsidRPr="00AC1250" w:rsidRDefault="00A8229D" w:rsidP="00A8229D">
                            <w:pPr>
                              <w:rPr>
                                <w:lang w:val="en-GB"/>
                              </w:rPr>
                            </w:pPr>
                            <w:r>
                              <w:rPr>
                                <w:lang w:val="en-GB"/>
                              </w:rPr>
                              <w:t>Add Device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46E20" id="Text Box 9" o:spid="_x0000_s1030" type="#_x0000_t202" style="position:absolute;margin-left:18pt;margin-top:.6pt;width:72.75pt;height:3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" fillcolor="white [3201]" strokeweight=".5pt">
                <v:textbox>
                  <w:txbxContent>
                    <w:p w14:paraId="5BA16681" w14:textId="77777777" w:rsidR="00A8229D" w:rsidRPr="00AC1250" w:rsidRDefault="00A8229D" w:rsidP="00A8229D">
                      <w:pPr>
                        <w:rPr>
                          <w:lang w:val="en-GB"/>
                        </w:rPr>
                      </w:pPr>
                      <w:r>
                        <w:rPr>
                          <w:lang w:val="en-GB"/>
                        </w:rPr>
                        <w:t>Add Device</w:t>
                      </w:r>
                    </w:p>
                  </w:txbxContent>
                </v:textbox>
              </v:shape>
            </w:pict>
          </mc:Fallback>
        </mc:AlternateContent>
      </w:r>
      <w:r w:rsidR="00A8229D">
        <w:rPr>
          <w:rFonts w:ascii="Courier New" w:hAnsi="Courier New"/>
          <w:sz w:val="18"/>
        </w:rPr>
        <w:t xml:space="preserve">  </w:t>
      </w:r>
    </w:p>
    <w:p w14:paraId="7FB5C05E" w14:textId="77777777" w:rsidR="00A8229D" w:rsidRDefault="00A8229D" w:rsidP="00A8229D"/>
    <w:p w14:paraId="7AA1DFDD" w14:textId="77777777" w:rsidR="00A8229D" w:rsidRDefault="00A8229D" w:rsidP="00A8229D"/>
    <w:p w14:paraId="2EDE9001" w14:textId="77777777" w:rsidR="00B207CE" w:rsidRPr="00122515" w:rsidRDefault="00274AE3">
      <w:pPr>
        <w:pStyle w:val="Heading1"/>
        <w:rPr>
          <w:color w:val="000000" w:themeColor="text1"/>
        </w:rPr>
      </w:pPr>
      <w:r w:rsidRPr="00122515">
        <w:rPr>
          <w:color w:val="000000" w:themeColor="text1"/>
        </w:rPr>
        <w:t>3.0 Software Design and Development</w:t>
      </w:r>
    </w:p>
    <w:p w14:paraId="39F07A29" w14:textId="4B146329" w:rsidR="001C7870" w:rsidRPr="00B070C6" w:rsidRDefault="001C7870">
      <w:pPr>
        <w:rPr>
          <w:rFonts w:asciiTheme="majorHAnsi" w:hAnsiTheme="majorHAnsi" w:cstheme="majorHAnsi"/>
          <w:sz w:val="20"/>
          <w:szCs w:val="20"/>
        </w:rPr>
      </w:pPr>
      <w:r w:rsidRPr="00B070C6">
        <w:rPr>
          <w:rFonts w:asciiTheme="majorHAnsi" w:hAnsiTheme="majorHAnsi" w:cstheme="majorHAnsi"/>
          <w:sz w:val="20"/>
          <w:szCs w:val="20"/>
        </w:rPr>
        <w:t xml:space="preserve">The stages of software design and development become the initial significant steps in creating high-quality software products. In the stage of design, the developer plans the structure of the system and its components, the way they interact with each other and the data that will be used. Such thorough planning contributes to creating a software product that is not only functional but also can be maintained, developed further and run with high performance. It decreases the possibility of errors in programming, cuts costs and increases the quality of the product. By implementing structured design </w:t>
      </w:r>
      <w:proofErr w:type="gramStart"/>
      <w:r w:rsidRPr="00B070C6">
        <w:rPr>
          <w:rFonts w:asciiTheme="majorHAnsi" w:hAnsiTheme="majorHAnsi" w:cstheme="majorHAnsi"/>
          <w:sz w:val="20"/>
          <w:szCs w:val="20"/>
        </w:rPr>
        <w:t>process</w:t>
      </w:r>
      <w:proofErr w:type="gramEnd"/>
      <w:r w:rsidRPr="00B070C6">
        <w:rPr>
          <w:rFonts w:asciiTheme="majorHAnsi" w:hAnsiTheme="majorHAnsi" w:cstheme="majorHAnsi"/>
          <w:sz w:val="20"/>
          <w:szCs w:val="20"/>
        </w:rPr>
        <w:t xml:space="preserve">, developers </w:t>
      </w:r>
      <w:proofErr w:type="gramStart"/>
      <w:r w:rsidRPr="00B070C6">
        <w:rPr>
          <w:rFonts w:asciiTheme="majorHAnsi" w:hAnsiTheme="majorHAnsi" w:cstheme="majorHAnsi"/>
          <w:sz w:val="20"/>
          <w:szCs w:val="20"/>
        </w:rPr>
        <w:t>are able to</w:t>
      </w:r>
      <w:proofErr w:type="gramEnd"/>
      <w:r w:rsidRPr="00B070C6">
        <w:rPr>
          <w:rFonts w:asciiTheme="majorHAnsi" w:hAnsiTheme="majorHAnsi" w:cstheme="majorHAnsi"/>
          <w:sz w:val="20"/>
          <w:szCs w:val="20"/>
        </w:rPr>
        <w:t xml:space="preserve"> recognize potential problems, pick up appropriate technologies and make an effective plan of </w:t>
      </w:r>
      <w:proofErr w:type="gramStart"/>
      <w:r w:rsidRPr="00B070C6">
        <w:rPr>
          <w:rFonts w:asciiTheme="majorHAnsi" w:hAnsiTheme="majorHAnsi" w:cstheme="majorHAnsi"/>
          <w:sz w:val="20"/>
          <w:szCs w:val="20"/>
        </w:rPr>
        <w:t>action</w:t>
      </w:r>
      <w:r w:rsidR="007F0D4A">
        <w:rPr>
          <w:rFonts w:asciiTheme="majorHAnsi" w:hAnsiTheme="majorHAnsi" w:cstheme="majorHAnsi"/>
          <w:sz w:val="20"/>
          <w:szCs w:val="20"/>
        </w:rPr>
        <w:t>[</w:t>
      </w:r>
      <w:proofErr w:type="gramEnd"/>
      <w:r w:rsidR="007F0D4A">
        <w:rPr>
          <w:rFonts w:asciiTheme="majorHAnsi" w:hAnsiTheme="majorHAnsi" w:cstheme="majorHAnsi"/>
          <w:sz w:val="20"/>
          <w:szCs w:val="20"/>
        </w:rPr>
        <w:t>3]</w:t>
      </w:r>
      <w:r w:rsidRPr="00B070C6">
        <w:rPr>
          <w:rFonts w:asciiTheme="majorHAnsi" w:hAnsiTheme="majorHAnsi" w:cstheme="majorHAnsi"/>
          <w:sz w:val="20"/>
          <w:szCs w:val="20"/>
        </w:rPr>
        <w:t>.</w:t>
      </w:r>
    </w:p>
    <w:p w14:paraId="6789A755" w14:textId="77777777" w:rsidR="00B207CE" w:rsidRPr="00122515" w:rsidRDefault="00274AE3">
      <w:pPr>
        <w:pStyle w:val="Heading2"/>
        <w:rPr>
          <w:color w:val="000000" w:themeColor="text1"/>
        </w:rPr>
      </w:pPr>
      <w:r w:rsidRPr="00122515">
        <w:rPr>
          <w:color w:val="000000" w:themeColor="text1"/>
        </w:rPr>
        <w:t>3.1 Design</w:t>
      </w:r>
    </w:p>
    <w:p w14:paraId="26E54A56" w14:textId="77777777" w:rsidR="00B207CE" w:rsidRPr="006D2AC0" w:rsidRDefault="00274AE3">
      <w:pPr>
        <w:pStyle w:val="Heading3"/>
        <w:rPr>
          <w:rFonts w:cstheme="majorHAnsi"/>
          <w:color w:val="000000" w:themeColor="text1"/>
        </w:rPr>
      </w:pPr>
      <w:r w:rsidRPr="006D2AC0">
        <w:rPr>
          <w:rFonts w:cstheme="majorHAnsi"/>
          <w:color w:val="000000" w:themeColor="text1"/>
        </w:rPr>
        <w:t>3.1.1 Flowchart</w:t>
      </w:r>
    </w:p>
    <w:p w14:paraId="0DF40968" w14:textId="015823A2" w:rsidR="001F47F4" w:rsidRPr="006D2AC0" w:rsidRDefault="001F47F4" w:rsidP="001F47F4">
      <w:pPr>
        <w:rPr>
          <w:rFonts w:asciiTheme="majorHAnsi" w:hAnsiTheme="majorHAnsi" w:cstheme="majorHAnsi"/>
          <w:color w:val="000000" w:themeColor="text1"/>
        </w:rPr>
      </w:pPr>
      <w:r w:rsidRPr="006D2AC0">
        <w:rPr>
          <w:rFonts w:asciiTheme="majorHAnsi" w:hAnsiTheme="majorHAnsi" w:cstheme="majorHAnsi"/>
          <w:color w:val="000000" w:themeColor="text1"/>
        </w:rPr>
        <w:t xml:space="preserve">A flowchart is a chart consisting of connected boxes, with lines showing the order of execution of actions or decisions in solving a problem, performing a procedure or completing a process. The purpose of creating such charts varies depending on the situation. In software development, however, flowcharts have a single main purpose. Namely, flowcharts allow developers to present the logical scheme and the required sequence of actions to be executed </w:t>
      </w:r>
      <w:proofErr w:type="gramStart"/>
      <w:r w:rsidRPr="006D2AC0">
        <w:rPr>
          <w:rFonts w:asciiTheme="majorHAnsi" w:hAnsiTheme="majorHAnsi" w:cstheme="majorHAnsi"/>
          <w:color w:val="000000" w:themeColor="text1"/>
        </w:rPr>
        <w:t>in order to</w:t>
      </w:r>
      <w:proofErr w:type="gramEnd"/>
      <w:r w:rsidRPr="006D2AC0">
        <w:rPr>
          <w:rFonts w:asciiTheme="majorHAnsi" w:hAnsiTheme="majorHAnsi" w:cstheme="majorHAnsi"/>
          <w:color w:val="000000" w:themeColor="text1"/>
        </w:rPr>
        <w:t xml:space="preserve"> solve a problem </w:t>
      </w:r>
      <w:r w:rsidR="007F0D4A" w:rsidRPr="006D2AC0">
        <w:rPr>
          <w:rFonts w:asciiTheme="majorHAnsi" w:hAnsiTheme="majorHAnsi" w:cstheme="majorHAnsi"/>
          <w:color w:val="000000" w:themeColor="text1"/>
        </w:rPr>
        <w:t>visually</w:t>
      </w:r>
      <w:r w:rsidR="007F0D4A">
        <w:rPr>
          <w:rFonts w:asciiTheme="majorHAnsi" w:hAnsiTheme="majorHAnsi" w:cstheme="majorHAnsi"/>
          <w:color w:val="000000" w:themeColor="text1"/>
        </w:rPr>
        <w:t xml:space="preserve"> [3]</w:t>
      </w:r>
      <w:r w:rsidRPr="006D2AC0">
        <w:rPr>
          <w:rFonts w:asciiTheme="majorHAnsi" w:hAnsiTheme="majorHAnsi" w:cstheme="majorHAnsi"/>
          <w:color w:val="000000" w:themeColor="text1"/>
        </w:rPr>
        <w:t>.</w:t>
      </w:r>
    </w:p>
    <w:p w14:paraId="5F6DE5D6" w14:textId="3DD58134" w:rsidR="001F47F4" w:rsidRPr="006D2AC0" w:rsidRDefault="001F47F4" w:rsidP="001F47F4">
      <w:pPr>
        <w:rPr>
          <w:rFonts w:asciiTheme="majorHAnsi" w:hAnsiTheme="majorHAnsi" w:cstheme="majorHAnsi"/>
          <w:color w:val="000000" w:themeColor="text1"/>
        </w:rPr>
      </w:pPr>
      <w:r w:rsidRPr="006D2AC0">
        <w:rPr>
          <w:rFonts w:asciiTheme="majorHAnsi" w:hAnsiTheme="majorHAnsi" w:cstheme="majorHAnsi"/>
          <w:color w:val="000000" w:themeColor="text1"/>
        </w:rPr>
        <w:lastRenderedPageBreak/>
        <w:t xml:space="preserve">Another advantage of working with flowcharts is that they give programmers a chance to think about the future code prior to implementation. In other words, this kind of visualization can be used to detect possible mistakes in advance and make sure that logic is right. Thus, a flowchart allows making a solution better. In addition, flowcharts are helpful when it comes to describing how input and output data are </w:t>
      </w:r>
      <w:r w:rsidR="007F0D4A" w:rsidRPr="006D2AC0">
        <w:rPr>
          <w:rFonts w:asciiTheme="majorHAnsi" w:hAnsiTheme="majorHAnsi" w:cstheme="majorHAnsi"/>
          <w:color w:val="000000" w:themeColor="text1"/>
        </w:rPr>
        <w:t>generated</w:t>
      </w:r>
      <w:r w:rsidR="007F0D4A">
        <w:rPr>
          <w:rFonts w:asciiTheme="majorHAnsi" w:hAnsiTheme="majorHAnsi" w:cstheme="majorHAnsi"/>
          <w:color w:val="000000" w:themeColor="text1"/>
        </w:rPr>
        <w:t xml:space="preserve"> [3]</w:t>
      </w:r>
      <w:r w:rsidRPr="006D2AC0">
        <w:rPr>
          <w:rFonts w:asciiTheme="majorHAnsi" w:hAnsiTheme="majorHAnsi" w:cstheme="majorHAnsi"/>
          <w:color w:val="000000" w:themeColor="text1"/>
        </w:rPr>
        <w:t>.</w:t>
      </w:r>
    </w:p>
    <w:p w14:paraId="2E145672" w14:textId="7F842891" w:rsidR="00A8229D" w:rsidRPr="006D2AC0" w:rsidRDefault="00A8229D" w:rsidP="001C7870">
      <w:pPr>
        <w:rPr>
          <w:rFonts w:asciiTheme="majorHAnsi" w:hAnsiTheme="majorHAnsi" w:cstheme="majorHAnsi"/>
          <w:b/>
          <w:bCs/>
          <w:color w:val="000000" w:themeColor="text1"/>
        </w:rPr>
      </w:pPr>
      <w:r w:rsidRPr="006D2AC0">
        <w:rPr>
          <w:rFonts w:asciiTheme="majorHAnsi" w:hAnsiTheme="majorHAnsi" w:cstheme="majorHAnsi"/>
          <w:b/>
          <w:bCs/>
          <w:color w:val="000000" w:themeColor="text1"/>
        </w:rPr>
        <w:t>Purpose of Flowchart</w:t>
      </w:r>
    </w:p>
    <w:p w14:paraId="3EDF3C46" w14:textId="5BA54CE6" w:rsidR="00A8229D" w:rsidRPr="007F0D4A" w:rsidRDefault="005C505F" w:rsidP="001C7870">
      <w:pPr>
        <w:rPr>
          <w:rFonts w:asciiTheme="majorHAnsi" w:hAnsiTheme="majorHAnsi" w:cstheme="majorHAnsi"/>
          <w:color w:val="000000" w:themeColor="text1"/>
        </w:rPr>
      </w:pPr>
      <w:r w:rsidRPr="007F0D4A">
        <w:rPr>
          <w:rFonts w:asciiTheme="majorHAnsi" w:hAnsiTheme="majorHAnsi" w:cstheme="majorHAnsi"/>
          <w:color w:val="000000" w:themeColor="text1"/>
          <w:shd w:val="clear" w:color="auto" w:fill="FFFFFF"/>
        </w:rPr>
        <w:t xml:space="preserve">The flowchart created by me aims </w:t>
      </w:r>
      <w:r w:rsidR="006D2AC0" w:rsidRPr="007F0D4A">
        <w:rPr>
          <w:rFonts w:asciiTheme="majorHAnsi" w:hAnsiTheme="majorHAnsi" w:cstheme="majorHAnsi"/>
          <w:color w:val="000000" w:themeColor="text1"/>
          <w:shd w:val="clear" w:color="auto" w:fill="FFFFFF"/>
        </w:rPr>
        <w:t>to present</w:t>
      </w:r>
      <w:r w:rsidRPr="007F0D4A">
        <w:rPr>
          <w:rFonts w:asciiTheme="majorHAnsi" w:hAnsiTheme="majorHAnsi" w:cstheme="majorHAnsi"/>
          <w:color w:val="000000" w:themeColor="text1"/>
          <w:shd w:val="clear" w:color="auto" w:fill="FFFFFF"/>
        </w:rPr>
        <w:t xml:space="preserve"> the logic of the Smart Home Device Manager program in </w:t>
      </w:r>
      <w:proofErr w:type="gramStart"/>
      <w:r w:rsidRPr="007F0D4A">
        <w:rPr>
          <w:rFonts w:asciiTheme="majorHAnsi" w:hAnsiTheme="majorHAnsi" w:cstheme="majorHAnsi"/>
          <w:color w:val="000000" w:themeColor="text1"/>
          <w:shd w:val="clear" w:color="auto" w:fill="FFFFFF"/>
        </w:rPr>
        <w:t>details</w:t>
      </w:r>
      <w:proofErr w:type="gramEnd"/>
      <w:r w:rsidRPr="007F0D4A">
        <w:rPr>
          <w:rFonts w:asciiTheme="majorHAnsi" w:hAnsiTheme="majorHAnsi" w:cstheme="majorHAnsi"/>
          <w:color w:val="000000" w:themeColor="text1"/>
          <w:shd w:val="clear" w:color="auto" w:fill="FFFFFF"/>
        </w:rPr>
        <w:t xml:space="preserve"> before the process of coding starts. It shows in succession how the program initializes, how the main menu appears on the screen, how it accepts and analyzes the user’s input, performs certain action according to it, and whether returns back to the menu to do something else or exits the program after finishing </w:t>
      </w:r>
      <w:r w:rsidR="007F0D4A" w:rsidRPr="007F0D4A">
        <w:rPr>
          <w:rFonts w:asciiTheme="majorHAnsi" w:hAnsiTheme="majorHAnsi" w:cstheme="majorHAnsi"/>
          <w:color w:val="000000" w:themeColor="text1"/>
          <w:shd w:val="clear" w:color="auto" w:fill="FFFFFF"/>
        </w:rPr>
        <w:t>working</w:t>
      </w:r>
      <w:r w:rsidR="007F0D4A">
        <w:rPr>
          <w:rFonts w:asciiTheme="majorHAnsi" w:hAnsiTheme="majorHAnsi" w:cstheme="majorHAnsi"/>
          <w:color w:val="000000" w:themeColor="text1"/>
          <w:shd w:val="clear" w:color="auto" w:fill="FFFFFF"/>
        </w:rPr>
        <w:t xml:space="preserve"> [4]</w:t>
      </w:r>
      <w:r w:rsidRPr="007F0D4A">
        <w:rPr>
          <w:rFonts w:asciiTheme="majorHAnsi" w:hAnsiTheme="majorHAnsi" w:cstheme="majorHAnsi"/>
          <w:color w:val="000000" w:themeColor="text1"/>
          <w:shd w:val="clear" w:color="auto" w:fill="FFFFFF"/>
        </w:rPr>
        <w:t>.</w:t>
      </w:r>
      <w:r w:rsidRPr="007F0D4A">
        <w:rPr>
          <w:rFonts w:asciiTheme="majorHAnsi" w:hAnsiTheme="majorHAnsi" w:cstheme="majorHAnsi"/>
          <w:color w:val="000000" w:themeColor="text1"/>
        </w:rPr>
        <w:br/>
      </w:r>
      <w:r w:rsidRPr="007F0D4A">
        <w:rPr>
          <w:rFonts w:asciiTheme="majorHAnsi" w:hAnsiTheme="majorHAnsi" w:cstheme="majorHAnsi"/>
          <w:color w:val="000000" w:themeColor="text1"/>
        </w:rPr>
        <w:br/>
      </w:r>
      <w:r w:rsidRPr="007F0D4A">
        <w:rPr>
          <w:rFonts w:asciiTheme="majorHAnsi" w:hAnsiTheme="majorHAnsi" w:cstheme="majorHAnsi"/>
          <w:color w:val="000000" w:themeColor="text1"/>
          <w:shd w:val="clear" w:color="auto" w:fill="FFFFFF"/>
        </w:rPr>
        <w:t xml:space="preserve">As far as my particular assignment is concerned, the flowchart turns out to be very helpful due to its ability to demonstrate in detail the architecture of the whole system. It presents in an easy-to-understand form the main decisions that should be made, namely whether to add, update, view the list, find a certain device, or exit from the </w:t>
      </w:r>
      <w:r w:rsidR="002E5514" w:rsidRPr="007F0D4A">
        <w:rPr>
          <w:rFonts w:asciiTheme="majorHAnsi" w:hAnsiTheme="majorHAnsi" w:cstheme="majorHAnsi"/>
          <w:color w:val="000000" w:themeColor="text1"/>
          <w:shd w:val="clear" w:color="auto" w:fill="FFFFFF"/>
        </w:rPr>
        <w:t>program</w:t>
      </w:r>
      <w:r w:rsidR="002E5514">
        <w:rPr>
          <w:rFonts w:asciiTheme="majorHAnsi" w:hAnsiTheme="majorHAnsi" w:cstheme="majorHAnsi"/>
          <w:color w:val="000000" w:themeColor="text1"/>
          <w:shd w:val="clear" w:color="auto" w:fill="FFFFFF"/>
        </w:rPr>
        <w:t xml:space="preserve"> [</w:t>
      </w:r>
      <w:r w:rsidR="004421B4">
        <w:rPr>
          <w:rFonts w:asciiTheme="majorHAnsi" w:hAnsiTheme="majorHAnsi" w:cstheme="majorHAnsi"/>
          <w:color w:val="000000" w:themeColor="text1"/>
          <w:shd w:val="clear" w:color="auto" w:fill="FFFFFF"/>
        </w:rPr>
        <w:t>4]</w:t>
      </w:r>
      <w:r w:rsidRPr="007F0D4A">
        <w:rPr>
          <w:rFonts w:asciiTheme="majorHAnsi" w:hAnsiTheme="majorHAnsi" w:cstheme="majorHAnsi"/>
          <w:color w:val="000000" w:themeColor="text1"/>
          <w:shd w:val="clear" w:color="auto" w:fill="FFFFFF"/>
        </w:rPr>
        <w:t>.</w:t>
      </w:r>
    </w:p>
    <w:p w14:paraId="2542E80B" w14:textId="77777777" w:rsidR="00A8229D" w:rsidRDefault="00A8229D" w:rsidP="001C7870">
      <w:pPr>
        <w:rPr>
          <w:rFonts w:asciiTheme="majorHAnsi" w:hAnsiTheme="majorHAnsi" w:cstheme="majorHAnsi"/>
          <w:b/>
          <w:bCs/>
          <w:color w:val="000000" w:themeColor="text1"/>
          <w:sz w:val="20"/>
          <w:szCs w:val="20"/>
        </w:rPr>
      </w:pPr>
      <w:r w:rsidRPr="00A8229D">
        <w:rPr>
          <w:rFonts w:asciiTheme="majorHAnsi" w:hAnsiTheme="majorHAnsi" w:cstheme="majorHAnsi"/>
          <w:b/>
          <w:bCs/>
          <w:color w:val="000000" w:themeColor="text1"/>
          <w:sz w:val="20"/>
          <w:szCs w:val="20"/>
        </w:rPr>
        <w:t>Flowchart Logic</w:t>
      </w:r>
      <w:r>
        <w:rPr>
          <w:rFonts w:asciiTheme="majorHAnsi" w:hAnsiTheme="majorHAnsi" w:cstheme="majorHAnsi"/>
          <w:b/>
          <w:bCs/>
          <w:color w:val="000000" w:themeColor="text1"/>
          <w:sz w:val="20"/>
          <w:szCs w:val="20"/>
        </w:rPr>
        <w:t xml:space="preserve"> – improve the logic below </w:t>
      </w:r>
    </w:p>
    <w:p w14:paraId="4F5B99B7" w14:textId="59A4993E" w:rsidR="00A8229D" w:rsidRPr="00A8229D" w:rsidRDefault="00A8229D" w:rsidP="001C7870">
      <w:pPr>
        <w:rPr>
          <w:rFonts w:asciiTheme="majorHAnsi" w:hAnsiTheme="majorHAnsi" w:cstheme="majorHAnsi"/>
          <w:b/>
          <w:bCs/>
          <w:color w:val="000000" w:themeColor="text1"/>
          <w:sz w:val="20"/>
          <w:szCs w:val="20"/>
        </w:rPr>
      </w:pPr>
      <w:r>
        <w:rPr>
          <w:rFonts w:asciiTheme="majorHAnsi" w:hAnsiTheme="majorHAnsi" w:cstheme="majorHAnsi"/>
          <w:b/>
          <w:bCs/>
          <w:color w:val="000000" w:themeColor="text1"/>
          <w:sz w:val="20"/>
          <w:szCs w:val="20"/>
        </w:rPr>
        <w:t>Describe the flowchart logic by providing step-by-step representation</w:t>
      </w:r>
    </w:p>
    <w:p w14:paraId="79EF4B82" w14:textId="203F976D" w:rsidR="00B207CE" w:rsidRDefault="00EA5FF8">
      <w:r>
        <w:rPr>
          <w:noProof/>
        </w:rPr>
        <w:drawing>
          <wp:inline distT="0" distB="0" distL="0" distR="0" wp14:anchorId="68778B32" wp14:editId="494E62E2">
            <wp:extent cx="5486400" cy="3086100"/>
            <wp:effectExtent l="0" t="0" r="0" b="0"/>
            <wp:docPr id="216915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15866" name=""/>
                    <pic:cNvPicPr/>
                  </pic:nvPicPr>
                  <pic:blipFill>
                    <a:blip r:embed="rId9"/>
                    <a:stretch>
                      <a:fillRect/>
                    </a:stretch>
                  </pic:blipFill>
                  <pic:spPr>
                    <a:xfrm>
                      <a:off x="0" y="0"/>
                      <a:ext cx="5486400" cy="3086100"/>
                    </a:xfrm>
                    <a:prstGeom prst="rect">
                      <a:avLst/>
                    </a:prstGeom>
                  </pic:spPr>
                </pic:pic>
              </a:graphicData>
            </a:graphic>
          </wp:inline>
        </w:drawing>
      </w:r>
      <w:r w:rsidR="00876CC5">
        <w:t xml:space="preserve"> </w:t>
      </w:r>
    </w:p>
    <w:p w14:paraId="00A94820" w14:textId="77777777" w:rsidR="001C7870" w:rsidRDefault="001C7870">
      <w:pPr>
        <w:jc w:val="center"/>
      </w:pPr>
    </w:p>
    <w:tbl>
      <w:tblPr>
        <w:tblStyle w:val="TableGrid"/>
        <w:tblW w:w="0" w:type="auto"/>
        <w:tblLook w:val="04A0" w:firstRow="1" w:lastRow="0" w:firstColumn="1" w:lastColumn="0" w:noHBand="0" w:noVBand="1"/>
      </w:tblPr>
      <w:tblGrid>
        <w:gridCol w:w="2109"/>
        <w:gridCol w:w="3305"/>
        <w:gridCol w:w="3216"/>
      </w:tblGrid>
      <w:tr w:rsidR="00E34502" w:rsidRPr="00E34502" w14:paraId="4435001A" w14:textId="77777777" w:rsidTr="00E34502">
        <w:tc>
          <w:tcPr>
            <w:tcW w:w="0" w:type="auto"/>
            <w:hideMark/>
          </w:tcPr>
          <w:p w14:paraId="018D1675" w14:textId="77777777" w:rsidR="00E34502" w:rsidRPr="00E34502" w:rsidRDefault="00E34502" w:rsidP="00E34502">
            <w:pPr>
              <w:spacing w:after="200" w:line="276" w:lineRule="auto"/>
              <w:jc w:val="center"/>
              <w:rPr>
                <w:b/>
                <w:bCs/>
                <w:lang w:val="en-GB"/>
              </w:rPr>
            </w:pPr>
            <w:r w:rsidRPr="00E34502">
              <w:rPr>
                <w:b/>
                <w:bCs/>
                <w:lang w:val="en-GB"/>
              </w:rPr>
              <w:t>Input</w:t>
            </w:r>
          </w:p>
        </w:tc>
        <w:tc>
          <w:tcPr>
            <w:tcW w:w="0" w:type="auto"/>
            <w:hideMark/>
          </w:tcPr>
          <w:p w14:paraId="1CA32FF1" w14:textId="77777777" w:rsidR="00E34502" w:rsidRPr="00E34502" w:rsidRDefault="00E34502" w:rsidP="00E34502">
            <w:pPr>
              <w:spacing w:after="200" w:line="276" w:lineRule="auto"/>
              <w:jc w:val="center"/>
              <w:rPr>
                <w:b/>
                <w:bCs/>
                <w:lang w:val="en-GB"/>
              </w:rPr>
            </w:pPr>
            <w:r w:rsidRPr="00E34502">
              <w:rPr>
                <w:b/>
                <w:bCs/>
                <w:lang w:val="en-GB"/>
              </w:rPr>
              <w:t>Process</w:t>
            </w:r>
          </w:p>
        </w:tc>
        <w:tc>
          <w:tcPr>
            <w:tcW w:w="0" w:type="auto"/>
            <w:hideMark/>
          </w:tcPr>
          <w:p w14:paraId="3B72F530" w14:textId="77777777" w:rsidR="00E34502" w:rsidRPr="00E34502" w:rsidRDefault="00E34502" w:rsidP="00E34502">
            <w:pPr>
              <w:spacing w:after="200" w:line="276" w:lineRule="auto"/>
              <w:jc w:val="center"/>
              <w:rPr>
                <w:b/>
                <w:bCs/>
                <w:lang w:val="en-GB"/>
              </w:rPr>
            </w:pPr>
            <w:r w:rsidRPr="00E34502">
              <w:rPr>
                <w:b/>
                <w:bCs/>
                <w:lang w:val="en-GB"/>
              </w:rPr>
              <w:t>Output</w:t>
            </w:r>
          </w:p>
        </w:tc>
      </w:tr>
      <w:tr w:rsidR="00E34502" w:rsidRPr="00E34502" w14:paraId="0881584E" w14:textId="77777777" w:rsidTr="00E34502">
        <w:tc>
          <w:tcPr>
            <w:tcW w:w="0" w:type="auto"/>
            <w:hideMark/>
          </w:tcPr>
          <w:p w14:paraId="4051B685" w14:textId="77777777" w:rsidR="00E34502" w:rsidRPr="00E34502" w:rsidRDefault="00E34502" w:rsidP="00E34502">
            <w:pPr>
              <w:spacing w:after="200" w:line="276" w:lineRule="auto"/>
              <w:jc w:val="center"/>
              <w:rPr>
                <w:lang w:val="en-GB"/>
              </w:rPr>
            </w:pPr>
            <w:r w:rsidRPr="00E34502">
              <w:rPr>
                <w:lang w:val="en-GB"/>
              </w:rPr>
              <w:lastRenderedPageBreak/>
              <w:t>Device name, room</w:t>
            </w:r>
          </w:p>
        </w:tc>
        <w:tc>
          <w:tcPr>
            <w:tcW w:w="0" w:type="auto"/>
            <w:hideMark/>
          </w:tcPr>
          <w:p w14:paraId="19D3D453" w14:textId="77777777" w:rsidR="00E34502" w:rsidRPr="00E34502" w:rsidRDefault="00E34502" w:rsidP="00E34502">
            <w:pPr>
              <w:spacing w:after="200" w:line="276" w:lineRule="auto"/>
              <w:jc w:val="center"/>
              <w:rPr>
                <w:lang w:val="en-GB"/>
              </w:rPr>
            </w:pPr>
            <w:r w:rsidRPr="00E34502">
              <w:rPr>
                <w:lang w:val="en-GB"/>
              </w:rPr>
              <w:t>Add the new device to the list with status offline</w:t>
            </w:r>
          </w:p>
        </w:tc>
        <w:tc>
          <w:tcPr>
            <w:tcW w:w="0" w:type="auto"/>
            <w:hideMark/>
          </w:tcPr>
          <w:p w14:paraId="6E853CFB" w14:textId="77777777" w:rsidR="00E34502" w:rsidRPr="00E34502" w:rsidRDefault="00E34502" w:rsidP="00E34502">
            <w:pPr>
              <w:spacing w:after="200" w:line="276" w:lineRule="auto"/>
              <w:jc w:val="center"/>
              <w:rPr>
                <w:lang w:val="en-GB"/>
              </w:rPr>
            </w:pPr>
            <w:r w:rsidRPr="00E34502">
              <w:rPr>
                <w:lang w:val="en-GB"/>
              </w:rPr>
              <w:t>“Device added successfully”</w:t>
            </w:r>
          </w:p>
        </w:tc>
      </w:tr>
      <w:tr w:rsidR="00E34502" w:rsidRPr="00E34502" w14:paraId="654EAD98" w14:textId="77777777" w:rsidTr="00E34502">
        <w:tc>
          <w:tcPr>
            <w:tcW w:w="0" w:type="auto"/>
            <w:hideMark/>
          </w:tcPr>
          <w:p w14:paraId="65256A32" w14:textId="77777777" w:rsidR="00E34502" w:rsidRPr="00E34502" w:rsidRDefault="00E34502" w:rsidP="00E34502">
            <w:pPr>
              <w:spacing w:after="200" w:line="276" w:lineRule="auto"/>
              <w:jc w:val="center"/>
              <w:rPr>
                <w:lang w:val="en-GB"/>
              </w:rPr>
            </w:pPr>
            <w:r w:rsidRPr="00E34502">
              <w:rPr>
                <w:lang w:val="en-GB"/>
              </w:rPr>
              <w:t>Device name, new status</w:t>
            </w:r>
          </w:p>
        </w:tc>
        <w:tc>
          <w:tcPr>
            <w:tcW w:w="0" w:type="auto"/>
            <w:hideMark/>
          </w:tcPr>
          <w:p w14:paraId="6767F367" w14:textId="77777777" w:rsidR="00E34502" w:rsidRPr="00E34502" w:rsidRDefault="00E34502" w:rsidP="00E34502">
            <w:pPr>
              <w:spacing w:after="200" w:line="276" w:lineRule="auto"/>
              <w:jc w:val="center"/>
              <w:rPr>
                <w:lang w:val="en-GB"/>
              </w:rPr>
            </w:pPr>
            <w:r w:rsidRPr="00E34502">
              <w:rPr>
                <w:lang w:val="en-GB"/>
              </w:rPr>
              <w:t>Check if status is valid, then update the matching device</w:t>
            </w:r>
          </w:p>
        </w:tc>
        <w:tc>
          <w:tcPr>
            <w:tcW w:w="0" w:type="auto"/>
            <w:hideMark/>
          </w:tcPr>
          <w:p w14:paraId="19F19E32" w14:textId="77777777" w:rsidR="00E34502" w:rsidRPr="00E34502" w:rsidRDefault="00E34502" w:rsidP="00E34502">
            <w:pPr>
              <w:spacing w:after="200" w:line="276" w:lineRule="auto"/>
              <w:jc w:val="center"/>
              <w:rPr>
                <w:lang w:val="en-GB"/>
              </w:rPr>
            </w:pPr>
            <w:r w:rsidRPr="00E34502">
              <w:rPr>
                <w:lang w:val="en-GB"/>
              </w:rPr>
              <w:t>“Status updated” or “Device not found”</w:t>
            </w:r>
          </w:p>
        </w:tc>
      </w:tr>
      <w:tr w:rsidR="00E34502" w:rsidRPr="00E34502" w14:paraId="311796C8" w14:textId="77777777" w:rsidTr="00E34502">
        <w:tc>
          <w:tcPr>
            <w:tcW w:w="0" w:type="auto"/>
            <w:hideMark/>
          </w:tcPr>
          <w:p w14:paraId="16667A5C" w14:textId="77777777" w:rsidR="00E34502" w:rsidRPr="00E34502" w:rsidRDefault="00E34502" w:rsidP="00E34502">
            <w:pPr>
              <w:spacing w:after="200" w:line="276" w:lineRule="auto"/>
              <w:jc w:val="center"/>
              <w:rPr>
                <w:lang w:val="en-GB"/>
              </w:rPr>
            </w:pPr>
            <w:r w:rsidRPr="00E34502">
              <w:rPr>
                <w:lang w:val="en-GB"/>
              </w:rPr>
              <w:t>None, or user selects view option</w:t>
            </w:r>
          </w:p>
        </w:tc>
        <w:tc>
          <w:tcPr>
            <w:tcW w:w="0" w:type="auto"/>
            <w:hideMark/>
          </w:tcPr>
          <w:p w14:paraId="7470E29A" w14:textId="77777777" w:rsidR="00E34502" w:rsidRPr="00E34502" w:rsidRDefault="00E34502" w:rsidP="00E34502">
            <w:pPr>
              <w:spacing w:after="200" w:line="276" w:lineRule="auto"/>
              <w:jc w:val="center"/>
              <w:rPr>
                <w:lang w:val="en-GB"/>
              </w:rPr>
            </w:pPr>
            <w:r w:rsidRPr="00E34502">
              <w:rPr>
                <w:lang w:val="en-GB"/>
              </w:rPr>
              <w:t>Loop through all stored devices</w:t>
            </w:r>
          </w:p>
        </w:tc>
        <w:tc>
          <w:tcPr>
            <w:tcW w:w="0" w:type="auto"/>
            <w:hideMark/>
          </w:tcPr>
          <w:p w14:paraId="29B21D37" w14:textId="77777777" w:rsidR="00E34502" w:rsidRPr="00E34502" w:rsidRDefault="00E34502" w:rsidP="00E34502">
            <w:pPr>
              <w:spacing w:after="200" w:line="276" w:lineRule="auto"/>
              <w:jc w:val="center"/>
              <w:rPr>
                <w:lang w:val="en-GB"/>
              </w:rPr>
            </w:pPr>
            <w:r w:rsidRPr="00E34502">
              <w:rPr>
                <w:lang w:val="en-GB"/>
              </w:rPr>
              <w:t>Display all device names, rooms, and statuses</w:t>
            </w:r>
          </w:p>
        </w:tc>
      </w:tr>
      <w:tr w:rsidR="00E34502" w:rsidRPr="00E34502" w14:paraId="71653C91" w14:textId="77777777" w:rsidTr="00E34502">
        <w:tc>
          <w:tcPr>
            <w:tcW w:w="0" w:type="auto"/>
            <w:hideMark/>
          </w:tcPr>
          <w:p w14:paraId="71003B4A" w14:textId="77777777" w:rsidR="00E34502" w:rsidRPr="00E34502" w:rsidRDefault="00E34502" w:rsidP="00E34502">
            <w:pPr>
              <w:spacing w:after="200" w:line="276" w:lineRule="auto"/>
              <w:jc w:val="center"/>
              <w:rPr>
                <w:lang w:val="en-GB"/>
              </w:rPr>
            </w:pPr>
            <w:r w:rsidRPr="00E34502">
              <w:rPr>
                <w:lang w:val="en-GB"/>
              </w:rPr>
              <w:t>Search name</w:t>
            </w:r>
          </w:p>
        </w:tc>
        <w:tc>
          <w:tcPr>
            <w:tcW w:w="0" w:type="auto"/>
            <w:hideMark/>
          </w:tcPr>
          <w:p w14:paraId="30EF6E69" w14:textId="77777777" w:rsidR="00E34502" w:rsidRPr="00E34502" w:rsidRDefault="00E34502" w:rsidP="00E34502">
            <w:pPr>
              <w:spacing w:after="200" w:line="276" w:lineRule="auto"/>
              <w:jc w:val="center"/>
              <w:rPr>
                <w:lang w:val="en-GB"/>
              </w:rPr>
            </w:pPr>
            <w:r w:rsidRPr="00E34502">
              <w:rPr>
                <w:lang w:val="en-GB"/>
              </w:rPr>
              <w:t>Find matching device names in the list</w:t>
            </w:r>
          </w:p>
        </w:tc>
        <w:tc>
          <w:tcPr>
            <w:tcW w:w="0" w:type="auto"/>
            <w:hideMark/>
          </w:tcPr>
          <w:p w14:paraId="6C6B749B" w14:textId="106156A3" w:rsidR="00E34502" w:rsidRPr="00E34502" w:rsidRDefault="00E34502" w:rsidP="00E34502">
            <w:pPr>
              <w:spacing w:after="200" w:line="276" w:lineRule="auto"/>
              <w:jc w:val="center"/>
              <w:rPr>
                <w:rFonts w:asciiTheme="majorHAnsi" w:hAnsiTheme="majorHAnsi" w:cstheme="majorHAnsi"/>
                <w:lang w:val="en-GB"/>
              </w:rPr>
            </w:pPr>
            <w:r w:rsidRPr="00E34502">
              <w:rPr>
                <w:rFonts w:asciiTheme="majorHAnsi" w:hAnsiTheme="majorHAnsi" w:cstheme="majorHAnsi"/>
                <w:lang w:val="en-GB"/>
              </w:rPr>
              <w:t>Display matching device details or No devices found”</w:t>
            </w:r>
          </w:p>
        </w:tc>
      </w:tr>
    </w:tbl>
    <w:p w14:paraId="5C36CD6F" w14:textId="77777777" w:rsidR="00E34502" w:rsidRDefault="00E34502">
      <w:pPr>
        <w:jc w:val="center"/>
      </w:pPr>
    </w:p>
    <w:p w14:paraId="6C30BD59" w14:textId="4A0A1A8C" w:rsidR="00B207CE" w:rsidRDefault="00274AE3">
      <w:pPr>
        <w:jc w:val="center"/>
      </w:pPr>
      <w:r>
        <w:t>Figure 1: Smart Home Device Manager Flowchart</w:t>
      </w:r>
    </w:p>
    <w:p w14:paraId="155B189F" w14:textId="77777777" w:rsidR="00962A77" w:rsidRDefault="00962A77"/>
    <w:p w14:paraId="64C77A23" w14:textId="77777777" w:rsidR="00962A77" w:rsidRDefault="00962A77"/>
    <w:p w14:paraId="0EE99940" w14:textId="77777777" w:rsidR="00962A77" w:rsidRDefault="00962A77"/>
    <w:p w14:paraId="49AC1696" w14:textId="77777777" w:rsidR="00A8229D" w:rsidRDefault="00A8229D">
      <w:pPr>
        <w:pStyle w:val="Heading3"/>
        <w:rPr>
          <w:color w:val="000000" w:themeColor="text1"/>
        </w:rPr>
      </w:pPr>
    </w:p>
    <w:p w14:paraId="39C29932" w14:textId="77777777" w:rsidR="00A8229D" w:rsidRDefault="00A8229D">
      <w:pPr>
        <w:pStyle w:val="Heading3"/>
        <w:rPr>
          <w:color w:val="000000" w:themeColor="text1"/>
        </w:rPr>
      </w:pPr>
    </w:p>
    <w:p w14:paraId="2712387F" w14:textId="6D463741" w:rsidR="00B207CE" w:rsidRPr="00512F02" w:rsidRDefault="00274AE3">
      <w:pPr>
        <w:pStyle w:val="Heading3"/>
        <w:rPr>
          <w:color w:val="000000" w:themeColor="text1"/>
        </w:rPr>
      </w:pPr>
      <w:r w:rsidRPr="00512F02">
        <w:rPr>
          <w:color w:val="000000" w:themeColor="text1"/>
        </w:rPr>
        <w:t>3.1.2 Pseudocode</w:t>
      </w:r>
    </w:p>
    <w:p w14:paraId="33446A53" w14:textId="7421E4CC" w:rsidR="00263074" w:rsidRPr="00A675B3" w:rsidRDefault="00AB7DE1" w:rsidP="00253DE4">
      <w:pPr>
        <w:rPr>
          <w:rFonts w:asciiTheme="majorHAnsi" w:hAnsiTheme="majorHAnsi" w:cstheme="majorHAnsi"/>
          <w:color w:val="000000" w:themeColor="text1"/>
          <w:sz w:val="20"/>
          <w:szCs w:val="20"/>
        </w:rPr>
      </w:pPr>
      <w:r w:rsidRPr="00AB7DE1">
        <w:rPr>
          <w:rFonts w:asciiTheme="majorHAnsi" w:hAnsiTheme="majorHAnsi" w:cstheme="majorHAnsi"/>
          <w:color w:val="000000" w:themeColor="text1"/>
          <w:sz w:val="20"/>
          <w:szCs w:val="20"/>
        </w:rPr>
        <w:t xml:space="preserve">Pseudocode acts as a very easy way of presenting the structure and steps involved in a computer program or an algorithm. This is done by mixing up a natural language with certain programming constructs to present an algorithm without the help of the exact syntax of any specific programming language. Using pseudocode, a programmer </w:t>
      </w:r>
      <w:proofErr w:type="gramStart"/>
      <w:r w:rsidRPr="00AB7DE1">
        <w:rPr>
          <w:rFonts w:asciiTheme="majorHAnsi" w:hAnsiTheme="majorHAnsi" w:cstheme="majorHAnsi"/>
          <w:color w:val="000000" w:themeColor="text1"/>
          <w:sz w:val="20"/>
          <w:szCs w:val="20"/>
        </w:rPr>
        <w:t>is able to</w:t>
      </w:r>
      <w:proofErr w:type="gramEnd"/>
      <w:r w:rsidRPr="00AB7DE1">
        <w:rPr>
          <w:rFonts w:asciiTheme="majorHAnsi" w:hAnsiTheme="majorHAnsi" w:cstheme="majorHAnsi"/>
          <w:color w:val="000000" w:themeColor="text1"/>
          <w:sz w:val="20"/>
          <w:szCs w:val="20"/>
        </w:rPr>
        <w:t xml:space="preserve"> look at the logic of the program or an algorithm before using any programming language in its creation. Pseudocode acts as a tool through which a programmer connects the natural language he uses to a programming language.</w:t>
      </w:r>
      <w:r w:rsidR="00A32265">
        <w:rPr>
          <w:rFonts w:asciiTheme="majorHAnsi" w:hAnsiTheme="majorHAnsi" w:cstheme="majorHAnsi"/>
          <w:color w:val="000000" w:themeColor="text1"/>
          <w:sz w:val="20"/>
          <w:szCs w:val="20"/>
        </w:rPr>
        <w:t xml:space="preserve"> [</w:t>
      </w:r>
      <w:r w:rsidR="002E5514">
        <w:rPr>
          <w:rFonts w:asciiTheme="majorHAnsi" w:hAnsiTheme="majorHAnsi" w:cstheme="majorHAnsi"/>
          <w:color w:val="000000" w:themeColor="text1"/>
          <w:sz w:val="20"/>
          <w:szCs w:val="20"/>
        </w:rPr>
        <w:t>5]</w:t>
      </w:r>
      <w:r w:rsidR="00253DE4" w:rsidRPr="00A675B3">
        <w:rPr>
          <w:rFonts w:asciiTheme="majorHAnsi" w:hAnsiTheme="majorHAnsi" w:cstheme="majorHAnsi"/>
          <w:color w:val="000000" w:themeColor="text1"/>
          <w:sz w:val="20"/>
          <w:szCs w:val="20"/>
        </w:rPr>
        <w:t>.</w:t>
      </w:r>
    </w:p>
    <w:p w14:paraId="104ED69D" w14:textId="0A42E011"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START</w:t>
      </w:r>
    </w:p>
    <w:p w14:paraId="051F9BE0" w14:textId="68E091B6"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SET devices to an empty list</w:t>
      </w:r>
    </w:p>
    <w:p w14:paraId="28AB9BB8"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spellStart"/>
      <w:r w:rsidRPr="00671ACB">
        <w:rPr>
          <w:rFonts w:asciiTheme="majorHAnsi" w:hAnsiTheme="majorHAnsi" w:cstheme="majorHAnsi"/>
          <w:sz w:val="20"/>
          <w:szCs w:val="20"/>
        </w:rPr>
        <w:t>display_</w:t>
      </w:r>
      <w:proofErr w:type="gramStart"/>
      <w:r w:rsidRPr="00671ACB">
        <w:rPr>
          <w:rFonts w:asciiTheme="majorHAnsi" w:hAnsiTheme="majorHAnsi" w:cstheme="majorHAnsi"/>
          <w:sz w:val="20"/>
          <w:szCs w:val="20"/>
        </w:rPr>
        <w:t>menu</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5A81B64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"Smart Home Device Manager Menu:"</w:t>
      </w:r>
    </w:p>
    <w:p w14:paraId="3D3B038F"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"1. Add a new device"</w:t>
      </w:r>
    </w:p>
    <w:p w14:paraId="1C045427"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"2. Update device status"</w:t>
      </w:r>
    </w:p>
    <w:p w14:paraId="6D1D0F6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"3. View all devices"</w:t>
      </w:r>
    </w:p>
    <w:p w14:paraId="0EE55F01"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"4. Search device by name"</w:t>
      </w:r>
    </w:p>
    <w:p w14:paraId="43146116" w14:textId="429AA3B3"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lastRenderedPageBreak/>
        <w:t xml:space="preserve">    DISPLAY "5. Exit"</w:t>
      </w:r>
    </w:p>
    <w:p w14:paraId="5960A1B9" w14:textId="77777777" w:rsidR="00A40033" w:rsidRDefault="00A40033" w:rsidP="00671ACB">
      <w:pPr>
        <w:rPr>
          <w:rFonts w:asciiTheme="majorHAnsi" w:hAnsiTheme="majorHAnsi" w:cstheme="majorHAnsi"/>
          <w:sz w:val="20"/>
          <w:szCs w:val="20"/>
        </w:rPr>
      </w:pPr>
    </w:p>
    <w:p w14:paraId="7FDD5B2F" w14:textId="68A9E91B"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spellStart"/>
      <w:r w:rsidRPr="00671ACB">
        <w:rPr>
          <w:rFonts w:asciiTheme="majorHAnsi" w:hAnsiTheme="majorHAnsi" w:cstheme="majorHAnsi"/>
          <w:sz w:val="20"/>
          <w:szCs w:val="20"/>
        </w:rPr>
        <w:t>add_</w:t>
      </w:r>
      <w:proofErr w:type="gramStart"/>
      <w:r w:rsidRPr="00671ACB">
        <w:rPr>
          <w:rFonts w:asciiTheme="majorHAnsi" w:hAnsiTheme="majorHAnsi" w:cstheme="majorHAnsi"/>
          <w:sz w:val="20"/>
          <w:szCs w:val="20"/>
        </w:rPr>
        <w:t>device</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6A00243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INPUT name</w:t>
      </w:r>
    </w:p>
    <w:p w14:paraId="227B3644"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INPUT room</w:t>
      </w:r>
    </w:p>
    <w:p w14:paraId="6BDD9D13"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CREATE new device with name, room, and default status "offline"</w:t>
      </w:r>
    </w:p>
    <w:p w14:paraId="2FDFE1F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ADD new device to devices</w:t>
      </w:r>
    </w:p>
    <w:p w14:paraId="3AEC37D1"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"Device added successfully"</w:t>
      </w:r>
    </w:p>
    <w:p w14:paraId="13260F2A" w14:textId="77777777" w:rsidR="00671ACB" w:rsidRPr="00671ACB" w:rsidRDefault="00671ACB" w:rsidP="00671ACB">
      <w:pPr>
        <w:rPr>
          <w:rFonts w:asciiTheme="majorHAnsi" w:hAnsiTheme="majorHAnsi" w:cstheme="majorHAnsi"/>
          <w:sz w:val="20"/>
          <w:szCs w:val="20"/>
        </w:rPr>
      </w:pPr>
    </w:p>
    <w:p w14:paraId="3620879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spellStart"/>
      <w:r w:rsidRPr="00671ACB">
        <w:rPr>
          <w:rFonts w:asciiTheme="majorHAnsi" w:hAnsiTheme="majorHAnsi" w:cstheme="majorHAnsi"/>
          <w:sz w:val="20"/>
          <w:szCs w:val="20"/>
        </w:rPr>
        <w:t>update_</w:t>
      </w:r>
      <w:proofErr w:type="gramStart"/>
      <w:r w:rsidRPr="00671ACB">
        <w:rPr>
          <w:rFonts w:asciiTheme="majorHAnsi" w:hAnsiTheme="majorHAnsi" w:cstheme="majorHAnsi"/>
          <w:sz w:val="20"/>
          <w:szCs w:val="20"/>
        </w:rPr>
        <w:t>status</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18FF653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INPUT name</w:t>
      </w:r>
    </w:p>
    <w:p w14:paraId="18DA6D8F"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w:t>
      </w:r>
      <w:proofErr w:type="gramStart"/>
      <w:r w:rsidRPr="00671ACB">
        <w:rPr>
          <w:rFonts w:asciiTheme="majorHAnsi" w:hAnsiTheme="majorHAnsi" w:cstheme="majorHAnsi"/>
          <w:sz w:val="20"/>
          <w:szCs w:val="20"/>
        </w:rPr>
        <w:t>INPUT</w:t>
      </w:r>
      <w:proofErr w:type="gramEnd"/>
      <w:r w:rsidRPr="00671ACB">
        <w:rPr>
          <w:rFonts w:asciiTheme="majorHAnsi" w:hAnsiTheme="majorHAnsi" w:cstheme="majorHAnsi"/>
          <w:sz w:val="20"/>
          <w:szCs w:val="20"/>
        </w:rPr>
        <w:t xml:space="preserve"> </w:t>
      </w:r>
      <w:proofErr w:type="spellStart"/>
      <w:r w:rsidRPr="00671ACB">
        <w:rPr>
          <w:rFonts w:asciiTheme="majorHAnsi" w:hAnsiTheme="majorHAnsi" w:cstheme="majorHAnsi"/>
          <w:sz w:val="20"/>
          <w:szCs w:val="20"/>
        </w:rPr>
        <w:t>new_status</w:t>
      </w:r>
      <w:proofErr w:type="spellEnd"/>
    </w:p>
    <w:p w14:paraId="238974EE" w14:textId="4186D45B"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SET found </w:t>
      </w:r>
      <w:proofErr w:type="gramStart"/>
      <w:r w:rsidRPr="00671ACB">
        <w:rPr>
          <w:rFonts w:asciiTheme="majorHAnsi" w:hAnsiTheme="majorHAnsi" w:cstheme="majorHAnsi"/>
          <w:sz w:val="20"/>
          <w:szCs w:val="20"/>
        </w:rPr>
        <w:t>to</w:t>
      </w:r>
      <w:proofErr w:type="gramEnd"/>
      <w:r w:rsidRPr="00671ACB">
        <w:rPr>
          <w:rFonts w:asciiTheme="majorHAnsi" w:hAnsiTheme="majorHAnsi" w:cstheme="majorHAnsi"/>
          <w:sz w:val="20"/>
          <w:szCs w:val="20"/>
        </w:rPr>
        <w:t xml:space="preserve"> FALSE</w:t>
      </w:r>
    </w:p>
    <w:p w14:paraId="6B57A0B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FOR each device in devices</w:t>
      </w:r>
    </w:p>
    <w:p w14:paraId="1BBE10B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IF device name equals </w:t>
      </w:r>
      <w:proofErr w:type="gramStart"/>
      <w:r w:rsidRPr="00671ACB">
        <w:rPr>
          <w:rFonts w:asciiTheme="majorHAnsi" w:hAnsiTheme="majorHAnsi" w:cstheme="majorHAnsi"/>
          <w:sz w:val="20"/>
          <w:szCs w:val="20"/>
        </w:rPr>
        <w:t>name</w:t>
      </w:r>
      <w:proofErr w:type="gramEnd"/>
      <w:r w:rsidRPr="00671ACB">
        <w:rPr>
          <w:rFonts w:asciiTheme="majorHAnsi" w:hAnsiTheme="majorHAnsi" w:cstheme="majorHAnsi"/>
          <w:sz w:val="20"/>
          <w:szCs w:val="20"/>
        </w:rPr>
        <w:t xml:space="preserve"> THEN</w:t>
      </w:r>
    </w:p>
    <w:p w14:paraId="6593C372"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SET device status to </w:t>
      </w:r>
      <w:proofErr w:type="spellStart"/>
      <w:r w:rsidRPr="00671ACB">
        <w:rPr>
          <w:rFonts w:asciiTheme="majorHAnsi" w:hAnsiTheme="majorHAnsi" w:cstheme="majorHAnsi"/>
          <w:sz w:val="20"/>
          <w:szCs w:val="20"/>
        </w:rPr>
        <w:t>new_status</w:t>
      </w:r>
      <w:proofErr w:type="spellEnd"/>
    </w:p>
    <w:p w14:paraId="70BDE87E"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SET found to TRUE</w:t>
      </w:r>
    </w:p>
    <w:p w14:paraId="408D222F"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"Status updated successfully"</w:t>
      </w:r>
    </w:p>
    <w:p w14:paraId="01653B0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STOP loop</w:t>
      </w:r>
    </w:p>
    <w:p w14:paraId="2395EF68"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4A0E324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FOR</w:t>
      </w:r>
    </w:p>
    <w:p w14:paraId="1DAC0721" w14:textId="77777777" w:rsidR="00671ACB" w:rsidRPr="00671ACB" w:rsidRDefault="00671ACB" w:rsidP="00671ACB">
      <w:pPr>
        <w:rPr>
          <w:rFonts w:asciiTheme="majorHAnsi" w:hAnsiTheme="majorHAnsi" w:cstheme="majorHAnsi"/>
          <w:sz w:val="20"/>
          <w:szCs w:val="20"/>
        </w:rPr>
      </w:pPr>
    </w:p>
    <w:p w14:paraId="6B9A4EA8"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IF found = FALSE THEN</w:t>
      </w:r>
    </w:p>
    <w:p w14:paraId="19C882C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"Device not found"</w:t>
      </w:r>
    </w:p>
    <w:p w14:paraId="3C4E2752"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1D474783" w14:textId="77777777" w:rsidR="00671ACB" w:rsidRPr="00671ACB" w:rsidRDefault="00671ACB" w:rsidP="00671ACB">
      <w:pPr>
        <w:rPr>
          <w:rFonts w:asciiTheme="majorHAnsi" w:hAnsiTheme="majorHAnsi" w:cstheme="majorHAnsi"/>
          <w:sz w:val="20"/>
          <w:szCs w:val="20"/>
        </w:rPr>
      </w:pPr>
    </w:p>
    <w:p w14:paraId="528F3472"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spellStart"/>
      <w:r w:rsidRPr="00671ACB">
        <w:rPr>
          <w:rFonts w:asciiTheme="majorHAnsi" w:hAnsiTheme="majorHAnsi" w:cstheme="majorHAnsi"/>
          <w:sz w:val="20"/>
          <w:szCs w:val="20"/>
        </w:rPr>
        <w:t>view_</w:t>
      </w:r>
      <w:proofErr w:type="gramStart"/>
      <w:r w:rsidRPr="00671ACB">
        <w:rPr>
          <w:rFonts w:asciiTheme="majorHAnsi" w:hAnsiTheme="majorHAnsi" w:cstheme="majorHAnsi"/>
          <w:sz w:val="20"/>
          <w:szCs w:val="20"/>
        </w:rPr>
        <w:t>devices</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5ADBDAA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lastRenderedPageBreak/>
        <w:t xml:space="preserve">    IF devices </w:t>
      </w:r>
      <w:proofErr w:type="gramStart"/>
      <w:r w:rsidRPr="00671ACB">
        <w:rPr>
          <w:rFonts w:asciiTheme="majorHAnsi" w:hAnsiTheme="majorHAnsi" w:cstheme="majorHAnsi"/>
          <w:sz w:val="20"/>
          <w:szCs w:val="20"/>
        </w:rPr>
        <w:t>is</w:t>
      </w:r>
      <w:proofErr w:type="gramEnd"/>
      <w:r w:rsidRPr="00671ACB">
        <w:rPr>
          <w:rFonts w:asciiTheme="majorHAnsi" w:hAnsiTheme="majorHAnsi" w:cstheme="majorHAnsi"/>
          <w:sz w:val="20"/>
          <w:szCs w:val="20"/>
        </w:rPr>
        <w:t xml:space="preserve"> empty THEN</w:t>
      </w:r>
    </w:p>
    <w:p w14:paraId="3F60C97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"No devices registered"</w:t>
      </w:r>
    </w:p>
    <w:p w14:paraId="7F1E5B1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w:t>
      </w:r>
    </w:p>
    <w:p w14:paraId="4A9927F1"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FOR each device in devices</w:t>
      </w:r>
    </w:p>
    <w:p w14:paraId="709E375E"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device name, room, and status</w:t>
      </w:r>
    </w:p>
    <w:p w14:paraId="00BF03C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FOR</w:t>
      </w:r>
    </w:p>
    <w:p w14:paraId="3B0132E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380B8012" w14:textId="77777777" w:rsidR="00671ACB" w:rsidRPr="00671ACB" w:rsidRDefault="00671ACB" w:rsidP="00671ACB">
      <w:pPr>
        <w:rPr>
          <w:rFonts w:asciiTheme="majorHAnsi" w:hAnsiTheme="majorHAnsi" w:cstheme="majorHAnsi"/>
          <w:sz w:val="20"/>
          <w:szCs w:val="20"/>
        </w:rPr>
      </w:pPr>
    </w:p>
    <w:p w14:paraId="2C3D0CE7"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spellStart"/>
      <w:r w:rsidRPr="00671ACB">
        <w:rPr>
          <w:rFonts w:asciiTheme="majorHAnsi" w:hAnsiTheme="majorHAnsi" w:cstheme="majorHAnsi"/>
          <w:sz w:val="20"/>
          <w:szCs w:val="20"/>
        </w:rPr>
        <w:t>search_</w:t>
      </w:r>
      <w:proofErr w:type="gramStart"/>
      <w:r w:rsidRPr="00671ACB">
        <w:rPr>
          <w:rFonts w:asciiTheme="majorHAnsi" w:hAnsiTheme="majorHAnsi" w:cstheme="majorHAnsi"/>
          <w:sz w:val="20"/>
          <w:szCs w:val="20"/>
        </w:rPr>
        <w:t>device</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3D24D601"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INPUT name</w:t>
      </w:r>
    </w:p>
    <w:p w14:paraId="4932C745"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SET </w:t>
      </w:r>
      <w:proofErr w:type="spellStart"/>
      <w:r w:rsidRPr="00671ACB">
        <w:rPr>
          <w:rFonts w:asciiTheme="majorHAnsi" w:hAnsiTheme="majorHAnsi" w:cstheme="majorHAnsi"/>
          <w:sz w:val="20"/>
          <w:szCs w:val="20"/>
        </w:rPr>
        <w:t>found_devices</w:t>
      </w:r>
      <w:proofErr w:type="spellEnd"/>
      <w:r w:rsidRPr="00671ACB">
        <w:rPr>
          <w:rFonts w:asciiTheme="majorHAnsi" w:hAnsiTheme="majorHAnsi" w:cstheme="majorHAnsi"/>
          <w:sz w:val="20"/>
          <w:szCs w:val="20"/>
        </w:rPr>
        <w:t xml:space="preserve"> to empty list</w:t>
      </w:r>
    </w:p>
    <w:p w14:paraId="3C1372EA" w14:textId="77777777" w:rsidR="00671ACB" w:rsidRPr="00671ACB" w:rsidRDefault="00671ACB" w:rsidP="00671ACB">
      <w:pPr>
        <w:rPr>
          <w:rFonts w:asciiTheme="majorHAnsi" w:hAnsiTheme="majorHAnsi" w:cstheme="majorHAnsi"/>
          <w:sz w:val="20"/>
          <w:szCs w:val="20"/>
        </w:rPr>
      </w:pPr>
    </w:p>
    <w:p w14:paraId="512C547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FOR each device in devices</w:t>
      </w:r>
    </w:p>
    <w:p w14:paraId="2CB17B27"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IF name is found in device </w:t>
      </w:r>
      <w:proofErr w:type="gramStart"/>
      <w:r w:rsidRPr="00671ACB">
        <w:rPr>
          <w:rFonts w:asciiTheme="majorHAnsi" w:hAnsiTheme="majorHAnsi" w:cstheme="majorHAnsi"/>
          <w:sz w:val="20"/>
          <w:szCs w:val="20"/>
        </w:rPr>
        <w:t>name</w:t>
      </w:r>
      <w:proofErr w:type="gramEnd"/>
      <w:r w:rsidRPr="00671ACB">
        <w:rPr>
          <w:rFonts w:asciiTheme="majorHAnsi" w:hAnsiTheme="majorHAnsi" w:cstheme="majorHAnsi"/>
          <w:sz w:val="20"/>
          <w:szCs w:val="20"/>
        </w:rPr>
        <w:t xml:space="preserve"> THEN</w:t>
      </w:r>
    </w:p>
    <w:p w14:paraId="2FCE4EC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ADD device to </w:t>
      </w:r>
      <w:proofErr w:type="spellStart"/>
      <w:r w:rsidRPr="00671ACB">
        <w:rPr>
          <w:rFonts w:asciiTheme="majorHAnsi" w:hAnsiTheme="majorHAnsi" w:cstheme="majorHAnsi"/>
          <w:sz w:val="20"/>
          <w:szCs w:val="20"/>
        </w:rPr>
        <w:t>found_devices</w:t>
      </w:r>
      <w:proofErr w:type="spellEnd"/>
    </w:p>
    <w:p w14:paraId="18B1DAD4"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6C348F5D" w14:textId="5F345589"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FOR</w:t>
      </w:r>
    </w:p>
    <w:p w14:paraId="376CE0BE"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IF </w:t>
      </w:r>
      <w:proofErr w:type="spellStart"/>
      <w:r w:rsidRPr="00671ACB">
        <w:rPr>
          <w:rFonts w:asciiTheme="majorHAnsi" w:hAnsiTheme="majorHAnsi" w:cstheme="majorHAnsi"/>
          <w:sz w:val="20"/>
          <w:szCs w:val="20"/>
        </w:rPr>
        <w:t>found_devices</w:t>
      </w:r>
      <w:proofErr w:type="spellEnd"/>
      <w:r w:rsidRPr="00671ACB">
        <w:rPr>
          <w:rFonts w:asciiTheme="majorHAnsi" w:hAnsiTheme="majorHAnsi" w:cstheme="majorHAnsi"/>
          <w:sz w:val="20"/>
          <w:szCs w:val="20"/>
        </w:rPr>
        <w:t xml:space="preserve"> </w:t>
      </w:r>
      <w:proofErr w:type="gramStart"/>
      <w:r w:rsidRPr="00671ACB">
        <w:rPr>
          <w:rFonts w:asciiTheme="majorHAnsi" w:hAnsiTheme="majorHAnsi" w:cstheme="majorHAnsi"/>
          <w:sz w:val="20"/>
          <w:szCs w:val="20"/>
        </w:rPr>
        <w:t>is</w:t>
      </w:r>
      <w:proofErr w:type="gramEnd"/>
      <w:r w:rsidRPr="00671ACB">
        <w:rPr>
          <w:rFonts w:asciiTheme="majorHAnsi" w:hAnsiTheme="majorHAnsi" w:cstheme="majorHAnsi"/>
          <w:sz w:val="20"/>
          <w:szCs w:val="20"/>
        </w:rPr>
        <w:t xml:space="preserve"> empty THEN</w:t>
      </w:r>
    </w:p>
    <w:p w14:paraId="66F6998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"No devices found"</w:t>
      </w:r>
    </w:p>
    <w:p w14:paraId="1D6D05AC"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w:t>
      </w:r>
    </w:p>
    <w:p w14:paraId="7A7F565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FOR each device in </w:t>
      </w:r>
      <w:proofErr w:type="spellStart"/>
      <w:r w:rsidRPr="00671ACB">
        <w:rPr>
          <w:rFonts w:asciiTheme="majorHAnsi" w:hAnsiTheme="majorHAnsi" w:cstheme="majorHAnsi"/>
          <w:sz w:val="20"/>
          <w:szCs w:val="20"/>
        </w:rPr>
        <w:t>found_devices</w:t>
      </w:r>
      <w:proofErr w:type="spellEnd"/>
    </w:p>
    <w:p w14:paraId="02207D63"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device name, room, and status</w:t>
      </w:r>
    </w:p>
    <w:p w14:paraId="3376E58E"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FOR</w:t>
      </w:r>
    </w:p>
    <w:p w14:paraId="0F364669" w14:textId="75C25603"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3037D53B"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FUNCTION </w:t>
      </w:r>
      <w:proofErr w:type="gramStart"/>
      <w:r w:rsidRPr="00671ACB">
        <w:rPr>
          <w:rFonts w:asciiTheme="majorHAnsi" w:hAnsiTheme="majorHAnsi" w:cstheme="majorHAnsi"/>
          <w:sz w:val="20"/>
          <w:szCs w:val="20"/>
        </w:rPr>
        <w:t>main(</w:t>
      </w:r>
      <w:proofErr w:type="gramEnd"/>
      <w:r w:rsidRPr="00671ACB">
        <w:rPr>
          <w:rFonts w:asciiTheme="majorHAnsi" w:hAnsiTheme="majorHAnsi" w:cstheme="majorHAnsi"/>
          <w:sz w:val="20"/>
          <w:szCs w:val="20"/>
        </w:rPr>
        <w:t>)</w:t>
      </w:r>
    </w:p>
    <w:p w14:paraId="68FBFCEA"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WHILE TRUE</w:t>
      </w:r>
    </w:p>
    <w:p w14:paraId="26229DF6"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CALL </w:t>
      </w:r>
      <w:proofErr w:type="spellStart"/>
      <w:r w:rsidRPr="00671ACB">
        <w:rPr>
          <w:rFonts w:asciiTheme="majorHAnsi" w:hAnsiTheme="majorHAnsi" w:cstheme="majorHAnsi"/>
          <w:sz w:val="20"/>
          <w:szCs w:val="20"/>
        </w:rPr>
        <w:t>display_</w:t>
      </w:r>
      <w:proofErr w:type="gramStart"/>
      <w:r w:rsidRPr="00671ACB">
        <w:rPr>
          <w:rFonts w:asciiTheme="majorHAnsi" w:hAnsiTheme="majorHAnsi" w:cstheme="majorHAnsi"/>
          <w:sz w:val="20"/>
          <w:szCs w:val="20"/>
        </w:rPr>
        <w:t>menu</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7D1CFD2D" w14:textId="3B6AAAD9"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lastRenderedPageBreak/>
        <w:t xml:space="preserve">        INPUT choice</w:t>
      </w:r>
    </w:p>
    <w:p w14:paraId="5C299FAE"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IF choice = "1" THEN</w:t>
      </w:r>
    </w:p>
    <w:p w14:paraId="43DFCBA0"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CALL </w:t>
      </w:r>
      <w:proofErr w:type="spellStart"/>
      <w:r w:rsidRPr="00671ACB">
        <w:rPr>
          <w:rFonts w:asciiTheme="majorHAnsi" w:hAnsiTheme="majorHAnsi" w:cstheme="majorHAnsi"/>
          <w:sz w:val="20"/>
          <w:szCs w:val="20"/>
        </w:rPr>
        <w:t>add_</w:t>
      </w:r>
      <w:proofErr w:type="gramStart"/>
      <w:r w:rsidRPr="00671ACB">
        <w:rPr>
          <w:rFonts w:asciiTheme="majorHAnsi" w:hAnsiTheme="majorHAnsi" w:cstheme="majorHAnsi"/>
          <w:sz w:val="20"/>
          <w:szCs w:val="20"/>
        </w:rPr>
        <w:t>device</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7B9384C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 IF choice = "2" THEN</w:t>
      </w:r>
    </w:p>
    <w:p w14:paraId="655A97D8"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CALL </w:t>
      </w:r>
      <w:proofErr w:type="spellStart"/>
      <w:r w:rsidRPr="00671ACB">
        <w:rPr>
          <w:rFonts w:asciiTheme="majorHAnsi" w:hAnsiTheme="majorHAnsi" w:cstheme="majorHAnsi"/>
          <w:sz w:val="20"/>
          <w:szCs w:val="20"/>
        </w:rPr>
        <w:t>update_</w:t>
      </w:r>
      <w:proofErr w:type="gramStart"/>
      <w:r w:rsidRPr="00671ACB">
        <w:rPr>
          <w:rFonts w:asciiTheme="majorHAnsi" w:hAnsiTheme="majorHAnsi" w:cstheme="majorHAnsi"/>
          <w:sz w:val="20"/>
          <w:szCs w:val="20"/>
        </w:rPr>
        <w:t>status</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5F801E8C"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 IF choice = "3" THEN</w:t>
      </w:r>
    </w:p>
    <w:p w14:paraId="5120BBF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CALL </w:t>
      </w:r>
      <w:proofErr w:type="spellStart"/>
      <w:r w:rsidRPr="00671ACB">
        <w:rPr>
          <w:rFonts w:asciiTheme="majorHAnsi" w:hAnsiTheme="majorHAnsi" w:cstheme="majorHAnsi"/>
          <w:sz w:val="20"/>
          <w:szCs w:val="20"/>
        </w:rPr>
        <w:t>view_</w:t>
      </w:r>
      <w:proofErr w:type="gramStart"/>
      <w:r w:rsidRPr="00671ACB">
        <w:rPr>
          <w:rFonts w:asciiTheme="majorHAnsi" w:hAnsiTheme="majorHAnsi" w:cstheme="majorHAnsi"/>
          <w:sz w:val="20"/>
          <w:szCs w:val="20"/>
        </w:rPr>
        <w:t>devices</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6FD81480"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 IF choice = "4" THEN</w:t>
      </w:r>
    </w:p>
    <w:p w14:paraId="4F97528F"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CALL </w:t>
      </w:r>
      <w:proofErr w:type="spellStart"/>
      <w:r w:rsidRPr="00671ACB">
        <w:rPr>
          <w:rFonts w:asciiTheme="majorHAnsi" w:hAnsiTheme="majorHAnsi" w:cstheme="majorHAnsi"/>
          <w:sz w:val="20"/>
          <w:szCs w:val="20"/>
        </w:rPr>
        <w:t>search_</w:t>
      </w:r>
      <w:proofErr w:type="gramStart"/>
      <w:r w:rsidRPr="00671ACB">
        <w:rPr>
          <w:rFonts w:asciiTheme="majorHAnsi" w:hAnsiTheme="majorHAnsi" w:cstheme="majorHAnsi"/>
          <w:sz w:val="20"/>
          <w:szCs w:val="20"/>
        </w:rPr>
        <w:t>device</w:t>
      </w:r>
      <w:proofErr w:type="spellEnd"/>
      <w:r w:rsidRPr="00671ACB">
        <w:rPr>
          <w:rFonts w:asciiTheme="majorHAnsi" w:hAnsiTheme="majorHAnsi" w:cstheme="majorHAnsi"/>
          <w:sz w:val="20"/>
          <w:szCs w:val="20"/>
        </w:rPr>
        <w:t>(</w:t>
      </w:r>
      <w:proofErr w:type="gramEnd"/>
      <w:r w:rsidRPr="00671ACB">
        <w:rPr>
          <w:rFonts w:asciiTheme="majorHAnsi" w:hAnsiTheme="majorHAnsi" w:cstheme="majorHAnsi"/>
          <w:sz w:val="20"/>
          <w:szCs w:val="20"/>
        </w:rPr>
        <w:t>)</w:t>
      </w:r>
    </w:p>
    <w:p w14:paraId="7B470CB1"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 IF choice = "5" THEN</w:t>
      </w:r>
    </w:p>
    <w:p w14:paraId="6FBECCD9"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"Exiting Smart Home Device Manager. Goodbye!"</w:t>
      </w:r>
    </w:p>
    <w:p w14:paraId="05C58610"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STOP</w:t>
      </w:r>
    </w:p>
    <w:p w14:paraId="05B4D694"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ELSE</w:t>
      </w:r>
    </w:p>
    <w:p w14:paraId="0598992D"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DISPLAY "Invalid choice. Please try again."</w:t>
      </w:r>
    </w:p>
    <w:p w14:paraId="4A3909AC" w14:textId="77777777"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IF</w:t>
      </w:r>
    </w:p>
    <w:p w14:paraId="4B856763" w14:textId="628C84CA"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    END WHILE</w:t>
      </w:r>
    </w:p>
    <w:p w14:paraId="3261BDFC" w14:textId="35A3A8B9" w:rsidR="00671ACB" w:rsidRPr="00671ACB"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 xml:space="preserve">CALL </w:t>
      </w:r>
      <w:proofErr w:type="gramStart"/>
      <w:r w:rsidRPr="00671ACB">
        <w:rPr>
          <w:rFonts w:asciiTheme="majorHAnsi" w:hAnsiTheme="majorHAnsi" w:cstheme="majorHAnsi"/>
          <w:sz w:val="20"/>
          <w:szCs w:val="20"/>
        </w:rPr>
        <w:t>main(</w:t>
      </w:r>
      <w:proofErr w:type="gramEnd"/>
      <w:r w:rsidRPr="00671ACB">
        <w:rPr>
          <w:rFonts w:asciiTheme="majorHAnsi" w:hAnsiTheme="majorHAnsi" w:cstheme="majorHAnsi"/>
          <w:sz w:val="20"/>
          <w:szCs w:val="20"/>
        </w:rPr>
        <w:t>)</w:t>
      </w:r>
    </w:p>
    <w:p w14:paraId="4F169095" w14:textId="6AC228C9" w:rsidR="00253DE4" w:rsidRDefault="00671ACB" w:rsidP="00671ACB">
      <w:pPr>
        <w:rPr>
          <w:rFonts w:asciiTheme="majorHAnsi" w:hAnsiTheme="majorHAnsi" w:cstheme="majorHAnsi"/>
          <w:sz w:val="20"/>
          <w:szCs w:val="20"/>
        </w:rPr>
      </w:pPr>
      <w:r w:rsidRPr="00671ACB">
        <w:rPr>
          <w:rFonts w:asciiTheme="majorHAnsi" w:hAnsiTheme="majorHAnsi" w:cstheme="majorHAnsi"/>
          <w:sz w:val="20"/>
          <w:szCs w:val="20"/>
        </w:rPr>
        <w:t>END</w:t>
      </w:r>
    </w:p>
    <w:p w14:paraId="68FADAB2" w14:textId="77777777" w:rsidR="00A40033" w:rsidRPr="00A40033" w:rsidRDefault="00A40033" w:rsidP="00671ACB">
      <w:pPr>
        <w:rPr>
          <w:rFonts w:asciiTheme="majorHAnsi" w:hAnsiTheme="majorHAnsi" w:cstheme="majorHAnsi"/>
          <w:b/>
          <w:bCs/>
          <w:sz w:val="20"/>
          <w:szCs w:val="20"/>
        </w:rPr>
      </w:pPr>
    </w:p>
    <w:p w14:paraId="1D60B1DD" w14:textId="453461CE" w:rsidR="00A40033" w:rsidRPr="00A40033" w:rsidRDefault="00A40033" w:rsidP="00671ACB">
      <w:pPr>
        <w:rPr>
          <w:rFonts w:asciiTheme="majorHAnsi" w:hAnsiTheme="majorHAnsi" w:cstheme="majorHAnsi"/>
          <w:b/>
          <w:bCs/>
          <w:sz w:val="20"/>
          <w:szCs w:val="20"/>
        </w:rPr>
      </w:pPr>
      <w:r w:rsidRPr="00A40033">
        <w:rPr>
          <w:rFonts w:asciiTheme="majorHAnsi" w:hAnsiTheme="majorHAnsi" w:cstheme="majorHAnsi"/>
          <w:b/>
          <w:bCs/>
          <w:sz w:val="20"/>
          <w:szCs w:val="20"/>
        </w:rPr>
        <w:t>Purpose of the Pseudocode</w:t>
      </w:r>
    </w:p>
    <w:p w14:paraId="486CD7BD" w14:textId="78459A5A" w:rsidR="00F812D5" w:rsidRPr="00F812D5" w:rsidRDefault="00F812D5" w:rsidP="00F812D5">
      <w:pPr>
        <w:rPr>
          <w:rFonts w:asciiTheme="majorHAnsi" w:hAnsiTheme="majorHAnsi" w:cstheme="majorHAnsi"/>
          <w:sz w:val="20"/>
          <w:szCs w:val="20"/>
        </w:rPr>
      </w:pPr>
      <w:r w:rsidRPr="00F812D5">
        <w:rPr>
          <w:rFonts w:asciiTheme="majorHAnsi" w:hAnsiTheme="majorHAnsi" w:cstheme="majorHAnsi"/>
          <w:sz w:val="20"/>
          <w:szCs w:val="20"/>
        </w:rPr>
        <w:t xml:space="preserve">My aim with respect to pseudocode for my project is to give a clear and precise description of how Smart Home Device Manager will work before writing the actual code. Pseudocode presents the process from display of the menu all the way through getting input from the user and then executing the appropriate </w:t>
      </w:r>
      <w:r w:rsidR="00A32265" w:rsidRPr="00F812D5">
        <w:rPr>
          <w:rFonts w:asciiTheme="majorHAnsi" w:hAnsiTheme="majorHAnsi" w:cstheme="majorHAnsi"/>
          <w:sz w:val="20"/>
          <w:szCs w:val="20"/>
        </w:rPr>
        <w:t>function</w:t>
      </w:r>
      <w:r w:rsidR="00A32265">
        <w:rPr>
          <w:rFonts w:asciiTheme="majorHAnsi" w:hAnsiTheme="majorHAnsi" w:cstheme="majorHAnsi"/>
          <w:sz w:val="20"/>
          <w:szCs w:val="20"/>
        </w:rPr>
        <w:t xml:space="preserve"> [6]</w:t>
      </w:r>
      <w:r w:rsidRPr="00F812D5">
        <w:rPr>
          <w:rFonts w:asciiTheme="majorHAnsi" w:hAnsiTheme="majorHAnsi" w:cstheme="majorHAnsi"/>
          <w:sz w:val="20"/>
          <w:szCs w:val="20"/>
        </w:rPr>
        <w:t>.</w:t>
      </w:r>
    </w:p>
    <w:p w14:paraId="296C9EEF" w14:textId="3578E94D" w:rsidR="002E5514" w:rsidRDefault="00F812D5" w:rsidP="00F812D5">
      <w:pPr>
        <w:rPr>
          <w:rFonts w:asciiTheme="majorHAnsi" w:hAnsiTheme="majorHAnsi" w:cstheme="majorHAnsi"/>
          <w:sz w:val="20"/>
          <w:szCs w:val="20"/>
        </w:rPr>
      </w:pPr>
      <w:r w:rsidRPr="00F812D5">
        <w:rPr>
          <w:rFonts w:asciiTheme="majorHAnsi" w:hAnsiTheme="majorHAnsi" w:cstheme="majorHAnsi"/>
          <w:sz w:val="20"/>
          <w:szCs w:val="20"/>
        </w:rPr>
        <w:t>Pseudocode is very useful in this case since it allows one to think of the logic of the solution without concerning oneself about the syntax of Python. It helps to make the process of programming clearer, detect errors beforehand, and arrange the solution before programming begins. Moreover, the pseudocode will serve as a means of connecting the solution to the actual programming</w:t>
      </w:r>
      <w:r w:rsidR="00A32265">
        <w:rPr>
          <w:rFonts w:asciiTheme="majorHAnsi" w:hAnsiTheme="majorHAnsi" w:cstheme="majorHAnsi"/>
          <w:sz w:val="20"/>
          <w:szCs w:val="20"/>
        </w:rPr>
        <w:t xml:space="preserve"> [6]</w:t>
      </w:r>
      <w:r w:rsidRPr="00F812D5">
        <w:rPr>
          <w:rFonts w:asciiTheme="majorHAnsi" w:hAnsiTheme="majorHAnsi" w:cstheme="majorHAnsi"/>
          <w:sz w:val="20"/>
          <w:szCs w:val="20"/>
        </w:rPr>
        <w:t>.</w:t>
      </w:r>
    </w:p>
    <w:p w14:paraId="04807DFC" w14:textId="34BB3DB6" w:rsidR="00F812D5" w:rsidRDefault="00F812D5" w:rsidP="00F812D5">
      <w:pPr>
        <w:rPr>
          <w:rFonts w:asciiTheme="majorHAnsi" w:hAnsiTheme="majorHAnsi" w:cstheme="majorHAnsi"/>
          <w:sz w:val="20"/>
          <w:szCs w:val="20"/>
        </w:rPr>
      </w:pPr>
      <w:r w:rsidRPr="00F812D5">
        <w:rPr>
          <w:rFonts w:asciiTheme="majorHAnsi" w:hAnsiTheme="majorHAnsi" w:cstheme="majorHAnsi"/>
          <w:sz w:val="20"/>
          <w:szCs w:val="20"/>
        </w:rPr>
        <w:t xml:space="preserve">In my Smart Home Device Manager, the pseudocode will describe the menu looping, the different functions that can be performed by devices, and finally the exit </w:t>
      </w:r>
      <w:proofErr w:type="gramStart"/>
      <w:r w:rsidRPr="00F812D5">
        <w:rPr>
          <w:rFonts w:asciiTheme="majorHAnsi" w:hAnsiTheme="majorHAnsi" w:cstheme="majorHAnsi"/>
          <w:sz w:val="20"/>
          <w:szCs w:val="20"/>
        </w:rPr>
        <w:t>procedure</w:t>
      </w:r>
      <w:r w:rsidR="00A32265">
        <w:rPr>
          <w:rFonts w:asciiTheme="majorHAnsi" w:hAnsiTheme="majorHAnsi" w:cstheme="majorHAnsi"/>
          <w:sz w:val="20"/>
          <w:szCs w:val="20"/>
        </w:rPr>
        <w:t>[</w:t>
      </w:r>
      <w:proofErr w:type="gramEnd"/>
      <w:r w:rsidR="00A32265">
        <w:rPr>
          <w:rFonts w:asciiTheme="majorHAnsi" w:hAnsiTheme="majorHAnsi" w:cstheme="majorHAnsi"/>
          <w:sz w:val="20"/>
          <w:szCs w:val="20"/>
        </w:rPr>
        <w:t>6]</w:t>
      </w:r>
      <w:r w:rsidRPr="00F812D5">
        <w:rPr>
          <w:rFonts w:asciiTheme="majorHAnsi" w:hAnsiTheme="majorHAnsi" w:cstheme="majorHAnsi"/>
          <w:sz w:val="20"/>
          <w:szCs w:val="20"/>
        </w:rPr>
        <w:t>.</w:t>
      </w:r>
    </w:p>
    <w:p w14:paraId="66B6067D" w14:textId="77777777" w:rsidR="00A40033" w:rsidRDefault="00A40033" w:rsidP="00671ACB">
      <w:pPr>
        <w:rPr>
          <w:rFonts w:asciiTheme="majorHAnsi" w:hAnsiTheme="majorHAnsi" w:cstheme="majorHAnsi"/>
          <w:sz w:val="20"/>
          <w:szCs w:val="20"/>
        </w:rPr>
      </w:pPr>
    </w:p>
    <w:p w14:paraId="6FC781E2" w14:textId="77777777" w:rsidR="00A40033" w:rsidRPr="00A40033" w:rsidRDefault="00A40033" w:rsidP="00671ACB">
      <w:pPr>
        <w:rPr>
          <w:rFonts w:asciiTheme="majorHAnsi" w:hAnsiTheme="majorHAnsi" w:cstheme="majorHAnsi"/>
          <w:b/>
          <w:bCs/>
          <w:sz w:val="20"/>
          <w:szCs w:val="20"/>
        </w:rPr>
      </w:pPr>
      <w:r w:rsidRPr="00A40033">
        <w:rPr>
          <w:rFonts w:asciiTheme="majorHAnsi" w:hAnsiTheme="majorHAnsi" w:cstheme="majorHAnsi"/>
          <w:b/>
          <w:bCs/>
          <w:sz w:val="20"/>
          <w:szCs w:val="20"/>
        </w:rPr>
        <w:t>Pseudocode Logic</w:t>
      </w:r>
    </w:p>
    <w:p w14:paraId="4E16D0E6" w14:textId="365A96D8" w:rsidR="00A32265" w:rsidRDefault="007620AB" w:rsidP="007620AB">
      <w:pPr>
        <w:rPr>
          <w:rFonts w:asciiTheme="majorHAnsi" w:hAnsiTheme="majorHAnsi" w:cstheme="majorHAnsi"/>
          <w:color w:val="000000" w:themeColor="text1"/>
          <w:sz w:val="20"/>
          <w:szCs w:val="20"/>
        </w:rPr>
      </w:pPr>
      <w:r w:rsidRPr="00EB0E26">
        <w:rPr>
          <w:rFonts w:asciiTheme="majorHAnsi" w:hAnsiTheme="majorHAnsi" w:cstheme="majorHAnsi"/>
          <w:color w:val="000000" w:themeColor="text1"/>
          <w:sz w:val="20"/>
          <w:szCs w:val="20"/>
        </w:rPr>
        <w:t xml:space="preserve">Pseudocode allows one to see exactly how the program will work when writing its Python code. In fact, each block of pseudocode will transform into a function or a certain control construction in the future </w:t>
      </w:r>
      <w:proofErr w:type="gramStart"/>
      <w:r w:rsidRPr="00EB0E26">
        <w:rPr>
          <w:rFonts w:asciiTheme="majorHAnsi" w:hAnsiTheme="majorHAnsi" w:cstheme="majorHAnsi"/>
          <w:color w:val="000000" w:themeColor="text1"/>
          <w:sz w:val="20"/>
          <w:szCs w:val="20"/>
        </w:rPr>
        <w:t>program</w:t>
      </w:r>
      <w:r w:rsidR="00A32265">
        <w:rPr>
          <w:rFonts w:asciiTheme="majorHAnsi" w:hAnsiTheme="majorHAnsi" w:cstheme="majorHAnsi"/>
          <w:color w:val="000000" w:themeColor="text1"/>
          <w:sz w:val="20"/>
          <w:szCs w:val="20"/>
        </w:rPr>
        <w:t>[</w:t>
      </w:r>
      <w:proofErr w:type="gramEnd"/>
      <w:r w:rsidR="00A32265">
        <w:rPr>
          <w:rFonts w:asciiTheme="majorHAnsi" w:hAnsiTheme="majorHAnsi" w:cstheme="majorHAnsi"/>
          <w:color w:val="000000" w:themeColor="text1"/>
          <w:sz w:val="20"/>
          <w:szCs w:val="20"/>
        </w:rPr>
        <w:t>6]</w:t>
      </w:r>
      <w:r w:rsidRPr="00EB0E26">
        <w:rPr>
          <w:rFonts w:asciiTheme="majorHAnsi" w:hAnsiTheme="majorHAnsi" w:cstheme="majorHAnsi"/>
          <w:color w:val="000000" w:themeColor="text1"/>
          <w:sz w:val="20"/>
          <w:szCs w:val="20"/>
        </w:rPr>
        <w:t>.</w:t>
      </w:r>
    </w:p>
    <w:p w14:paraId="050364FA" w14:textId="709911E5" w:rsidR="00EB0E26" w:rsidRDefault="007620AB" w:rsidP="007620AB">
      <w:pPr>
        <w:rPr>
          <w:rFonts w:asciiTheme="majorHAnsi" w:hAnsiTheme="majorHAnsi" w:cstheme="majorHAnsi"/>
          <w:color w:val="000000" w:themeColor="text1"/>
          <w:sz w:val="20"/>
          <w:szCs w:val="20"/>
        </w:rPr>
      </w:pPr>
      <w:proofErr w:type="gramStart"/>
      <w:r w:rsidRPr="00EB0E26">
        <w:rPr>
          <w:rFonts w:asciiTheme="majorHAnsi" w:hAnsiTheme="majorHAnsi" w:cstheme="majorHAnsi"/>
          <w:color w:val="000000" w:themeColor="text1"/>
          <w:sz w:val="20"/>
          <w:szCs w:val="20"/>
        </w:rPr>
        <w:t>First of all</w:t>
      </w:r>
      <w:proofErr w:type="gramEnd"/>
      <w:r w:rsidRPr="00EB0E26">
        <w:rPr>
          <w:rFonts w:asciiTheme="majorHAnsi" w:hAnsiTheme="majorHAnsi" w:cstheme="majorHAnsi"/>
          <w:color w:val="000000" w:themeColor="text1"/>
          <w:sz w:val="20"/>
          <w:szCs w:val="20"/>
        </w:rPr>
        <w:t xml:space="preserve">, the pseudocode creates the list that contains the devices and then builds up the process of displaying the menu, adding the device, updating the status of it, viewing all devices and searching the device into a sequence of separate blocks. All these blocks will be individual functions in the final Python program. Besides, the main loop of the pseudocode will turn into a while True loop in the program, allowing it to keep working until the user decides to finish </w:t>
      </w:r>
      <w:proofErr w:type="gramStart"/>
      <w:r w:rsidRPr="00EB0E26">
        <w:rPr>
          <w:rFonts w:asciiTheme="majorHAnsi" w:hAnsiTheme="majorHAnsi" w:cstheme="majorHAnsi"/>
          <w:color w:val="000000" w:themeColor="text1"/>
          <w:sz w:val="20"/>
          <w:szCs w:val="20"/>
        </w:rPr>
        <w:t>it</w:t>
      </w:r>
      <w:r w:rsidR="00A32265">
        <w:rPr>
          <w:rFonts w:asciiTheme="majorHAnsi" w:hAnsiTheme="majorHAnsi" w:cstheme="majorHAnsi"/>
          <w:color w:val="000000" w:themeColor="text1"/>
          <w:sz w:val="20"/>
          <w:szCs w:val="20"/>
        </w:rPr>
        <w:t>[</w:t>
      </w:r>
      <w:proofErr w:type="gramEnd"/>
      <w:r w:rsidR="00A32265">
        <w:rPr>
          <w:rFonts w:asciiTheme="majorHAnsi" w:hAnsiTheme="majorHAnsi" w:cstheme="majorHAnsi"/>
          <w:color w:val="000000" w:themeColor="text1"/>
          <w:sz w:val="20"/>
          <w:szCs w:val="20"/>
        </w:rPr>
        <w:t>6]</w:t>
      </w:r>
      <w:r w:rsidRPr="00EB0E26">
        <w:rPr>
          <w:rFonts w:asciiTheme="majorHAnsi" w:hAnsiTheme="majorHAnsi" w:cstheme="majorHAnsi"/>
          <w:color w:val="000000" w:themeColor="text1"/>
          <w:sz w:val="20"/>
          <w:szCs w:val="20"/>
        </w:rPr>
        <w:t>.</w:t>
      </w:r>
    </w:p>
    <w:p w14:paraId="5C5ED6F9" w14:textId="33DC4C1E" w:rsidR="007620AB" w:rsidRPr="00EB0E26" w:rsidRDefault="007620AB" w:rsidP="007620AB">
      <w:pPr>
        <w:rPr>
          <w:rFonts w:asciiTheme="majorHAnsi" w:hAnsiTheme="majorHAnsi" w:cstheme="majorHAnsi"/>
          <w:color w:val="000000" w:themeColor="text1"/>
          <w:sz w:val="20"/>
          <w:szCs w:val="20"/>
        </w:rPr>
      </w:pPr>
      <w:r w:rsidRPr="00EB0E26">
        <w:rPr>
          <w:rFonts w:asciiTheme="majorHAnsi" w:hAnsiTheme="majorHAnsi" w:cstheme="majorHAnsi"/>
          <w:color w:val="000000" w:themeColor="text1"/>
          <w:sz w:val="20"/>
          <w:szCs w:val="20"/>
        </w:rPr>
        <w:t xml:space="preserve">Finally, the pseudocode will define the part related to decision making, namely the part where the program analyzes the choice of the user and decides what to do next. This way, the pseudocode will create the if, </w:t>
      </w:r>
      <w:proofErr w:type="spellStart"/>
      <w:r w:rsidRPr="00EB0E26">
        <w:rPr>
          <w:rFonts w:asciiTheme="majorHAnsi" w:hAnsiTheme="majorHAnsi" w:cstheme="majorHAnsi"/>
          <w:color w:val="000000" w:themeColor="text1"/>
          <w:sz w:val="20"/>
          <w:szCs w:val="20"/>
        </w:rPr>
        <w:t>elif</w:t>
      </w:r>
      <w:proofErr w:type="spellEnd"/>
      <w:r w:rsidRPr="00EB0E26">
        <w:rPr>
          <w:rFonts w:asciiTheme="majorHAnsi" w:hAnsiTheme="majorHAnsi" w:cstheme="majorHAnsi"/>
          <w:color w:val="000000" w:themeColor="text1"/>
          <w:sz w:val="20"/>
          <w:szCs w:val="20"/>
        </w:rPr>
        <w:t xml:space="preserve"> and else statements in the Python code. It will allow the program to call the corresponding function depending on the choice made by the </w:t>
      </w:r>
      <w:proofErr w:type="gramStart"/>
      <w:r w:rsidRPr="00EB0E26">
        <w:rPr>
          <w:rFonts w:asciiTheme="majorHAnsi" w:hAnsiTheme="majorHAnsi" w:cstheme="majorHAnsi"/>
          <w:color w:val="000000" w:themeColor="text1"/>
          <w:sz w:val="20"/>
          <w:szCs w:val="20"/>
        </w:rPr>
        <w:t>user</w:t>
      </w:r>
      <w:r w:rsidR="00A32265">
        <w:rPr>
          <w:rFonts w:asciiTheme="majorHAnsi" w:hAnsiTheme="majorHAnsi" w:cstheme="majorHAnsi"/>
          <w:color w:val="000000" w:themeColor="text1"/>
          <w:sz w:val="20"/>
          <w:szCs w:val="20"/>
        </w:rPr>
        <w:t>[</w:t>
      </w:r>
      <w:proofErr w:type="gramEnd"/>
      <w:r w:rsidR="00A32265">
        <w:rPr>
          <w:rFonts w:asciiTheme="majorHAnsi" w:hAnsiTheme="majorHAnsi" w:cstheme="majorHAnsi"/>
          <w:color w:val="000000" w:themeColor="text1"/>
          <w:sz w:val="20"/>
          <w:szCs w:val="20"/>
        </w:rPr>
        <w:t>6]</w:t>
      </w:r>
      <w:r w:rsidRPr="00EB0E26">
        <w:rPr>
          <w:rFonts w:asciiTheme="majorHAnsi" w:hAnsiTheme="majorHAnsi" w:cstheme="majorHAnsi"/>
          <w:color w:val="000000" w:themeColor="text1"/>
          <w:sz w:val="20"/>
          <w:szCs w:val="20"/>
        </w:rPr>
        <w:t>.</w:t>
      </w:r>
    </w:p>
    <w:p w14:paraId="3D69EA8B" w14:textId="77777777" w:rsidR="007620AB" w:rsidRPr="007620AB" w:rsidRDefault="007620AB" w:rsidP="007620AB">
      <w:pPr>
        <w:rPr>
          <w:rFonts w:asciiTheme="majorHAnsi" w:hAnsiTheme="majorHAnsi" w:cstheme="majorHAnsi"/>
          <w:sz w:val="20"/>
          <w:szCs w:val="20"/>
        </w:rPr>
      </w:pPr>
    </w:p>
    <w:p w14:paraId="6D58F347" w14:textId="2357B967" w:rsidR="007620AB" w:rsidRDefault="007620AB" w:rsidP="007620AB">
      <w:pPr>
        <w:rPr>
          <w:rFonts w:asciiTheme="majorHAnsi" w:hAnsiTheme="majorHAnsi" w:cstheme="majorHAnsi"/>
          <w:sz w:val="20"/>
          <w:szCs w:val="20"/>
        </w:rPr>
      </w:pPr>
      <w:r w:rsidRPr="007620AB">
        <w:rPr>
          <w:rFonts w:asciiTheme="majorHAnsi" w:hAnsiTheme="majorHAnsi" w:cstheme="majorHAnsi"/>
          <w:sz w:val="20"/>
          <w:szCs w:val="20"/>
        </w:rPr>
        <w:t>Thus, the pseudocode will serve as the blueprint of the program.</w:t>
      </w:r>
    </w:p>
    <w:p w14:paraId="1FB2AB63" w14:textId="06D32646" w:rsidR="00A40033" w:rsidRPr="00271F6C" w:rsidRDefault="00A40033" w:rsidP="00671ACB">
      <w:pPr>
        <w:rPr>
          <w:rFonts w:asciiTheme="majorHAnsi" w:hAnsiTheme="majorHAnsi" w:cstheme="majorHAnsi"/>
          <w:b/>
          <w:bCs/>
          <w:color w:val="000000" w:themeColor="text1"/>
          <w:sz w:val="20"/>
          <w:szCs w:val="20"/>
        </w:rPr>
      </w:pPr>
      <w:r w:rsidRPr="00271F6C">
        <w:rPr>
          <w:rFonts w:asciiTheme="majorHAnsi" w:hAnsiTheme="majorHAnsi" w:cstheme="majorHAnsi"/>
          <w:b/>
          <w:bCs/>
          <w:color w:val="000000" w:themeColor="text1"/>
          <w:sz w:val="20"/>
          <w:szCs w:val="20"/>
        </w:rPr>
        <w:t>Main Loop</w:t>
      </w:r>
    </w:p>
    <w:p w14:paraId="0A06612F" w14:textId="4C32301F" w:rsidR="00152378" w:rsidRDefault="00152378" w:rsidP="00671ACB">
      <w:pPr>
        <w:rPr>
          <w:rFonts w:asciiTheme="majorHAnsi" w:hAnsiTheme="majorHAnsi" w:cstheme="majorHAnsi"/>
          <w:color w:val="FF0000"/>
          <w:sz w:val="20"/>
          <w:szCs w:val="20"/>
        </w:rPr>
      </w:pPr>
    </w:p>
    <w:p w14:paraId="378AFA49" w14:textId="684D2DFC" w:rsidR="00E14DEB" w:rsidRPr="00152378" w:rsidRDefault="00E14DEB" w:rsidP="00671ACB">
      <w:pPr>
        <w:rPr>
          <w:rFonts w:asciiTheme="majorHAnsi" w:hAnsiTheme="majorHAnsi" w:cstheme="majorHAnsi"/>
          <w:color w:val="FF0000"/>
          <w:sz w:val="20"/>
          <w:szCs w:val="20"/>
        </w:rPr>
      </w:pPr>
      <w:r w:rsidRPr="00E14DEB">
        <w:rPr>
          <w:rFonts w:asciiTheme="majorHAnsi" w:hAnsiTheme="majorHAnsi" w:cstheme="majorHAnsi"/>
          <w:color w:val="000000" w:themeColor="text1"/>
          <w:sz w:val="20"/>
          <w:szCs w:val="20"/>
        </w:rPr>
        <w:t xml:space="preserve">This </w:t>
      </w:r>
      <w:proofErr w:type="gramStart"/>
      <w:r w:rsidRPr="00E14DEB">
        <w:rPr>
          <w:rFonts w:asciiTheme="majorHAnsi" w:hAnsiTheme="majorHAnsi" w:cstheme="majorHAnsi"/>
          <w:color w:val="000000" w:themeColor="text1"/>
          <w:sz w:val="20"/>
          <w:szCs w:val="20"/>
        </w:rPr>
        <w:t>particular loop</w:t>
      </w:r>
      <w:proofErr w:type="gramEnd"/>
      <w:r w:rsidRPr="00E14DEB">
        <w:rPr>
          <w:rFonts w:asciiTheme="majorHAnsi" w:hAnsiTheme="majorHAnsi" w:cstheme="majorHAnsi"/>
          <w:color w:val="000000" w:themeColor="text1"/>
          <w:sz w:val="20"/>
          <w:szCs w:val="20"/>
        </w:rPr>
        <w:t xml:space="preserve"> forms the basic building block which is responsible for maintaining the operation of the Smart Home Device Manager until the user wishes to close the program. The main purpose of the loop is to repeat the display of the menu to the user, get the input from the user about their choice and direct the program to perform the required operation based on the user’s decision. The looping feature is necessary </w:t>
      </w:r>
      <w:proofErr w:type="gramStart"/>
      <w:r w:rsidRPr="00E14DEB">
        <w:rPr>
          <w:rFonts w:asciiTheme="majorHAnsi" w:hAnsiTheme="majorHAnsi" w:cstheme="majorHAnsi"/>
          <w:color w:val="000000" w:themeColor="text1"/>
          <w:sz w:val="20"/>
          <w:szCs w:val="20"/>
        </w:rPr>
        <w:t>in order to</w:t>
      </w:r>
      <w:proofErr w:type="gramEnd"/>
      <w:r w:rsidRPr="00E14DEB">
        <w:rPr>
          <w:rFonts w:asciiTheme="majorHAnsi" w:hAnsiTheme="majorHAnsi" w:cstheme="majorHAnsi"/>
          <w:color w:val="000000" w:themeColor="text1"/>
          <w:sz w:val="20"/>
          <w:szCs w:val="20"/>
        </w:rPr>
        <w:t xml:space="preserve"> provide the opportunity </w:t>
      </w:r>
      <w:proofErr w:type="gramStart"/>
      <w:r w:rsidRPr="00E14DEB">
        <w:rPr>
          <w:rFonts w:asciiTheme="majorHAnsi" w:hAnsiTheme="majorHAnsi" w:cstheme="majorHAnsi"/>
          <w:color w:val="000000" w:themeColor="text1"/>
          <w:sz w:val="20"/>
          <w:szCs w:val="20"/>
        </w:rPr>
        <w:t>to</w:t>
      </w:r>
      <w:proofErr w:type="gramEnd"/>
      <w:r w:rsidRPr="00E14DEB">
        <w:rPr>
          <w:rFonts w:asciiTheme="majorHAnsi" w:hAnsiTheme="majorHAnsi" w:cstheme="majorHAnsi"/>
          <w:color w:val="000000" w:themeColor="text1"/>
          <w:sz w:val="20"/>
          <w:szCs w:val="20"/>
        </w:rPr>
        <w:t xml:space="preserve"> the user to perform different operations in one session without the necessity to start the program again after each </w:t>
      </w:r>
      <w:proofErr w:type="gramStart"/>
      <w:r w:rsidRPr="00E14DEB">
        <w:rPr>
          <w:rFonts w:asciiTheme="majorHAnsi" w:hAnsiTheme="majorHAnsi" w:cstheme="majorHAnsi"/>
          <w:color w:val="000000" w:themeColor="text1"/>
          <w:sz w:val="20"/>
          <w:szCs w:val="20"/>
        </w:rPr>
        <w:t>operation</w:t>
      </w:r>
      <w:r w:rsidR="00A32265">
        <w:rPr>
          <w:rFonts w:asciiTheme="majorHAnsi" w:hAnsiTheme="majorHAnsi" w:cstheme="majorHAnsi"/>
          <w:color w:val="000000" w:themeColor="text1"/>
          <w:sz w:val="20"/>
          <w:szCs w:val="20"/>
        </w:rPr>
        <w:t>[</w:t>
      </w:r>
      <w:proofErr w:type="gramEnd"/>
      <w:r w:rsidR="00A32265">
        <w:rPr>
          <w:rFonts w:asciiTheme="majorHAnsi" w:hAnsiTheme="majorHAnsi" w:cstheme="majorHAnsi"/>
          <w:color w:val="000000" w:themeColor="text1"/>
          <w:sz w:val="20"/>
          <w:szCs w:val="20"/>
        </w:rPr>
        <w:t>7]</w:t>
      </w:r>
      <w:r w:rsidRPr="00E14DEB">
        <w:rPr>
          <w:rFonts w:asciiTheme="majorHAnsi" w:hAnsiTheme="majorHAnsi" w:cstheme="majorHAnsi"/>
          <w:color w:val="000000" w:themeColor="text1"/>
          <w:sz w:val="20"/>
          <w:szCs w:val="20"/>
        </w:rPr>
        <w:t>.</w:t>
      </w:r>
    </w:p>
    <w:p w14:paraId="2D9DA2CA" w14:textId="3C6CF5D8" w:rsidR="00A40033" w:rsidRDefault="0080457E" w:rsidP="00A40033">
      <w:pPr>
        <w:rPr>
          <w:rFonts w:asciiTheme="majorHAnsi" w:hAnsiTheme="majorHAnsi" w:cstheme="majorHAnsi"/>
          <w:color w:val="FF0000"/>
          <w:sz w:val="20"/>
          <w:szCs w:val="20"/>
        </w:rPr>
      </w:pPr>
      <w:r>
        <w:rPr>
          <w:noProof/>
        </w:rPr>
        <w:lastRenderedPageBreak/>
        <w:drawing>
          <wp:inline distT="0" distB="0" distL="0" distR="0" wp14:anchorId="37608D2C" wp14:editId="3C53E60B">
            <wp:extent cx="5486400" cy="3086100"/>
            <wp:effectExtent l="0" t="0" r="0" b="0"/>
            <wp:docPr id="224686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86922" name=""/>
                    <pic:cNvPicPr/>
                  </pic:nvPicPr>
                  <pic:blipFill>
                    <a:blip r:embed="rId10"/>
                    <a:stretch>
                      <a:fillRect/>
                    </a:stretch>
                  </pic:blipFill>
                  <pic:spPr>
                    <a:xfrm>
                      <a:off x="0" y="0"/>
                      <a:ext cx="5486400" cy="3086100"/>
                    </a:xfrm>
                    <a:prstGeom prst="rect">
                      <a:avLst/>
                    </a:prstGeom>
                  </pic:spPr>
                </pic:pic>
              </a:graphicData>
            </a:graphic>
          </wp:inline>
        </w:drawing>
      </w:r>
    </w:p>
    <w:p w14:paraId="4F379CF6" w14:textId="5E7F2ABF" w:rsidR="0080457E" w:rsidRPr="00A40033" w:rsidRDefault="0080457E" w:rsidP="00A40033">
      <w:pPr>
        <w:rPr>
          <w:rFonts w:asciiTheme="majorHAnsi" w:hAnsiTheme="majorHAnsi" w:cstheme="majorHAnsi"/>
          <w:color w:val="FF0000"/>
          <w:sz w:val="20"/>
          <w:szCs w:val="20"/>
        </w:rPr>
      </w:pPr>
    </w:p>
    <w:p w14:paraId="4A070F86" w14:textId="77A7AD01" w:rsidR="00A40033" w:rsidRPr="002E5514" w:rsidRDefault="00F93267" w:rsidP="00671ACB">
      <w:pPr>
        <w:rPr>
          <w:rFonts w:asciiTheme="majorHAnsi" w:hAnsiTheme="majorHAnsi" w:cstheme="majorHAnsi"/>
          <w:color w:val="000000" w:themeColor="text1"/>
          <w:sz w:val="20"/>
          <w:szCs w:val="20"/>
        </w:rPr>
      </w:pPr>
      <w:r w:rsidRPr="00F93267">
        <w:rPr>
          <w:rFonts w:asciiTheme="majorHAnsi" w:hAnsiTheme="majorHAnsi" w:cstheme="majorHAnsi"/>
          <w:color w:val="000000" w:themeColor="text1"/>
          <w:sz w:val="20"/>
          <w:szCs w:val="20"/>
        </w:rPr>
        <w:t xml:space="preserve">This function allows adding of a device in the system by taking the name of the device and its location. Once the device has been added successfully, it will display a successful message. The importance of this function is that it helps in creating a list of devices to be used in other parts of the </w:t>
      </w:r>
      <w:r w:rsidR="00A32265" w:rsidRPr="00F93267">
        <w:rPr>
          <w:rFonts w:asciiTheme="majorHAnsi" w:hAnsiTheme="majorHAnsi" w:cstheme="majorHAnsi"/>
          <w:color w:val="000000" w:themeColor="text1"/>
          <w:sz w:val="20"/>
          <w:szCs w:val="20"/>
        </w:rPr>
        <w:t>program</w:t>
      </w:r>
      <w:r w:rsidR="00A32265">
        <w:rPr>
          <w:rFonts w:asciiTheme="majorHAnsi" w:hAnsiTheme="majorHAnsi" w:cstheme="majorHAnsi"/>
          <w:color w:val="000000" w:themeColor="text1"/>
          <w:sz w:val="20"/>
          <w:szCs w:val="20"/>
        </w:rPr>
        <w:t xml:space="preserve"> [7]</w:t>
      </w:r>
      <w:r w:rsidRPr="00F93267">
        <w:rPr>
          <w:rFonts w:asciiTheme="majorHAnsi" w:hAnsiTheme="majorHAnsi" w:cstheme="majorHAnsi"/>
          <w:color w:val="000000" w:themeColor="text1"/>
          <w:sz w:val="20"/>
          <w:szCs w:val="20"/>
        </w:rPr>
        <w:t>.</w:t>
      </w:r>
    </w:p>
    <w:p w14:paraId="5871AA04" w14:textId="15E79FCD" w:rsidR="00B207CE" w:rsidRPr="00271F6C" w:rsidRDefault="00274AE3">
      <w:pPr>
        <w:pStyle w:val="Heading2"/>
        <w:rPr>
          <w:color w:val="000000" w:themeColor="text1"/>
        </w:rPr>
      </w:pPr>
      <w:r w:rsidRPr="00271F6C">
        <w:rPr>
          <w:color w:val="000000" w:themeColor="text1"/>
        </w:rPr>
        <w:t xml:space="preserve"> Implementation Decisions</w:t>
      </w:r>
    </w:p>
    <w:p w14:paraId="1B944B96" w14:textId="39BE2B05" w:rsidR="00B207CE" w:rsidRPr="00A675B3" w:rsidRDefault="00274AE3">
      <w:pPr>
        <w:pStyle w:val="Heading3"/>
        <w:rPr>
          <w:color w:val="000000" w:themeColor="text1"/>
        </w:rPr>
      </w:pPr>
      <w:r w:rsidRPr="00A675B3">
        <w:rPr>
          <w:color w:val="000000" w:themeColor="text1"/>
        </w:rPr>
        <w:t xml:space="preserve"> Data Structures</w:t>
      </w:r>
    </w:p>
    <w:p w14:paraId="0366AD76" w14:textId="07F05A99" w:rsidR="00051A7E" w:rsidRPr="00051A7E" w:rsidRDefault="00051A7E" w:rsidP="00051A7E">
      <w:pPr>
        <w:rPr>
          <w:rFonts w:asciiTheme="majorHAnsi" w:hAnsiTheme="majorHAnsi" w:cstheme="majorHAnsi"/>
          <w:sz w:val="20"/>
          <w:szCs w:val="20"/>
        </w:rPr>
      </w:pPr>
      <w:r w:rsidRPr="00051A7E">
        <w:rPr>
          <w:rFonts w:asciiTheme="majorHAnsi" w:hAnsiTheme="majorHAnsi" w:cstheme="majorHAnsi"/>
          <w:sz w:val="20"/>
          <w:szCs w:val="20"/>
        </w:rPr>
        <w:t xml:space="preserve">Data structure is an efficient way to represent and store the information on a computer for future </w:t>
      </w:r>
      <w:r w:rsidR="002E5514" w:rsidRPr="00051A7E">
        <w:rPr>
          <w:rFonts w:asciiTheme="majorHAnsi" w:hAnsiTheme="majorHAnsi" w:cstheme="majorHAnsi"/>
          <w:sz w:val="20"/>
          <w:szCs w:val="20"/>
        </w:rPr>
        <w:t>usage.</w:t>
      </w:r>
      <w:r w:rsidRPr="00051A7E">
        <w:rPr>
          <w:rFonts w:asciiTheme="majorHAnsi" w:hAnsiTheme="majorHAnsi" w:cstheme="majorHAnsi"/>
          <w:sz w:val="20"/>
          <w:szCs w:val="20"/>
        </w:rPr>
        <w:t xml:space="preserve"> The choice of appropriate data structures in software engineering is an important step during the process due to its influence on efficiency, scalability and maintenance of the program. In the context of Smart Home Device Manager project, the primary data structure representing the devices will be the list of Device </w:t>
      </w:r>
      <w:proofErr w:type="gramStart"/>
      <w:r w:rsidRPr="00051A7E">
        <w:rPr>
          <w:rFonts w:asciiTheme="majorHAnsi" w:hAnsiTheme="majorHAnsi" w:cstheme="majorHAnsi"/>
          <w:sz w:val="20"/>
          <w:szCs w:val="20"/>
        </w:rPr>
        <w:t>objects</w:t>
      </w:r>
      <w:r w:rsidR="00A32265">
        <w:rPr>
          <w:rFonts w:asciiTheme="majorHAnsi" w:hAnsiTheme="majorHAnsi" w:cstheme="majorHAnsi"/>
          <w:sz w:val="20"/>
          <w:szCs w:val="20"/>
        </w:rPr>
        <w:t>[</w:t>
      </w:r>
      <w:proofErr w:type="gramEnd"/>
      <w:r w:rsidR="00A32265">
        <w:rPr>
          <w:rFonts w:asciiTheme="majorHAnsi" w:hAnsiTheme="majorHAnsi" w:cstheme="majorHAnsi"/>
          <w:sz w:val="20"/>
          <w:szCs w:val="20"/>
        </w:rPr>
        <w:t>8]</w:t>
      </w:r>
      <w:r w:rsidRPr="00051A7E">
        <w:rPr>
          <w:rFonts w:asciiTheme="majorHAnsi" w:hAnsiTheme="majorHAnsi" w:cstheme="majorHAnsi"/>
          <w:sz w:val="20"/>
          <w:szCs w:val="20"/>
        </w:rPr>
        <w:t>.</w:t>
      </w:r>
    </w:p>
    <w:p w14:paraId="662501A1" w14:textId="2D86FE78" w:rsidR="00051A7E" w:rsidRPr="00C22247" w:rsidRDefault="00051A7E" w:rsidP="00051A7E">
      <w:pPr>
        <w:rPr>
          <w:rFonts w:asciiTheme="majorHAnsi" w:hAnsiTheme="majorHAnsi" w:cstheme="majorHAnsi"/>
          <w:sz w:val="20"/>
          <w:szCs w:val="20"/>
        </w:rPr>
      </w:pPr>
      <w:r w:rsidRPr="00051A7E">
        <w:rPr>
          <w:rFonts w:asciiTheme="majorHAnsi" w:hAnsiTheme="majorHAnsi" w:cstheme="majorHAnsi"/>
          <w:sz w:val="20"/>
          <w:szCs w:val="20"/>
        </w:rPr>
        <w:t xml:space="preserve">Python lists are ordered and mutable collections of arbitrary items of any </w:t>
      </w:r>
      <w:proofErr w:type="gramStart"/>
      <w:r w:rsidRPr="00051A7E">
        <w:rPr>
          <w:rFonts w:asciiTheme="majorHAnsi" w:hAnsiTheme="majorHAnsi" w:cstheme="majorHAnsi"/>
          <w:sz w:val="20"/>
          <w:szCs w:val="20"/>
        </w:rPr>
        <w:t>type .</w:t>
      </w:r>
      <w:proofErr w:type="gramEnd"/>
      <w:r w:rsidRPr="00051A7E">
        <w:rPr>
          <w:rFonts w:asciiTheme="majorHAnsi" w:hAnsiTheme="majorHAnsi" w:cstheme="majorHAnsi"/>
          <w:sz w:val="20"/>
          <w:szCs w:val="20"/>
        </w:rPr>
        <w:t xml:space="preserve"> It allows great flexibility since the number of smart devices at Bright Minds Academy may vary. All elements in the </w:t>
      </w:r>
      <w:r w:rsidR="00A675B3" w:rsidRPr="00051A7E">
        <w:rPr>
          <w:rFonts w:asciiTheme="majorHAnsi" w:hAnsiTheme="majorHAnsi" w:cstheme="majorHAnsi"/>
          <w:sz w:val="20"/>
          <w:szCs w:val="20"/>
        </w:rPr>
        <w:t>self. Devices</w:t>
      </w:r>
      <w:r w:rsidRPr="00051A7E">
        <w:rPr>
          <w:rFonts w:asciiTheme="majorHAnsi" w:hAnsiTheme="majorHAnsi" w:cstheme="majorHAnsi"/>
          <w:sz w:val="20"/>
          <w:szCs w:val="20"/>
        </w:rPr>
        <w:t xml:space="preserve"> list of the SmartHomeManager class are objects of Device </w:t>
      </w:r>
      <w:proofErr w:type="gramStart"/>
      <w:r w:rsidRPr="00051A7E">
        <w:rPr>
          <w:rFonts w:asciiTheme="majorHAnsi" w:hAnsiTheme="majorHAnsi" w:cstheme="majorHAnsi"/>
          <w:sz w:val="20"/>
          <w:szCs w:val="20"/>
        </w:rPr>
        <w:t>type,</w:t>
      </w:r>
      <w:proofErr w:type="gramEnd"/>
      <w:r w:rsidRPr="00051A7E">
        <w:rPr>
          <w:rFonts w:asciiTheme="majorHAnsi" w:hAnsiTheme="majorHAnsi" w:cstheme="majorHAnsi"/>
          <w:sz w:val="20"/>
          <w:szCs w:val="20"/>
        </w:rPr>
        <w:t xml:space="preserve"> thus it becomes simple to iterate through all registered devices as well as adding or removing </w:t>
      </w:r>
      <w:proofErr w:type="gramStart"/>
      <w:r w:rsidRPr="00051A7E">
        <w:rPr>
          <w:rFonts w:asciiTheme="majorHAnsi" w:hAnsiTheme="majorHAnsi" w:cstheme="majorHAnsi"/>
          <w:sz w:val="20"/>
          <w:szCs w:val="20"/>
        </w:rPr>
        <w:t>particular ones</w:t>
      </w:r>
      <w:proofErr w:type="gramEnd"/>
      <w:r w:rsidRPr="00051A7E">
        <w:rPr>
          <w:rFonts w:asciiTheme="majorHAnsi" w:hAnsiTheme="majorHAnsi" w:cstheme="majorHAnsi"/>
          <w:sz w:val="20"/>
          <w:szCs w:val="20"/>
        </w:rPr>
        <w:t xml:space="preserve"> from the list</w:t>
      </w:r>
      <w:r w:rsidR="009F3ED7">
        <w:rPr>
          <w:rFonts w:asciiTheme="majorHAnsi" w:hAnsiTheme="majorHAnsi" w:cstheme="majorHAnsi"/>
          <w:sz w:val="20"/>
          <w:szCs w:val="20"/>
        </w:rPr>
        <w:t xml:space="preserve"> [8]</w:t>
      </w:r>
      <w:r w:rsidRPr="00051A7E">
        <w:rPr>
          <w:rFonts w:asciiTheme="majorHAnsi" w:hAnsiTheme="majorHAnsi" w:cstheme="majorHAnsi"/>
          <w:sz w:val="20"/>
          <w:szCs w:val="20"/>
        </w:rPr>
        <w:t>.</w:t>
      </w:r>
    </w:p>
    <w:p w14:paraId="13391DB8" w14:textId="3B02704D" w:rsidR="00A40033" w:rsidRDefault="00A40033" w:rsidP="00A40033">
      <w:pPr>
        <w:rPr>
          <w:color w:val="FF0000"/>
        </w:rPr>
      </w:pPr>
    </w:p>
    <w:p w14:paraId="088571AA" w14:textId="77777777" w:rsidR="0090681D" w:rsidRDefault="0090681D" w:rsidP="00A40033">
      <w:pPr>
        <w:rPr>
          <w:color w:val="FF0000"/>
        </w:rPr>
      </w:pPr>
    </w:p>
    <w:p w14:paraId="0B296676" w14:textId="55430806" w:rsidR="00AD0ED3" w:rsidRPr="00A32265" w:rsidRDefault="00A32265" w:rsidP="00A40033">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 </w:t>
      </w:r>
    </w:p>
    <w:p w14:paraId="0AF997BE" w14:textId="17131222" w:rsidR="00A40033" w:rsidRPr="00C472D1" w:rsidRDefault="00A40033" w:rsidP="00A40033">
      <w:pPr>
        <w:rPr>
          <w:b/>
          <w:bCs/>
          <w:color w:val="000000" w:themeColor="text1"/>
        </w:rPr>
      </w:pPr>
      <w:r w:rsidRPr="00C472D1">
        <w:rPr>
          <w:b/>
          <w:bCs/>
          <w:color w:val="000000" w:themeColor="text1"/>
        </w:rPr>
        <w:t>Give overview of all variables used in your code and why</w:t>
      </w:r>
    </w:p>
    <w:p w14:paraId="36C043E7" w14:textId="1186E562" w:rsidR="00A40033" w:rsidRPr="002E5514" w:rsidRDefault="00AB7DE1" w:rsidP="00A40033">
      <w:pPr>
        <w:rPr>
          <w:rFonts w:asciiTheme="majorHAnsi" w:hAnsiTheme="majorHAnsi" w:cstheme="majorHAnsi"/>
          <w:color w:val="000000" w:themeColor="text1"/>
          <w:sz w:val="20"/>
          <w:szCs w:val="20"/>
        </w:rPr>
      </w:pPr>
      <w:r w:rsidRPr="00AB7DE1">
        <w:rPr>
          <w:rFonts w:asciiTheme="majorHAnsi" w:hAnsiTheme="majorHAnsi" w:cstheme="majorHAnsi"/>
          <w:color w:val="000000" w:themeColor="text1"/>
          <w:sz w:val="20"/>
          <w:szCs w:val="20"/>
        </w:rPr>
        <w:t xml:space="preserve">The variables in the program code become the key factors that help to identify the way data is stored and manipulated in the program. Of these variables, the devices variable is inclusive of all the names of the </w:t>
      </w:r>
      <w:r w:rsidRPr="00AB7DE1">
        <w:rPr>
          <w:rFonts w:asciiTheme="majorHAnsi" w:hAnsiTheme="majorHAnsi" w:cstheme="majorHAnsi"/>
          <w:color w:val="000000" w:themeColor="text1"/>
          <w:sz w:val="20"/>
          <w:szCs w:val="20"/>
        </w:rPr>
        <w:lastRenderedPageBreak/>
        <w:t xml:space="preserve">devices in the system. The variable "rented status" indicates whether the </w:t>
      </w:r>
      <w:proofErr w:type="gramStart"/>
      <w:r w:rsidRPr="00AB7DE1">
        <w:rPr>
          <w:rFonts w:asciiTheme="majorHAnsi" w:hAnsiTheme="majorHAnsi" w:cstheme="majorHAnsi"/>
          <w:color w:val="000000" w:themeColor="text1"/>
          <w:sz w:val="20"/>
          <w:szCs w:val="20"/>
        </w:rPr>
        <w:t>particular device</w:t>
      </w:r>
      <w:proofErr w:type="gramEnd"/>
      <w:r w:rsidRPr="00AB7DE1">
        <w:rPr>
          <w:rFonts w:asciiTheme="majorHAnsi" w:hAnsiTheme="majorHAnsi" w:cstheme="majorHAnsi"/>
          <w:color w:val="000000" w:themeColor="text1"/>
          <w:sz w:val="20"/>
          <w:szCs w:val="20"/>
        </w:rPr>
        <w:t xml:space="preserve"> is rented or not. "Available" variable determines whether there are devices available or not. Device name </w:t>
      </w:r>
      <w:proofErr w:type="gramStart"/>
      <w:r w:rsidRPr="00AB7DE1">
        <w:rPr>
          <w:rFonts w:asciiTheme="majorHAnsi" w:hAnsiTheme="majorHAnsi" w:cstheme="majorHAnsi"/>
          <w:color w:val="000000" w:themeColor="text1"/>
          <w:sz w:val="20"/>
          <w:szCs w:val="20"/>
        </w:rPr>
        <w:t>variable includes</w:t>
      </w:r>
      <w:proofErr w:type="gramEnd"/>
      <w:r w:rsidRPr="00AB7DE1">
        <w:rPr>
          <w:rFonts w:asciiTheme="majorHAnsi" w:hAnsiTheme="majorHAnsi" w:cstheme="majorHAnsi"/>
          <w:color w:val="000000" w:themeColor="text1"/>
          <w:sz w:val="20"/>
          <w:szCs w:val="20"/>
        </w:rPr>
        <w:t xml:space="preserve"> the </w:t>
      </w:r>
      <w:proofErr w:type="gramStart"/>
      <w:r w:rsidRPr="00AB7DE1">
        <w:rPr>
          <w:rFonts w:asciiTheme="majorHAnsi" w:hAnsiTheme="majorHAnsi" w:cstheme="majorHAnsi"/>
          <w:color w:val="000000" w:themeColor="text1"/>
          <w:sz w:val="20"/>
          <w:szCs w:val="20"/>
        </w:rPr>
        <w:t>particular name</w:t>
      </w:r>
      <w:proofErr w:type="gramEnd"/>
      <w:r w:rsidRPr="00AB7DE1">
        <w:rPr>
          <w:rFonts w:asciiTheme="majorHAnsi" w:hAnsiTheme="majorHAnsi" w:cstheme="majorHAnsi"/>
          <w:color w:val="000000" w:themeColor="text1"/>
          <w:sz w:val="20"/>
          <w:szCs w:val="20"/>
        </w:rPr>
        <w:t xml:space="preserve"> of the device that the user selects for himself. Index variable shows the location of the device in the array and choice variable indicates the menu choice of the user.</w:t>
      </w:r>
      <w:r w:rsidR="009F3ED7">
        <w:rPr>
          <w:rFonts w:asciiTheme="majorHAnsi" w:hAnsiTheme="majorHAnsi" w:cstheme="majorHAnsi"/>
          <w:color w:val="000000" w:themeColor="text1"/>
          <w:sz w:val="20"/>
          <w:szCs w:val="20"/>
        </w:rPr>
        <w:t xml:space="preserve"> [9</w:t>
      </w:r>
      <w:proofErr w:type="gramStart"/>
      <w:r w:rsidR="009F3ED7">
        <w:rPr>
          <w:rFonts w:asciiTheme="majorHAnsi" w:hAnsiTheme="majorHAnsi" w:cstheme="majorHAnsi"/>
          <w:color w:val="000000" w:themeColor="text1"/>
          <w:sz w:val="20"/>
          <w:szCs w:val="20"/>
        </w:rPr>
        <w:t xml:space="preserve">] </w:t>
      </w:r>
      <w:r w:rsidR="00881459" w:rsidRPr="002E5514">
        <w:rPr>
          <w:rFonts w:asciiTheme="majorHAnsi" w:hAnsiTheme="majorHAnsi" w:cstheme="majorHAnsi"/>
          <w:color w:val="000000" w:themeColor="text1"/>
          <w:sz w:val="20"/>
          <w:szCs w:val="20"/>
        </w:rPr>
        <w:t>.</w:t>
      </w:r>
      <w:proofErr w:type="gramEnd"/>
    </w:p>
    <w:p w14:paraId="1E431776" w14:textId="77777777" w:rsidR="007F0D4A" w:rsidRDefault="007F0D4A" w:rsidP="00A40033">
      <w:pPr>
        <w:rPr>
          <w:rFonts w:asciiTheme="majorHAnsi" w:hAnsiTheme="majorHAnsi" w:cstheme="majorHAnsi"/>
          <w:color w:val="000000" w:themeColor="text1"/>
        </w:rPr>
      </w:pPr>
    </w:p>
    <w:p w14:paraId="3D833F37" w14:textId="77777777" w:rsidR="004421B4" w:rsidRDefault="004421B4" w:rsidP="00A40033">
      <w:pPr>
        <w:rPr>
          <w:rFonts w:asciiTheme="majorHAnsi" w:hAnsiTheme="majorHAnsi" w:cstheme="majorHAnsi"/>
          <w:color w:val="000000" w:themeColor="text1"/>
        </w:rPr>
      </w:pPr>
    </w:p>
    <w:p w14:paraId="6FF2359D" w14:textId="77777777" w:rsidR="007F0D4A" w:rsidRPr="007F0D4A" w:rsidRDefault="007F0D4A" w:rsidP="00A40033">
      <w:pPr>
        <w:rPr>
          <w:rFonts w:asciiTheme="majorHAnsi" w:hAnsiTheme="majorHAnsi" w:cstheme="majorHAnsi"/>
          <w:color w:val="000000" w:themeColor="text1"/>
        </w:rPr>
      </w:pPr>
    </w:p>
    <w:tbl>
      <w:tblPr>
        <w:tblW w:w="5000" w:type="pct"/>
        <w:tblCellMar>
          <w:top w:w="15" w:type="dxa"/>
          <w:left w:w="15" w:type="dxa"/>
          <w:bottom w:w="15" w:type="dxa"/>
          <w:right w:w="15" w:type="dxa"/>
        </w:tblCellMar>
        <w:tblLook w:val="04A0" w:firstRow="1" w:lastRow="0" w:firstColumn="1" w:lastColumn="0" w:noHBand="0" w:noVBand="1"/>
      </w:tblPr>
      <w:tblGrid>
        <w:gridCol w:w="2209"/>
        <w:gridCol w:w="2152"/>
        <w:gridCol w:w="4263"/>
      </w:tblGrid>
      <w:tr w:rsidR="0059563C" w:rsidRPr="0059563C" w14:paraId="3299B45C" w14:textId="77777777" w:rsidTr="00ED40DB">
        <w:trPr>
          <w:trHeight w:val="203"/>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B495D08" w14:textId="77777777" w:rsidR="0059563C" w:rsidRPr="00ED40DB" w:rsidRDefault="0059563C" w:rsidP="0059563C">
            <w:pPr>
              <w:spacing w:after="0" w:line="240" w:lineRule="auto"/>
              <w:rPr>
                <w:rFonts w:asciiTheme="majorHAnsi" w:eastAsia="Times New Roman" w:hAnsiTheme="majorHAnsi" w:cstheme="majorHAnsi"/>
                <w:b/>
                <w:bCs/>
                <w:sz w:val="24"/>
                <w:szCs w:val="24"/>
                <w:lang w:val="en-GB" w:eastAsia="en-GB"/>
              </w:rPr>
            </w:pPr>
            <w:r w:rsidRPr="00ED40DB">
              <w:rPr>
                <w:rFonts w:asciiTheme="majorHAnsi" w:eastAsia="Times New Roman" w:hAnsiTheme="majorHAnsi" w:cstheme="majorHAnsi"/>
                <w:b/>
                <w:bCs/>
                <w:sz w:val="24"/>
                <w:szCs w:val="24"/>
                <w:lang w:val="en-GB" w:eastAsia="en-GB"/>
              </w:rPr>
              <w:t>Variable name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882C184" w14:textId="77777777" w:rsidR="0059563C" w:rsidRPr="00ED40DB" w:rsidRDefault="0059563C" w:rsidP="0059563C">
            <w:pPr>
              <w:spacing w:after="0" w:line="240" w:lineRule="auto"/>
              <w:rPr>
                <w:rFonts w:asciiTheme="majorHAnsi" w:eastAsia="Times New Roman" w:hAnsiTheme="majorHAnsi" w:cstheme="majorHAnsi"/>
                <w:b/>
                <w:bCs/>
                <w:sz w:val="24"/>
                <w:szCs w:val="24"/>
                <w:lang w:val="en-GB" w:eastAsia="en-GB"/>
              </w:rPr>
            </w:pPr>
            <w:r w:rsidRPr="00ED40DB">
              <w:rPr>
                <w:rFonts w:asciiTheme="majorHAnsi" w:eastAsia="Times New Roman" w:hAnsiTheme="majorHAnsi" w:cstheme="majorHAnsi"/>
                <w:b/>
                <w:bCs/>
                <w:sz w:val="24"/>
                <w:szCs w:val="24"/>
                <w:lang w:val="en-GB" w:eastAsia="en-GB"/>
              </w:rPr>
              <w:t>Data type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B46B4FB" w14:textId="77777777" w:rsidR="0059563C" w:rsidRPr="00ED40DB" w:rsidRDefault="0059563C" w:rsidP="0059563C">
            <w:pPr>
              <w:spacing w:after="0" w:line="240" w:lineRule="auto"/>
              <w:rPr>
                <w:rFonts w:asciiTheme="majorHAnsi" w:eastAsia="Times New Roman" w:hAnsiTheme="majorHAnsi" w:cstheme="majorHAnsi"/>
                <w:b/>
                <w:bCs/>
                <w:sz w:val="24"/>
                <w:szCs w:val="24"/>
                <w:lang w:val="en-GB" w:eastAsia="en-GB"/>
              </w:rPr>
            </w:pPr>
            <w:r w:rsidRPr="00ED40DB">
              <w:rPr>
                <w:rFonts w:asciiTheme="majorHAnsi" w:eastAsia="Times New Roman" w:hAnsiTheme="majorHAnsi" w:cstheme="majorHAnsi"/>
                <w:b/>
                <w:bCs/>
                <w:sz w:val="24"/>
                <w:szCs w:val="24"/>
                <w:lang w:val="en-GB" w:eastAsia="en-GB"/>
              </w:rPr>
              <w:t>Purpose</w:t>
            </w:r>
          </w:p>
        </w:tc>
      </w:tr>
      <w:tr w:rsidR="0059563C" w:rsidRPr="0059563C" w14:paraId="6E9D6E3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A90995"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devices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E18300"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List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6B8A17"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Stores all the devices in the system.</w:t>
            </w:r>
          </w:p>
        </w:tc>
      </w:tr>
      <w:tr w:rsidR="0059563C" w:rsidRPr="0059563C" w14:paraId="31FE374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9945D6"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proofErr w:type="spellStart"/>
            <w:r w:rsidRPr="00ED40DB">
              <w:rPr>
                <w:rFonts w:asciiTheme="majorHAnsi" w:eastAsia="Times New Roman" w:hAnsiTheme="majorHAnsi" w:cstheme="majorHAnsi"/>
                <w:sz w:val="24"/>
                <w:szCs w:val="24"/>
                <w:vertAlign w:val="subscript"/>
                <w:lang w:val="en-GB" w:eastAsia="en-GB"/>
              </w:rPr>
              <w:t>rented_status</w:t>
            </w:r>
            <w:proofErr w:type="spell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18FC49"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List of Boolean values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933252"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Tracks whether each device is currently in use.</w:t>
            </w:r>
          </w:p>
        </w:tc>
      </w:tr>
      <w:tr w:rsidR="0059563C" w:rsidRPr="0059563C" w14:paraId="2792CDA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9C51B4"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available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F719DF"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Boolean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A82B53"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Shows whether any device is available.</w:t>
            </w:r>
          </w:p>
        </w:tc>
      </w:tr>
      <w:tr w:rsidR="0059563C" w:rsidRPr="0059563C" w14:paraId="09C1820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E96916"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proofErr w:type="spellStart"/>
            <w:r w:rsidRPr="00ED40DB">
              <w:rPr>
                <w:rFonts w:asciiTheme="majorHAnsi" w:eastAsia="Times New Roman" w:hAnsiTheme="majorHAnsi" w:cstheme="majorHAnsi"/>
                <w:sz w:val="24"/>
                <w:szCs w:val="24"/>
                <w:vertAlign w:val="subscript"/>
                <w:lang w:val="en-GB" w:eastAsia="en-GB"/>
              </w:rPr>
              <w:t>device_name</w:t>
            </w:r>
            <w:proofErr w:type="spell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713D29"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String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4406B0"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Stores the name entered by the user.</w:t>
            </w:r>
          </w:p>
        </w:tc>
      </w:tr>
      <w:tr w:rsidR="0059563C" w:rsidRPr="0059563C" w14:paraId="7C418C4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A521B3"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index</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0AB8DA"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Integer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626174"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Stores the position of a device in the list.</w:t>
            </w:r>
          </w:p>
        </w:tc>
      </w:tr>
      <w:tr w:rsidR="0059563C" w:rsidRPr="0059563C" w14:paraId="2E03B7C8" w14:textId="77777777" w:rsidTr="00ED40DB">
        <w:trPr>
          <w:trHeight w:val="2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B0A590"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choice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CC70B0"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String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0BCEA8" w14:textId="77777777" w:rsidR="0059563C" w:rsidRPr="00ED40DB" w:rsidRDefault="0059563C" w:rsidP="0059563C">
            <w:pPr>
              <w:spacing w:after="0" w:line="240" w:lineRule="auto"/>
              <w:rPr>
                <w:rFonts w:asciiTheme="majorHAnsi" w:eastAsia="Times New Roman" w:hAnsiTheme="majorHAnsi" w:cstheme="majorHAnsi"/>
                <w:sz w:val="24"/>
                <w:szCs w:val="24"/>
                <w:vertAlign w:val="subscript"/>
                <w:lang w:val="en-GB" w:eastAsia="en-GB"/>
              </w:rPr>
            </w:pPr>
            <w:r w:rsidRPr="00ED40DB">
              <w:rPr>
                <w:rFonts w:asciiTheme="majorHAnsi" w:eastAsia="Times New Roman" w:hAnsiTheme="majorHAnsi" w:cstheme="majorHAnsi"/>
                <w:sz w:val="24"/>
                <w:szCs w:val="24"/>
                <w:vertAlign w:val="subscript"/>
                <w:lang w:val="en-GB" w:eastAsia="en-GB"/>
              </w:rPr>
              <w:t>Stores the menu option selected by the user.</w:t>
            </w:r>
          </w:p>
        </w:tc>
      </w:tr>
    </w:tbl>
    <w:p w14:paraId="43027FEA" w14:textId="77777777" w:rsidR="0059563C" w:rsidRPr="00A40033" w:rsidRDefault="0059563C" w:rsidP="00A40033">
      <w:pPr>
        <w:rPr>
          <w:color w:val="FF0000"/>
        </w:rPr>
      </w:pPr>
    </w:p>
    <w:p w14:paraId="1B9183EC" w14:textId="77777777" w:rsidR="00A40033" w:rsidRDefault="00A40033">
      <w:pPr>
        <w:pStyle w:val="Heading3"/>
        <w:rPr>
          <w:color w:val="000000" w:themeColor="text1"/>
        </w:rPr>
      </w:pPr>
    </w:p>
    <w:p w14:paraId="24C773E9" w14:textId="342571F5" w:rsidR="00B207CE" w:rsidRPr="0095557C" w:rsidRDefault="00274AE3">
      <w:pPr>
        <w:pStyle w:val="Heading3"/>
        <w:rPr>
          <w:color w:val="000000" w:themeColor="text1"/>
        </w:rPr>
      </w:pPr>
      <w:r w:rsidRPr="0095557C">
        <w:rPr>
          <w:color w:val="000000" w:themeColor="text1"/>
        </w:rPr>
        <w:t>3.2.2 Programming Constructs</w:t>
      </w:r>
    </w:p>
    <w:p w14:paraId="277ADCEF" w14:textId="5CAD9045" w:rsidR="003D6178" w:rsidRPr="009F3ED7" w:rsidRDefault="00274AE3" w:rsidP="003D6178">
      <w:pPr>
        <w:rPr>
          <w:rFonts w:ascii="Calibri" w:hAnsi="Calibri" w:cs="Calibri"/>
          <w:sz w:val="20"/>
          <w:szCs w:val="20"/>
        </w:rPr>
      </w:pPr>
      <w:r w:rsidRPr="009F3ED7">
        <w:rPr>
          <w:rFonts w:ascii="Calibri" w:hAnsi="Calibri" w:cs="Calibri"/>
          <w:sz w:val="20"/>
          <w:szCs w:val="20"/>
        </w:rPr>
        <w:t>Programming constructs are the fundamental building blocks used to control the flow and execution of a computer program</w:t>
      </w:r>
      <w:r w:rsidR="00A40033" w:rsidRPr="009F3ED7">
        <w:rPr>
          <w:rFonts w:ascii="Calibri" w:hAnsi="Calibri" w:cs="Calibri"/>
          <w:sz w:val="20"/>
          <w:szCs w:val="20"/>
        </w:rPr>
        <w:t xml:space="preserve"> [</w:t>
      </w:r>
      <w:r w:rsidR="009F3ED7">
        <w:rPr>
          <w:rFonts w:ascii="Calibri" w:hAnsi="Calibri" w:cs="Calibri"/>
          <w:sz w:val="20"/>
          <w:szCs w:val="20"/>
        </w:rPr>
        <w:t>9</w:t>
      </w:r>
      <w:proofErr w:type="gramStart"/>
      <w:r w:rsidR="00A40033" w:rsidRPr="009F3ED7">
        <w:rPr>
          <w:rFonts w:ascii="Calibri" w:hAnsi="Calibri" w:cs="Calibri"/>
          <w:sz w:val="20"/>
          <w:szCs w:val="20"/>
        </w:rPr>
        <w:t>]</w:t>
      </w:r>
      <w:r w:rsidRPr="009F3ED7">
        <w:rPr>
          <w:rFonts w:ascii="Calibri" w:hAnsi="Calibri" w:cs="Calibri"/>
          <w:sz w:val="20"/>
          <w:szCs w:val="20"/>
        </w:rPr>
        <w:t xml:space="preserve"> .</w:t>
      </w:r>
      <w:proofErr w:type="gramEnd"/>
      <w:r w:rsidRPr="009F3ED7">
        <w:rPr>
          <w:rFonts w:ascii="Calibri" w:hAnsi="Calibri" w:cs="Calibri"/>
          <w:sz w:val="20"/>
          <w:szCs w:val="20"/>
        </w:rPr>
        <w:t xml:space="preserve"> They determine the order in which lines of code are executed, allowing programs to make decisions, repeat actions, and organize code into reusable blocks. The Smart Home Device Manager utilizes several key programming constructs to achieve its </w:t>
      </w:r>
      <w:r w:rsidR="009F3ED7" w:rsidRPr="009F3ED7">
        <w:rPr>
          <w:rFonts w:ascii="Calibri" w:hAnsi="Calibri" w:cs="Calibri"/>
          <w:sz w:val="20"/>
          <w:szCs w:val="20"/>
        </w:rPr>
        <w:t>functionality [</w:t>
      </w:r>
      <w:r w:rsidR="009F3ED7">
        <w:rPr>
          <w:rFonts w:ascii="Calibri" w:hAnsi="Calibri" w:cs="Calibri"/>
          <w:sz w:val="20"/>
          <w:szCs w:val="20"/>
        </w:rPr>
        <w:t>9</w:t>
      </w:r>
      <w:r w:rsidR="009F3ED7" w:rsidRPr="009F3ED7">
        <w:rPr>
          <w:rFonts w:ascii="Calibri" w:hAnsi="Calibri" w:cs="Calibri"/>
          <w:sz w:val="20"/>
          <w:szCs w:val="20"/>
        </w:rPr>
        <w:t>]</w:t>
      </w:r>
      <w:r w:rsidRPr="009F3ED7">
        <w:rPr>
          <w:rFonts w:ascii="Calibri" w:hAnsi="Calibri" w:cs="Calibri"/>
          <w:sz w:val="20"/>
          <w:szCs w:val="20"/>
        </w:rPr>
        <w:t>.</w:t>
      </w:r>
    </w:p>
    <w:p w14:paraId="7750F6D1" w14:textId="77777777" w:rsidR="009F3ED7" w:rsidRDefault="009F3ED7" w:rsidP="003D6178">
      <w:pPr>
        <w:rPr>
          <w:b/>
          <w:bCs/>
        </w:rPr>
      </w:pPr>
    </w:p>
    <w:p w14:paraId="2174B639" w14:textId="5513E54F" w:rsidR="009F3ED7" w:rsidRPr="003D6178" w:rsidRDefault="00274AE3" w:rsidP="003D6178">
      <w:pPr>
        <w:rPr>
          <w:b/>
          <w:bCs/>
        </w:rPr>
      </w:pPr>
      <w:r w:rsidRPr="003D6178">
        <w:rPr>
          <w:b/>
          <w:bCs/>
        </w:rPr>
        <w:t>Control Structures (If Statements and Loops):</w:t>
      </w:r>
    </w:p>
    <w:p w14:paraId="1E44EBD5" w14:textId="3E4EB38E" w:rsidR="003D6178" w:rsidRPr="009F3ED7" w:rsidRDefault="00274AE3" w:rsidP="003D6178">
      <w:pPr>
        <w:rPr>
          <w:rFonts w:asciiTheme="majorHAnsi" w:hAnsiTheme="majorHAnsi" w:cstheme="majorHAnsi"/>
          <w:sz w:val="20"/>
          <w:szCs w:val="20"/>
        </w:rPr>
      </w:pPr>
      <w:r w:rsidRPr="009F3ED7">
        <w:rPr>
          <w:rFonts w:asciiTheme="majorHAnsi" w:hAnsiTheme="majorHAnsi" w:cstheme="majorHAnsi"/>
          <w:sz w:val="20"/>
          <w:szCs w:val="20"/>
        </w:rPr>
        <w:t xml:space="preserve">Control structures are essential for directing the program's logic based on specific conditions or the need for repetition. If/Elif/Else Statements are used extensively in the main function to process the user's menu choice. By evaluating the choice variable, the program determines which specific action to execute. While loops are employed in the main function to create an infinite loop that continuously displays the main menu and processes user input. For loops are used to iterate over the </w:t>
      </w:r>
      <w:r w:rsidR="002E5514" w:rsidRPr="009F3ED7">
        <w:rPr>
          <w:rFonts w:asciiTheme="majorHAnsi" w:hAnsiTheme="majorHAnsi" w:cstheme="majorHAnsi"/>
          <w:sz w:val="20"/>
          <w:szCs w:val="20"/>
        </w:rPr>
        <w:t>self. devices</w:t>
      </w:r>
      <w:r w:rsidRPr="009F3ED7">
        <w:rPr>
          <w:rFonts w:asciiTheme="majorHAnsi" w:hAnsiTheme="majorHAnsi" w:cstheme="majorHAnsi"/>
          <w:sz w:val="20"/>
          <w:szCs w:val="20"/>
        </w:rPr>
        <w:t xml:space="preserve"> list to view or update device </w:t>
      </w:r>
      <w:r w:rsidR="009F3ED7" w:rsidRPr="009F3ED7">
        <w:rPr>
          <w:rFonts w:asciiTheme="majorHAnsi" w:hAnsiTheme="majorHAnsi" w:cstheme="majorHAnsi"/>
          <w:sz w:val="20"/>
          <w:szCs w:val="20"/>
        </w:rPr>
        <w:t>details</w:t>
      </w:r>
      <w:r w:rsidR="009F3ED7">
        <w:rPr>
          <w:rFonts w:asciiTheme="majorHAnsi" w:hAnsiTheme="majorHAnsi" w:cstheme="majorHAnsi"/>
          <w:sz w:val="20"/>
          <w:szCs w:val="20"/>
        </w:rPr>
        <w:t xml:space="preserve"> [10]</w:t>
      </w:r>
      <w:r w:rsidRPr="009F3ED7">
        <w:rPr>
          <w:rFonts w:asciiTheme="majorHAnsi" w:hAnsiTheme="majorHAnsi" w:cstheme="majorHAnsi"/>
          <w:sz w:val="20"/>
          <w:szCs w:val="20"/>
        </w:rPr>
        <w:t>.</w:t>
      </w:r>
    </w:p>
    <w:p w14:paraId="29FF472E" w14:textId="0BC4F703" w:rsidR="00B207CE" w:rsidRPr="003D6178" w:rsidRDefault="00274AE3" w:rsidP="003D6178">
      <w:pPr>
        <w:rPr>
          <w:b/>
          <w:bCs/>
        </w:rPr>
      </w:pPr>
      <w:r w:rsidRPr="003D6178">
        <w:rPr>
          <w:b/>
          <w:bCs/>
        </w:rPr>
        <w:t>Functions:</w:t>
      </w:r>
    </w:p>
    <w:p w14:paraId="7F18A8C6" w14:textId="7C594C87" w:rsidR="002E5514" w:rsidRPr="002E5514" w:rsidRDefault="002E5514" w:rsidP="003D6178">
      <w:pPr>
        <w:rPr>
          <w:rFonts w:asciiTheme="majorHAnsi" w:hAnsiTheme="majorHAnsi" w:cstheme="majorHAnsi"/>
          <w:sz w:val="20"/>
          <w:szCs w:val="20"/>
        </w:rPr>
      </w:pPr>
      <w:r w:rsidRPr="002E5514">
        <w:rPr>
          <w:rFonts w:asciiTheme="majorHAnsi" w:hAnsiTheme="majorHAnsi" w:cstheme="majorHAnsi"/>
          <w:sz w:val="20"/>
          <w:szCs w:val="20"/>
        </w:rPr>
        <w:lastRenderedPageBreak/>
        <w:t>Functions represent snippets of code that perform certain actions. Their purpose is to make the code more modular and thus make it more readable, testable, and maintainable [</w:t>
      </w:r>
      <w:r w:rsidR="00F132E7">
        <w:rPr>
          <w:rFonts w:asciiTheme="majorHAnsi" w:hAnsiTheme="majorHAnsi" w:cstheme="majorHAnsi"/>
          <w:sz w:val="20"/>
          <w:szCs w:val="20"/>
        </w:rPr>
        <w:t>11</w:t>
      </w:r>
      <w:r w:rsidRPr="002E5514">
        <w:rPr>
          <w:rFonts w:asciiTheme="majorHAnsi" w:hAnsiTheme="majorHAnsi" w:cstheme="majorHAnsi"/>
          <w:sz w:val="20"/>
          <w:szCs w:val="20"/>
        </w:rPr>
        <w:t xml:space="preserve">]. The functions with the important functionality are placed in the methods of the SmartHomeManager class in this project. In addition, the main function acts as an entry point for the whole </w:t>
      </w:r>
      <w:r w:rsidR="009F3ED7" w:rsidRPr="002E5514">
        <w:rPr>
          <w:rFonts w:asciiTheme="majorHAnsi" w:hAnsiTheme="majorHAnsi" w:cstheme="majorHAnsi"/>
          <w:sz w:val="20"/>
          <w:szCs w:val="20"/>
        </w:rPr>
        <w:t>program</w:t>
      </w:r>
      <w:r w:rsidR="009F3ED7">
        <w:rPr>
          <w:rFonts w:asciiTheme="majorHAnsi" w:hAnsiTheme="majorHAnsi" w:cstheme="majorHAnsi"/>
          <w:sz w:val="20"/>
          <w:szCs w:val="20"/>
        </w:rPr>
        <w:t xml:space="preserve"> [</w:t>
      </w:r>
      <w:r w:rsidR="00F132E7">
        <w:rPr>
          <w:rFonts w:asciiTheme="majorHAnsi" w:hAnsiTheme="majorHAnsi" w:cstheme="majorHAnsi"/>
          <w:sz w:val="20"/>
          <w:szCs w:val="20"/>
        </w:rPr>
        <w:t>11</w:t>
      </w:r>
      <w:r w:rsidR="009F3ED7">
        <w:rPr>
          <w:rFonts w:asciiTheme="majorHAnsi" w:hAnsiTheme="majorHAnsi" w:cstheme="majorHAnsi"/>
          <w:sz w:val="20"/>
          <w:szCs w:val="20"/>
        </w:rPr>
        <w:t>]</w:t>
      </w:r>
      <w:r w:rsidRPr="002E5514">
        <w:rPr>
          <w:rFonts w:asciiTheme="majorHAnsi" w:hAnsiTheme="majorHAnsi" w:cstheme="majorHAnsi"/>
          <w:sz w:val="20"/>
          <w:szCs w:val="20"/>
        </w:rPr>
        <w:t>.</w:t>
      </w:r>
    </w:p>
    <w:p w14:paraId="473C7056" w14:textId="184F5FBF" w:rsidR="00B207CE" w:rsidRDefault="00274AE3" w:rsidP="003D6178">
      <w:pPr>
        <w:rPr>
          <w:b/>
          <w:bCs/>
        </w:rPr>
      </w:pPr>
      <w:r w:rsidRPr="003D6178">
        <w:rPr>
          <w:b/>
          <w:bCs/>
        </w:rPr>
        <w:t>Error Handling:</w:t>
      </w:r>
    </w:p>
    <w:p w14:paraId="65B7188F" w14:textId="60EC1B30" w:rsidR="002E5514" w:rsidRPr="009F3ED7" w:rsidRDefault="002E5514" w:rsidP="003D6178">
      <w:pPr>
        <w:rPr>
          <w:rFonts w:ascii="Calibri" w:hAnsi="Calibri" w:cs="Calibri"/>
          <w:b/>
          <w:bCs/>
          <w:color w:val="000000" w:themeColor="text1"/>
          <w:sz w:val="20"/>
          <w:szCs w:val="20"/>
        </w:rPr>
      </w:pPr>
      <w:r w:rsidRPr="009F3ED7">
        <w:rPr>
          <w:rFonts w:ascii="Calibri" w:hAnsi="Calibri" w:cs="Calibri"/>
          <w:color w:val="000000" w:themeColor="text1"/>
          <w:sz w:val="20"/>
          <w:szCs w:val="20"/>
          <w:shd w:val="clear" w:color="auto" w:fill="FFFFFF"/>
        </w:rPr>
        <w:t>This is only a prototype, but there are some basic error-checking procedures that can be implemented easily. For instance, when a user selects something inappropriate from the menu, the else portion of the main procedure displays an appropriate message to the user. Moreover, while performing editing or search operations on a device, the application verifies the presence of the device, and if not present, an appropriate message is displayed</w:t>
      </w:r>
      <w:r w:rsidR="009F3ED7">
        <w:rPr>
          <w:rFonts w:ascii="Calibri" w:hAnsi="Calibri" w:cs="Calibri"/>
          <w:color w:val="000000" w:themeColor="text1"/>
          <w:sz w:val="20"/>
          <w:szCs w:val="20"/>
          <w:shd w:val="clear" w:color="auto" w:fill="FFFFFF"/>
        </w:rPr>
        <w:t xml:space="preserve"> [</w:t>
      </w:r>
      <w:r w:rsidR="00F132E7">
        <w:rPr>
          <w:rFonts w:ascii="Calibri" w:hAnsi="Calibri" w:cs="Calibri"/>
          <w:color w:val="000000" w:themeColor="text1"/>
          <w:sz w:val="20"/>
          <w:szCs w:val="20"/>
          <w:shd w:val="clear" w:color="auto" w:fill="FFFFFF"/>
        </w:rPr>
        <w:t>12</w:t>
      </w:r>
      <w:r w:rsidR="009F3ED7">
        <w:rPr>
          <w:rFonts w:ascii="Calibri" w:hAnsi="Calibri" w:cs="Calibri"/>
          <w:color w:val="000000" w:themeColor="text1"/>
          <w:sz w:val="20"/>
          <w:szCs w:val="20"/>
          <w:shd w:val="clear" w:color="auto" w:fill="FFFFFF"/>
        </w:rPr>
        <w:t>]</w:t>
      </w:r>
      <w:r w:rsidRPr="009F3ED7">
        <w:rPr>
          <w:rFonts w:ascii="Calibri" w:hAnsi="Calibri" w:cs="Calibri"/>
          <w:color w:val="000000" w:themeColor="text1"/>
          <w:sz w:val="20"/>
          <w:szCs w:val="20"/>
          <w:shd w:val="clear" w:color="auto" w:fill="FFFFFF"/>
        </w:rPr>
        <w:t>.</w:t>
      </w:r>
    </w:p>
    <w:p w14:paraId="6447DD08" w14:textId="027443D7" w:rsidR="00B207CE" w:rsidRPr="00894837" w:rsidRDefault="00274AE3">
      <w:pPr>
        <w:pStyle w:val="Heading3"/>
        <w:rPr>
          <w:color w:val="000000" w:themeColor="text1"/>
        </w:rPr>
      </w:pPr>
      <w:r w:rsidRPr="00894837">
        <w:rPr>
          <w:color w:val="000000" w:themeColor="text1"/>
        </w:rPr>
        <w:t>Python Modules and Libraries</w:t>
      </w:r>
    </w:p>
    <w:p w14:paraId="2C3D4D8F" w14:textId="382B9A0D" w:rsidR="005F1794" w:rsidRPr="008D0511" w:rsidRDefault="009F3ED7" w:rsidP="00A8229D">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pythons’</w:t>
      </w:r>
      <w:r w:rsidR="005F1794" w:rsidRPr="008D0511">
        <w:rPr>
          <w:rFonts w:asciiTheme="majorHAnsi" w:hAnsiTheme="majorHAnsi" w:cstheme="majorHAnsi"/>
          <w:color w:val="000000" w:themeColor="text1"/>
          <w:sz w:val="20"/>
          <w:szCs w:val="20"/>
        </w:rPr>
        <w:t xml:space="preserve"> </w:t>
      </w:r>
      <w:r w:rsidR="008D0511" w:rsidRPr="008D0511">
        <w:rPr>
          <w:rFonts w:asciiTheme="majorHAnsi" w:hAnsiTheme="majorHAnsi" w:cstheme="majorHAnsi"/>
          <w:color w:val="000000" w:themeColor="text1"/>
          <w:sz w:val="20"/>
          <w:szCs w:val="20"/>
          <w:shd w:val="clear" w:color="auto" w:fill="FFFFFF"/>
        </w:rPr>
        <w:t xml:space="preserve">definitions and statements such as functions, classes and variables. This aids code organization and reuse. The Python library is simply a set of such modules providing additional capabilities. The application of modules and libraries allows us to make the code reusable, well organized and suitable for complex operations by using the code which was already written and </w:t>
      </w:r>
      <w:r w:rsidRPr="008D0511">
        <w:rPr>
          <w:rFonts w:asciiTheme="majorHAnsi" w:hAnsiTheme="majorHAnsi" w:cstheme="majorHAnsi"/>
          <w:color w:val="000000" w:themeColor="text1"/>
          <w:sz w:val="20"/>
          <w:szCs w:val="20"/>
          <w:shd w:val="clear" w:color="auto" w:fill="FFFFFF"/>
        </w:rPr>
        <w:t>tested</w:t>
      </w:r>
      <w:r>
        <w:rPr>
          <w:rFonts w:asciiTheme="majorHAnsi" w:hAnsiTheme="majorHAnsi" w:cstheme="majorHAnsi"/>
          <w:color w:val="000000" w:themeColor="text1"/>
          <w:sz w:val="20"/>
          <w:szCs w:val="20"/>
          <w:shd w:val="clear" w:color="auto" w:fill="FFFFFF"/>
        </w:rPr>
        <w:t xml:space="preserve"> </w:t>
      </w:r>
      <w:proofErr w:type="gramStart"/>
      <w:r>
        <w:rPr>
          <w:rFonts w:asciiTheme="majorHAnsi" w:hAnsiTheme="majorHAnsi" w:cstheme="majorHAnsi"/>
          <w:color w:val="000000" w:themeColor="text1"/>
          <w:sz w:val="20"/>
          <w:szCs w:val="20"/>
          <w:shd w:val="clear" w:color="auto" w:fill="FFFFFF"/>
        </w:rPr>
        <w:t xml:space="preserve">[ </w:t>
      </w:r>
      <w:r w:rsidR="00F132E7">
        <w:rPr>
          <w:rFonts w:asciiTheme="majorHAnsi" w:hAnsiTheme="majorHAnsi" w:cstheme="majorHAnsi"/>
          <w:color w:val="000000" w:themeColor="text1"/>
          <w:sz w:val="20"/>
          <w:szCs w:val="20"/>
          <w:shd w:val="clear" w:color="auto" w:fill="FFFFFF"/>
        </w:rPr>
        <w:t>13</w:t>
      </w:r>
      <w:proofErr w:type="gramEnd"/>
      <w:r>
        <w:rPr>
          <w:rFonts w:asciiTheme="majorHAnsi" w:hAnsiTheme="majorHAnsi" w:cstheme="majorHAnsi"/>
          <w:color w:val="000000" w:themeColor="text1"/>
          <w:sz w:val="20"/>
          <w:szCs w:val="20"/>
          <w:shd w:val="clear" w:color="auto" w:fill="FFFFFF"/>
        </w:rPr>
        <w:t>]</w:t>
      </w:r>
      <w:r w:rsidR="008D0511" w:rsidRPr="008D0511">
        <w:rPr>
          <w:rFonts w:asciiTheme="majorHAnsi" w:hAnsiTheme="majorHAnsi" w:cstheme="majorHAnsi"/>
          <w:color w:val="000000" w:themeColor="text1"/>
          <w:sz w:val="20"/>
          <w:szCs w:val="20"/>
          <w:shd w:val="clear" w:color="auto" w:fill="FFFFFF"/>
        </w:rPr>
        <w:t>.</w:t>
      </w:r>
      <w:r w:rsidR="008D0511" w:rsidRPr="008D0511">
        <w:rPr>
          <w:rFonts w:asciiTheme="majorHAnsi" w:hAnsiTheme="majorHAnsi" w:cstheme="majorHAnsi"/>
          <w:color w:val="000000" w:themeColor="text1"/>
          <w:sz w:val="20"/>
          <w:szCs w:val="20"/>
        </w:rPr>
        <w:br/>
      </w:r>
      <w:r w:rsidR="008D0511" w:rsidRPr="008D0511">
        <w:rPr>
          <w:rFonts w:asciiTheme="majorHAnsi" w:hAnsiTheme="majorHAnsi" w:cstheme="majorHAnsi"/>
          <w:color w:val="000000" w:themeColor="text1"/>
          <w:sz w:val="20"/>
          <w:szCs w:val="20"/>
        </w:rPr>
        <w:br/>
      </w:r>
      <w:r w:rsidR="008D0511" w:rsidRPr="008D0511">
        <w:rPr>
          <w:rFonts w:asciiTheme="majorHAnsi" w:hAnsiTheme="majorHAnsi" w:cstheme="majorHAnsi"/>
          <w:color w:val="000000" w:themeColor="text1"/>
          <w:sz w:val="20"/>
          <w:szCs w:val="20"/>
          <w:shd w:val="clear" w:color="auto" w:fill="FFFFFF"/>
        </w:rPr>
        <w:t xml:space="preserve">As far as the Smart Home Device Manager project is concerned, the implementation is done in a simple and concise way. Primarily, it utilizes built-in features and data types provided by Python itself. No additional Python modules or libraries have been imported </w:t>
      </w:r>
      <w:proofErr w:type="gramStart"/>
      <w:r w:rsidR="008D0511" w:rsidRPr="008D0511">
        <w:rPr>
          <w:rFonts w:asciiTheme="majorHAnsi" w:hAnsiTheme="majorHAnsi" w:cstheme="majorHAnsi"/>
          <w:color w:val="000000" w:themeColor="text1"/>
          <w:sz w:val="20"/>
          <w:szCs w:val="20"/>
          <w:shd w:val="clear" w:color="auto" w:fill="FFFFFF"/>
        </w:rPr>
        <w:t>in order to</w:t>
      </w:r>
      <w:proofErr w:type="gramEnd"/>
      <w:r w:rsidR="008D0511" w:rsidRPr="008D0511">
        <w:rPr>
          <w:rFonts w:asciiTheme="majorHAnsi" w:hAnsiTheme="majorHAnsi" w:cstheme="majorHAnsi"/>
          <w:color w:val="000000" w:themeColor="text1"/>
          <w:sz w:val="20"/>
          <w:szCs w:val="20"/>
          <w:shd w:val="clear" w:color="auto" w:fill="FFFFFF"/>
        </w:rPr>
        <w:t xml:space="preserve"> ensure the simplicity of the </w:t>
      </w:r>
      <w:r w:rsidRPr="008D0511">
        <w:rPr>
          <w:rFonts w:asciiTheme="majorHAnsi" w:hAnsiTheme="majorHAnsi" w:cstheme="majorHAnsi"/>
          <w:color w:val="000000" w:themeColor="text1"/>
          <w:sz w:val="20"/>
          <w:szCs w:val="20"/>
          <w:shd w:val="clear" w:color="auto" w:fill="FFFFFF"/>
        </w:rPr>
        <w:t>system</w:t>
      </w:r>
      <w:r>
        <w:rPr>
          <w:rFonts w:asciiTheme="majorHAnsi" w:hAnsiTheme="majorHAnsi" w:cstheme="majorHAnsi"/>
          <w:color w:val="000000" w:themeColor="text1"/>
          <w:sz w:val="20"/>
          <w:szCs w:val="20"/>
          <w:shd w:val="clear" w:color="auto" w:fill="FFFFFF"/>
        </w:rPr>
        <w:t xml:space="preserve"> [</w:t>
      </w:r>
      <w:r w:rsidR="00F132E7">
        <w:rPr>
          <w:rFonts w:asciiTheme="majorHAnsi" w:hAnsiTheme="majorHAnsi" w:cstheme="majorHAnsi"/>
          <w:color w:val="000000" w:themeColor="text1"/>
          <w:sz w:val="20"/>
          <w:szCs w:val="20"/>
          <w:shd w:val="clear" w:color="auto" w:fill="FFFFFF"/>
        </w:rPr>
        <w:t>13</w:t>
      </w:r>
      <w:r>
        <w:rPr>
          <w:rFonts w:asciiTheme="majorHAnsi" w:hAnsiTheme="majorHAnsi" w:cstheme="majorHAnsi"/>
          <w:color w:val="000000" w:themeColor="text1"/>
          <w:sz w:val="20"/>
          <w:szCs w:val="20"/>
          <w:shd w:val="clear" w:color="auto" w:fill="FFFFFF"/>
        </w:rPr>
        <w:t>]</w:t>
      </w:r>
      <w:r w:rsidR="008D0511" w:rsidRPr="008D0511">
        <w:rPr>
          <w:rFonts w:asciiTheme="majorHAnsi" w:hAnsiTheme="majorHAnsi" w:cstheme="majorHAnsi"/>
          <w:color w:val="000000" w:themeColor="text1"/>
          <w:sz w:val="20"/>
          <w:szCs w:val="20"/>
          <w:shd w:val="clear" w:color="auto" w:fill="FFFFFF"/>
        </w:rPr>
        <w:t>.</w:t>
      </w:r>
      <w:r w:rsidR="005F1794" w:rsidRPr="008D0511">
        <w:rPr>
          <w:rFonts w:asciiTheme="majorHAnsi" w:hAnsiTheme="majorHAnsi" w:cstheme="majorHAnsi"/>
          <w:color w:val="000000" w:themeColor="text1"/>
          <w:sz w:val="20"/>
          <w:szCs w:val="20"/>
        </w:rPr>
        <w:t xml:space="preserve">  </w:t>
      </w:r>
    </w:p>
    <w:p w14:paraId="1FEE8394" w14:textId="5FFD9967" w:rsidR="00B207CE" w:rsidRPr="005F1794" w:rsidRDefault="00274AE3">
      <w:pPr>
        <w:pStyle w:val="Heading1"/>
        <w:rPr>
          <w:color w:val="000000" w:themeColor="text1"/>
        </w:rPr>
      </w:pPr>
      <w:r w:rsidRPr="005F1794">
        <w:rPr>
          <w:color w:val="000000" w:themeColor="text1"/>
        </w:rPr>
        <w:t xml:space="preserve"> Testing and Debugging</w:t>
      </w:r>
    </w:p>
    <w:p w14:paraId="1C3A96AA" w14:textId="037D88A1" w:rsidR="00B207CE" w:rsidRPr="005F1794" w:rsidRDefault="00274AE3">
      <w:pPr>
        <w:pStyle w:val="Heading2"/>
        <w:rPr>
          <w:color w:val="000000" w:themeColor="text1"/>
        </w:rPr>
      </w:pPr>
      <w:r w:rsidRPr="005F1794">
        <w:rPr>
          <w:color w:val="000000" w:themeColor="text1"/>
        </w:rPr>
        <w:t xml:space="preserve"> Role of Testing in Software Environment</w:t>
      </w:r>
    </w:p>
    <w:p w14:paraId="712C9FD0" w14:textId="2C62C17F" w:rsidR="008D0511" w:rsidRDefault="007F68A0" w:rsidP="008D0511">
      <w:pPr>
        <w:rPr>
          <w:rFonts w:asciiTheme="majorHAnsi" w:hAnsiTheme="majorHAnsi" w:cstheme="majorHAnsi"/>
          <w:color w:val="000000" w:themeColor="text1"/>
        </w:rPr>
      </w:pPr>
      <w:r w:rsidRPr="007F68A0">
        <w:rPr>
          <w:rFonts w:asciiTheme="majorHAnsi" w:hAnsiTheme="majorHAnsi" w:cstheme="majorHAnsi"/>
          <w:color w:val="000000" w:themeColor="text1"/>
        </w:rPr>
        <w:t xml:space="preserve">Testing the program during software development is an important activity. Testing includes examining the performance and functionality of a software application and its reliability, ensuring that it meets all requirements and expectations of the stakeholders </w:t>
      </w:r>
      <w:r w:rsidR="003D6178">
        <w:rPr>
          <w:rFonts w:asciiTheme="majorHAnsi" w:hAnsiTheme="majorHAnsi" w:cstheme="majorHAnsi"/>
          <w:color w:val="000000" w:themeColor="text1"/>
        </w:rPr>
        <w:t>[</w:t>
      </w:r>
      <w:r w:rsidR="009F3ED7">
        <w:rPr>
          <w:rFonts w:asciiTheme="majorHAnsi" w:hAnsiTheme="majorHAnsi" w:cstheme="majorHAnsi"/>
          <w:color w:val="000000" w:themeColor="text1"/>
        </w:rPr>
        <w:t>12</w:t>
      </w:r>
      <w:r w:rsidRPr="007F68A0">
        <w:rPr>
          <w:rFonts w:asciiTheme="majorHAnsi" w:hAnsiTheme="majorHAnsi" w:cstheme="majorHAnsi"/>
          <w:color w:val="000000" w:themeColor="text1"/>
        </w:rPr>
        <w:t xml:space="preserve">]. Testing plays a very significant role in several ways </w:t>
      </w:r>
      <w:proofErr w:type="gramStart"/>
      <w:r w:rsidRPr="007F68A0">
        <w:rPr>
          <w:rFonts w:asciiTheme="majorHAnsi" w:hAnsiTheme="majorHAnsi" w:cstheme="majorHAnsi"/>
          <w:color w:val="000000" w:themeColor="text1"/>
        </w:rPr>
        <w:t>in the course of</w:t>
      </w:r>
      <w:proofErr w:type="gramEnd"/>
      <w:r w:rsidRPr="007F68A0">
        <w:rPr>
          <w:rFonts w:asciiTheme="majorHAnsi" w:hAnsiTheme="majorHAnsi" w:cstheme="majorHAnsi"/>
          <w:color w:val="000000" w:themeColor="text1"/>
        </w:rPr>
        <w:t xml:space="preserve"> software </w:t>
      </w:r>
      <w:r w:rsidR="009F3ED7" w:rsidRPr="007F68A0">
        <w:rPr>
          <w:rFonts w:asciiTheme="majorHAnsi" w:hAnsiTheme="majorHAnsi" w:cstheme="majorHAnsi"/>
          <w:color w:val="000000" w:themeColor="text1"/>
        </w:rPr>
        <w:t>development</w:t>
      </w:r>
      <w:r w:rsidR="009F3ED7">
        <w:rPr>
          <w:rFonts w:asciiTheme="majorHAnsi" w:hAnsiTheme="majorHAnsi" w:cstheme="majorHAnsi"/>
          <w:color w:val="000000" w:themeColor="text1"/>
        </w:rPr>
        <w:t xml:space="preserve"> [12]</w:t>
      </w:r>
      <w:r w:rsidRPr="007F68A0">
        <w:rPr>
          <w:rFonts w:asciiTheme="majorHAnsi" w:hAnsiTheme="majorHAnsi" w:cstheme="majorHAnsi"/>
          <w:color w:val="000000" w:themeColor="text1"/>
        </w:rPr>
        <w:t xml:space="preserve">. </w:t>
      </w:r>
    </w:p>
    <w:p w14:paraId="571B4D3C" w14:textId="77777777" w:rsidR="009F3ED7" w:rsidRDefault="009F3ED7" w:rsidP="008D0511"/>
    <w:p w14:paraId="0A7F225D" w14:textId="13E01D28" w:rsidR="008D0511" w:rsidRPr="008D0511" w:rsidRDefault="008D0511" w:rsidP="008D0511">
      <w:pPr>
        <w:rPr>
          <w:rFonts w:asciiTheme="majorHAnsi" w:hAnsiTheme="majorHAnsi" w:cstheme="majorHAnsi"/>
          <w:color w:val="000000" w:themeColor="text1"/>
          <w:sz w:val="20"/>
          <w:szCs w:val="20"/>
        </w:rPr>
      </w:pPr>
      <w:proofErr w:type="gramStart"/>
      <w:r w:rsidRPr="008D0511">
        <w:rPr>
          <w:rFonts w:asciiTheme="majorHAnsi" w:hAnsiTheme="majorHAnsi" w:cstheme="majorHAnsi"/>
          <w:color w:val="000000" w:themeColor="text1"/>
          <w:sz w:val="20"/>
          <w:szCs w:val="20"/>
        </w:rPr>
        <w:t>First of all</w:t>
      </w:r>
      <w:proofErr w:type="gramEnd"/>
      <w:r w:rsidRPr="008D0511">
        <w:rPr>
          <w:rFonts w:asciiTheme="majorHAnsi" w:hAnsiTheme="majorHAnsi" w:cstheme="majorHAnsi"/>
          <w:color w:val="000000" w:themeColor="text1"/>
          <w:sz w:val="20"/>
          <w:szCs w:val="20"/>
        </w:rPr>
        <w:t>, software testing helps developers identify and eliminate potential defects or errors in the development process at an early stage, where it is less costly and resource-consuming to do so. In addition, software testing evaluates the quality and dependability of the software. Testing various aspects and cases proves that software performs correctly and satisfies customer needs [</w:t>
      </w:r>
      <w:r w:rsidR="00F132E7">
        <w:rPr>
          <w:rFonts w:asciiTheme="majorHAnsi" w:hAnsiTheme="majorHAnsi" w:cstheme="majorHAnsi"/>
          <w:color w:val="000000" w:themeColor="text1"/>
          <w:sz w:val="20"/>
          <w:szCs w:val="20"/>
        </w:rPr>
        <w:t>12</w:t>
      </w:r>
      <w:r w:rsidRPr="008D0511">
        <w:rPr>
          <w:rFonts w:asciiTheme="majorHAnsi" w:hAnsiTheme="majorHAnsi" w:cstheme="majorHAnsi"/>
          <w:color w:val="000000" w:themeColor="text1"/>
          <w:sz w:val="20"/>
          <w:szCs w:val="20"/>
        </w:rPr>
        <w:t>].</w:t>
      </w:r>
    </w:p>
    <w:p w14:paraId="18E56D82" w14:textId="77777777" w:rsidR="00AB7DE1" w:rsidRDefault="008D0511" w:rsidP="00AB7DE1">
      <w:pPr>
        <w:rPr>
          <w:rFonts w:asciiTheme="majorHAnsi" w:hAnsiTheme="majorHAnsi" w:cstheme="majorHAnsi"/>
          <w:color w:val="000000" w:themeColor="text1"/>
          <w:sz w:val="20"/>
          <w:szCs w:val="20"/>
        </w:rPr>
      </w:pPr>
      <w:r w:rsidRPr="008D0511">
        <w:rPr>
          <w:rFonts w:asciiTheme="majorHAnsi" w:hAnsiTheme="majorHAnsi" w:cstheme="majorHAnsi"/>
          <w:color w:val="000000" w:themeColor="text1"/>
          <w:sz w:val="20"/>
          <w:szCs w:val="20"/>
        </w:rPr>
        <w:t>Furthermore, software testing ensures that software corresponds to the initial requirements and plan. Therefore, software testing is an important process of developing software effectively and of high quality [</w:t>
      </w:r>
      <w:r w:rsidR="00F132E7">
        <w:rPr>
          <w:rFonts w:asciiTheme="majorHAnsi" w:hAnsiTheme="majorHAnsi" w:cstheme="majorHAnsi"/>
          <w:color w:val="000000" w:themeColor="text1"/>
          <w:sz w:val="20"/>
          <w:szCs w:val="20"/>
        </w:rPr>
        <w:t>12</w:t>
      </w:r>
      <w:r w:rsidRPr="008D0511">
        <w:rPr>
          <w:rFonts w:asciiTheme="majorHAnsi" w:hAnsiTheme="majorHAnsi" w:cstheme="majorHAnsi"/>
          <w:color w:val="000000" w:themeColor="text1"/>
          <w:sz w:val="20"/>
          <w:szCs w:val="20"/>
        </w:rPr>
        <w:t>].</w:t>
      </w:r>
    </w:p>
    <w:p w14:paraId="4F633722" w14:textId="65EEE574" w:rsidR="00B207CE" w:rsidRPr="00AB7DE1" w:rsidRDefault="00274AE3" w:rsidP="00AB7DE1">
      <w:pPr>
        <w:rPr>
          <w:rFonts w:asciiTheme="majorHAnsi" w:hAnsiTheme="majorHAnsi" w:cstheme="majorHAnsi"/>
          <w:color w:val="000000" w:themeColor="text1"/>
          <w:sz w:val="20"/>
          <w:szCs w:val="20"/>
        </w:rPr>
      </w:pPr>
      <w:r w:rsidRPr="0095557C">
        <w:rPr>
          <w:color w:val="000000" w:themeColor="text1"/>
        </w:rPr>
        <w:t xml:space="preserve"> Types of Errors in Programming</w:t>
      </w:r>
    </w:p>
    <w:p w14:paraId="26ABA538" w14:textId="13AB073C" w:rsidR="00AB7DE1" w:rsidRPr="00AB7DE1" w:rsidRDefault="00AB7DE1" w:rsidP="00AB7DE1">
      <w:pPr>
        <w:rPr>
          <w:color w:val="000000" w:themeColor="text1"/>
        </w:rPr>
      </w:pPr>
      <w:r w:rsidRPr="00AB7DE1">
        <w:rPr>
          <w:color w:val="000000" w:themeColor="text1"/>
        </w:rPr>
        <w:lastRenderedPageBreak/>
        <w:t xml:space="preserve">Programming involves making errors at times. There are three major types of errors, which include: syntax error, logic error and runtime error. </w:t>
      </w:r>
    </w:p>
    <w:p w14:paraId="6A705404" w14:textId="77777777" w:rsidR="003D6178" w:rsidRPr="003D6178" w:rsidRDefault="00274AE3" w:rsidP="003D6178">
      <w:pPr>
        <w:rPr>
          <w:b/>
          <w:bCs/>
        </w:rPr>
      </w:pPr>
      <w:r w:rsidRPr="003D6178">
        <w:rPr>
          <w:b/>
          <w:bCs/>
        </w:rPr>
        <w:t xml:space="preserve">Syntax Errors: </w:t>
      </w:r>
    </w:p>
    <w:p w14:paraId="0E38EDA7" w14:textId="2A63ED25" w:rsidR="00AB7DE1" w:rsidRPr="00AB7DE1" w:rsidRDefault="00AB7DE1" w:rsidP="003D6178">
      <w:pPr>
        <w:rPr>
          <w:rFonts w:asciiTheme="majorHAnsi" w:hAnsiTheme="majorHAnsi" w:cstheme="majorHAnsi"/>
        </w:rPr>
      </w:pPr>
      <w:r w:rsidRPr="00AB7DE1">
        <w:rPr>
          <w:rFonts w:asciiTheme="majorHAnsi" w:hAnsiTheme="majorHAnsi" w:cstheme="majorHAnsi"/>
          <w:color w:val="000000" w:themeColor="text1"/>
          <w:shd w:val="clear" w:color="auto" w:fill="FFFFFF"/>
        </w:rPr>
        <w:t xml:space="preserve">This occurs when the coding violates grammatical structures of the language. They are detected by the compiler/interpreter before execution. These errors can be exemplified by the lack of colon or incorrect </w:t>
      </w:r>
      <w:r w:rsidRPr="00AB7DE1">
        <w:rPr>
          <w:rFonts w:asciiTheme="majorHAnsi" w:hAnsiTheme="majorHAnsi" w:cstheme="majorHAnsi"/>
          <w:color w:val="000000" w:themeColor="text1"/>
          <w:shd w:val="clear" w:color="auto" w:fill="FFFFFF"/>
        </w:rPr>
        <w:t xml:space="preserve">indentation </w:t>
      </w:r>
      <w:r w:rsidRPr="00AB7DE1">
        <w:rPr>
          <w:rFonts w:asciiTheme="majorHAnsi" w:hAnsiTheme="majorHAnsi" w:cstheme="majorHAnsi"/>
          <w:color w:val="161F19"/>
          <w:shd w:val="clear" w:color="auto" w:fill="FFFFFF"/>
        </w:rPr>
        <w:t>[13]</w:t>
      </w:r>
      <w:r w:rsidRPr="00AB7DE1">
        <w:rPr>
          <w:rFonts w:asciiTheme="majorHAnsi" w:hAnsiTheme="majorHAnsi" w:cstheme="majorHAnsi"/>
          <w:color w:val="161F19"/>
          <w:shd w:val="clear" w:color="auto" w:fill="FFFFFF"/>
        </w:rPr>
        <w:t>.</w:t>
      </w:r>
    </w:p>
    <w:p w14:paraId="7DBCD9DD" w14:textId="32C3811A" w:rsidR="00EC311C" w:rsidRDefault="00DA5BDE" w:rsidP="003D6178">
      <w:pPr>
        <w:rPr>
          <w:b/>
          <w:bCs/>
          <w:color w:val="FF0000"/>
        </w:rPr>
      </w:pPr>
      <w:r>
        <w:rPr>
          <w:noProof/>
        </w:rPr>
        <w:drawing>
          <wp:anchor distT="0" distB="0" distL="114300" distR="114300" simplePos="0" relativeHeight="251636736" behindDoc="1" locked="0" layoutInCell="1" allowOverlap="1" wp14:anchorId="211E3882" wp14:editId="6D1E667C">
            <wp:simplePos x="0" y="0"/>
            <wp:positionH relativeFrom="column">
              <wp:posOffset>-28575</wp:posOffset>
            </wp:positionH>
            <wp:positionV relativeFrom="paragraph">
              <wp:posOffset>0</wp:posOffset>
            </wp:positionV>
            <wp:extent cx="5486400" cy="3086100"/>
            <wp:effectExtent l="0" t="0" r="0" b="0"/>
            <wp:wrapTight wrapText="bothSides">
              <wp:wrapPolygon edited="0">
                <wp:start x="0" y="0"/>
                <wp:lineTo x="0" y="21467"/>
                <wp:lineTo x="21525" y="21467"/>
                <wp:lineTo x="21525" y="0"/>
                <wp:lineTo x="0" y="0"/>
              </wp:wrapPolygon>
            </wp:wrapTight>
            <wp:docPr id="135100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08174" name=""/>
                    <pic:cNvPicPr/>
                  </pic:nvPicPr>
                  <pic:blipFill>
                    <a:blip r:embed="rId11"/>
                    <a:stretch>
                      <a:fillRect/>
                    </a:stretch>
                  </pic:blipFill>
                  <pic:spPr>
                    <a:xfrm>
                      <a:off x="0" y="0"/>
                      <a:ext cx="5486400" cy="3086100"/>
                    </a:xfrm>
                    <a:prstGeom prst="rect">
                      <a:avLst/>
                    </a:prstGeom>
                  </pic:spPr>
                </pic:pic>
              </a:graphicData>
            </a:graphic>
            <wp14:sizeRelH relativeFrom="page">
              <wp14:pctWidth>0</wp14:pctWidth>
            </wp14:sizeRelH>
            <wp14:sizeRelV relativeFrom="page">
              <wp14:pctHeight>0</wp14:pctHeight>
            </wp14:sizeRelV>
          </wp:anchor>
        </w:drawing>
      </w:r>
      <w:r w:rsidR="00DF277D">
        <w:rPr>
          <w:noProof/>
        </w:rPr>
        <w:t xml:space="preserve"> </w:t>
      </w:r>
      <w:r w:rsidR="00EC311C">
        <w:rPr>
          <w:noProof/>
        </w:rPr>
        <w:drawing>
          <wp:inline distT="0" distB="0" distL="0" distR="0" wp14:anchorId="4F60EC10" wp14:editId="20FA263F">
            <wp:extent cx="5486400" cy="2876550"/>
            <wp:effectExtent l="0" t="0" r="0" b="0"/>
            <wp:docPr id="1157988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88711" name=""/>
                    <pic:cNvPicPr/>
                  </pic:nvPicPr>
                  <pic:blipFill>
                    <a:blip r:embed="rId12"/>
                    <a:stretch>
                      <a:fillRect/>
                    </a:stretch>
                  </pic:blipFill>
                  <pic:spPr>
                    <a:xfrm>
                      <a:off x="0" y="0"/>
                      <a:ext cx="5486400" cy="2876550"/>
                    </a:xfrm>
                    <a:prstGeom prst="rect">
                      <a:avLst/>
                    </a:prstGeom>
                  </pic:spPr>
                </pic:pic>
              </a:graphicData>
            </a:graphic>
          </wp:inline>
        </w:drawing>
      </w:r>
    </w:p>
    <w:p w14:paraId="6ECC40F2" w14:textId="4067D792" w:rsidR="003D6178" w:rsidRDefault="00122DE4" w:rsidP="003D6178">
      <w:pPr>
        <w:rPr>
          <w:b/>
          <w:bCs/>
          <w:color w:val="FF0000"/>
        </w:rPr>
      </w:pPr>
      <w:r>
        <w:rPr>
          <w:noProof/>
        </w:rPr>
        <w:lastRenderedPageBreak/>
        <w:drawing>
          <wp:inline distT="0" distB="0" distL="0" distR="0" wp14:anchorId="6AC5C6D1" wp14:editId="777925F0">
            <wp:extent cx="5486400" cy="3086100"/>
            <wp:effectExtent l="0" t="0" r="0" b="0"/>
            <wp:docPr id="23244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4525" name=""/>
                    <pic:cNvPicPr/>
                  </pic:nvPicPr>
                  <pic:blipFill>
                    <a:blip r:embed="rId13"/>
                    <a:stretch>
                      <a:fillRect/>
                    </a:stretch>
                  </pic:blipFill>
                  <pic:spPr>
                    <a:xfrm>
                      <a:off x="0" y="0"/>
                      <a:ext cx="5486400" cy="3086100"/>
                    </a:xfrm>
                    <a:prstGeom prst="rect">
                      <a:avLst/>
                    </a:prstGeom>
                  </pic:spPr>
                </pic:pic>
              </a:graphicData>
            </a:graphic>
          </wp:inline>
        </w:drawing>
      </w:r>
    </w:p>
    <w:p w14:paraId="44FCD784" w14:textId="77777777" w:rsidR="003D6178" w:rsidRPr="003D6178" w:rsidRDefault="00274AE3" w:rsidP="003D6178">
      <w:pPr>
        <w:rPr>
          <w:b/>
          <w:bCs/>
        </w:rPr>
      </w:pPr>
      <w:r w:rsidRPr="003D6178">
        <w:rPr>
          <w:b/>
          <w:bCs/>
        </w:rPr>
        <w:t xml:space="preserve">Logic Errors: </w:t>
      </w:r>
    </w:p>
    <w:p w14:paraId="034B9F98" w14:textId="35F3F9B0" w:rsidR="003D6178" w:rsidRDefault="00504C46" w:rsidP="003D6178">
      <w:r w:rsidRPr="00504C46">
        <w:rPr>
          <w:rFonts w:asciiTheme="majorHAnsi" w:hAnsiTheme="majorHAnsi" w:cstheme="majorHAnsi"/>
          <w:color w:val="000000" w:themeColor="text1"/>
          <w:shd w:val="clear" w:color="auto" w:fill="FFFFFF"/>
        </w:rPr>
        <w:t xml:space="preserve">They are faults that occur when the code runs successfully without breaking down but gives erroneous output. This kind of error occurs due to faultiness in the algorithm or logic being used by the programmer. An example of such is the application of wrong mathematical </w:t>
      </w:r>
      <w:proofErr w:type="gramStart"/>
      <w:r w:rsidRPr="00504C46">
        <w:rPr>
          <w:rFonts w:asciiTheme="majorHAnsi" w:hAnsiTheme="majorHAnsi" w:cstheme="majorHAnsi"/>
          <w:color w:val="000000" w:themeColor="text1"/>
          <w:shd w:val="clear" w:color="auto" w:fill="FFFFFF"/>
        </w:rPr>
        <w:t>equations</w:t>
      </w:r>
      <w:r w:rsidR="00E33392">
        <w:t>[</w:t>
      </w:r>
      <w:proofErr w:type="gramEnd"/>
      <w:r w:rsidR="00E66BB0">
        <w:t>14]</w:t>
      </w:r>
      <w:r w:rsidR="00274AE3">
        <w:t>.</w:t>
      </w:r>
    </w:p>
    <w:p w14:paraId="553E20DE" w14:textId="2E8BBEE9" w:rsidR="003D6178" w:rsidRDefault="003D6178" w:rsidP="003D6178">
      <w:pPr>
        <w:rPr>
          <w:b/>
          <w:bCs/>
          <w:color w:val="FF0000"/>
        </w:rPr>
      </w:pPr>
    </w:p>
    <w:p w14:paraId="22D78428" w14:textId="1F9D536C" w:rsidR="00134B0A" w:rsidRPr="003D6178" w:rsidRDefault="00134B0A" w:rsidP="003D6178">
      <w:pPr>
        <w:rPr>
          <w:b/>
          <w:bCs/>
          <w:color w:val="FF0000"/>
        </w:rPr>
      </w:pPr>
      <w:r>
        <w:rPr>
          <w:noProof/>
        </w:rPr>
        <w:drawing>
          <wp:inline distT="0" distB="0" distL="0" distR="0" wp14:anchorId="719614CC" wp14:editId="4EA18DE9">
            <wp:extent cx="5486400" cy="3086100"/>
            <wp:effectExtent l="0" t="0" r="0" b="0"/>
            <wp:docPr id="6753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7230" name=""/>
                    <pic:cNvPicPr/>
                  </pic:nvPicPr>
                  <pic:blipFill>
                    <a:blip r:embed="rId14"/>
                    <a:stretch>
                      <a:fillRect/>
                    </a:stretch>
                  </pic:blipFill>
                  <pic:spPr>
                    <a:xfrm>
                      <a:off x="0" y="0"/>
                      <a:ext cx="5486400" cy="3086100"/>
                    </a:xfrm>
                    <a:prstGeom prst="rect">
                      <a:avLst/>
                    </a:prstGeom>
                  </pic:spPr>
                </pic:pic>
              </a:graphicData>
            </a:graphic>
          </wp:inline>
        </w:drawing>
      </w:r>
    </w:p>
    <w:p w14:paraId="4AB86ABB" w14:textId="3F54ACF4" w:rsidR="00134B0A" w:rsidRDefault="00536C3B" w:rsidP="003D6178">
      <w:pPr>
        <w:rPr>
          <w:b/>
          <w:bCs/>
        </w:rPr>
      </w:pPr>
      <w:r>
        <w:rPr>
          <w:noProof/>
        </w:rPr>
        <w:lastRenderedPageBreak/>
        <w:drawing>
          <wp:inline distT="0" distB="0" distL="0" distR="0" wp14:anchorId="2E7BDB51" wp14:editId="2165B9D2">
            <wp:extent cx="5486400" cy="3086100"/>
            <wp:effectExtent l="0" t="0" r="0" b="0"/>
            <wp:docPr id="906955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55158" name=""/>
                    <pic:cNvPicPr/>
                  </pic:nvPicPr>
                  <pic:blipFill>
                    <a:blip r:embed="rId15"/>
                    <a:stretch>
                      <a:fillRect/>
                    </a:stretch>
                  </pic:blipFill>
                  <pic:spPr>
                    <a:xfrm>
                      <a:off x="0" y="0"/>
                      <a:ext cx="5486400" cy="3086100"/>
                    </a:xfrm>
                    <a:prstGeom prst="rect">
                      <a:avLst/>
                    </a:prstGeom>
                  </pic:spPr>
                </pic:pic>
              </a:graphicData>
            </a:graphic>
          </wp:inline>
        </w:drawing>
      </w:r>
    </w:p>
    <w:p w14:paraId="06019A31" w14:textId="77777777" w:rsidR="00DC3E3D" w:rsidRDefault="00DC3E3D" w:rsidP="003D6178">
      <w:pPr>
        <w:rPr>
          <w:b/>
          <w:bCs/>
        </w:rPr>
      </w:pPr>
    </w:p>
    <w:p w14:paraId="35E72A9F" w14:textId="1B3E0573" w:rsidR="00DC3E3D" w:rsidRDefault="00DC3E3D" w:rsidP="003D6178">
      <w:pPr>
        <w:rPr>
          <w:b/>
          <w:bCs/>
        </w:rPr>
      </w:pPr>
      <w:r>
        <w:rPr>
          <w:noProof/>
        </w:rPr>
        <w:drawing>
          <wp:inline distT="0" distB="0" distL="0" distR="0" wp14:anchorId="3563BC82" wp14:editId="25BB080C">
            <wp:extent cx="5486400" cy="3086100"/>
            <wp:effectExtent l="0" t="0" r="0" b="0"/>
            <wp:docPr id="87001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1470" name=""/>
                    <pic:cNvPicPr/>
                  </pic:nvPicPr>
                  <pic:blipFill>
                    <a:blip r:embed="rId16"/>
                    <a:stretch>
                      <a:fillRect/>
                    </a:stretch>
                  </pic:blipFill>
                  <pic:spPr>
                    <a:xfrm>
                      <a:off x="0" y="0"/>
                      <a:ext cx="5486400" cy="3086100"/>
                    </a:xfrm>
                    <a:prstGeom prst="rect">
                      <a:avLst/>
                    </a:prstGeom>
                  </pic:spPr>
                </pic:pic>
              </a:graphicData>
            </a:graphic>
          </wp:inline>
        </w:drawing>
      </w:r>
    </w:p>
    <w:p w14:paraId="3C2532ED" w14:textId="77777777" w:rsidR="00DC3E3D" w:rsidRDefault="00DC3E3D" w:rsidP="003D6178">
      <w:pPr>
        <w:rPr>
          <w:b/>
          <w:bCs/>
        </w:rPr>
      </w:pPr>
    </w:p>
    <w:p w14:paraId="15BC952D" w14:textId="26CE12EA" w:rsidR="003D6178" w:rsidRPr="003D6178" w:rsidRDefault="00274AE3" w:rsidP="003D6178">
      <w:pPr>
        <w:rPr>
          <w:b/>
          <w:bCs/>
        </w:rPr>
      </w:pPr>
      <w:r w:rsidRPr="003D6178">
        <w:rPr>
          <w:b/>
          <w:bCs/>
        </w:rPr>
        <w:t xml:space="preserve">Runtime Errors: </w:t>
      </w:r>
    </w:p>
    <w:p w14:paraId="544C0BAD" w14:textId="67A0AF6C" w:rsidR="00B207CE" w:rsidRDefault="00504C46" w:rsidP="003D6178">
      <w:r w:rsidRPr="00504C46">
        <w:t>These are the types of errors which appear when the program is being executed, that is, once the program has passed through its syntax check. Common examples of such errors are division by zero and usage of undefined variables</w:t>
      </w:r>
      <w:r>
        <w:t xml:space="preserve"> [</w:t>
      </w:r>
      <w:r w:rsidR="00E66BB0">
        <w:t>15]</w:t>
      </w:r>
      <w:r w:rsidR="00274AE3">
        <w:t>.</w:t>
      </w:r>
    </w:p>
    <w:p w14:paraId="44357C04" w14:textId="471604C5" w:rsidR="00412168" w:rsidRDefault="00412168" w:rsidP="003D6178">
      <w:pPr>
        <w:rPr>
          <w:b/>
          <w:bCs/>
          <w:color w:val="FF0000"/>
        </w:rPr>
      </w:pPr>
      <w:r>
        <w:rPr>
          <w:noProof/>
        </w:rPr>
        <w:lastRenderedPageBreak/>
        <w:drawing>
          <wp:inline distT="0" distB="0" distL="0" distR="0" wp14:anchorId="32C1D32F" wp14:editId="7F92A11C">
            <wp:extent cx="5486400" cy="3086100"/>
            <wp:effectExtent l="0" t="0" r="0" b="0"/>
            <wp:docPr id="144001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11558" name=""/>
                    <pic:cNvPicPr/>
                  </pic:nvPicPr>
                  <pic:blipFill>
                    <a:blip r:embed="rId17"/>
                    <a:stretch>
                      <a:fillRect/>
                    </a:stretch>
                  </pic:blipFill>
                  <pic:spPr>
                    <a:xfrm>
                      <a:off x="0" y="0"/>
                      <a:ext cx="5486400" cy="3086100"/>
                    </a:xfrm>
                    <a:prstGeom prst="rect">
                      <a:avLst/>
                    </a:prstGeom>
                  </pic:spPr>
                </pic:pic>
              </a:graphicData>
            </a:graphic>
          </wp:inline>
        </w:drawing>
      </w:r>
    </w:p>
    <w:p w14:paraId="76F1D939" w14:textId="495C6A71" w:rsidR="00E527E0" w:rsidRPr="003D6178" w:rsidRDefault="00C00A0A" w:rsidP="003D6178">
      <w:pPr>
        <w:rPr>
          <w:b/>
          <w:bCs/>
          <w:color w:val="FF0000"/>
        </w:rPr>
      </w:pPr>
      <w:r>
        <w:rPr>
          <w:noProof/>
        </w:rPr>
        <w:drawing>
          <wp:inline distT="0" distB="0" distL="0" distR="0" wp14:anchorId="796C4A5D" wp14:editId="48393A64">
            <wp:extent cx="5486400" cy="3086100"/>
            <wp:effectExtent l="0" t="0" r="0" b="0"/>
            <wp:docPr id="163164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45494" name=""/>
                    <pic:cNvPicPr/>
                  </pic:nvPicPr>
                  <pic:blipFill>
                    <a:blip r:embed="rId18"/>
                    <a:stretch>
                      <a:fillRect/>
                    </a:stretch>
                  </pic:blipFill>
                  <pic:spPr>
                    <a:xfrm>
                      <a:off x="0" y="0"/>
                      <a:ext cx="5486400" cy="3086100"/>
                    </a:xfrm>
                    <a:prstGeom prst="rect">
                      <a:avLst/>
                    </a:prstGeom>
                  </pic:spPr>
                </pic:pic>
              </a:graphicData>
            </a:graphic>
          </wp:inline>
        </w:drawing>
      </w:r>
    </w:p>
    <w:p w14:paraId="4D0B582F" w14:textId="77777777" w:rsidR="003D6178" w:rsidRDefault="003D6178" w:rsidP="003D6178"/>
    <w:p w14:paraId="0468D414" w14:textId="77777777" w:rsidR="00B207CE" w:rsidRPr="00C92DF0" w:rsidRDefault="00274AE3">
      <w:pPr>
        <w:pStyle w:val="Heading2"/>
        <w:rPr>
          <w:color w:val="000000" w:themeColor="text1"/>
        </w:rPr>
      </w:pPr>
      <w:r w:rsidRPr="00C92DF0">
        <w:rPr>
          <w:color w:val="000000" w:themeColor="text1"/>
        </w:rPr>
        <w:t>4.3 Example of Test Cases</w:t>
      </w:r>
    </w:p>
    <w:p w14:paraId="35FCA7A9" w14:textId="6520745D" w:rsidR="003D6178" w:rsidRDefault="005A17E6">
      <w:r w:rsidRPr="005A17E6">
        <w:t xml:space="preserve">It is important to create complete test cases </w:t>
      </w:r>
      <w:proofErr w:type="gramStart"/>
      <w:r w:rsidRPr="005A17E6">
        <w:t>in order to</w:t>
      </w:r>
      <w:proofErr w:type="gramEnd"/>
      <w:r w:rsidRPr="005A17E6">
        <w:t xml:space="preserve"> ensure that the Smart Home Device Manager operates properly. </w:t>
      </w:r>
      <w:proofErr w:type="gramStart"/>
      <w:r w:rsidRPr="005A17E6">
        <w:t>In order to</w:t>
      </w:r>
      <w:proofErr w:type="gramEnd"/>
      <w:r w:rsidRPr="005A17E6">
        <w:t xml:space="preserve"> do this, the test cases were designed in such a way as to cover normal and </w:t>
      </w:r>
      <w:proofErr w:type="gramStart"/>
      <w:r w:rsidRPr="005A17E6">
        <w:t>edge</w:t>
      </w:r>
      <w:proofErr w:type="gramEnd"/>
      <w:r w:rsidRPr="005A17E6">
        <w:t xml:space="preserve"> scenarios.</w:t>
      </w:r>
    </w:p>
    <w:p w14:paraId="492A1F12" w14:textId="77777777" w:rsidR="00B207CE" w:rsidRPr="00C92DF0" w:rsidRDefault="00274AE3">
      <w:pPr>
        <w:pStyle w:val="Heading3"/>
        <w:rPr>
          <w:color w:val="000000" w:themeColor="text1"/>
        </w:rPr>
      </w:pPr>
      <w:r w:rsidRPr="00C92DF0">
        <w:rPr>
          <w:color w:val="000000" w:themeColor="text1"/>
        </w:rPr>
        <w:lastRenderedPageBreak/>
        <w:t>Test Case 1: Adding a New Device (Normal Case)</w:t>
      </w:r>
    </w:p>
    <w:p w14:paraId="6FF6BEF7" w14:textId="77777777" w:rsidR="00B207CE" w:rsidRDefault="00274AE3">
      <w:r>
        <w:t>Objective: Verify that a new device can be successfully added to the system.</w:t>
      </w:r>
      <w:r>
        <w:br/>
        <w:t xml:space="preserve">Steps: Select option 1, Enter device name: SmartLight01, </w:t>
      </w:r>
      <w:proofErr w:type="gramStart"/>
      <w:r>
        <w:t>Enter</w:t>
      </w:r>
      <w:proofErr w:type="gramEnd"/>
      <w:r>
        <w:t xml:space="preserve"> room: LivingRoom.</w:t>
      </w:r>
      <w:r>
        <w:br/>
        <w:t xml:space="preserve">Expected Output: Device 'SmartLight01' added successfully in </w:t>
      </w:r>
      <w:proofErr w:type="spellStart"/>
      <w:r>
        <w:t>LivingRoom</w:t>
      </w:r>
      <w:proofErr w:type="spellEnd"/>
      <w:r>
        <w:t>.</w:t>
      </w:r>
    </w:p>
    <w:tbl>
      <w:tblPr>
        <w:tblW w:w="5000" w:type="pct"/>
        <w:tblCellMar>
          <w:top w:w="15" w:type="dxa"/>
          <w:left w:w="15" w:type="dxa"/>
          <w:bottom w:w="15" w:type="dxa"/>
          <w:right w:w="15" w:type="dxa"/>
        </w:tblCellMar>
        <w:tblLook w:val="04A0" w:firstRow="1" w:lastRow="0" w:firstColumn="1" w:lastColumn="0" w:noHBand="0" w:noVBand="1"/>
      </w:tblPr>
      <w:tblGrid>
        <w:gridCol w:w="1849"/>
        <w:gridCol w:w="6775"/>
      </w:tblGrid>
      <w:tr w:rsidR="006E0969" w:rsidRPr="006E0969" w14:paraId="0AC5F9C6"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4082D24" w14:textId="77777777" w:rsidR="006E0969" w:rsidRPr="006E0969" w:rsidRDefault="006E0969" w:rsidP="006E0969">
            <w:pPr>
              <w:spacing w:after="0" w:line="240" w:lineRule="auto"/>
              <w:rPr>
                <w:rFonts w:ascii="Arial" w:eastAsia="Times New Roman" w:hAnsi="Arial" w:cs="Arial"/>
                <w:b/>
                <w:bCs/>
                <w:sz w:val="24"/>
                <w:szCs w:val="24"/>
                <w:lang w:val="en-GB" w:eastAsia="en-GB"/>
              </w:rPr>
            </w:pPr>
            <w:r w:rsidRPr="006E0969">
              <w:rPr>
                <w:rFonts w:ascii="Arial" w:eastAsia="Times New Roman" w:hAnsi="Arial" w:cs="Arial"/>
                <w:b/>
                <w:bCs/>
                <w:sz w:val="24"/>
                <w:szCs w:val="24"/>
                <w:lang w:val="en-GB" w:eastAsia="en-GB"/>
              </w:rPr>
              <w:t>Field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8B88B54" w14:textId="77777777" w:rsidR="006E0969" w:rsidRPr="006E0969" w:rsidRDefault="006E0969" w:rsidP="006E0969">
            <w:pPr>
              <w:spacing w:after="0" w:line="240" w:lineRule="auto"/>
              <w:rPr>
                <w:rFonts w:ascii="Arial" w:eastAsia="Times New Roman" w:hAnsi="Arial" w:cs="Arial"/>
                <w:b/>
                <w:bCs/>
                <w:sz w:val="24"/>
                <w:szCs w:val="24"/>
                <w:lang w:val="en-GB" w:eastAsia="en-GB"/>
              </w:rPr>
            </w:pPr>
            <w:r w:rsidRPr="006E0969">
              <w:rPr>
                <w:rFonts w:ascii="Arial" w:eastAsia="Times New Roman" w:hAnsi="Arial" w:cs="Arial"/>
                <w:b/>
                <w:bCs/>
                <w:sz w:val="24"/>
                <w:szCs w:val="24"/>
                <w:lang w:val="en-GB" w:eastAsia="en-GB"/>
              </w:rPr>
              <w:t>Content</w:t>
            </w:r>
          </w:p>
        </w:tc>
      </w:tr>
      <w:tr w:rsidR="006E0969" w:rsidRPr="006E0969" w14:paraId="057A8C9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0BD5C1"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Test Case ID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142920"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TC002</w:t>
            </w:r>
          </w:p>
        </w:tc>
      </w:tr>
      <w:tr w:rsidR="006E0969" w:rsidRPr="006E0969" w14:paraId="3E2CAD9A"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6F4548"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Test Case Title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C1B43F"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Return a device</w:t>
            </w:r>
          </w:p>
        </w:tc>
      </w:tr>
      <w:tr w:rsidR="006E0969" w:rsidRPr="006E0969" w14:paraId="7F63423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0CC92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Objective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8EDA8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Verify that the system correctly marks a used device as returned.</w:t>
            </w:r>
          </w:p>
        </w:tc>
      </w:tr>
      <w:tr w:rsidR="006E0969" w:rsidRPr="006E0969" w14:paraId="5491F618"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EF2C04"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Preconditions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78639A"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The system is running, and one device is already in use.</w:t>
            </w:r>
          </w:p>
        </w:tc>
      </w:tr>
      <w:tr w:rsidR="006E0969" w:rsidRPr="006E0969" w14:paraId="4BD7EE4C"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9AC6F7"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Test Steps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CFE02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1. Select “Return a Device”. 2. Enter the device name.</w:t>
            </w:r>
          </w:p>
        </w:tc>
      </w:tr>
      <w:tr w:rsidR="006E0969" w:rsidRPr="006E0969" w14:paraId="278139C6"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DDAC2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Test Data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2340FF"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“Smart Light A1”</w:t>
            </w:r>
          </w:p>
        </w:tc>
      </w:tr>
      <w:tr w:rsidR="006E0969" w:rsidRPr="006E0969" w14:paraId="47CE308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92312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Expected Result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7579CB"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The system displays that the device has been returned.</w:t>
            </w:r>
          </w:p>
        </w:tc>
      </w:tr>
      <w:tr w:rsidR="006E0969" w:rsidRPr="006E0969" w14:paraId="72A9955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292F7E"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Pass/Fail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0FDD4C"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Pass</w:t>
            </w:r>
          </w:p>
        </w:tc>
      </w:tr>
      <w:tr w:rsidR="006E0969" w:rsidRPr="006E0969" w14:paraId="49A4EC24"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D3C1B6"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Comments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BB547C" w14:textId="77777777" w:rsidR="006E0969" w:rsidRPr="006E0969" w:rsidRDefault="006E0969" w:rsidP="006E0969">
            <w:pPr>
              <w:spacing w:after="0" w:line="240" w:lineRule="auto"/>
              <w:rPr>
                <w:rFonts w:asciiTheme="majorHAnsi" w:eastAsia="Times New Roman" w:hAnsiTheme="majorHAnsi" w:cstheme="majorHAnsi"/>
                <w:color w:val="000000" w:themeColor="text1"/>
                <w:sz w:val="24"/>
                <w:szCs w:val="24"/>
                <w:lang w:val="en-GB" w:eastAsia="en-GB"/>
              </w:rPr>
            </w:pPr>
            <w:r w:rsidRPr="006E0969">
              <w:rPr>
                <w:rFonts w:asciiTheme="majorHAnsi" w:eastAsia="Times New Roman" w:hAnsiTheme="majorHAnsi" w:cstheme="majorHAnsi"/>
                <w:color w:val="000000" w:themeColor="text1"/>
                <w:sz w:val="24"/>
                <w:szCs w:val="24"/>
                <w:lang w:val="en-GB" w:eastAsia="en-GB"/>
              </w:rPr>
              <w:t>Screenshot taken of the returned message.</w:t>
            </w:r>
          </w:p>
        </w:tc>
      </w:tr>
    </w:tbl>
    <w:p w14:paraId="23CB444F" w14:textId="22FA9A9C" w:rsidR="003D6178" w:rsidRDefault="003D6178"/>
    <w:p w14:paraId="2345FC5E" w14:textId="5A7B8496" w:rsidR="003D6178" w:rsidRDefault="00A04397">
      <w:r w:rsidRPr="00A04397">
        <w:drawing>
          <wp:inline distT="0" distB="0" distL="0" distR="0" wp14:anchorId="4F9A5C90" wp14:editId="6FDDD3A1">
            <wp:extent cx="5001323" cy="1705213"/>
            <wp:effectExtent l="0" t="0" r="8890" b="9525"/>
            <wp:docPr id="1711374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74948" name=""/>
                    <pic:cNvPicPr/>
                  </pic:nvPicPr>
                  <pic:blipFill>
                    <a:blip r:embed="rId19"/>
                    <a:stretch>
                      <a:fillRect/>
                    </a:stretch>
                  </pic:blipFill>
                  <pic:spPr>
                    <a:xfrm>
                      <a:off x="0" y="0"/>
                      <a:ext cx="5001323" cy="1705213"/>
                    </a:xfrm>
                    <a:prstGeom prst="rect">
                      <a:avLst/>
                    </a:prstGeom>
                  </pic:spPr>
                </pic:pic>
              </a:graphicData>
            </a:graphic>
          </wp:inline>
        </w:drawing>
      </w:r>
    </w:p>
    <w:p w14:paraId="68090A3B" w14:textId="77777777" w:rsidR="00B207CE" w:rsidRPr="00C92DF0" w:rsidRDefault="00274AE3">
      <w:pPr>
        <w:pStyle w:val="Heading3"/>
        <w:rPr>
          <w:color w:val="000000" w:themeColor="text1"/>
        </w:rPr>
      </w:pPr>
      <w:r w:rsidRPr="00C92DF0">
        <w:rPr>
          <w:color w:val="000000" w:themeColor="text1"/>
        </w:rPr>
        <w:t>Test Case 2: Updating Device Status (Normal Case)</w:t>
      </w:r>
    </w:p>
    <w:p w14:paraId="3DDA670E" w14:textId="77777777" w:rsidR="00B207CE" w:rsidRDefault="00274AE3">
      <w:r>
        <w:t>Objective: Verify that the status of an existing device can be updated.</w:t>
      </w:r>
      <w:r>
        <w:br/>
        <w:t xml:space="preserve">Steps: Select option 2, Enter device name: SmartLight01, </w:t>
      </w:r>
      <w:proofErr w:type="gramStart"/>
      <w:r>
        <w:t>Enter</w:t>
      </w:r>
      <w:proofErr w:type="gramEnd"/>
      <w:r>
        <w:t xml:space="preserve"> new status: online.</w:t>
      </w:r>
      <w:r>
        <w:br/>
        <w:t xml:space="preserve">Expected Output: Status of 'SmartLight01' updated </w:t>
      </w:r>
      <w:proofErr w:type="gramStart"/>
      <w:r>
        <w:t>to</w:t>
      </w:r>
      <w:proofErr w:type="gramEnd"/>
      <w:r>
        <w:t xml:space="preserve"> online.</w:t>
      </w:r>
    </w:p>
    <w:p w14:paraId="5BEA53AB" w14:textId="77777777" w:rsidR="00185D8C" w:rsidRDefault="00185D8C"/>
    <w:tbl>
      <w:tblPr>
        <w:tblW w:w="5000" w:type="pct"/>
        <w:tblCellMar>
          <w:top w:w="15" w:type="dxa"/>
          <w:left w:w="15" w:type="dxa"/>
          <w:bottom w:w="15" w:type="dxa"/>
          <w:right w:w="15" w:type="dxa"/>
        </w:tblCellMar>
        <w:tblLook w:val="04A0" w:firstRow="1" w:lastRow="0" w:firstColumn="1" w:lastColumn="0" w:noHBand="0" w:noVBand="1"/>
      </w:tblPr>
      <w:tblGrid>
        <w:gridCol w:w="1788"/>
        <w:gridCol w:w="6836"/>
      </w:tblGrid>
      <w:tr w:rsidR="00F623C8" w:rsidRPr="00F623C8" w14:paraId="6352189A"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17BD1E2" w14:textId="77777777" w:rsidR="00F623C8" w:rsidRPr="00F623C8" w:rsidRDefault="00F623C8" w:rsidP="00F623C8">
            <w:pPr>
              <w:spacing w:after="0" w:line="240" w:lineRule="auto"/>
              <w:rPr>
                <w:rFonts w:ascii="Arial" w:eastAsia="Times New Roman" w:hAnsi="Arial" w:cs="Arial"/>
                <w:b/>
                <w:bCs/>
                <w:sz w:val="24"/>
                <w:szCs w:val="24"/>
                <w:lang w:val="en-GB" w:eastAsia="en-GB"/>
              </w:rPr>
            </w:pPr>
            <w:r w:rsidRPr="00F623C8">
              <w:rPr>
                <w:rFonts w:ascii="Arial" w:eastAsia="Times New Roman" w:hAnsi="Arial" w:cs="Arial"/>
                <w:b/>
                <w:bCs/>
                <w:sz w:val="24"/>
                <w:szCs w:val="24"/>
                <w:lang w:val="en-GB" w:eastAsia="en-GB"/>
              </w:rPr>
              <w:lastRenderedPageBreak/>
              <w:t>Field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62FD02D" w14:textId="77777777" w:rsidR="00F623C8" w:rsidRPr="00F623C8" w:rsidRDefault="00F623C8" w:rsidP="00F623C8">
            <w:pPr>
              <w:spacing w:after="0" w:line="240" w:lineRule="auto"/>
              <w:rPr>
                <w:rFonts w:ascii="Arial" w:eastAsia="Times New Roman" w:hAnsi="Arial" w:cs="Arial"/>
                <w:b/>
                <w:bCs/>
                <w:sz w:val="24"/>
                <w:szCs w:val="24"/>
                <w:lang w:val="en-GB" w:eastAsia="en-GB"/>
              </w:rPr>
            </w:pPr>
            <w:r w:rsidRPr="00F623C8">
              <w:rPr>
                <w:rFonts w:ascii="Arial" w:eastAsia="Times New Roman" w:hAnsi="Arial" w:cs="Arial"/>
                <w:b/>
                <w:bCs/>
                <w:sz w:val="24"/>
                <w:szCs w:val="24"/>
                <w:lang w:val="en-GB" w:eastAsia="en-GB"/>
              </w:rPr>
              <w:t>Content</w:t>
            </w:r>
          </w:p>
        </w:tc>
      </w:tr>
      <w:tr w:rsidR="00F623C8" w:rsidRPr="00F623C8" w14:paraId="27BC5A5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86A602"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Test Case ID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9B814E"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TC002</w:t>
            </w:r>
          </w:p>
        </w:tc>
      </w:tr>
      <w:tr w:rsidR="00F623C8" w:rsidRPr="00F623C8" w14:paraId="3F93D4F5"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E37121"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Test Case Title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780CE7"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Use a device successfully</w:t>
            </w:r>
          </w:p>
        </w:tc>
      </w:tr>
      <w:tr w:rsidR="00F623C8" w:rsidRPr="00F623C8" w14:paraId="672AF1A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5D8915"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Objective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60A873"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Verify that an available device can be marked as in use.</w:t>
            </w:r>
          </w:p>
        </w:tc>
      </w:tr>
      <w:tr w:rsidR="00F623C8" w:rsidRPr="00F623C8" w14:paraId="4A6658D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84B3FB"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Preconditions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F9A61B"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The system is running, and the selected device is not currently in use.</w:t>
            </w:r>
          </w:p>
        </w:tc>
      </w:tr>
      <w:tr w:rsidR="00F623C8" w:rsidRPr="00F623C8" w14:paraId="4E79BC4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69F8E8"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Test Steps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7EB1DA"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 xml:space="preserve">1. Select option 2. 2. Enter device name: </w:t>
            </w:r>
            <w:r w:rsidRPr="00F623C8">
              <w:rPr>
                <w:rFonts w:asciiTheme="majorHAnsi" w:eastAsia="Times New Roman" w:hAnsiTheme="majorHAnsi" w:cstheme="majorHAnsi"/>
                <w:color w:val="000000" w:themeColor="text1"/>
                <w:sz w:val="20"/>
                <w:szCs w:val="20"/>
                <w:lang w:val="en-GB" w:eastAsia="en-GB"/>
              </w:rPr>
              <w:t>Smart Light A1</w:t>
            </w:r>
            <w:r w:rsidRPr="00F623C8">
              <w:rPr>
                <w:rFonts w:asciiTheme="majorHAnsi" w:eastAsia="Times New Roman" w:hAnsiTheme="majorHAnsi" w:cstheme="majorHAnsi"/>
                <w:color w:val="000000" w:themeColor="text1"/>
                <w:sz w:val="24"/>
                <w:szCs w:val="24"/>
                <w:lang w:val="en-GB" w:eastAsia="en-GB"/>
              </w:rPr>
              <w:t>.</w:t>
            </w:r>
          </w:p>
        </w:tc>
      </w:tr>
      <w:tr w:rsidR="00F623C8" w:rsidRPr="00F623C8" w14:paraId="579D82F9"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39DA72"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Test Data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7E26A6"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0"/>
                <w:szCs w:val="20"/>
                <w:lang w:val="en-GB" w:eastAsia="en-GB"/>
              </w:rPr>
              <w:t>Smart Light A1</w:t>
            </w:r>
          </w:p>
        </w:tc>
      </w:tr>
      <w:tr w:rsidR="00F623C8" w:rsidRPr="00F623C8" w14:paraId="2D8B2E55"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B66E09"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Expected Result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A83879"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0"/>
                <w:szCs w:val="20"/>
                <w:lang w:val="en-GB" w:eastAsia="en-GB"/>
              </w:rPr>
              <w:t>You are now using 'Smart Light A1'.</w:t>
            </w:r>
          </w:p>
        </w:tc>
      </w:tr>
      <w:tr w:rsidR="00F623C8" w:rsidRPr="00F623C8" w14:paraId="452DD56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7D4B72"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Pass/Fail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C42E38"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Pass</w:t>
            </w:r>
          </w:p>
        </w:tc>
      </w:tr>
      <w:tr w:rsidR="00F623C8" w:rsidRPr="00F623C8" w14:paraId="420FF52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6015E7"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Comments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34F7B7" w14:textId="77777777" w:rsidR="00F623C8" w:rsidRPr="00F623C8" w:rsidRDefault="00F623C8" w:rsidP="00F623C8">
            <w:pPr>
              <w:spacing w:after="0" w:line="240" w:lineRule="auto"/>
              <w:rPr>
                <w:rFonts w:asciiTheme="majorHAnsi" w:eastAsia="Times New Roman" w:hAnsiTheme="majorHAnsi" w:cstheme="majorHAnsi"/>
                <w:color w:val="000000" w:themeColor="text1"/>
                <w:sz w:val="24"/>
                <w:szCs w:val="24"/>
                <w:lang w:val="en-GB" w:eastAsia="en-GB"/>
              </w:rPr>
            </w:pPr>
            <w:r w:rsidRPr="00F623C8">
              <w:rPr>
                <w:rFonts w:asciiTheme="majorHAnsi" w:eastAsia="Times New Roman" w:hAnsiTheme="majorHAnsi" w:cstheme="majorHAnsi"/>
                <w:color w:val="000000" w:themeColor="text1"/>
                <w:sz w:val="24"/>
                <w:szCs w:val="24"/>
                <w:lang w:val="en-GB" w:eastAsia="en-GB"/>
              </w:rPr>
              <w:t>Screenshot taken of the successful device use message.</w:t>
            </w:r>
          </w:p>
        </w:tc>
      </w:tr>
    </w:tbl>
    <w:p w14:paraId="4674E2C1" w14:textId="77777777" w:rsidR="00185D8C" w:rsidRDefault="00185D8C"/>
    <w:p w14:paraId="1D1233BD" w14:textId="77777777" w:rsidR="00F623C8" w:rsidRDefault="00F623C8">
      <w:pPr>
        <w:pStyle w:val="Heading3"/>
        <w:rPr>
          <w:color w:val="000000" w:themeColor="text1"/>
        </w:rPr>
      </w:pPr>
    </w:p>
    <w:p w14:paraId="613B58F6" w14:textId="27427523" w:rsidR="00F623C8" w:rsidRDefault="00F623C8">
      <w:pPr>
        <w:pStyle w:val="Heading3"/>
        <w:rPr>
          <w:color w:val="000000" w:themeColor="text1"/>
        </w:rPr>
      </w:pPr>
      <w:r w:rsidRPr="00A04397">
        <w:drawing>
          <wp:inline distT="0" distB="0" distL="0" distR="0" wp14:anchorId="3B948387" wp14:editId="4B869447">
            <wp:extent cx="5001323" cy="1705213"/>
            <wp:effectExtent l="0" t="0" r="8890" b="9525"/>
            <wp:docPr id="1780656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74948" name=""/>
                    <pic:cNvPicPr/>
                  </pic:nvPicPr>
                  <pic:blipFill>
                    <a:blip r:embed="rId19"/>
                    <a:stretch>
                      <a:fillRect/>
                    </a:stretch>
                  </pic:blipFill>
                  <pic:spPr>
                    <a:xfrm>
                      <a:off x="0" y="0"/>
                      <a:ext cx="5001323" cy="1705213"/>
                    </a:xfrm>
                    <a:prstGeom prst="rect">
                      <a:avLst/>
                    </a:prstGeom>
                  </pic:spPr>
                </pic:pic>
              </a:graphicData>
            </a:graphic>
          </wp:inline>
        </w:drawing>
      </w:r>
    </w:p>
    <w:p w14:paraId="2EDB1F09" w14:textId="77777777" w:rsidR="00F623C8" w:rsidRDefault="00F623C8">
      <w:pPr>
        <w:pStyle w:val="Heading3"/>
        <w:rPr>
          <w:color w:val="000000" w:themeColor="text1"/>
        </w:rPr>
      </w:pPr>
    </w:p>
    <w:p w14:paraId="7EB053F5" w14:textId="3CD0BC78" w:rsidR="00B207CE" w:rsidRPr="00C92DF0" w:rsidRDefault="00274AE3">
      <w:pPr>
        <w:pStyle w:val="Heading3"/>
        <w:rPr>
          <w:color w:val="000000" w:themeColor="text1"/>
        </w:rPr>
      </w:pPr>
      <w:r w:rsidRPr="00C92DF0">
        <w:rPr>
          <w:color w:val="000000" w:themeColor="text1"/>
        </w:rPr>
        <w:t>Test Case 3: Searching for an Existing Device (Normal Case)</w:t>
      </w:r>
    </w:p>
    <w:p w14:paraId="4D91CFF8" w14:textId="77777777" w:rsidR="00B207CE" w:rsidRDefault="00274AE3">
      <w:r>
        <w:t>Objective: Verify that an existing device can be found by its name.</w:t>
      </w:r>
      <w:r>
        <w:br/>
        <w:t>Steps: Select option 4, Enter device name to search: SmartLight01.</w:t>
      </w:r>
      <w:r>
        <w:br/>
        <w:t xml:space="preserve">Expected Output: Name: SmartLight01, Room: </w:t>
      </w:r>
      <w:proofErr w:type="spellStart"/>
      <w:r>
        <w:t>LivingRoom</w:t>
      </w:r>
      <w:proofErr w:type="spellEnd"/>
      <w:r>
        <w:t>, Status: online</w:t>
      </w:r>
    </w:p>
    <w:tbl>
      <w:tblPr>
        <w:tblW w:w="5000" w:type="pct"/>
        <w:tblCellMar>
          <w:top w:w="15" w:type="dxa"/>
          <w:left w:w="15" w:type="dxa"/>
          <w:bottom w:w="15" w:type="dxa"/>
          <w:right w:w="15" w:type="dxa"/>
        </w:tblCellMar>
        <w:tblLook w:val="04A0" w:firstRow="1" w:lastRow="0" w:firstColumn="1" w:lastColumn="0" w:noHBand="0" w:noVBand="1"/>
      </w:tblPr>
      <w:tblGrid>
        <w:gridCol w:w="1702"/>
        <w:gridCol w:w="6922"/>
      </w:tblGrid>
      <w:tr w:rsidR="00F07753" w:rsidRPr="00F07753" w14:paraId="1392AB35"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1836A0C" w14:textId="77777777" w:rsidR="00F07753" w:rsidRPr="00F07753" w:rsidRDefault="00F07753" w:rsidP="00F07753">
            <w:pPr>
              <w:spacing w:after="0" w:line="240" w:lineRule="auto"/>
              <w:rPr>
                <w:rFonts w:asciiTheme="majorHAnsi" w:eastAsia="Times New Roman" w:hAnsiTheme="majorHAnsi" w:cstheme="majorHAnsi"/>
                <w:b/>
                <w:bCs/>
                <w:color w:val="000000" w:themeColor="text1"/>
                <w:sz w:val="24"/>
                <w:szCs w:val="24"/>
                <w:lang w:val="en-GB" w:eastAsia="en-GB"/>
              </w:rPr>
            </w:pPr>
            <w:r w:rsidRPr="00F07753">
              <w:rPr>
                <w:rFonts w:asciiTheme="majorHAnsi" w:eastAsia="Times New Roman" w:hAnsiTheme="majorHAnsi" w:cstheme="majorHAnsi"/>
                <w:b/>
                <w:bCs/>
                <w:color w:val="000000" w:themeColor="text1"/>
                <w:sz w:val="24"/>
                <w:szCs w:val="24"/>
                <w:lang w:val="en-GB" w:eastAsia="en-GB"/>
              </w:rPr>
              <w:lastRenderedPageBreak/>
              <w:t>Field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9880E20" w14:textId="77777777" w:rsidR="00F07753" w:rsidRPr="00F07753" w:rsidRDefault="00F07753" w:rsidP="00F07753">
            <w:pPr>
              <w:spacing w:after="0" w:line="240" w:lineRule="auto"/>
              <w:rPr>
                <w:rFonts w:asciiTheme="majorHAnsi" w:eastAsia="Times New Roman" w:hAnsiTheme="majorHAnsi" w:cstheme="majorHAnsi"/>
                <w:b/>
                <w:bCs/>
                <w:color w:val="000000" w:themeColor="text1"/>
                <w:sz w:val="24"/>
                <w:szCs w:val="24"/>
                <w:lang w:val="en-GB" w:eastAsia="en-GB"/>
              </w:rPr>
            </w:pPr>
            <w:r w:rsidRPr="00F07753">
              <w:rPr>
                <w:rFonts w:asciiTheme="majorHAnsi" w:eastAsia="Times New Roman" w:hAnsiTheme="majorHAnsi" w:cstheme="majorHAnsi"/>
                <w:b/>
                <w:bCs/>
                <w:color w:val="000000" w:themeColor="text1"/>
                <w:sz w:val="24"/>
                <w:szCs w:val="24"/>
                <w:lang w:val="en-GB" w:eastAsia="en-GB"/>
              </w:rPr>
              <w:t>Content</w:t>
            </w:r>
          </w:p>
        </w:tc>
      </w:tr>
      <w:tr w:rsidR="00F07753" w:rsidRPr="00F07753" w14:paraId="25E4E0E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BED1F6"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Test Case ID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89D609"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TC003</w:t>
            </w:r>
          </w:p>
        </w:tc>
      </w:tr>
      <w:tr w:rsidR="00F07753" w:rsidRPr="00F07753" w14:paraId="31B4255A"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95ACC7"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Test Case Title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122F7B"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View available devices</w:t>
            </w:r>
          </w:p>
        </w:tc>
      </w:tr>
      <w:tr w:rsidR="00F07753" w:rsidRPr="00F07753" w14:paraId="1ED86EB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09B2DA"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Objective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1F53A2"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Verify that the system displays the list of available devices.</w:t>
            </w:r>
          </w:p>
        </w:tc>
      </w:tr>
      <w:tr w:rsidR="00F07753" w:rsidRPr="00F07753" w14:paraId="019B23DA"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1CBF97"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Preconditions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EF04E2"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The system is running and at least one device is available.</w:t>
            </w:r>
          </w:p>
        </w:tc>
      </w:tr>
      <w:tr w:rsidR="00F07753" w:rsidRPr="00F07753" w14:paraId="37FA94E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BB1C31"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Test Steps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354DE9"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 xml:space="preserve">1. Select option </w:t>
            </w:r>
            <w:r w:rsidRPr="00F07753">
              <w:rPr>
                <w:rFonts w:asciiTheme="majorHAnsi" w:eastAsia="Times New Roman" w:hAnsiTheme="majorHAnsi" w:cstheme="majorHAnsi"/>
                <w:color w:val="000000" w:themeColor="text1"/>
                <w:sz w:val="20"/>
                <w:szCs w:val="20"/>
                <w:lang w:val="en-GB" w:eastAsia="en-GB"/>
              </w:rPr>
              <w:t>1</w:t>
            </w:r>
            <w:r w:rsidRPr="00F07753">
              <w:rPr>
                <w:rFonts w:asciiTheme="majorHAnsi" w:eastAsia="Times New Roman" w:hAnsiTheme="majorHAnsi" w:cstheme="majorHAnsi"/>
                <w:color w:val="000000" w:themeColor="text1"/>
                <w:sz w:val="24"/>
                <w:szCs w:val="24"/>
                <w:lang w:val="en-GB" w:eastAsia="en-GB"/>
              </w:rPr>
              <w:t>.</w:t>
            </w:r>
          </w:p>
        </w:tc>
      </w:tr>
      <w:tr w:rsidR="00F07753" w:rsidRPr="00F07753" w14:paraId="53BE011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2E15D1"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Test Data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07AE7F"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N/A</w:t>
            </w:r>
          </w:p>
        </w:tc>
      </w:tr>
      <w:tr w:rsidR="00F07753" w:rsidRPr="00F07753" w14:paraId="08C175A5"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3DEAF0"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Expected Result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6AC983"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 xml:space="preserve">The system displays the available devices, such as </w:t>
            </w:r>
            <w:r w:rsidRPr="00F07753">
              <w:rPr>
                <w:rFonts w:asciiTheme="majorHAnsi" w:eastAsia="Times New Roman" w:hAnsiTheme="majorHAnsi" w:cstheme="majorHAnsi"/>
                <w:color w:val="000000" w:themeColor="text1"/>
                <w:sz w:val="20"/>
                <w:szCs w:val="20"/>
                <w:lang w:val="en-GB" w:eastAsia="en-GB"/>
              </w:rPr>
              <w:t>Smart Light A1</w:t>
            </w:r>
            <w:r w:rsidRPr="00F07753">
              <w:rPr>
                <w:rFonts w:asciiTheme="majorHAnsi" w:eastAsia="Times New Roman" w:hAnsiTheme="majorHAnsi" w:cstheme="majorHAnsi"/>
                <w:color w:val="000000" w:themeColor="text1"/>
                <w:sz w:val="24"/>
                <w:szCs w:val="24"/>
                <w:lang w:val="en-GB" w:eastAsia="en-GB"/>
              </w:rPr>
              <w:t xml:space="preserve">, </w:t>
            </w:r>
            <w:r w:rsidRPr="00F07753">
              <w:rPr>
                <w:rFonts w:asciiTheme="majorHAnsi" w:eastAsia="Times New Roman" w:hAnsiTheme="majorHAnsi" w:cstheme="majorHAnsi"/>
                <w:color w:val="000000" w:themeColor="text1"/>
                <w:sz w:val="20"/>
                <w:szCs w:val="20"/>
                <w:lang w:val="en-GB" w:eastAsia="en-GB"/>
              </w:rPr>
              <w:t>Projector B2</w:t>
            </w:r>
            <w:r w:rsidRPr="00F07753">
              <w:rPr>
                <w:rFonts w:asciiTheme="majorHAnsi" w:eastAsia="Times New Roman" w:hAnsiTheme="majorHAnsi" w:cstheme="majorHAnsi"/>
                <w:color w:val="000000" w:themeColor="text1"/>
                <w:sz w:val="24"/>
                <w:szCs w:val="24"/>
                <w:lang w:val="en-GB" w:eastAsia="en-GB"/>
              </w:rPr>
              <w:t>, and other devices not currently in use.</w:t>
            </w:r>
          </w:p>
        </w:tc>
      </w:tr>
      <w:tr w:rsidR="00F07753" w:rsidRPr="00F07753" w14:paraId="5607908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CAE043"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Pass/Fail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0A08FD"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Pass</w:t>
            </w:r>
          </w:p>
        </w:tc>
      </w:tr>
      <w:tr w:rsidR="00F07753" w:rsidRPr="00F07753" w14:paraId="005352A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4150DD"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Comments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C82580" w14:textId="77777777" w:rsidR="00F07753" w:rsidRPr="00F07753" w:rsidRDefault="00F07753" w:rsidP="00F07753">
            <w:pPr>
              <w:spacing w:after="0" w:line="240" w:lineRule="auto"/>
              <w:rPr>
                <w:rFonts w:asciiTheme="majorHAnsi" w:eastAsia="Times New Roman" w:hAnsiTheme="majorHAnsi" w:cstheme="majorHAnsi"/>
                <w:color w:val="000000" w:themeColor="text1"/>
                <w:sz w:val="24"/>
                <w:szCs w:val="24"/>
                <w:lang w:val="en-GB" w:eastAsia="en-GB"/>
              </w:rPr>
            </w:pPr>
            <w:r w:rsidRPr="00F07753">
              <w:rPr>
                <w:rFonts w:asciiTheme="majorHAnsi" w:eastAsia="Times New Roman" w:hAnsiTheme="majorHAnsi" w:cstheme="majorHAnsi"/>
                <w:color w:val="000000" w:themeColor="text1"/>
                <w:sz w:val="24"/>
                <w:szCs w:val="24"/>
                <w:lang w:val="en-GB" w:eastAsia="en-GB"/>
              </w:rPr>
              <w:t>Screenshot taken of the available devices list.</w:t>
            </w:r>
          </w:p>
        </w:tc>
      </w:tr>
    </w:tbl>
    <w:p w14:paraId="17817BDB" w14:textId="77777777" w:rsidR="00F07753" w:rsidRDefault="00F07753"/>
    <w:p w14:paraId="6DE44192" w14:textId="77777777" w:rsidR="00B207CE" w:rsidRPr="00C92DF0" w:rsidRDefault="00274AE3">
      <w:pPr>
        <w:pStyle w:val="Heading3"/>
        <w:rPr>
          <w:color w:val="000000" w:themeColor="text1"/>
        </w:rPr>
      </w:pPr>
      <w:r w:rsidRPr="00C92DF0">
        <w:rPr>
          <w:color w:val="000000" w:themeColor="text1"/>
        </w:rPr>
        <w:t>Test Case 4: Searching for a Non-Existent Device (Edge Case)</w:t>
      </w:r>
    </w:p>
    <w:p w14:paraId="68B46E21" w14:textId="77777777" w:rsidR="00B207CE" w:rsidRDefault="00274AE3">
      <w:r>
        <w:t>Objective: Verify that the program handles searches for devices that do not exist gracefully.</w:t>
      </w:r>
      <w:r>
        <w:br/>
        <w:t>Steps: Select option 4, Enter device name to search: NonExistentDevice.</w:t>
      </w:r>
      <w:r>
        <w:br/>
        <w:t>Expected Output: No devices found matching 'NonExistentDevice'.</w:t>
      </w:r>
    </w:p>
    <w:p w14:paraId="6CF1DDFF" w14:textId="77777777" w:rsidR="00B207CE" w:rsidRPr="00C92DF0" w:rsidRDefault="00274AE3">
      <w:pPr>
        <w:pStyle w:val="Heading3"/>
        <w:rPr>
          <w:color w:val="000000" w:themeColor="text1"/>
        </w:rPr>
      </w:pPr>
      <w:r w:rsidRPr="00C92DF0">
        <w:rPr>
          <w:color w:val="000000" w:themeColor="text1"/>
        </w:rPr>
        <w:t>Test Case 5: Invalid Menu Choice (Edge Case)</w:t>
      </w:r>
    </w:p>
    <w:p w14:paraId="15DE8310" w14:textId="77777777" w:rsidR="00B207CE" w:rsidRDefault="00274AE3">
      <w:r>
        <w:t>Objective: Verify that the program handles invalid menu inputs.</w:t>
      </w:r>
      <w:r>
        <w:br/>
        <w:t>Steps: Enter choice: 6.</w:t>
      </w:r>
      <w:r>
        <w:br/>
        <w:t>Expected Output: Invalid choice. Please try again.</w:t>
      </w:r>
    </w:p>
    <w:p w14:paraId="1456C75F" w14:textId="77777777" w:rsidR="00B207CE" w:rsidRPr="00C92DF0" w:rsidRDefault="00274AE3">
      <w:pPr>
        <w:pStyle w:val="Heading1"/>
        <w:rPr>
          <w:color w:val="000000" w:themeColor="text1"/>
        </w:rPr>
      </w:pPr>
      <w:r w:rsidRPr="00C92DF0">
        <w:rPr>
          <w:color w:val="000000" w:themeColor="text1"/>
        </w:rPr>
        <w:t>5.0 Evaluation</w:t>
      </w:r>
    </w:p>
    <w:p w14:paraId="602B30B8" w14:textId="77777777" w:rsidR="00B207CE" w:rsidRPr="00C92DF0" w:rsidRDefault="00274AE3">
      <w:pPr>
        <w:pStyle w:val="Heading2"/>
        <w:rPr>
          <w:color w:val="000000" w:themeColor="text1"/>
        </w:rPr>
      </w:pPr>
      <w:r w:rsidRPr="00C92DF0">
        <w:rPr>
          <w:color w:val="000000" w:themeColor="text1"/>
        </w:rPr>
        <w:t>5.1 Challenges Faced</w:t>
      </w:r>
    </w:p>
    <w:p w14:paraId="73F8FF4C" w14:textId="1C67527B" w:rsidR="00B207CE" w:rsidRDefault="00274AE3">
      <w:r>
        <w:t>During the development of the Smart Home Device Manager, several challenges were encountered. One significant challenge was related to the Python interpreter and environment setup, particularly when working with IDEs like PyCharm. Initially, there were issues with ensuring the correct Python interpreter was recognized and configured, leading to difficulties in running the script. The resolution involved carefully configuring the project interpreter settings in PyCharm. This experience highlighted the importance of a well-configured development environment.</w:t>
      </w:r>
    </w:p>
    <w:p w14:paraId="3266FB80" w14:textId="77777777" w:rsidR="00B207CE" w:rsidRDefault="00274AE3">
      <w:r>
        <w:lastRenderedPageBreak/>
        <w:t>Another challenge was in implementing robust input validation for user interactions. While the initial design focused on core functionalities, ensuring that user inputs were always in the expected format proved to be more intricate. This was addressed by implementing conditional checks to verify user input against a list of acceptable values. Furthermore, debugging logic errors presented its own set of difficulties. Identifying subtle discrepancies required systematic testing with diverse inputs and careful tracing of the program's execution flow.</w:t>
      </w:r>
    </w:p>
    <w:p w14:paraId="33CB1EC3" w14:textId="443ABA81" w:rsidR="00B207CE" w:rsidRDefault="00274AE3">
      <w:pPr>
        <w:pStyle w:val="Heading2"/>
        <w:rPr>
          <w:color w:val="000000" w:themeColor="text1"/>
        </w:rPr>
      </w:pPr>
      <w:r w:rsidRPr="00C92DF0">
        <w:rPr>
          <w:color w:val="000000" w:themeColor="text1"/>
        </w:rPr>
        <w:t xml:space="preserve"> Future Improvements</w:t>
      </w:r>
    </w:p>
    <w:p w14:paraId="3CD4106E" w14:textId="2631D60E" w:rsidR="00493A84" w:rsidRPr="00493A84" w:rsidRDefault="00493A84" w:rsidP="00493A84">
      <w:r w:rsidRPr="00493A84">
        <w:t>This current version of Smart Home Device Manager is a base solution, but there are some future improvements expected from this software that can greatly increase its efficiency.</w:t>
      </w:r>
    </w:p>
    <w:p w14:paraId="5CBA3F5F" w14:textId="62719553" w:rsidR="003D6178" w:rsidRDefault="00274AE3" w:rsidP="003D6178">
      <w:r w:rsidRPr="003D6178">
        <w:rPr>
          <w:b/>
          <w:bCs/>
        </w:rPr>
        <w:t>Data Persistence</w:t>
      </w:r>
      <w:r>
        <w:t xml:space="preserve">: </w:t>
      </w:r>
      <w:r w:rsidR="001D3590" w:rsidRPr="001D3590">
        <w:t xml:space="preserve">Right now, all data about devices are stored in volatile memory and get erased when the program ends. It is very important that the system will have functionality for data storage in files or </w:t>
      </w:r>
      <w:proofErr w:type="gramStart"/>
      <w:r w:rsidR="00D01B9A" w:rsidRPr="001D3590">
        <w:t>databases</w:t>
      </w:r>
      <w:r w:rsidR="00E66BB0">
        <w:t>[</w:t>
      </w:r>
      <w:proofErr w:type="gramEnd"/>
      <w:r w:rsidR="00E66BB0">
        <w:t>17</w:t>
      </w:r>
      <w:r w:rsidR="005C268A">
        <w:t>].</w:t>
      </w:r>
    </w:p>
    <w:p w14:paraId="7E3E5B3B" w14:textId="6FA08A26" w:rsidR="00B207CE" w:rsidRDefault="00274AE3" w:rsidP="003D6178">
      <w:r>
        <w:t xml:space="preserve">that only authorized personnel can access and modify device </w:t>
      </w:r>
      <w:r w:rsidR="009F3ED7">
        <w:t>information.</w:t>
      </w:r>
    </w:p>
    <w:p w14:paraId="7E363DD8" w14:textId="16DC4781" w:rsidR="00286CFF" w:rsidRPr="00286CFF" w:rsidRDefault="00286CFF" w:rsidP="00286CFF">
      <w:pPr>
        <w:rPr>
          <w:rFonts w:asciiTheme="majorHAnsi" w:hAnsiTheme="majorHAnsi" w:cstheme="majorHAnsi"/>
          <w:color w:val="000000" w:themeColor="text1"/>
        </w:rPr>
      </w:pPr>
      <w:r w:rsidRPr="00286CFF">
        <w:rPr>
          <w:rFonts w:asciiTheme="majorHAnsi" w:hAnsiTheme="majorHAnsi" w:cstheme="majorHAnsi"/>
          <w:color w:val="000000" w:themeColor="text1"/>
        </w:rPr>
        <w:t xml:space="preserve">GUI (Graphical User Interface): The creation of a GUI will enhance user experience and accessibility of the system by all the </w:t>
      </w:r>
      <w:r w:rsidR="009B21E6" w:rsidRPr="00286CFF">
        <w:rPr>
          <w:rFonts w:asciiTheme="majorHAnsi" w:hAnsiTheme="majorHAnsi" w:cstheme="majorHAnsi"/>
          <w:color w:val="000000" w:themeColor="text1"/>
        </w:rPr>
        <w:t>employees.</w:t>
      </w:r>
      <w:r w:rsidR="009F3ED7" w:rsidRPr="00286CFF">
        <w:rPr>
          <w:rFonts w:asciiTheme="majorHAnsi" w:hAnsiTheme="majorHAnsi" w:cstheme="majorHAnsi"/>
          <w:color w:val="000000" w:themeColor="text1"/>
        </w:rPr>
        <w:t xml:space="preserve"> Database</w:t>
      </w:r>
      <w:r w:rsidRPr="00286CFF">
        <w:rPr>
          <w:rFonts w:asciiTheme="majorHAnsi" w:hAnsiTheme="majorHAnsi" w:cstheme="majorHAnsi"/>
          <w:color w:val="000000" w:themeColor="text1"/>
        </w:rPr>
        <w:t xml:space="preserve"> Connectivity: The connection to an enhanced database will facilitate efficient data management, complicated querying, and reporting [1</w:t>
      </w:r>
      <w:r w:rsidR="005C268A">
        <w:rPr>
          <w:rFonts w:asciiTheme="majorHAnsi" w:hAnsiTheme="majorHAnsi" w:cstheme="majorHAnsi"/>
          <w:color w:val="000000" w:themeColor="text1"/>
        </w:rPr>
        <w:t>8</w:t>
      </w:r>
      <w:r w:rsidR="009B21E6" w:rsidRPr="00286CFF">
        <w:rPr>
          <w:rFonts w:asciiTheme="majorHAnsi" w:hAnsiTheme="majorHAnsi" w:cstheme="majorHAnsi"/>
          <w:color w:val="000000" w:themeColor="text1"/>
        </w:rPr>
        <w:t>]. User</w:t>
      </w:r>
      <w:r w:rsidRPr="00286CFF">
        <w:rPr>
          <w:rFonts w:asciiTheme="majorHAnsi" w:hAnsiTheme="majorHAnsi" w:cstheme="majorHAnsi"/>
          <w:color w:val="000000" w:themeColor="text1"/>
        </w:rPr>
        <w:t xml:space="preserve"> Authentication and Login System: The implementation of a user authentication and login system will enhance security, ensuring that only authorized personnel can access and modify device information [</w:t>
      </w:r>
      <w:r w:rsidR="00E66BB0">
        <w:rPr>
          <w:rFonts w:asciiTheme="majorHAnsi" w:hAnsiTheme="majorHAnsi" w:cstheme="majorHAnsi"/>
          <w:color w:val="000000" w:themeColor="text1"/>
        </w:rPr>
        <w:t>1</w:t>
      </w:r>
      <w:r w:rsidR="005C268A">
        <w:rPr>
          <w:rFonts w:asciiTheme="majorHAnsi" w:hAnsiTheme="majorHAnsi" w:cstheme="majorHAnsi"/>
          <w:color w:val="000000" w:themeColor="text1"/>
        </w:rPr>
        <w:t>9</w:t>
      </w:r>
      <w:r w:rsidRPr="00286CFF">
        <w:rPr>
          <w:rFonts w:asciiTheme="majorHAnsi" w:hAnsiTheme="majorHAnsi" w:cstheme="majorHAnsi"/>
          <w:color w:val="000000" w:themeColor="text1"/>
        </w:rPr>
        <w:t>].</w:t>
      </w:r>
    </w:p>
    <w:p w14:paraId="393EED3B" w14:textId="77777777" w:rsidR="00B207CE" w:rsidRPr="00C92DF0" w:rsidRDefault="00274AE3">
      <w:pPr>
        <w:pStyle w:val="Heading2"/>
        <w:rPr>
          <w:color w:val="000000" w:themeColor="text1"/>
        </w:rPr>
      </w:pPr>
      <w:r w:rsidRPr="00C92DF0">
        <w:rPr>
          <w:color w:val="000000" w:themeColor="text1"/>
        </w:rPr>
        <w:t>5.3 Self-Reflection</w:t>
      </w:r>
    </w:p>
    <w:p w14:paraId="378BEE06" w14:textId="3675BD26" w:rsidR="00232120" w:rsidRDefault="00232120" w:rsidP="00232120">
      <w:r>
        <w:t xml:space="preserve">Overall, the assignment was rather insightful. It </w:t>
      </w:r>
      <w:proofErr w:type="gramStart"/>
      <w:r>
        <w:t>allowed</w:t>
      </w:r>
      <w:proofErr w:type="gramEnd"/>
      <w:r>
        <w:t xml:space="preserve"> to see how the concept of software development is transformed into a functional product. Moreover, it described the whole development cycle, from its initial stage to final implementation. Thus, the students understood how the ideas can be materialized into a piece of code with appropriate structuring and constant improvement. Also, it made one realize that excellent software is not about writing a code but more about thinking about how the system will be operated by users and what it will do.</w:t>
      </w:r>
    </w:p>
    <w:p w14:paraId="0E373CEA" w14:textId="77777777" w:rsidR="00232120" w:rsidRDefault="00232120" w:rsidP="00232120"/>
    <w:p w14:paraId="7828A396" w14:textId="77777777" w:rsidR="00232120" w:rsidRDefault="00232120" w:rsidP="00232120">
      <w:r>
        <w:t>Firstly, it taught how important it is to write clear and structured code. Organized and readable code facilitates further updates, testing, and debugging processes. Messy and hard-to-understand code may cause numerous problems whereas a clean one may save time for understanding the logic of the system and help in its proper maintenance. Additionally, the process of repeating coding, testing, and bug-fixing improved the ability to solve programming problems. It required a great amount of effort to figure out the origin of the error and to fix it appropriately, particularly when there were logical errors which are not always easy to recognize.</w:t>
      </w:r>
    </w:p>
    <w:p w14:paraId="4A18B5BE" w14:textId="77777777" w:rsidR="00232120" w:rsidRDefault="00232120" w:rsidP="00232120"/>
    <w:p w14:paraId="7EA9D8B1" w14:textId="3101046E" w:rsidR="004E19E0" w:rsidRDefault="00232120" w:rsidP="00232120">
      <w:r>
        <w:t xml:space="preserve">Finally, the project improved resilience and patience because usually debugging </w:t>
      </w:r>
      <w:proofErr w:type="gramStart"/>
      <w:r>
        <w:t>was connected with</w:t>
      </w:r>
      <w:proofErr w:type="gramEnd"/>
      <w:r>
        <w:t xml:space="preserve"> looking through the same part of code multiple times until the problem is solved. Nevertheless, this process increased the analytical thinking of the student and taught him how important persistence is in programming. Every bug correction contributed to the stability of the system and increased understanding of the way the program operates.</w:t>
      </w:r>
    </w:p>
    <w:p w14:paraId="19D91B3F" w14:textId="77777777" w:rsidR="00051A7E" w:rsidRDefault="00051A7E"/>
    <w:p w14:paraId="6352401A" w14:textId="77777777" w:rsidR="00B207CE" w:rsidRPr="00051A7E" w:rsidRDefault="00274AE3">
      <w:pPr>
        <w:pStyle w:val="Heading1"/>
        <w:rPr>
          <w:color w:val="000000" w:themeColor="text1"/>
          <w:u w:val="single"/>
        </w:rPr>
      </w:pPr>
      <w:r w:rsidRPr="00051A7E">
        <w:rPr>
          <w:color w:val="000000" w:themeColor="text1"/>
          <w:u w:val="single"/>
        </w:rPr>
        <w:t>References (IEEE Style)</w:t>
      </w:r>
    </w:p>
    <w:p w14:paraId="07C8B580" w14:textId="77777777" w:rsidR="00D01B9A" w:rsidRDefault="00274AE3" w:rsidP="00D01B9A">
      <w:pPr>
        <w:pStyle w:val="my-2"/>
      </w:pPr>
      <w:r>
        <w:t xml:space="preserve">[1] </w:t>
      </w:r>
      <w:r w:rsidR="00D01B9A">
        <w:t xml:space="preserve">H. Yar </w:t>
      </w:r>
      <w:r w:rsidR="00D01B9A">
        <w:rPr>
          <w:rStyle w:val="Emphasis"/>
        </w:rPr>
        <w:t>et al</w:t>
      </w:r>
      <w:r w:rsidR="00D01B9A">
        <w:t xml:space="preserve">., “Towards smart home automation using IoT-enabled edge-computing paradigm,” </w:t>
      </w:r>
      <w:r w:rsidR="00D01B9A">
        <w:rPr>
          <w:rStyle w:val="Emphasis"/>
        </w:rPr>
        <w:t>Sensors</w:t>
      </w:r>
      <w:r w:rsidR="00D01B9A">
        <w:t>, vol. 21, no. 14, p. 4932, Jul. 2021.</w:t>
      </w:r>
    </w:p>
    <w:p w14:paraId="39E7A753" w14:textId="24648EB5" w:rsidR="00D01B9A" w:rsidRDefault="00D01B9A" w:rsidP="00D01B9A">
      <w:pPr>
        <w:pStyle w:val="my-2"/>
      </w:pPr>
      <w:r>
        <w:t>[</w:t>
      </w:r>
      <w:proofErr w:type="gramStart"/>
      <w:r>
        <w:t>2]</w:t>
      </w:r>
      <w:r>
        <w:t>H.</w:t>
      </w:r>
      <w:proofErr w:type="gramEnd"/>
      <w:r>
        <w:t xml:space="preserve"> Touqeer </w:t>
      </w:r>
      <w:r>
        <w:rPr>
          <w:rStyle w:val="Emphasis"/>
        </w:rPr>
        <w:t>et al</w:t>
      </w:r>
      <w:r>
        <w:t xml:space="preserve">., “Smart home security: challenges, issues and solutions at different IoT layers,” </w:t>
      </w:r>
      <w:r>
        <w:rPr>
          <w:rStyle w:val="Emphasis"/>
        </w:rPr>
        <w:t>The Journal of Supercomputing</w:t>
      </w:r>
      <w:r>
        <w:t>, vol. 77, no. 12, pp. 14053–14089, Dec. 2021.</w:t>
      </w:r>
    </w:p>
    <w:p w14:paraId="070ADAFF" w14:textId="640447E3" w:rsidR="00D01B9A" w:rsidRDefault="00D01B9A" w:rsidP="00D01B9A">
      <w:pPr>
        <w:pStyle w:val="my-2"/>
      </w:pPr>
      <w:r>
        <w:t>[</w:t>
      </w:r>
      <w:proofErr w:type="gramStart"/>
      <w:r>
        <w:t>3]</w:t>
      </w:r>
      <w:r>
        <w:t>Z.</w:t>
      </w:r>
      <w:proofErr w:type="gramEnd"/>
      <w:r>
        <w:t xml:space="preserve"> Zhou </w:t>
      </w:r>
      <w:r>
        <w:rPr>
          <w:rStyle w:val="Emphasis"/>
        </w:rPr>
        <w:t>et al</w:t>
      </w:r>
      <w:r>
        <w:t xml:space="preserve">., “Learning from errors: Exploring the effectiveness of enhanced programming error messages (EPEMs) in a Python-based introductory programming course,” </w:t>
      </w:r>
      <w:r>
        <w:rPr>
          <w:rStyle w:val="Emphasis"/>
        </w:rPr>
        <w:t>Journal of Educational Computing Research</w:t>
      </w:r>
      <w:r>
        <w:t>, vol. 59, no. 7, pp. 1314–1339, 2021.</w:t>
      </w:r>
    </w:p>
    <w:p w14:paraId="468012D2" w14:textId="60CD936E" w:rsidR="00D01B9A" w:rsidRDefault="00D01B9A" w:rsidP="00D01B9A">
      <w:pPr>
        <w:pStyle w:val="my-2"/>
      </w:pPr>
      <w:r>
        <w:t>[</w:t>
      </w:r>
      <w:proofErr w:type="gramStart"/>
      <w:r>
        <w:t>4]</w:t>
      </w:r>
      <w:r>
        <w:t>V.</w:t>
      </w:r>
      <w:proofErr w:type="gramEnd"/>
      <w:r>
        <w:t xml:space="preserve"> M. Le </w:t>
      </w:r>
      <w:r>
        <w:rPr>
          <w:rStyle w:val="Emphasis"/>
        </w:rPr>
        <w:t>et al</w:t>
      </w:r>
      <w:r>
        <w:t>., “</w:t>
      </w:r>
      <w:proofErr w:type="spellStart"/>
      <w:r>
        <w:t>DirectDebug</w:t>
      </w:r>
      <w:proofErr w:type="spellEnd"/>
      <w:r>
        <w:t xml:space="preserve">: A software package for the automated testing and debugging of variability models,” </w:t>
      </w:r>
      <w:r>
        <w:rPr>
          <w:rStyle w:val="Emphasis"/>
        </w:rPr>
        <w:t>Journal of Systems and Software</w:t>
      </w:r>
      <w:r>
        <w:t>, vol. 181, p. 111030, Nov. 2021.</w:t>
      </w:r>
    </w:p>
    <w:p w14:paraId="3A5EE63E" w14:textId="2FE5915A" w:rsidR="00D01B9A" w:rsidRDefault="00D01B9A" w:rsidP="00D01B9A">
      <w:pPr>
        <w:pStyle w:val="my-2"/>
      </w:pPr>
      <w:r>
        <w:t>[</w:t>
      </w:r>
      <w:proofErr w:type="gramStart"/>
      <w:r>
        <w:t>5]</w:t>
      </w:r>
      <w:r>
        <w:t>L.</w:t>
      </w:r>
      <w:proofErr w:type="gramEnd"/>
      <w:r>
        <w:t xml:space="preserve"> Y. Rock </w:t>
      </w:r>
      <w:r>
        <w:rPr>
          <w:rStyle w:val="Emphasis"/>
        </w:rPr>
        <w:t>et al</w:t>
      </w:r>
      <w:r>
        <w:t xml:space="preserve">., “Usage and impact of the internet-of-things-based smart home technology (IoT-SHT) in Malaysia,” </w:t>
      </w:r>
      <w:r>
        <w:rPr>
          <w:rStyle w:val="Emphasis"/>
        </w:rPr>
        <w:t>Sustainability</w:t>
      </w:r>
      <w:r>
        <w:t>, vol. 14, no. 22, p. 14815, Nov. 2022.</w:t>
      </w:r>
    </w:p>
    <w:p w14:paraId="65B3BE33" w14:textId="6D51BBF7" w:rsidR="00D01B9A" w:rsidRDefault="00D01B9A" w:rsidP="00D01B9A">
      <w:pPr>
        <w:pStyle w:val="my-2"/>
      </w:pPr>
      <w:r>
        <w:t>[</w:t>
      </w:r>
      <w:proofErr w:type="gramStart"/>
      <w:r>
        <w:t>6]</w:t>
      </w:r>
      <w:r>
        <w:t>R.</w:t>
      </w:r>
      <w:proofErr w:type="gramEnd"/>
      <w:r>
        <w:t xml:space="preserve"> Gupta </w:t>
      </w:r>
      <w:r>
        <w:rPr>
          <w:rStyle w:val="Emphasis"/>
        </w:rPr>
        <w:t>et al</w:t>
      </w:r>
      <w:r>
        <w:t xml:space="preserve">., “Predictive analytics in software testing: A machine learning approach,” </w:t>
      </w:r>
      <w:r>
        <w:rPr>
          <w:rStyle w:val="Emphasis"/>
        </w:rPr>
        <w:t>Journal of Software Engineering</w:t>
      </w:r>
      <w:r>
        <w:t>, vol. 45, no. 3, pp. 123–136, 2022.</w:t>
      </w:r>
    </w:p>
    <w:p w14:paraId="3B949706" w14:textId="45F079F0" w:rsidR="00D01B9A" w:rsidRDefault="00D01B9A" w:rsidP="00D01B9A">
      <w:pPr>
        <w:pStyle w:val="my-2"/>
      </w:pPr>
      <w:r>
        <w:t>[</w:t>
      </w:r>
      <w:proofErr w:type="gramStart"/>
      <w:r>
        <w:t>7]</w:t>
      </w:r>
      <w:r>
        <w:t>A.</w:t>
      </w:r>
      <w:proofErr w:type="gramEnd"/>
      <w:r>
        <w:t xml:space="preserve"> Ben-Yaacov and A. Hershkovitz, “Types of errors in block programming: Driven by learner, learning environment,” </w:t>
      </w:r>
      <w:r>
        <w:rPr>
          <w:rStyle w:val="Emphasis"/>
        </w:rPr>
        <w:t>Journal of Educational Computing Research</w:t>
      </w:r>
      <w:r>
        <w:t>, vol. 61, no. 1, pp. 154–178, 2023.</w:t>
      </w:r>
    </w:p>
    <w:p w14:paraId="4E729B9E" w14:textId="18761D3C" w:rsidR="00D01B9A" w:rsidRDefault="00D01B9A" w:rsidP="00D01B9A">
      <w:pPr>
        <w:pStyle w:val="my-2"/>
      </w:pPr>
      <w:r>
        <w:t>[</w:t>
      </w:r>
      <w:proofErr w:type="gramStart"/>
      <w:r>
        <w:t>8]</w:t>
      </w:r>
      <w:r>
        <w:t>M.</w:t>
      </w:r>
      <w:proofErr w:type="gramEnd"/>
      <w:r>
        <w:t xml:space="preserve"> Wyrich </w:t>
      </w:r>
      <w:r>
        <w:rPr>
          <w:rStyle w:val="Emphasis"/>
        </w:rPr>
        <w:t>et al</w:t>
      </w:r>
      <w:r>
        <w:t xml:space="preserve">., “40 years of designing code comprehension experiments: A systematic mapping study,” </w:t>
      </w:r>
      <w:r>
        <w:rPr>
          <w:rStyle w:val="Emphasis"/>
        </w:rPr>
        <w:t>ACM Computing Surveys</w:t>
      </w:r>
      <w:r>
        <w:t>, vol. 56, no. 4, pp. 1–42, 2023.</w:t>
      </w:r>
    </w:p>
    <w:p w14:paraId="1DC8DF75" w14:textId="34F3701A" w:rsidR="00D01B9A" w:rsidRDefault="00D01B9A" w:rsidP="00D01B9A">
      <w:pPr>
        <w:pStyle w:val="my-2"/>
      </w:pPr>
      <w:r>
        <w:t>[</w:t>
      </w:r>
      <w:proofErr w:type="gramStart"/>
      <w:r>
        <w:t>9]</w:t>
      </w:r>
      <w:r>
        <w:t>M.</w:t>
      </w:r>
      <w:proofErr w:type="gramEnd"/>
      <w:r>
        <w:t xml:space="preserve"> Umer </w:t>
      </w:r>
      <w:r>
        <w:rPr>
          <w:rStyle w:val="Emphasis"/>
        </w:rPr>
        <w:t>et al</w:t>
      </w:r>
      <w:r>
        <w:t xml:space="preserve">., “IoT based smart home automation using blockchain and deep learning models,” </w:t>
      </w:r>
      <w:proofErr w:type="spellStart"/>
      <w:r>
        <w:rPr>
          <w:rStyle w:val="Emphasis"/>
        </w:rPr>
        <w:t>PeerJ</w:t>
      </w:r>
      <w:proofErr w:type="spellEnd"/>
      <w:r>
        <w:rPr>
          <w:rStyle w:val="Emphasis"/>
        </w:rPr>
        <w:t xml:space="preserve"> Computer Science</w:t>
      </w:r>
      <w:r>
        <w:t>, vol. 9, p. e1241, 2023.</w:t>
      </w:r>
    </w:p>
    <w:p w14:paraId="3E3143ED" w14:textId="176AB6BD" w:rsidR="00D01B9A" w:rsidRDefault="00D01B9A" w:rsidP="00D01B9A">
      <w:pPr>
        <w:pStyle w:val="my-2"/>
      </w:pPr>
      <w:r>
        <w:lastRenderedPageBreak/>
        <w:t>[</w:t>
      </w:r>
      <w:proofErr w:type="gramStart"/>
      <w:r>
        <w:t>10]</w:t>
      </w:r>
      <w:r>
        <w:t>S.</w:t>
      </w:r>
      <w:proofErr w:type="gramEnd"/>
      <w:r>
        <w:t xml:space="preserve"> MacNeil </w:t>
      </w:r>
      <w:r>
        <w:rPr>
          <w:rStyle w:val="Emphasis"/>
        </w:rPr>
        <w:t>et al</w:t>
      </w:r>
      <w:r>
        <w:t xml:space="preserve">., “A comparative study on bug detection by students and large language models,” </w:t>
      </w:r>
      <w:r>
        <w:rPr>
          <w:rStyle w:val="Emphasis"/>
        </w:rPr>
        <w:t>ACM Transactions on Computing Education</w:t>
      </w:r>
      <w:r>
        <w:t>, vol. 24, no. 1, pp. 1–25, 2024.</w:t>
      </w:r>
    </w:p>
    <w:p w14:paraId="0307AC53" w14:textId="6D68F210" w:rsidR="00D01B9A" w:rsidRDefault="00D01B9A" w:rsidP="00D01B9A">
      <w:pPr>
        <w:pStyle w:val="my-2"/>
      </w:pPr>
      <w:r>
        <w:t xml:space="preserve">[11] </w:t>
      </w:r>
      <w:r>
        <w:t>M. Al-</w:t>
      </w:r>
      <w:proofErr w:type="spellStart"/>
      <w:r>
        <w:t>Isawi</w:t>
      </w:r>
      <w:proofErr w:type="spellEnd"/>
      <w:r>
        <w:t xml:space="preserve"> and H. Abdulkader, “Software defects detection in explainable machine learning approach,” </w:t>
      </w:r>
      <w:r>
        <w:rPr>
          <w:rStyle w:val="Emphasis"/>
        </w:rPr>
        <w:t>Applied Soft Computing</w:t>
      </w:r>
      <w:r>
        <w:t>, vol. 152, p. 111195, 2024.</w:t>
      </w:r>
    </w:p>
    <w:p w14:paraId="586A9BBB" w14:textId="403CFCA1" w:rsidR="00D01B9A" w:rsidRDefault="00D01B9A" w:rsidP="00D01B9A">
      <w:pPr>
        <w:pStyle w:val="my-2"/>
      </w:pPr>
      <w:r>
        <w:t>[</w:t>
      </w:r>
      <w:proofErr w:type="gramStart"/>
      <w:r>
        <w:t>12]</w:t>
      </w:r>
      <w:proofErr w:type="spellStart"/>
      <w:r>
        <w:t>Tarsini</w:t>
      </w:r>
      <w:proofErr w:type="spellEnd"/>
      <w:proofErr w:type="gramEnd"/>
      <w:r>
        <w:t xml:space="preserve"> </w:t>
      </w:r>
      <w:r>
        <w:rPr>
          <w:rStyle w:val="Emphasis"/>
        </w:rPr>
        <w:t>et al</w:t>
      </w:r>
      <w:r>
        <w:t xml:space="preserve">., “Explore flowchart and pseudocode concepts in algorithms and programming,” </w:t>
      </w:r>
      <w:r>
        <w:rPr>
          <w:rStyle w:val="Emphasis"/>
        </w:rPr>
        <w:t>Indonesian Journal of Multidisciplinary Science</w:t>
      </w:r>
      <w:r>
        <w:t>, vol. 3, no. 5, 2024.</w:t>
      </w:r>
    </w:p>
    <w:p w14:paraId="0CE53BE4" w14:textId="4C8DE04B" w:rsidR="00D01B9A" w:rsidRDefault="00D01B9A" w:rsidP="00D01B9A">
      <w:pPr>
        <w:pStyle w:val="my-2"/>
      </w:pPr>
      <w:r>
        <w:t>[</w:t>
      </w:r>
      <w:proofErr w:type="gramStart"/>
      <w:r>
        <w:t>13]</w:t>
      </w:r>
      <w:r>
        <w:t>Y.</w:t>
      </w:r>
      <w:proofErr w:type="gramEnd"/>
      <w:r>
        <w:t xml:space="preserve"> Park </w:t>
      </w:r>
      <w:r>
        <w:rPr>
          <w:rStyle w:val="Emphasis"/>
        </w:rPr>
        <w:t>et al</w:t>
      </w:r>
      <w:r>
        <w:t xml:space="preserve">., “Smart home advancements for health care and beyond: Systematic literature review,” </w:t>
      </w:r>
      <w:r>
        <w:rPr>
          <w:rStyle w:val="Emphasis"/>
        </w:rPr>
        <w:t>Journal of Medical Internet Research</w:t>
      </w:r>
      <w:r>
        <w:t>, vol. 27, p. e62793, 2025.</w:t>
      </w:r>
    </w:p>
    <w:p w14:paraId="513753F9" w14:textId="758E3192" w:rsidR="00D01B9A" w:rsidRDefault="00D01B9A" w:rsidP="00D01B9A">
      <w:pPr>
        <w:pStyle w:val="my-2"/>
      </w:pPr>
      <w:r>
        <w:t>[</w:t>
      </w:r>
      <w:proofErr w:type="gramStart"/>
      <w:r>
        <w:t>14]</w:t>
      </w:r>
      <w:r>
        <w:t>S.</w:t>
      </w:r>
      <w:proofErr w:type="gramEnd"/>
      <w:r>
        <w:t xml:space="preserve"> Kavuri </w:t>
      </w:r>
      <w:r>
        <w:rPr>
          <w:rStyle w:val="Emphasis"/>
        </w:rPr>
        <w:t>et al</w:t>
      </w:r>
      <w:r>
        <w:t xml:space="preserve">., “Critical review of software testing problems in the current decade,” </w:t>
      </w:r>
      <w:r>
        <w:rPr>
          <w:rStyle w:val="Emphasis"/>
        </w:rPr>
        <w:t>International Journal of Software Engineering and Applications</w:t>
      </w:r>
      <w:r>
        <w:t>, vol. 16, no. 1, pp. 45–60, 2025.</w:t>
      </w:r>
    </w:p>
    <w:p w14:paraId="529D4F7F" w14:textId="186CC496" w:rsidR="00D01B9A" w:rsidRDefault="00D01B9A" w:rsidP="00D01B9A">
      <w:pPr>
        <w:pStyle w:val="my-2"/>
      </w:pPr>
      <w:r>
        <w:t>[</w:t>
      </w:r>
      <w:proofErr w:type="gramStart"/>
      <w:r>
        <w:t>15]</w:t>
      </w:r>
      <w:r>
        <w:t>M.</w:t>
      </w:r>
      <w:proofErr w:type="gramEnd"/>
      <w:r>
        <w:t xml:space="preserve"> K. </w:t>
      </w:r>
      <w:proofErr w:type="spellStart"/>
      <w:r>
        <w:t>Damarched</w:t>
      </w:r>
      <w:proofErr w:type="spellEnd"/>
      <w:r>
        <w:t xml:space="preserve"> </w:t>
      </w:r>
      <w:r>
        <w:rPr>
          <w:rStyle w:val="Emphasis"/>
        </w:rPr>
        <w:t>et al</w:t>
      </w:r>
      <w:r>
        <w:t xml:space="preserve">., “Improving software reliability through automated testing structure,” </w:t>
      </w:r>
      <w:r>
        <w:rPr>
          <w:rStyle w:val="Emphasis"/>
        </w:rPr>
        <w:t>International Journal of Engineering Education and Technology Research</w:t>
      </w:r>
      <w:r>
        <w:t>, vol. 10, no. 2, pp. 85–98, 2025.</w:t>
      </w:r>
    </w:p>
    <w:p w14:paraId="77FFA562" w14:textId="47A7C913" w:rsidR="00D01B9A" w:rsidRDefault="00D01B9A" w:rsidP="00D01B9A">
      <w:pPr>
        <w:pStyle w:val="my-2"/>
      </w:pPr>
      <w:r>
        <w:t>[</w:t>
      </w:r>
      <w:proofErr w:type="gramStart"/>
      <w:r>
        <w:t>16]</w:t>
      </w:r>
      <w:r>
        <w:t>M.</w:t>
      </w:r>
      <w:proofErr w:type="gramEnd"/>
      <w:r>
        <w:t xml:space="preserve"> Zhang </w:t>
      </w:r>
      <w:r>
        <w:rPr>
          <w:rStyle w:val="Emphasis"/>
        </w:rPr>
        <w:t>et al</w:t>
      </w:r>
      <w:r>
        <w:t xml:space="preserve">., “Uncertainty in software development projects: A review of literature,” </w:t>
      </w:r>
      <w:r>
        <w:rPr>
          <w:rStyle w:val="Emphasis"/>
        </w:rPr>
        <w:t>Systems</w:t>
      </w:r>
      <w:r>
        <w:t>, vol. 13, no. 8, p. 650, 2025.</w:t>
      </w:r>
    </w:p>
    <w:p w14:paraId="2578902C" w14:textId="0959DAA6" w:rsidR="00D01B9A" w:rsidRDefault="00D01B9A" w:rsidP="00D01B9A">
      <w:pPr>
        <w:pStyle w:val="my-2"/>
      </w:pPr>
      <w:r>
        <w:t>[</w:t>
      </w:r>
      <w:proofErr w:type="gramStart"/>
      <w:r>
        <w:t>17]</w:t>
      </w:r>
      <w:r>
        <w:t>S.</w:t>
      </w:r>
      <w:proofErr w:type="gramEnd"/>
      <w:r>
        <w:t xml:space="preserve"> M. </w:t>
      </w:r>
      <w:proofErr w:type="spellStart"/>
      <w:r>
        <w:t>Warahmah</w:t>
      </w:r>
      <w:proofErr w:type="spellEnd"/>
      <w:r>
        <w:t xml:space="preserve"> </w:t>
      </w:r>
      <w:r>
        <w:rPr>
          <w:rStyle w:val="Emphasis"/>
        </w:rPr>
        <w:t>et al</w:t>
      </w:r>
      <w:r>
        <w:t xml:space="preserve">., “Technological trends, residential benefits, and development challenges in IoT-based smart housing systems: A systematic literature review,” </w:t>
      </w:r>
      <w:r>
        <w:rPr>
          <w:rStyle w:val="Emphasis"/>
        </w:rPr>
        <w:t>Journal of Information Technology and Systems</w:t>
      </w:r>
      <w:r>
        <w:t>, vol. 5, no. 1, pp. 12–25, 2026.</w:t>
      </w:r>
    </w:p>
    <w:p w14:paraId="1D3FAD4C" w14:textId="69D8F0C3" w:rsidR="00D01B9A" w:rsidRDefault="00D01B9A" w:rsidP="00D01B9A">
      <w:pPr>
        <w:pStyle w:val="my-2"/>
      </w:pPr>
      <w:r>
        <w:t>[</w:t>
      </w:r>
      <w:proofErr w:type="gramStart"/>
      <w:r>
        <w:t>18]</w:t>
      </w:r>
      <w:r>
        <w:t>H.</w:t>
      </w:r>
      <w:proofErr w:type="gramEnd"/>
      <w:r>
        <w:t xml:space="preserve"> </w:t>
      </w:r>
      <w:proofErr w:type="spellStart"/>
      <w:r>
        <w:t>Kawuwa</w:t>
      </w:r>
      <w:proofErr w:type="spellEnd"/>
      <w:r>
        <w:t xml:space="preserve"> </w:t>
      </w:r>
      <w:r>
        <w:rPr>
          <w:rStyle w:val="Emphasis"/>
        </w:rPr>
        <w:t>et al</w:t>
      </w:r>
      <w:r>
        <w:t xml:space="preserve">., “Secure, intelligent, and energy-efficient architectures for next-generation smart homes: A review,” </w:t>
      </w:r>
      <w:r>
        <w:rPr>
          <w:rStyle w:val="Emphasis"/>
        </w:rPr>
        <w:t>Scientific Journal of Computer Science</w:t>
      </w:r>
      <w:r>
        <w:t>, vol. 7, no. 1, pp. 56–72, 2026.</w:t>
      </w:r>
    </w:p>
    <w:p w14:paraId="24F0BE9F" w14:textId="348C0624" w:rsidR="00B207CE" w:rsidRDefault="00B207CE"/>
    <w:sectPr w:rsidR="00B207C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44674C5"/>
    <w:multiLevelType w:val="multilevel"/>
    <w:tmpl w:val="10AA877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05309585">
    <w:abstractNumId w:val="8"/>
  </w:num>
  <w:num w:numId="2" w16cid:durableId="854541689">
    <w:abstractNumId w:val="6"/>
  </w:num>
  <w:num w:numId="3" w16cid:durableId="1323392014">
    <w:abstractNumId w:val="5"/>
  </w:num>
  <w:num w:numId="4" w16cid:durableId="1380589990">
    <w:abstractNumId w:val="4"/>
  </w:num>
  <w:num w:numId="5" w16cid:durableId="562372089">
    <w:abstractNumId w:val="7"/>
  </w:num>
  <w:num w:numId="6" w16cid:durableId="2025861781">
    <w:abstractNumId w:val="3"/>
  </w:num>
  <w:num w:numId="7" w16cid:durableId="1546064736">
    <w:abstractNumId w:val="2"/>
  </w:num>
  <w:num w:numId="8" w16cid:durableId="1516769915">
    <w:abstractNumId w:val="1"/>
  </w:num>
  <w:num w:numId="9" w16cid:durableId="2119716961">
    <w:abstractNumId w:val="0"/>
  </w:num>
  <w:num w:numId="10" w16cid:durableId="1997680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1A7E"/>
    <w:rsid w:val="00056C33"/>
    <w:rsid w:val="0006063C"/>
    <w:rsid w:val="000846CE"/>
    <w:rsid w:val="000E5484"/>
    <w:rsid w:val="00122515"/>
    <w:rsid w:val="00122DE4"/>
    <w:rsid w:val="00134B0A"/>
    <w:rsid w:val="0015074B"/>
    <w:rsid w:val="00152378"/>
    <w:rsid w:val="00185D8C"/>
    <w:rsid w:val="001C7870"/>
    <w:rsid w:val="001D3590"/>
    <w:rsid w:val="001D5313"/>
    <w:rsid w:val="001F47F4"/>
    <w:rsid w:val="00232018"/>
    <w:rsid w:val="00232120"/>
    <w:rsid w:val="00236D8E"/>
    <w:rsid w:val="00253DE4"/>
    <w:rsid w:val="00263074"/>
    <w:rsid w:val="00271F6C"/>
    <w:rsid w:val="00274AE3"/>
    <w:rsid w:val="00286CFF"/>
    <w:rsid w:val="0029639D"/>
    <w:rsid w:val="0029768B"/>
    <w:rsid w:val="002E5514"/>
    <w:rsid w:val="00326F90"/>
    <w:rsid w:val="003475D9"/>
    <w:rsid w:val="0038594E"/>
    <w:rsid w:val="003D6178"/>
    <w:rsid w:val="00412168"/>
    <w:rsid w:val="004327EA"/>
    <w:rsid w:val="00441270"/>
    <w:rsid w:val="004421B4"/>
    <w:rsid w:val="00493A84"/>
    <w:rsid w:val="004D14EE"/>
    <w:rsid w:val="004E19E0"/>
    <w:rsid w:val="00504C46"/>
    <w:rsid w:val="00512F02"/>
    <w:rsid w:val="00531E09"/>
    <w:rsid w:val="00536C3B"/>
    <w:rsid w:val="00587667"/>
    <w:rsid w:val="0059563C"/>
    <w:rsid w:val="005A17E6"/>
    <w:rsid w:val="005C268A"/>
    <w:rsid w:val="005C505F"/>
    <w:rsid w:val="005F1794"/>
    <w:rsid w:val="00671ACB"/>
    <w:rsid w:val="006D2013"/>
    <w:rsid w:val="006D2AC0"/>
    <w:rsid w:val="006E0969"/>
    <w:rsid w:val="00760764"/>
    <w:rsid w:val="007620AB"/>
    <w:rsid w:val="00776059"/>
    <w:rsid w:val="00793C44"/>
    <w:rsid w:val="007B6F1B"/>
    <w:rsid w:val="007F0D4A"/>
    <w:rsid w:val="007F68A0"/>
    <w:rsid w:val="0080457E"/>
    <w:rsid w:val="00876CC5"/>
    <w:rsid w:val="00881459"/>
    <w:rsid w:val="00894837"/>
    <w:rsid w:val="008D0511"/>
    <w:rsid w:val="008D24C3"/>
    <w:rsid w:val="0090681D"/>
    <w:rsid w:val="00922ABA"/>
    <w:rsid w:val="0095557C"/>
    <w:rsid w:val="00962A77"/>
    <w:rsid w:val="00985AE9"/>
    <w:rsid w:val="009B21E6"/>
    <w:rsid w:val="009F3ED7"/>
    <w:rsid w:val="00A04397"/>
    <w:rsid w:val="00A32265"/>
    <w:rsid w:val="00A40033"/>
    <w:rsid w:val="00A424E8"/>
    <w:rsid w:val="00A675B3"/>
    <w:rsid w:val="00A8229D"/>
    <w:rsid w:val="00AA1D8D"/>
    <w:rsid w:val="00AB7DE1"/>
    <w:rsid w:val="00AC1250"/>
    <w:rsid w:val="00AD0ED3"/>
    <w:rsid w:val="00B070C6"/>
    <w:rsid w:val="00B207CE"/>
    <w:rsid w:val="00B47730"/>
    <w:rsid w:val="00BD12C8"/>
    <w:rsid w:val="00C00A0A"/>
    <w:rsid w:val="00C22247"/>
    <w:rsid w:val="00C472D1"/>
    <w:rsid w:val="00C564D5"/>
    <w:rsid w:val="00C8489F"/>
    <w:rsid w:val="00C92DF0"/>
    <w:rsid w:val="00CB0664"/>
    <w:rsid w:val="00CB4776"/>
    <w:rsid w:val="00CB5D7D"/>
    <w:rsid w:val="00CB5FAB"/>
    <w:rsid w:val="00D01B9A"/>
    <w:rsid w:val="00D62469"/>
    <w:rsid w:val="00DA5BDE"/>
    <w:rsid w:val="00DC3E3D"/>
    <w:rsid w:val="00DE0474"/>
    <w:rsid w:val="00DE4D6E"/>
    <w:rsid w:val="00DF277D"/>
    <w:rsid w:val="00E14DEB"/>
    <w:rsid w:val="00E33392"/>
    <w:rsid w:val="00E34502"/>
    <w:rsid w:val="00E527E0"/>
    <w:rsid w:val="00E66BB0"/>
    <w:rsid w:val="00EA5FF8"/>
    <w:rsid w:val="00EB0E26"/>
    <w:rsid w:val="00EC311C"/>
    <w:rsid w:val="00ED40DB"/>
    <w:rsid w:val="00F07753"/>
    <w:rsid w:val="00F132E7"/>
    <w:rsid w:val="00F623C8"/>
    <w:rsid w:val="00F812D5"/>
    <w:rsid w:val="00F9326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5F9C58"/>
  <w14:defaultImageDpi w14:val="300"/>
  <w15:docId w15:val="{51875F33-A540-4D47-B00E-0D1F2226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2">
    <w:name w:val="my-2"/>
    <w:basedOn w:val="Normal"/>
    <w:rsid w:val="00D01B9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eec48f35a6a0be53cb413f96e7bda151">
  <xsd:schema xmlns:xsd="http://www.w3.org/2001/XMLSchema" xmlns:xs="http://www.w3.org/2001/XMLSchema" xmlns:p="http://schemas.microsoft.com/office/2006/metadata/properties" xmlns:ns3="ccfc14db-0f45-423b-b2f5-752f8f8a0ada" targetNamespace="http://schemas.microsoft.com/office/2006/metadata/properties" ma:root="true" ma:fieldsID="731417c8450f5b218fff1fbb3c161cc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7D3B9C-7FC3-4FB3-9EC2-65DBE99F2BC1}">
  <ds:schemaRefs>
    <ds:schemaRef ds:uri="http://schemas.microsoft.com/sharepoint/v3/contenttype/forms"/>
  </ds:schemaRefs>
</ds:datastoreItem>
</file>

<file path=customXml/itemProps2.xml><?xml version="1.0" encoding="utf-8"?>
<ds:datastoreItem xmlns:ds="http://schemas.openxmlformats.org/officeDocument/2006/customXml" ds:itemID="{F572ACD6-3486-49F3-88FE-2448C35C763B}">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41B21E11-076A-449A-9776-AC9D26E0C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29724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 Eric Mendy Gbonegun (2426964)</cp:lastModifiedBy>
  <cp:revision>2</cp:revision>
  <dcterms:created xsi:type="dcterms:W3CDTF">2026-07-22T19:43:00Z</dcterms:created>
  <dcterms:modified xsi:type="dcterms:W3CDTF">2026-07-22T19:43:00Z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