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xmlns:wp14="http://schemas.microsoft.com/office/word/2010/wordml" w14:paraId="1BFB609D" wp14:textId="77777777">
      <w:pPr>
        <w:pStyle w:val="Heading1"/>
        <w:jc w:val="center"/>
      </w:pPr>
      <w:r>
        <w:t>Group Task Worksheet: Planning a Personal Training Business</w:t>
      </w:r>
    </w:p>
    <w:p xmlns:wp14="http://schemas.microsoft.com/office/word/2010/wordml" w14:paraId="0474DA9F" wp14:textId="5F8BFAB0">
      <w:r w:rsidRPr="1BE186A1" w:rsidR="1BE186A1">
        <w:rPr>
          <w:b w:val="1"/>
          <w:bCs w:val="1"/>
        </w:rPr>
        <w:t>BSc Sport &amp; Exercise Science / BSc Sport and Exercise Therapy| Personal Training Module (CIMSPA-aligned)</w:t>
      </w:r>
      <w:r>
        <w:br/>
      </w:r>
      <w:r w:rsidR="1BE186A1">
        <w:rPr/>
        <w:t xml:space="preserve">Use this worksheet in small groups (3–5 students). Record brief notes only. There are no ‘right’ answers – focus on realistic, </w:t>
      </w:r>
      <w:r w:rsidR="1BE186A1">
        <w:rPr/>
        <w:t>ethical</w:t>
      </w:r>
      <w:r w:rsidR="1BE186A1">
        <w:rPr/>
        <w:t xml:space="preserve"> and professional decision‑making.</w:t>
      </w:r>
      <w:r>
        <w:br/>
      </w:r>
    </w:p>
    <w:p xmlns:wp14="http://schemas.microsoft.com/office/word/2010/wordml" w14:paraId="7AEE21FD" wp14:textId="77777777">
      <w:pPr>
        <w:pStyle w:val="Heading2"/>
      </w:pPr>
      <w:r>
        <w:t>1. Business Concept &amp; Target Market</w:t>
      </w:r>
    </w:p>
    <w:p xmlns:wp14="http://schemas.microsoft.com/office/word/2010/wordml" w14:paraId="01CCE4B7" wp14:textId="77777777">
      <w:r w:rsidR="1BE186A1">
        <w:rPr/>
        <w:t>Business name (working title):</w:t>
      </w:r>
      <w:r>
        <w:br/>
      </w:r>
    </w:p>
    <w:p xmlns:wp14="http://schemas.microsoft.com/office/word/2010/wordml" w14:paraId="0D34C4E9" wp14:textId="77777777">
      <w:r w:rsidR="1BE186A1">
        <w:rPr/>
        <w:t>Who is your primary target market? (e.g. beginners, older adults, busy professionals, athletes, etc.)</w:t>
      </w:r>
      <w:r>
        <w:br/>
      </w:r>
    </w:p>
    <w:p w:rsidR="1BE186A1" w:rsidRDefault="1BE186A1" w14:paraId="04D3DD1A" w14:textId="4A61FBD6"/>
    <w:p xmlns:wp14="http://schemas.microsoft.com/office/word/2010/wordml" w14:paraId="662ECDB1" wp14:textId="77777777">
      <w:r w:rsidR="1BE186A1">
        <w:rPr/>
        <w:t>Why is this group appropriate for your skills, interests and qualifications?</w:t>
      </w:r>
      <w:r>
        <w:br/>
      </w:r>
    </w:p>
    <w:p w:rsidR="1BE186A1" w:rsidP="1BE186A1" w:rsidRDefault="1BE186A1" w14:paraId="1306AF97" w14:textId="5ABF29A2">
      <w:pPr>
        <w:pStyle w:val="Heading2"/>
      </w:pPr>
    </w:p>
    <w:p w:rsidR="1BE186A1" w:rsidP="1BE186A1" w:rsidRDefault="1BE186A1" w14:paraId="55A879E3" w14:textId="48631DC8">
      <w:pPr>
        <w:pStyle w:val="Normal"/>
      </w:pPr>
    </w:p>
    <w:p w:rsidR="1BE186A1" w:rsidP="1BE186A1" w:rsidRDefault="1BE186A1" w14:paraId="4C729DC6" w14:textId="5746D0C5">
      <w:pPr>
        <w:pStyle w:val="Heading2"/>
      </w:pPr>
    </w:p>
    <w:p w:rsidR="1BE186A1" w:rsidP="1BE186A1" w:rsidRDefault="1BE186A1" w14:paraId="0382AED7" w14:textId="3A8B1F96">
      <w:pPr>
        <w:pStyle w:val="Heading2"/>
      </w:pPr>
    </w:p>
    <w:p xmlns:wp14="http://schemas.microsoft.com/office/word/2010/wordml" w14:paraId="6224C887" wp14:textId="77777777">
      <w:pPr>
        <w:pStyle w:val="Heading2"/>
      </w:pPr>
      <w:r>
        <w:t>2. Unique Selling Points (USPs)</w:t>
      </w:r>
    </w:p>
    <w:p xmlns:wp14="http://schemas.microsoft.com/office/word/2010/wordml" w14:paraId="0F3F802B" wp14:textId="77777777">
      <w:r>
        <w:t>What makes your personal training service different or valuable compared with others?</w:t>
      </w:r>
      <w:r>
        <w:br/>
      </w:r>
    </w:p>
    <w:p xmlns:wp14="http://schemas.microsoft.com/office/word/2010/wordml" w14:paraId="25F4D282" wp14:textId="77777777">
      <w:r>
        <w:t>USP 1: _____________________________________________</w:t>
      </w:r>
    </w:p>
    <w:p xmlns:wp14="http://schemas.microsoft.com/office/word/2010/wordml" w14:paraId="0A9288F9" wp14:textId="77777777">
      <w:r>
        <w:t>USP 2: _____________________________________________</w:t>
      </w:r>
    </w:p>
    <w:p xmlns:wp14="http://schemas.microsoft.com/office/word/2010/wordml" w14:paraId="7DD556CF" wp14:textId="77777777">
      <w:r>
        <w:t>USP 3: _____________________________________________</w:t>
      </w:r>
      <w:r>
        <w:br/>
      </w:r>
    </w:p>
    <w:p xmlns:wp14="http://schemas.microsoft.com/office/word/2010/wordml" w14:paraId="33DBCECB" wp14:textId="77777777">
      <w:r w:rsidR="1BE186A1">
        <w:rPr/>
        <w:t>Why would a client choose you instead of another PT?</w:t>
      </w:r>
      <w:r>
        <w:br/>
      </w:r>
    </w:p>
    <w:p xmlns:wp14="http://schemas.microsoft.com/office/word/2010/wordml" w:rsidP="1BE186A1" w14:paraId="3D535AE1" wp14:textId="4028246A">
      <w:pPr>
        <w:pStyle w:val="Normal"/>
      </w:pPr>
      <w:r>
        <w:br/>
      </w:r>
    </w:p>
    <w:p xmlns:wp14="http://schemas.microsoft.com/office/word/2010/wordml" w14:paraId="5474D17D" wp14:textId="77777777">
      <w:pPr>
        <w:pStyle w:val="Heading2"/>
      </w:pPr>
      <w:r>
        <w:t>3. Market Research</w:t>
      </w:r>
    </w:p>
    <w:p xmlns:wp14="http://schemas.microsoft.com/office/word/2010/wordml" w14:paraId="41F2F8A6" wp14:textId="77777777">
      <w:r>
        <w:t>What information would you need before launching this business? (tick and add notes)</w:t>
      </w:r>
      <w:r>
        <w:br/>
      </w:r>
    </w:p>
    <w:p xmlns:wp14="http://schemas.microsoft.com/office/word/2010/wordml" w14:paraId="1C3D3CF7" wp14:textId="77777777">
      <w:r>
        <w:t>☐ Local competition</w:t>
      </w:r>
    </w:p>
    <w:p xmlns:wp14="http://schemas.microsoft.com/office/word/2010/wordml" w14:paraId="34E1C629" wp14:textId="77777777">
      <w:r>
        <w:t>☐ Typical prices in your area</w:t>
      </w:r>
    </w:p>
    <w:p xmlns:wp14="http://schemas.microsoft.com/office/word/2010/wordml" w14:paraId="2FD0A226" wp14:textId="77777777">
      <w:r>
        <w:t>☐ Client needs and barriers</w:t>
      </w:r>
    </w:p>
    <w:p xmlns:wp14="http://schemas.microsoft.com/office/word/2010/wordml" w14:paraId="71948D78" wp14:textId="77777777">
      <w:r>
        <w:t>☐ Facility availability</w:t>
      </w:r>
    </w:p>
    <w:p w:rsidR="1BE186A1" w:rsidRDefault="1BE186A1" w14:paraId="0F63BAD6" w14:textId="3A1269C1">
      <w:r w:rsidR="1BE186A1">
        <w:rPr/>
        <w:t>Other: _____________________________________________</w:t>
      </w:r>
      <w:r>
        <w:br/>
      </w:r>
    </w:p>
    <w:p xmlns:wp14="http://schemas.microsoft.com/office/word/2010/wordml" w14:paraId="3B4949F8" wp14:textId="77777777">
      <w:pPr>
        <w:pStyle w:val="Heading2"/>
      </w:pPr>
      <w:r>
        <w:t>4. SWOT Analysis</w:t>
      </w:r>
    </w:p>
    <w:p xmlns:wp14="http://schemas.microsoft.com/office/word/2010/wordml" w14:paraId="12B8BEB8" wp14:textId="77777777">
      <w:r w:rsidR="1BE186A1">
        <w:rPr/>
        <w:t>Strengths (internal):</w:t>
      </w:r>
      <w:r>
        <w:br/>
      </w:r>
    </w:p>
    <w:p w:rsidR="1BE186A1" w:rsidRDefault="1BE186A1" w14:paraId="2B362CC0" w14:textId="3C2D5262"/>
    <w:p w:rsidR="1BE186A1" w:rsidRDefault="1BE186A1" w14:paraId="17213950" w14:textId="398804B9"/>
    <w:p w:rsidR="1BE186A1" w:rsidRDefault="1BE186A1" w14:paraId="69C4319E" w14:textId="3D0928E4"/>
    <w:p xmlns:wp14="http://schemas.microsoft.com/office/word/2010/wordml" w14:paraId="67408599" wp14:textId="77777777">
      <w:r w:rsidR="1BE186A1">
        <w:rPr/>
        <w:t>Weaknesses (internal):</w:t>
      </w:r>
      <w:r>
        <w:br/>
      </w:r>
    </w:p>
    <w:p xmlns:wp14="http://schemas.microsoft.com/office/word/2010/wordml" w14:paraId="15D4C422" wp14:textId="268F5525"/>
    <w:p xmlns:wp14="http://schemas.microsoft.com/office/word/2010/wordml" w:rsidP="1BE186A1" w14:paraId="397E21FF" wp14:textId="3B109489">
      <w:pPr>
        <w:pStyle w:val="Normal"/>
      </w:pPr>
      <w:r>
        <w:br/>
      </w:r>
    </w:p>
    <w:p w:rsidR="1BE186A1" w:rsidP="1BE186A1" w:rsidRDefault="1BE186A1" w14:paraId="15D1A497" w14:textId="3DF5F39A">
      <w:pPr>
        <w:pStyle w:val="Normal"/>
      </w:pPr>
    </w:p>
    <w:p xmlns:wp14="http://schemas.microsoft.com/office/word/2010/wordml" w14:paraId="20508F57" wp14:textId="77777777">
      <w:r w:rsidR="1BE186A1">
        <w:rPr/>
        <w:t>Opportunities (external):</w:t>
      </w:r>
      <w:r>
        <w:br/>
      </w:r>
    </w:p>
    <w:p w:rsidR="1BE186A1" w:rsidRDefault="1BE186A1" w14:paraId="00ADE306" w14:textId="79085B76"/>
    <w:p xmlns:wp14="http://schemas.microsoft.com/office/word/2010/wordml" w14:paraId="5E88D3DE" wp14:textId="11125135">
      <w:r>
        <w:br/>
      </w:r>
    </w:p>
    <w:p w:rsidR="1BE186A1" w:rsidRDefault="1BE186A1" w14:paraId="652BBAF2" w14:textId="1E7055CF"/>
    <w:p xmlns:wp14="http://schemas.microsoft.com/office/word/2010/wordml" w14:paraId="73610EE4" wp14:textId="77777777">
      <w:r>
        <w:t>Threats (external):</w:t>
      </w:r>
      <w:r>
        <w:br/>
      </w:r>
    </w:p>
    <w:p xmlns:wp14="http://schemas.microsoft.com/office/word/2010/wordml" w14:paraId="2AC36806" wp14:textId="00F8BAFA"/>
    <w:p xmlns:wp14="http://schemas.microsoft.com/office/word/2010/wordml" w14:paraId="5EBE2393" wp14:textId="77777777">
      <w:pPr>
        <w:pStyle w:val="Heading2"/>
      </w:pPr>
      <w:r>
        <w:t>5. Services, Pricing &amp; Secondary Spend</w:t>
      </w:r>
    </w:p>
    <w:p xmlns:wp14="http://schemas.microsoft.com/office/word/2010/wordml" w14:paraId="152FDCA4" wp14:textId="77777777">
      <w:r>
        <w:t>Core service offered (e.g. 1‑to‑1, small group, online):</w:t>
      </w:r>
      <w:r>
        <w:br/>
      </w:r>
    </w:p>
    <w:p xmlns:wp14="http://schemas.microsoft.com/office/word/2010/wordml" w14:paraId="1A244EF0" wp14:textId="1803DF41">
      <w:r>
        <w:br/>
      </w:r>
    </w:p>
    <w:p xmlns:wp14="http://schemas.microsoft.com/office/word/2010/wordml" w14:paraId="2DA9BCFE" wp14:textId="77777777">
      <w:r w:rsidR="1BE186A1">
        <w:rPr/>
        <w:t>Indicative pricing structure (do NOT worry about being exact):</w:t>
      </w:r>
      <w:r>
        <w:br/>
      </w:r>
    </w:p>
    <w:p w:rsidR="1BE186A1" w:rsidRDefault="1BE186A1" w14:paraId="3EE6D24A" w14:textId="5419590B"/>
    <w:p xmlns:wp14="http://schemas.microsoft.com/office/word/2010/wordml" w14:paraId="719E3933" wp14:textId="151165C8">
      <w:r>
        <w:br/>
      </w:r>
    </w:p>
    <w:p xmlns:wp14="http://schemas.microsoft.com/office/word/2010/wordml" w14:paraId="2451CAC5" wp14:textId="77777777">
      <w:r w:rsidR="1BE186A1">
        <w:rPr/>
        <w:t>Ethical secondary service (added value):</w:t>
      </w:r>
      <w:r>
        <w:br/>
      </w:r>
    </w:p>
    <w:p w:rsidR="1BE186A1" w:rsidRDefault="1BE186A1" w14:paraId="40CB59B3" w14:textId="0C5EC335"/>
    <w:p xmlns:wp14="http://schemas.microsoft.com/office/word/2010/wordml" w14:paraId="3D14DF76" wp14:textId="0A9B3EAE">
      <w:r>
        <w:br/>
      </w:r>
    </w:p>
    <w:p xmlns:wp14="http://schemas.microsoft.com/office/word/2010/wordml" w14:paraId="0BD688C1" wp14:textId="77777777">
      <w:r w:rsidR="1BE186A1">
        <w:rPr/>
        <w:t>How does this secondary service benefit the client?</w:t>
      </w:r>
      <w:r>
        <w:br/>
      </w:r>
    </w:p>
    <w:p w:rsidR="1BE186A1" w:rsidRDefault="1BE186A1" w14:paraId="75C79690" w14:textId="7ACB717C"/>
    <w:p xmlns:wp14="http://schemas.microsoft.com/office/word/2010/wordml" w14:paraId="1B4409E6" wp14:textId="3D54C98B">
      <w:r>
        <w:br/>
      </w:r>
    </w:p>
    <w:p xmlns:wp14="http://schemas.microsoft.com/office/word/2010/wordml" w14:paraId="49E854E1" wp14:textId="77777777">
      <w:pPr>
        <w:pStyle w:val="Heading2"/>
      </w:pPr>
      <w:r>
        <w:t>6. Financial &amp; Legal Considerations</w:t>
      </w:r>
    </w:p>
    <w:p xmlns:wp14="http://schemas.microsoft.com/office/word/2010/wordml" w14:paraId="485B59E3" wp14:textId="77777777">
      <w:r>
        <w:t>What costs would you need to plan for? (list at least four)</w:t>
      </w:r>
      <w:r>
        <w:br/>
      </w:r>
    </w:p>
    <w:p xmlns:wp14="http://schemas.microsoft.com/office/word/2010/wordml" w14:paraId="50B870AF" wp14:textId="77777777">
      <w:r>
        <w:t>1. _____________________________________________</w:t>
      </w:r>
    </w:p>
    <w:p xmlns:wp14="http://schemas.microsoft.com/office/word/2010/wordml" w14:paraId="6A50632D" wp14:textId="77777777">
      <w:r>
        <w:t>2. _____________________________________________</w:t>
      </w:r>
    </w:p>
    <w:p xmlns:wp14="http://schemas.microsoft.com/office/word/2010/wordml" w14:paraId="4AA97FE7" wp14:textId="77777777">
      <w:r>
        <w:t>3. _____________________________________________</w:t>
      </w:r>
    </w:p>
    <w:p xmlns:wp14="http://schemas.microsoft.com/office/word/2010/wordml" w14:paraId="57E102A5" wp14:textId="77777777">
      <w:r w:rsidR="1BE186A1">
        <w:rPr/>
        <w:t>4. _____________________________________________</w:t>
      </w:r>
      <w:r>
        <w:br/>
      </w:r>
    </w:p>
    <w:p w:rsidR="1BE186A1" w:rsidRDefault="1BE186A1" w14:paraId="63EE14D9" w14:textId="03064B4A"/>
    <w:p w:rsidR="1BE186A1" w:rsidRDefault="1BE186A1" w14:paraId="33D6D0E3" w14:textId="15345672"/>
    <w:p xmlns:wp14="http://schemas.microsoft.com/office/word/2010/wordml" w14:paraId="651DA17C" wp14:textId="77777777">
      <w:r>
        <w:t>Key legal/professional responsibilities (tick):</w:t>
      </w:r>
      <w:r>
        <w:br/>
      </w:r>
    </w:p>
    <w:p xmlns:wp14="http://schemas.microsoft.com/office/word/2010/wordml" w14:paraId="17E533FB" wp14:textId="77777777">
      <w:r>
        <w:t>☐ Tax &amp; National Insurance</w:t>
      </w:r>
    </w:p>
    <w:p xmlns:wp14="http://schemas.microsoft.com/office/word/2010/wordml" w14:paraId="4193C8C6" wp14:textId="77777777">
      <w:r>
        <w:t>☐ Public liability insurance</w:t>
      </w:r>
    </w:p>
    <w:p xmlns:wp14="http://schemas.microsoft.com/office/word/2010/wordml" w14:paraId="59C9F8EE" wp14:textId="77777777">
      <w:r>
        <w:t>☐ Professional indemnity insurance</w:t>
      </w:r>
    </w:p>
    <w:p xmlns:wp14="http://schemas.microsoft.com/office/word/2010/wordml" w14:paraId="6D17D3E9" wp14:textId="77777777">
      <w:r>
        <w:t>☐ Data protection (GDPR)</w:t>
      </w:r>
    </w:p>
    <w:p xmlns:wp14="http://schemas.microsoft.com/office/word/2010/wordml" w14:paraId="72F552AD" wp14:textId="77777777">
      <w:r>
        <w:t>☐ Music licence (if applicable)</w:t>
      </w:r>
      <w:r>
        <w:br/>
      </w:r>
    </w:p>
    <w:p xmlns:wp14="http://schemas.microsoft.com/office/word/2010/wordml" w14:paraId="4EA123CF" wp14:textId="77777777">
      <w:pPr>
        <w:pStyle w:val="Heading2"/>
      </w:pPr>
      <w:r>
        <w:t>7. Marketing Strategy</w:t>
      </w:r>
    </w:p>
    <w:p xmlns:wp14="http://schemas.microsoft.com/office/word/2010/wordml" w14:paraId="7CDCB88D" wp14:textId="77777777">
      <w:r w:rsidR="1BE186A1">
        <w:rPr/>
        <w:t>How will potential clients first hear about you?</w:t>
      </w:r>
      <w:r>
        <w:br/>
      </w:r>
    </w:p>
    <w:p w:rsidR="1BE186A1" w:rsidRDefault="1BE186A1" w14:paraId="1F8F4C88" w14:textId="0D561A85"/>
    <w:p xmlns:wp14="http://schemas.microsoft.com/office/word/2010/wordml" w14:paraId="6FA5B07E" wp14:textId="2C884F2A">
      <w:r>
        <w:br/>
      </w:r>
    </w:p>
    <w:p xmlns:wp14="http://schemas.microsoft.com/office/word/2010/wordml" w14:paraId="3DE166C6" wp14:textId="77777777">
      <w:r w:rsidR="1BE186A1">
        <w:rPr/>
        <w:t>Which digital platforms would you prioritise, and why?</w:t>
      </w:r>
      <w:r>
        <w:br/>
      </w:r>
    </w:p>
    <w:p w:rsidR="1BE186A1" w:rsidRDefault="1BE186A1" w14:paraId="5F404615" w14:textId="1AF2406F"/>
    <w:p xmlns:wp14="http://schemas.microsoft.com/office/word/2010/wordml" w14:paraId="243552A4" wp14:textId="045F3B2E">
      <w:r>
        <w:br/>
      </w:r>
    </w:p>
    <w:p xmlns:wp14="http://schemas.microsoft.com/office/word/2010/wordml" w14:paraId="1BF4AEE1" wp14:textId="77777777">
      <w:r w:rsidR="1BE186A1">
        <w:rPr/>
        <w:t>What type of content would you share to build trust and credibility?</w:t>
      </w:r>
      <w:r>
        <w:br/>
      </w:r>
    </w:p>
    <w:p w:rsidR="1BE186A1" w:rsidRDefault="1BE186A1" w14:paraId="551B9A8D" w14:textId="36F4E665"/>
    <w:p w:rsidR="1BE186A1" w:rsidRDefault="1BE186A1" w14:paraId="287129AD" w14:textId="7DE2B241"/>
    <w:p w:rsidR="1BE186A1" w:rsidRDefault="1BE186A1" w14:paraId="1CC8BDA9" w14:textId="29AF4BEF"/>
    <w:p w:rsidR="1BE186A1" w:rsidRDefault="1BE186A1" w14:paraId="42530EE9" w14:textId="016945D8"/>
    <w:p w:rsidR="1BE186A1" w:rsidRDefault="1BE186A1" w14:paraId="219ABBCC" w14:textId="020CE346"/>
    <w:p xmlns:wp14="http://schemas.microsoft.com/office/word/2010/wordml" w14:paraId="6A6577BB" wp14:textId="047E8E53">
      <w:r>
        <w:br/>
      </w:r>
    </w:p>
    <w:p xmlns:wp14="http://schemas.microsoft.com/office/word/2010/wordml" w14:paraId="0CA34855" wp14:textId="77777777">
      <w:pPr>
        <w:pStyle w:val="Heading2"/>
      </w:pPr>
      <w:r>
        <w:t>8. IT Systems &amp; Data Management</w:t>
      </w:r>
    </w:p>
    <w:p xmlns:wp14="http://schemas.microsoft.com/office/word/2010/wordml" w14:paraId="1D34DCE8" wp14:textId="77777777">
      <w:r>
        <w:t>Which systems would you use to support your business?</w:t>
      </w:r>
      <w:r>
        <w:br/>
      </w:r>
    </w:p>
    <w:p xmlns:wp14="http://schemas.microsoft.com/office/word/2010/wordml" w14:paraId="4CE99430" wp14:textId="77777777">
      <w:r>
        <w:t>• Scheduling &amp; booking: __________________________</w:t>
      </w:r>
    </w:p>
    <w:p xmlns:wp14="http://schemas.microsoft.com/office/word/2010/wordml" w14:paraId="365F9E89" wp14:textId="77777777">
      <w:r>
        <w:t>• Client records / CRM: _________________________</w:t>
      </w:r>
    </w:p>
    <w:p xmlns:wp14="http://schemas.microsoft.com/office/word/2010/wordml" w14:paraId="518F842E" wp14:textId="77777777">
      <w:r>
        <w:t>• Invoicing / payments: _________________________</w:t>
      </w:r>
    </w:p>
    <w:p xmlns:wp14="http://schemas.microsoft.com/office/word/2010/wordml" w14:paraId="62A2FB8E" wp14:textId="77777777">
      <w:r>
        <w:t>• Training delivery / monitoring: _______________</w:t>
      </w:r>
      <w:r>
        <w:br/>
      </w:r>
    </w:p>
    <w:p xmlns:wp14="http://schemas.microsoft.com/office/word/2010/wordml" w14:paraId="4428F118" wp14:textId="77777777">
      <w:r w:rsidR="1BE186A1">
        <w:rPr/>
        <w:t>What data would you need to manage carefully and ethically?</w:t>
      </w:r>
      <w:r>
        <w:br/>
      </w:r>
    </w:p>
    <w:p w:rsidR="1BE186A1" w:rsidRDefault="1BE186A1" w14:paraId="36C8346F" w14:textId="2A58B57B"/>
    <w:p xmlns:wp14="http://schemas.microsoft.com/office/word/2010/wordml" w14:paraId="377AB972" wp14:textId="05A3FAE1">
      <w:r>
        <w:br/>
      </w:r>
    </w:p>
    <w:p xmlns:wp14="http://schemas.microsoft.com/office/word/2010/wordml" w14:paraId="48DE2E5C" wp14:textId="77777777">
      <w:pPr>
        <w:pStyle w:val="Heading2"/>
      </w:pPr>
      <w:r>
        <w:t>9. Goals, KPIs &amp; Growth</w:t>
      </w:r>
    </w:p>
    <w:p xmlns:wp14="http://schemas.microsoft.com/office/word/2010/wordml" w14:paraId="70797530" wp14:textId="77777777">
      <w:r>
        <w:t>One short‑term goal for your first 3 months:</w:t>
      </w:r>
      <w:r>
        <w:br/>
      </w:r>
    </w:p>
    <w:p xmlns:wp14="http://schemas.microsoft.com/office/word/2010/wordml" w14:paraId="43407B92" wp14:textId="4EF33F16">
      <w:r>
        <w:br/>
      </w:r>
    </w:p>
    <w:p xmlns:wp14="http://schemas.microsoft.com/office/word/2010/wordml" w14:paraId="3B914039" wp14:textId="77777777">
      <w:r>
        <w:t>One KPI you would monitor regularly (e.g. client retention):</w:t>
      </w:r>
      <w:r>
        <w:br/>
      </w:r>
    </w:p>
    <w:p xmlns:wp14="http://schemas.microsoft.com/office/word/2010/wordml" w14:paraId="34EA5B72" wp14:textId="10AED1B7">
      <w:r>
        <w:br/>
      </w:r>
    </w:p>
    <w:p xmlns:wp14="http://schemas.microsoft.com/office/word/2010/wordml" w14:paraId="7DAD35B7" wp14:textId="77777777">
      <w:r>
        <w:t>One idea to support sustainable growth (not just more hours):</w:t>
      </w:r>
      <w:r>
        <w:br/>
      </w:r>
    </w:p>
    <w:p xmlns:wp14="http://schemas.microsoft.com/office/word/2010/wordml" w14:paraId="2B2E80B2" wp14:textId="3C2260B1">
      <w:r>
        <w:br/>
      </w:r>
    </w:p>
    <w:p xmlns:wp14="http://schemas.microsoft.com/office/word/2010/wordml" w14:paraId="65F683BE" wp14:textId="77777777">
      <w:pPr>
        <w:pStyle w:val="Heading2"/>
      </w:pPr>
      <w:r>
        <w:t>10. Group Reflection</w:t>
      </w:r>
    </w:p>
    <w:p xmlns:wp14="http://schemas.microsoft.com/office/word/2010/wordml" w14:paraId="649F9437" wp14:textId="7C6F5BE9">
      <w:r w:rsidR="1BE186A1">
        <w:rPr/>
        <w:t>What was the biggest challenge when planning this business?</w:t>
      </w:r>
      <w:r>
        <w:br/>
      </w:r>
    </w:p>
    <w:p xmlns:wp14="http://schemas.microsoft.com/office/word/2010/wordml" w14:paraId="79AE07F8" wp14:textId="46AC7494">
      <w:r w:rsidR="1BE186A1">
        <w:rPr/>
        <w:t>What would you want to test or research further before launching?</w:t>
      </w:r>
      <w:r>
        <w:br/>
      </w:r>
      <w:r>
        <w:br/>
      </w:r>
    </w:p>
    <w:sectPr w:rsidRPr="0006063C" w:rsidR="00FC693F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val="bestFit"/>
  <w:proofState w:spelling="clean" w:grammar="dirty"/>
  <w:trackRevisions w:val="false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E338272"/>
    <w:rsid w:val="1BE186A1"/>
    <w:rsid w:val="33CE7BF8"/>
    <w:rsid w:val="4B1A600A"/>
    <w:rsid w:val="503A48D4"/>
    <w:rsid w:val="503A48D4"/>
    <w:rsid w:val="5F3DB7F7"/>
    <w:rsid w:val="7367E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15:docId w15:val="{270F7F24-E110-432B-883B-A526EF40A0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Geraint Forster</lastModifiedBy>
  <revision>2</revision>
  <dcterms:created xsi:type="dcterms:W3CDTF">2013-12-23T23:15:00.0000000Z</dcterms:created>
  <dcterms:modified xsi:type="dcterms:W3CDTF">2026-04-17T13:12:53.0839154Z</dcterms:modified>
  <category/>
</coreProperties>
</file>