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B6732" w14:textId="77777777" w:rsidR="0011363B" w:rsidRDefault="000A0D3D">
      <w:pPr>
        <w:pStyle w:val="Title"/>
        <w:jc w:val="center"/>
      </w:pPr>
      <w:r>
        <w:t>Personal Report</w:t>
      </w:r>
      <w:r>
        <w:br/>
        <w:t>Development of my Academic Skills</w:t>
      </w:r>
    </w:p>
    <w:p w14:paraId="31F9FA98" w14:textId="77777777" w:rsidR="00DA686D" w:rsidRDefault="000A0D3D">
      <w:r>
        <w:t>Student Name: [Y</w:t>
      </w:r>
      <w:r w:rsidR="00360D96">
        <w:t>elli nouria ginette traore</w:t>
      </w:r>
      <w:r>
        <w:t>]</w:t>
      </w:r>
      <w:r>
        <w:br/>
        <w:t>Course: Academic Skills</w:t>
      </w:r>
      <w:r>
        <w:br/>
      </w:r>
      <w:r w:rsidR="004D2CD6">
        <w:t xml:space="preserve"> </w:t>
      </w:r>
      <w:r>
        <w:t>Date: [</w:t>
      </w:r>
      <w:r w:rsidR="00360D96">
        <w:t>28|04|2025</w:t>
      </w:r>
      <w:r>
        <w:t>]</w:t>
      </w:r>
    </w:p>
    <w:p w14:paraId="1D88F662" w14:textId="0050AC98" w:rsidR="004D2CD6" w:rsidRDefault="00DA686D">
      <w:r>
        <w:t>STUDENT NUMBER: 2425606</w:t>
      </w:r>
    </w:p>
    <w:p w14:paraId="68D4E6E3" w14:textId="77777777" w:rsidR="0011363B" w:rsidRDefault="000A0D3D">
      <w:r>
        <w:br w:type="page"/>
      </w:r>
    </w:p>
    <w:p w14:paraId="4AAA74D8" w14:textId="77777777" w:rsidR="0011363B" w:rsidRDefault="000A0D3D">
      <w:pPr>
        <w:pStyle w:val="Heading1"/>
      </w:pPr>
      <w:r>
        <w:lastRenderedPageBreak/>
        <w:t>Introduction</w:t>
      </w:r>
    </w:p>
    <w:p w14:paraId="08516F45" w14:textId="77777777" w:rsidR="0011363B" w:rsidRDefault="000A0D3D">
      <w:r>
        <w:t xml:space="preserve">This personal report reflects on the development of my academic skills </w:t>
      </w:r>
      <w:r>
        <w:t>throughout this semester. The aim is to evaluate my experiences, identify the skills I have acquired, the challenges I have faced, and the areas that still need improvement. Through various activities such as note-taking workshops, time management sessions, academic writing exercises, and research training, I have been able to experiment with different learning strategies. This analysis will also incorporate references to theoretical models, notably Kolb’s experiential learning cycle. By reflecting critical</w:t>
      </w:r>
      <w:r>
        <w:t>ly on my progress, I hope to better prepare myself for future academic success.</w:t>
      </w:r>
    </w:p>
    <w:p w14:paraId="372653A7" w14:textId="77777777" w:rsidR="0011363B" w:rsidRDefault="000A0D3D">
      <w:pPr>
        <w:pStyle w:val="Heading1"/>
      </w:pPr>
      <w:r>
        <w:t>Experimental Description</w:t>
      </w:r>
    </w:p>
    <w:p w14:paraId="5464003D" w14:textId="77777777" w:rsidR="0011363B" w:rsidRDefault="000A0D3D">
      <w:r>
        <w:t>Over the course of the semester, I participated in several academic skills workshops designed to enhance student performance. Among the activities I attended were a note-taking workshop, a time management training session, an academic writing seminar, and a library resource orientation.</w:t>
      </w:r>
      <w:r>
        <w:br/>
      </w:r>
      <w:r>
        <w:br/>
        <w:t>During the note-taking workshop, I experimented with various techniques, including the Cornell method and mind mapping strategies. For time management, I developed weekly schedules using digital planning tools such as Google Calendar and Trello. In the academic writing seminar, I learned how to properly structure essays, formulate logical arguments, and use Harvard-style citations correctly. Finally, the library training taught me how to navigate academic databases such as JSTOR and ScienceDirect effectiv</w:t>
      </w:r>
      <w:r>
        <w:t>ely.</w:t>
      </w:r>
      <w:r>
        <w:br/>
      </w:r>
      <w:r>
        <w:br/>
        <w:t>Each session included practical exercises that allowed me to apply the methods discussed. For instance, I was tasked with drafting a critical essay based on multiple sources, ensuring a logical flow and proper referencing. These hands-on experiences allowed me to track my progress and identify the strategies that worked best for me, as well as those that required further practice. Overall, these experimental activities provided a strong foundation for my personal and academic growth.</w:t>
      </w:r>
    </w:p>
    <w:p w14:paraId="1B6A0472" w14:textId="77777777" w:rsidR="0011363B" w:rsidRDefault="000A0D3D">
      <w:pPr>
        <w:pStyle w:val="Heading1"/>
      </w:pPr>
      <w:r>
        <w:t>Personal Analysis and Reflection</w:t>
      </w:r>
    </w:p>
    <w:p w14:paraId="4D394C8D" w14:textId="77777777" w:rsidR="0011363B" w:rsidRDefault="000A0D3D">
      <w:r>
        <w:t>Reflecting on my journey, I recognize that my academic skills have improved significantly, although this development has not been without challenges.</w:t>
      </w:r>
      <w:r>
        <w:br/>
      </w:r>
      <w:r>
        <w:br/>
        <w:t xml:space="preserve">Regarding note-taking, I quickly realized that transcribing everything word-for-word was inefficient and often overwhelming. Applying the Cornell Method taught me how to organize information effectively by summarizing key ideas and structuring them </w:t>
      </w:r>
      <w:r>
        <w:lastRenderedPageBreak/>
        <w:t>logically. This strategy helped me study more efficiently and improved my comprehension during lectures. However, I acknowledge that I still struggle with filtering essential information from less critical details, especially during dense lectures.</w:t>
      </w:r>
      <w:r>
        <w:br/>
      </w:r>
      <w:r>
        <w:br/>
        <w:t>Time manage</w:t>
      </w:r>
      <w:r>
        <w:t>ment represents another area of considerable improvement. Before this semester, procrastination was a major issue for me, often leading to last-minute stress and rushed assignments. By implementing weekly plans and prioritizing my tasks using tools like Trello, I became better at organizing my workload. Nonetheless, I sometimes underestimate how much time certain tasks will require, disrupting my schedule. Moving forward, I aim to develop more realistic timelines and allow extra buffer time for unexpected d</w:t>
      </w:r>
      <w:r>
        <w:t>elays.</w:t>
      </w:r>
      <w:r>
        <w:br/>
      </w:r>
      <w:r>
        <w:br/>
        <w:t xml:space="preserve">Academic writing has been the most challenging skill to develop. Writing in a formal academic style, constructing well-supported arguments, and citing sources appropriately were initially daunting tasks. I learned that drafting detailed outlines before writing significantly improved the coherence of my essays. Furthermore, practicing self-review and proofreading has been crucial in enhancing the quality of my work. I now appreciate that academic writing is as much about planning and structure as it </w:t>
      </w:r>
      <w:r>
        <w:t>is about content.</w:t>
      </w:r>
      <w:r>
        <w:br/>
      </w:r>
      <w:r>
        <w:br/>
        <w:t>Mastering research skills also played a vital role in my academic development. Learning to distinguish credible sources from unreliable ones was essential. Accessing high-quality academic articles via JSTOR and ScienceDirect allowed me to build stronger arguments in my papers. Nevertheless, I sometimes found academic journal articles challenging to understand, particularly those heavy in technical jargon. To address this, I focused on identifying main arguments before delving into complex</w:t>
      </w:r>
      <w:r>
        <w:t xml:space="preserve"> details, improving my critical reading skills over time.</w:t>
      </w:r>
      <w:r>
        <w:br/>
      </w:r>
      <w:r>
        <w:br/>
        <w:t>From a personal standpoint, these experiences greatly boosted my self-confidence. Seeing tangible improvements in my academic work motivated me to persevere even when faced with difficulties. According to Kolb’s experiential learning cycle (1984), learning involves concrete experience, reflective observation, abstract conceptualization, and active experimentation. This cycle perfectly describes my experience this semester: I tried new methods, refle</w:t>
      </w:r>
      <w:r>
        <w:t>cted on their effectiveness, adapted my strategies, and applied them again in practice.</w:t>
      </w:r>
      <w:r>
        <w:br/>
      </w:r>
      <w:r>
        <w:br/>
        <w:t xml:space="preserve">However, one of my main areas for growth remains developing deeper self-criticism. I sometimes feel satisfied with "good enough" results rather than striving for excellence. </w:t>
      </w:r>
      <w:r>
        <w:lastRenderedPageBreak/>
        <w:t>To overcome this, I plan to set higher standards for my work and engage more frequently in reflective practices such as journaling or peer feedback.</w:t>
      </w:r>
      <w:r>
        <w:br/>
      </w:r>
      <w:r>
        <w:br/>
        <w:t>In summary, this semester has been a transformative experience. It has shown me that academic succe</w:t>
      </w:r>
      <w:r>
        <w:t>ss relies not only on acquiring technical skills but also on continuously evaluating and improving one's learning strategies.</w:t>
      </w:r>
    </w:p>
    <w:p w14:paraId="2A3A8D79" w14:textId="77777777" w:rsidR="0011363B" w:rsidRDefault="000A0D3D">
      <w:pPr>
        <w:pStyle w:val="Heading1"/>
      </w:pPr>
      <w:r>
        <w:t>Conclusion</w:t>
      </w:r>
    </w:p>
    <w:p w14:paraId="2352230A" w14:textId="77777777" w:rsidR="0011363B" w:rsidRDefault="000A0D3D">
      <w:r>
        <w:t>In conclusion, this semester has been essential for the development of my academic skills. Through practical workshops and personal experimentation, I have improved my organization, note-taking techniques, writing abilities, and research strategies. Although I have made significant progress, I am aware that there is still much room for growth, particularly in critical thinking and time estimation. Moving forward, I intend to continue refining these skills by setting specific personal goals and maintaining a</w:t>
      </w:r>
      <w:r>
        <w:t xml:space="preserve"> disciplined approach to my academic work. I am confident that with consistent effort, I will be better prepared for the challenges of higher education.</w:t>
      </w:r>
    </w:p>
    <w:sectPr w:rsidR="0011363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71159027">
    <w:abstractNumId w:val="8"/>
  </w:num>
  <w:num w:numId="2" w16cid:durableId="294872355">
    <w:abstractNumId w:val="6"/>
  </w:num>
  <w:num w:numId="3" w16cid:durableId="962269323">
    <w:abstractNumId w:val="5"/>
  </w:num>
  <w:num w:numId="4" w16cid:durableId="439107604">
    <w:abstractNumId w:val="4"/>
  </w:num>
  <w:num w:numId="5" w16cid:durableId="1574462111">
    <w:abstractNumId w:val="7"/>
  </w:num>
  <w:num w:numId="6" w16cid:durableId="682587722">
    <w:abstractNumId w:val="3"/>
  </w:num>
  <w:num w:numId="7" w16cid:durableId="50036708">
    <w:abstractNumId w:val="2"/>
  </w:num>
  <w:num w:numId="8" w16cid:durableId="2066297619">
    <w:abstractNumId w:val="1"/>
  </w:num>
  <w:num w:numId="9" w16cid:durableId="1035807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0D3D"/>
    <w:rsid w:val="000B53EA"/>
    <w:rsid w:val="0011363B"/>
    <w:rsid w:val="0015074B"/>
    <w:rsid w:val="0029639D"/>
    <w:rsid w:val="00326F90"/>
    <w:rsid w:val="00360D96"/>
    <w:rsid w:val="004D2CD6"/>
    <w:rsid w:val="00577804"/>
    <w:rsid w:val="006C51F3"/>
    <w:rsid w:val="009F0BEE"/>
    <w:rsid w:val="00AA1D8D"/>
    <w:rsid w:val="00B47730"/>
    <w:rsid w:val="00BD742B"/>
    <w:rsid w:val="00CB0664"/>
    <w:rsid w:val="00CD10C8"/>
    <w:rsid w:val="00DA686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481ACC"/>
  <w14:defaultImageDpi w14:val="300"/>
  <w15:docId w15:val="{5C89BC61-AFBC-41D8-B6B8-B98653D99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927</Words>
  <Characters>5288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YELLI NOURIA GINETTE TRAORE</cp:lastModifiedBy>
  <cp:revision>2</cp:revision>
  <dcterms:created xsi:type="dcterms:W3CDTF">2025-04-28T12:08:00Z</dcterms:created>
  <dcterms:modified xsi:type="dcterms:W3CDTF">2025-04-28T12:08:00Z</dcterms:modified>
  <cp:category/>
</cp:coreProperties>
</file>