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Plan</w:t>
      </w:r>
    </w:p>
    <w:p>
      <w:pPr>
        <w:jc w:val="center"/>
      </w:pPr>
      <w:r>
        <w:t>Fuel &amp; Brew Station</w:t>
      </w:r>
    </w:p>
    <w:p>
      <w:r>
        <w:rPr>
          <w:b/>
        </w:rPr>
        <w:t xml:space="preserve">Module: </w:t>
      </w:r>
      <w:r>
        <w:t>LCLM4006_LON</w:t>
      </w:r>
    </w:p>
    <w:p>
      <w:r>
        <w:rPr>
          <w:b/>
        </w:rPr>
        <w:t xml:space="preserve">Lecture: </w:t>
      </w:r>
      <w:r>
        <w:t>Enterprise and Entrepreneurship Planning</w:t>
      </w:r>
    </w:p>
    <w:p>
      <w:r>
        <w:rPr>
          <w:b/>
        </w:rPr>
        <w:t xml:space="preserve">Student Name: </w:t>
      </w:r>
      <w:r>
        <w:t>Erlina Geronimo</w:t>
      </w:r>
    </w:p>
    <w:p>
      <w:r>
        <w:rPr>
          <w:b/>
        </w:rPr>
        <w:t xml:space="preserve">Student ID: </w:t>
      </w:r>
      <w:r>
        <w:t>2430880</w:t>
      </w:r>
    </w:p>
    <w:p>
      <w:r>
        <w:rPr>
          <w:b/>
        </w:rPr>
        <w:t xml:space="preserve">Group: </w:t>
      </w:r>
      <w:r>
        <w:t>3 (Charles Obinwa)</w:t>
      </w:r>
    </w:p>
    <w:p>
      <w:r>
        <w:rPr>
          <w:b/>
        </w:rPr>
        <w:t xml:space="preserve">Submission Date: </w:t>
      </w:r>
      <w:r>
        <w:t>08/10/25</w:t>
      </w:r>
    </w:p>
    <w:p/>
    <w:p>
      <w:pPr>
        <w:pStyle w:val="Heading2"/>
      </w:pPr>
      <w:r>
        <w:t>Table of Contents</w:t>
      </w:r>
    </w:p>
    <w:p>
      <w:pPr>
        <w:pStyle w:val="ListParagraph"/>
      </w:pPr>
      <w:r>
        <w:t>1. Overview of the Business Idea .................................................... 3</w:t>
      </w:r>
    </w:p>
    <w:p>
      <w:pPr>
        <w:pStyle w:val="ListParagraph"/>
      </w:pPr>
      <w:r>
        <w:t>2. Environmental Analysis (PESTEL) ............................................... 5</w:t>
      </w:r>
    </w:p>
    <w:p>
      <w:pPr>
        <w:pStyle w:val="ListParagraph"/>
      </w:pPr>
      <w:r>
        <w:t>3. Marketing Strategy ..................................................................... 7</w:t>
      </w:r>
    </w:p>
    <w:p>
      <w:pPr>
        <w:pStyle w:val="ListParagraph"/>
      </w:pPr>
      <w:r>
        <w:t>4. Funding Requirements and Sources .......................................... 9</w:t>
      </w:r>
    </w:p>
    <w:p>
      <w:pPr>
        <w:pStyle w:val="ListParagraph"/>
      </w:pPr>
      <w:r>
        <w:t>5. Start-Up Costs (First Month) ...................................................... 11</w:t>
      </w:r>
    </w:p>
    <w:p>
      <w:pPr>
        <w:pStyle w:val="ListParagraph"/>
      </w:pPr>
      <w:r>
        <w:t>6. Conclusion .................................................................................. 13</w:t>
      </w:r>
    </w:p>
    <w:p>
      <w:pPr>
        <w:pStyle w:val="ListParagraph"/>
      </w:pPr>
      <w:r>
        <w:t>7. Reference List ............................................................................ 14</w:t>
      </w:r>
    </w:p>
    <w:p/>
    <w:p>
      <w:pPr>
        <w:pStyle w:val="Heading2"/>
      </w:pPr>
      <w:r>
        <w:t>1. Overview of the Business Idea</w:t>
      </w:r>
    </w:p>
    <w:p>
      <w:r>
        <w:t>My business idea is to open a modern petroleum station with a mini convenience store and coffee shop offering burgers, sandwiches, and snacks.</w:t>
      </w:r>
    </w:p>
    <w:p>
      <w:r>
        <w:t>The business will provide:</w:t>
        <w:br/>
        <w:t>- Petrol and diesel fuel</w:t>
        <w:br/>
        <w:t>- Mini-market</w:t>
        <w:br/>
        <w:t>- Café with coffee and burgers</w:t>
        <w:br/>
        <w:t>- Car wash service</w:t>
      </w:r>
    </w:p>
    <w:p>
      <w:pPr>
        <w:pStyle w:val="Heading2"/>
      </w:pPr>
      <w:r>
        <w:t>Roles and Responsibilities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r>
              <w:t>Role</w:t>
            </w:r>
          </w:p>
        </w:tc>
        <w:tc>
          <w:tcPr>
            <w:tcW w:type="dxa" w:w="43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r>
              <w:t>Responsibility</w:t>
            </w:r>
          </w:p>
        </w:tc>
      </w:tr>
      <w:tr>
        <w:tc>
          <w:tcPr>
            <w:tcW w:type="dxa" w:w="43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r>
              <w:t>Owner/Managing Director</w:t>
            </w:r>
          </w:p>
        </w:tc>
        <w:tc>
          <w:tcPr>
            <w:tcW w:type="dxa" w:w="43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r>
              <w:t>Business operations and finance</w:t>
            </w:r>
          </w:p>
        </w:tc>
      </w:tr>
      <w:tr>
        <w:tc>
          <w:tcPr>
            <w:tcW w:type="dxa" w:w="43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r>
              <w:t>Store Manager</w:t>
            </w:r>
          </w:p>
        </w:tc>
        <w:tc>
          <w:tcPr>
            <w:tcW w:type="dxa" w:w="43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r>
              <w:t>Daily operations and inventory control</w:t>
            </w:r>
          </w:p>
        </w:tc>
      </w:tr>
      <w:tr>
        <w:tc>
          <w:tcPr>
            <w:tcW w:type="dxa" w:w="43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r>
              <w:t>Barista/Café Staff</w:t>
            </w:r>
          </w:p>
        </w:tc>
        <w:tc>
          <w:tcPr>
            <w:tcW w:type="dxa" w:w="43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r>
              <w:t>Food &amp; beverage service</w:t>
            </w:r>
          </w:p>
        </w:tc>
      </w:tr>
      <w:tr>
        <w:tc>
          <w:tcPr>
            <w:tcW w:type="dxa" w:w="43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r>
              <w:t>Cashiers/Attendants</w:t>
            </w:r>
          </w:p>
        </w:tc>
        <w:tc>
          <w:tcPr>
            <w:tcW w:type="dxa" w:w="432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r>
              <w:t>Fuel service and sales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