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18EE7" w14:textId="2927D8CD" w:rsidR="00D60F59" w:rsidRPr="00AC5001" w:rsidRDefault="00D60F59" w:rsidP="00283A6F">
      <w:pPr>
        <w:spacing w:before="240"/>
        <w:rPr>
          <w:rFonts w:asciiTheme="majorHAnsi" w:eastAsia="NSimSun" w:hAnsiTheme="majorHAnsi" w:cstheme="majorHAnsi"/>
          <w:b/>
          <w:bCs/>
          <w:sz w:val="45"/>
          <w:szCs w:val="45"/>
        </w:rPr>
      </w:pPr>
    </w:p>
    <w:p w14:paraId="0E82F205" w14:textId="77777777" w:rsidR="00DD5A5F" w:rsidRDefault="00C50B22" w:rsidP="004571FC">
      <w:pPr>
        <w:pStyle w:val="Heading1"/>
      </w:pPr>
      <w:r>
        <w:t xml:space="preserve">         </w:t>
      </w:r>
    </w:p>
    <w:p w14:paraId="0FF97BBA" w14:textId="77777777" w:rsidR="00DD5A5F" w:rsidRDefault="00DD5A5F" w:rsidP="004571FC">
      <w:pPr>
        <w:pStyle w:val="Heading1"/>
      </w:pPr>
    </w:p>
    <w:p w14:paraId="0195F246" w14:textId="77777777" w:rsidR="00DD5A5F" w:rsidRDefault="00DD5A5F" w:rsidP="004571FC">
      <w:pPr>
        <w:pStyle w:val="Heading1"/>
      </w:pPr>
    </w:p>
    <w:p w14:paraId="369A9366" w14:textId="3D651A64" w:rsidR="00D60F59" w:rsidRPr="00C00EED" w:rsidRDefault="00DD5A5F" w:rsidP="00C00EED">
      <w:pPr>
        <w:pStyle w:val="Heading1"/>
        <w:rPr>
          <w:rFonts w:ascii="Arial" w:hAnsi="Arial" w:cs="Arial"/>
          <w:sz w:val="36"/>
          <w:szCs w:val="36"/>
        </w:rPr>
      </w:pPr>
      <w:r>
        <w:t xml:space="preserve">     </w:t>
      </w:r>
      <w:r w:rsidR="00C50B22">
        <w:t xml:space="preserve"> </w:t>
      </w:r>
      <w:r w:rsidR="00E02FCB" w:rsidRPr="0075302E">
        <w:rPr>
          <w:rFonts w:ascii="Arial" w:hAnsi="Arial" w:cs="Arial"/>
          <w:sz w:val="36"/>
          <w:szCs w:val="36"/>
        </w:rPr>
        <w:t xml:space="preserve">University of Wales Trinity </w:t>
      </w:r>
      <w:r w:rsidR="007663E0" w:rsidRPr="0075302E">
        <w:rPr>
          <w:rFonts w:ascii="Arial" w:hAnsi="Arial" w:cs="Arial"/>
          <w:sz w:val="36"/>
          <w:szCs w:val="36"/>
        </w:rPr>
        <w:t xml:space="preserve">st Davids </w:t>
      </w:r>
    </w:p>
    <w:p w14:paraId="63158B17" w14:textId="77777777" w:rsidR="00D60F59" w:rsidRPr="00873746" w:rsidRDefault="00D60F59" w:rsidP="00D60F59">
      <w:pPr>
        <w:rPr>
          <w:rFonts w:asciiTheme="majorHAnsi" w:eastAsia="NSimSun" w:hAnsiTheme="majorHAnsi" w:cstheme="majorHAnsi"/>
          <w:sz w:val="32"/>
          <w:szCs w:val="32"/>
        </w:rPr>
      </w:pPr>
    </w:p>
    <w:p w14:paraId="4C85E5CB" w14:textId="4E7D7902" w:rsidR="00D60F59" w:rsidRDefault="004571FC" w:rsidP="00D60F59">
      <w:pPr>
        <w:rPr>
          <w:rFonts w:ascii="Arial" w:eastAsia="NSimSun" w:hAnsi="Arial" w:cs="Arial"/>
          <w:sz w:val="24"/>
        </w:rPr>
      </w:pPr>
      <w:r w:rsidRPr="001D68D3">
        <w:rPr>
          <w:rFonts w:asciiTheme="majorHAnsi" w:eastAsia="NSimSun" w:hAnsiTheme="majorHAnsi" w:cstheme="majorHAnsi"/>
          <w:b/>
          <w:bCs/>
          <w:sz w:val="32"/>
          <w:szCs w:val="32"/>
        </w:rPr>
        <w:t xml:space="preserve">     </w:t>
      </w:r>
      <w:r w:rsidRPr="001D68D3">
        <w:rPr>
          <w:rFonts w:ascii="Arial" w:eastAsia="NSimSun" w:hAnsi="Arial" w:cs="Arial"/>
          <w:b/>
          <w:bCs/>
          <w:sz w:val="32"/>
          <w:szCs w:val="32"/>
        </w:rPr>
        <w:t xml:space="preserve">     </w:t>
      </w:r>
      <w:r w:rsidR="00D60F59" w:rsidRPr="001D68D3">
        <w:rPr>
          <w:rFonts w:ascii="Arial" w:eastAsia="NSimSun" w:hAnsi="Arial" w:cs="Arial"/>
          <w:b/>
          <w:bCs/>
          <w:sz w:val="32"/>
          <w:szCs w:val="32"/>
        </w:rPr>
        <w:t>Name:</w:t>
      </w:r>
      <w:r w:rsidR="00D60F59" w:rsidRPr="002849F4">
        <w:rPr>
          <w:rFonts w:ascii="Arial" w:eastAsia="NSimSun" w:hAnsi="Arial" w:cs="Arial"/>
          <w:sz w:val="24"/>
        </w:rPr>
        <w:t xml:space="preserve"> Babatunde Idowu</w:t>
      </w:r>
    </w:p>
    <w:p w14:paraId="3D09A88A" w14:textId="77777777" w:rsidR="00645C20" w:rsidRPr="002849F4" w:rsidRDefault="00645C20" w:rsidP="00D60F59">
      <w:pPr>
        <w:rPr>
          <w:rFonts w:ascii="Arial" w:eastAsia="NSimSun" w:hAnsi="Arial" w:cs="Arial"/>
          <w:sz w:val="24"/>
        </w:rPr>
      </w:pPr>
    </w:p>
    <w:p w14:paraId="31D7D851" w14:textId="26C8666F" w:rsidR="00D60F59" w:rsidRDefault="004571FC" w:rsidP="00D60F59">
      <w:pPr>
        <w:rPr>
          <w:rFonts w:ascii="Arial" w:eastAsia="NSimSun" w:hAnsi="Arial" w:cs="Arial"/>
          <w:sz w:val="24"/>
        </w:rPr>
      </w:pPr>
      <w:r w:rsidRPr="002849F4">
        <w:rPr>
          <w:rFonts w:ascii="Arial" w:eastAsia="NSimSun" w:hAnsi="Arial" w:cs="Arial"/>
          <w:b/>
          <w:bCs/>
          <w:sz w:val="24"/>
        </w:rPr>
        <w:t xml:space="preserve">          </w:t>
      </w:r>
      <w:r w:rsidR="00D60F59" w:rsidRPr="001D68D3">
        <w:rPr>
          <w:rFonts w:ascii="Arial" w:eastAsia="NSimSun" w:hAnsi="Arial" w:cs="Arial"/>
          <w:b/>
          <w:bCs/>
          <w:sz w:val="32"/>
          <w:szCs w:val="32"/>
        </w:rPr>
        <w:t>Student Number:</w:t>
      </w:r>
      <w:r w:rsidR="00D60F59" w:rsidRPr="002849F4">
        <w:rPr>
          <w:rFonts w:ascii="Arial" w:eastAsia="NSimSun" w:hAnsi="Arial" w:cs="Arial"/>
          <w:sz w:val="24"/>
        </w:rPr>
        <w:t xml:space="preserve"> 2516575</w:t>
      </w:r>
    </w:p>
    <w:p w14:paraId="55ED364B" w14:textId="77777777" w:rsidR="00645C20" w:rsidRPr="002849F4" w:rsidRDefault="00645C20" w:rsidP="00D60F59">
      <w:pPr>
        <w:rPr>
          <w:rFonts w:ascii="Arial" w:eastAsia="NSimSun" w:hAnsi="Arial" w:cs="Arial"/>
          <w:b/>
          <w:bCs/>
          <w:sz w:val="24"/>
        </w:rPr>
      </w:pPr>
    </w:p>
    <w:p w14:paraId="4E9AF883" w14:textId="16B00C46" w:rsidR="00D60F59" w:rsidRPr="002849F4" w:rsidRDefault="004571FC" w:rsidP="00D60F59">
      <w:pPr>
        <w:rPr>
          <w:rFonts w:ascii="Arial" w:eastAsia="NSimSun" w:hAnsi="Arial" w:cs="Arial"/>
          <w:sz w:val="24"/>
        </w:rPr>
      </w:pPr>
      <w:r w:rsidRPr="002849F4">
        <w:rPr>
          <w:rFonts w:ascii="Arial" w:eastAsia="NSimSun" w:hAnsi="Arial" w:cs="Arial"/>
          <w:b/>
          <w:bCs/>
          <w:sz w:val="24"/>
        </w:rPr>
        <w:t xml:space="preserve">         </w:t>
      </w:r>
      <w:r w:rsidR="00D60F59" w:rsidRPr="001D68D3">
        <w:rPr>
          <w:rFonts w:ascii="Arial" w:eastAsia="NSimSun" w:hAnsi="Arial" w:cs="Arial"/>
          <w:b/>
          <w:bCs/>
          <w:sz w:val="32"/>
          <w:szCs w:val="32"/>
        </w:rPr>
        <w:t>Module:</w:t>
      </w:r>
      <w:r w:rsidR="00D60F59" w:rsidRPr="002849F4">
        <w:rPr>
          <w:rFonts w:ascii="Arial" w:eastAsia="NSimSun" w:hAnsi="Arial" w:cs="Arial"/>
          <w:sz w:val="24"/>
        </w:rPr>
        <w:t xml:space="preserve"> Introduction to Web and Database Concep</w:t>
      </w:r>
      <w:r w:rsidR="00420D1A" w:rsidRPr="002849F4">
        <w:rPr>
          <w:rFonts w:ascii="Arial" w:eastAsia="NSimSun" w:hAnsi="Arial" w:cs="Arial"/>
          <w:sz w:val="24"/>
        </w:rPr>
        <w:t>t</w:t>
      </w:r>
      <w:r w:rsidR="004F1521" w:rsidRPr="002849F4">
        <w:rPr>
          <w:rFonts w:ascii="Arial" w:eastAsia="NSimSun" w:hAnsi="Arial" w:cs="Arial"/>
          <w:sz w:val="24"/>
        </w:rPr>
        <w:t>s</w:t>
      </w:r>
      <w:r w:rsidR="00C72521">
        <w:rPr>
          <w:rFonts w:ascii="Arial" w:eastAsia="NSimSun" w:hAnsi="Arial" w:cs="Arial"/>
          <w:sz w:val="24"/>
        </w:rPr>
        <w:t xml:space="preserve"> </w:t>
      </w:r>
    </w:p>
    <w:p w14:paraId="2A3C9215" w14:textId="787B87D9" w:rsidR="00D60F59" w:rsidRDefault="001D68D3" w:rsidP="00D60F59">
      <w:pPr>
        <w:rPr>
          <w:rFonts w:asciiTheme="majorHAnsi" w:eastAsia="NSimSun" w:hAnsiTheme="majorHAnsi" w:cstheme="majorHAnsi"/>
          <w:sz w:val="30"/>
          <w:szCs w:val="30"/>
        </w:rPr>
      </w:pPr>
      <w:r>
        <w:rPr>
          <w:rFonts w:asciiTheme="majorHAnsi" w:eastAsia="NSimSun" w:hAnsiTheme="majorHAnsi" w:cstheme="majorHAnsi"/>
          <w:sz w:val="30"/>
          <w:szCs w:val="30"/>
        </w:rPr>
        <w:t xml:space="preserve">                  </w:t>
      </w:r>
      <w:r w:rsidR="00645C20">
        <w:rPr>
          <w:rFonts w:asciiTheme="majorHAnsi" w:eastAsia="NSimSun" w:hAnsiTheme="majorHAnsi" w:cstheme="majorHAnsi"/>
          <w:sz w:val="30"/>
          <w:szCs w:val="30"/>
        </w:rPr>
        <w:t>(ACCA4023)</w:t>
      </w:r>
    </w:p>
    <w:p w14:paraId="150D4CE0" w14:textId="77777777" w:rsidR="003376C4" w:rsidRDefault="003376C4" w:rsidP="00D60F59">
      <w:pPr>
        <w:rPr>
          <w:rFonts w:asciiTheme="majorHAnsi" w:eastAsia="NSimSun" w:hAnsiTheme="majorHAnsi" w:cstheme="majorHAnsi"/>
          <w:sz w:val="30"/>
          <w:szCs w:val="30"/>
        </w:rPr>
      </w:pPr>
    </w:p>
    <w:p w14:paraId="68EB16F9" w14:textId="4A59B50E" w:rsidR="003376C4" w:rsidRPr="00873746" w:rsidRDefault="003376C4" w:rsidP="00D60F59">
      <w:pPr>
        <w:rPr>
          <w:rFonts w:asciiTheme="majorHAnsi" w:eastAsia="NSimSun" w:hAnsiTheme="majorHAnsi" w:cstheme="majorHAnsi"/>
          <w:sz w:val="30"/>
          <w:szCs w:val="30"/>
        </w:rPr>
      </w:pPr>
      <w:r>
        <w:rPr>
          <w:rFonts w:asciiTheme="majorHAnsi" w:eastAsia="NSimSun" w:hAnsiTheme="majorHAnsi" w:cstheme="majorHAnsi"/>
          <w:sz w:val="30"/>
          <w:szCs w:val="30"/>
        </w:rPr>
        <w:t xml:space="preserve">           Assignment</w:t>
      </w:r>
      <w:r w:rsidR="00DE1910">
        <w:rPr>
          <w:rFonts w:asciiTheme="majorHAnsi" w:eastAsia="NSimSun" w:hAnsiTheme="majorHAnsi" w:cstheme="majorHAnsi"/>
          <w:sz w:val="30"/>
          <w:szCs w:val="30"/>
        </w:rPr>
        <w:t>: HTLM&amp;</w:t>
      </w:r>
      <w:r w:rsidR="00667483">
        <w:rPr>
          <w:rFonts w:asciiTheme="majorHAnsi" w:eastAsia="NSimSun" w:hAnsiTheme="majorHAnsi" w:cstheme="majorHAnsi"/>
          <w:sz w:val="30"/>
          <w:szCs w:val="30"/>
        </w:rPr>
        <w:t>CCS Web Development</w:t>
      </w:r>
    </w:p>
    <w:p w14:paraId="70BCF6F5" w14:textId="77777777" w:rsidR="00D60F59" w:rsidRPr="00873746" w:rsidRDefault="00D60F59" w:rsidP="00D60F59">
      <w:pPr>
        <w:rPr>
          <w:rFonts w:asciiTheme="majorHAnsi" w:eastAsia="NSimSun" w:hAnsiTheme="majorHAnsi" w:cstheme="majorHAnsi"/>
          <w:sz w:val="30"/>
          <w:szCs w:val="30"/>
        </w:rPr>
      </w:pPr>
    </w:p>
    <w:p w14:paraId="1C5B1236" w14:textId="77777777" w:rsidR="00D60F59" w:rsidRPr="00873746" w:rsidRDefault="00D60F59" w:rsidP="00D60F59">
      <w:pPr>
        <w:rPr>
          <w:rFonts w:asciiTheme="majorHAnsi" w:eastAsia="NSimSun" w:hAnsiTheme="majorHAnsi" w:cstheme="majorHAnsi"/>
          <w:sz w:val="30"/>
          <w:szCs w:val="30"/>
        </w:rPr>
      </w:pPr>
    </w:p>
    <w:p w14:paraId="6CD6692C" w14:textId="77777777" w:rsidR="00D60F59" w:rsidRPr="00873746" w:rsidRDefault="00D60F59" w:rsidP="00D60F59">
      <w:pPr>
        <w:rPr>
          <w:rFonts w:asciiTheme="majorHAnsi" w:eastAsia="NSimSun" w:hAnsiTheme="majorHAnsi" w:cstheme="majorHAnsi"/>
          <w:sz w:val="30"/>
          <w:szCs w:val="30"/>
        </w:rPr>
      </w:pPr>
    </w:p>
    <w:sdt>
      <w:sdtPr>
        <w:rPr>
          <w:rFonts w:ascii="Calibri" w:eastAsia="SimSun" w:hAnsi="Calibri" w:cs="SimSun"/>
          <w:b w:val="0"/>
          <w:bCs w:val="0"/>
          <w:color w:val="auto"/>
          <w:kern w:val="2"/>
          <w:sz w:val="21"/>
          <w:szCs w:val="24"/>
          <w:lang w:eastAsia="zh-CN"/>
        </w:rPr>
        <w:id w:val="176860228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</w:rPr>
      </w:sdtEndPr>
      <w:sdtContent>
        <w:p w14:paraId="6738586A" w14:textId="1D70BFA0" w:rsidR="00283A6F" w:rsidRDefault="008D6FC1" w:rsidP="00264341">
          <w:pPr>
            <w:pStyle w:val="TOCHeading"/>
            <w:tabs>
              <w:tab w:val="left" w:pos="2417"/>
            </w:tabs>
            <w:rPr>
              <w:rFonts w:ascii="Calibri" w:eastAsia="SimSun" w:hAnsi="Calibri" w:cs="SimSun"/>
              <w:b w:val="0"/>
              <w:bCs w:val="0"/>
              <w:color w:val="auto"/>
              <w:kern w:val="2"/>
              <w:sz w:val="21"/>
              <w:szCs w:val="24"/>
              <w:lang w:eastAsia="zh-CN"/>
            </w:rPr>
          </w:pPr>
          <w:r>
            <w:rPr>
              <w:rFonts w:ascii="Calibri" w:eastAsia="SimSun" w:hAnsi="Calibri" w:cs="SimSun"/>
              <w:b w:val="0"/>
              <w:bCs w:val="0"/>
              <w:color w:val="auto"/>
              <w:kern w:val="2"/>
              <w:sz w:val="21"/>
              <w:szCs w:val="24"/>
              <w:lang w:eastAsia="zh-CN"/>
            </w:rPr>
            <w:tab/>
          </w:r>
        </w:p>
        <w:p w14:paraId="491762CB" w14:textId="77777777" w:rsidR="00264341" w:rsidRDefault="00264341" w:rsidP="00264341"/>
        <w:p w14:paraId="297EFE4C" w14:textId="77777777" w:rsidR="00264341" w:rsidRDefault="00264341" w:rsidP="00264341"/>
        <w:p w14:paraId="61A921CE" w14:textId="77777777" w:rsidR="00264341" w:rsidRPr="00264341" w:rsidRDefault="00264341" w:rsidP="00264341"/>
        <w:p w14:paraId="070EB055" w14:textId="77777777" w:rsidR="00283A6F" w:rsidRDefault="00283A6F" w:rsidP="00D60F59">
          <w:pPr>
            <w:pStyle w:val="TOCHeading"/>
            <w:rPr>
              <w:rFonts w:ascii="Calibri" w:eastAsia="SimSun" w:hAnsi="Calibri" w:cs="SimSun"/>
              <w:b w:val="0"/>
              <w:bCs w:val="0"/>
              <w:color w:val="auto"/>
              <w:kern w:val="2"/>
              <w:sz w:val="21"/>
              <w:szCs w:val="24"/>
              <w:lang w:eastAsia="zh-CN"/>
            </w:rPr>
          </w:pPr>
        </w:p>
        <w:p w14:paraId="6C7054BA" w14:textId="77777777" w:rsidR="00283A6F" w:rsidRPr="00264341" w:rsidRDefault="00283A6F" w:rsidP="00D60F59">
          <w:pPr>
            <w:pStyle w:val="TOCHeading"/>
            <w:rPr>
              <w:rFonts w:ascii="Arial" w:eastAsia="SimSun" w:hAnsi="Arial" w:cs="Arial"/>
              <w:b w:val="0"/>
              <w:bCs w:val="0"/>
              <w:color w:val="auto"/>
              <w:kern w:val="2"/>
              <w:sz w:val="24"/>
              <w:szCs w:val="24"/>
              <w:lang w:eastAsia="zh-CN"/>
            </w:rPr>
          </w:pPr>
        </w:p>
        <w:p w14:paraId="7B107584" w14:textId="77777777" w:rsidR="00D56BF2" w:rsidRDefault="00D56BF2" w:rsidP="00D60F59">
          <w:pPr>
            <w:pStyle w:val="TOCHeading"/>
            <w:rPr>
              <w:rFonts w:asciiTheme="minorHAnsi" w:hAnsiTheme="minorHAnsi" w:cstheme="minorHAnsi"/>
              <w:color w:val="auto"/>
            </w:rPr>
          </w:pPr>
        </w:p>
        <w:p w14:paraId="788DA8BA" w14:textId="0989806C" w:rsidR="00D60F59" w:rsidRPr="00216F45" w:rsidRDefault="00E359AA" w:rsidP="00D60F59">
          <w:pPr>
            <w:pStyle w:val="TOCHeading"/>
            <w:rPr>
              <w:rFonts w:ascii="Arial" w:hAnsi="Arial" w:cs="Arial"/>
              <w:color w:val="auto"/>
              <w:sz w:val="24"/>
              <w:szCs w:val="24"/>
            </w:rPr>
          </w:pPr>
          <w:r w:rsidRPr="00216F45">
            <w:rPr>
              <w:rFonts w:ascii="Arial" w:hAnsi="Arial" w:cs="Arial"/>
              <w:color w:val="auto"/>
              <w:sz w:val="24"/>
              <w:szCs w:val="24"/>
            </w:rPr>
            <w:t xml:space="preserve">Table of </w:t>
          </w:r>
          <w:r w:rsidR="00D60F59" w:rsidRPr="00216F45">
            <w:rPr>
              <w:rFonts w:ascii="Arial" w:hAnsi="Arial" w:cs="Arial"/>
              <w:color w:val="auto"/>
              <w:sz w:val="24"/>
              <w:szCs w:val="24"/>
            </w:rPr>
            <w:t>Contents</w:t>
          </w:r>
        </w:p>
        <w:p w14:paraId="5A3BD5E0" w14:textId="692B6B8F" w:rsidR="00264341" w:rsidRDefault="00D60F59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r w:rsidRPr="00216F45">
            <w:rPr>
              <w:rFonts w:ascii="Arial" w:hAnsi="Arial" w:cs="Arial"/>
              <w:b/>
              <w:bCs/>
              <w:szCs w:val="24"/>
            </w:rPr>
            <w:fldChar w:fldCharType="begin"/>
          </w:r>
          <w:r w:rsidRPr="00216F45">
            <w:rPr>
              <w:rFonts w:ascii="Arial" w:hAnsi="Arial" w:cs="Arial"/>
              <w:b/>
              <w:bCs/>
              <w:szCs w:val="24"/>
            </w:rPr>
            <w:instrText xml:space="preserve"> TOC \o "1-3" \h \z \u </w:instrText>
          </w:r>
          <w:r w:rsidRPr="00216F45">
            <w:rPr>
              <w:rFonts w:ascii="Arial" w:hAnsi="Arial" w:cs="Arial"/>
              <w:b/>
              <w:bCs/>
              <w:szCs w:val="24"/>
            </w:rPr>
            <w:fldChar w:fldCharType="separate"/>
          </w:r>
          <w:hyperlink w:anchor="_Toc228334726" w:history="1">
            <w:r w:rsidR="00264341" w:rsidRPr="00480CF5">
              <w:rPr>
                <w:rStyle w:val="Hyperlink"/>
                <w:rFonts w:cstheme="majorHAnsi"/>
                <w:noProof/>
              </w:rPr>
              <w:t>1. Introduction</w:t>
            </w:r>
            <w:r w:rsidR="00264341">
              <w:rPr>
                <w:noProof/>
                <w:webHidden/>
              </w:rPr>
              <w:tab/>
            </w:r>
            <w:r w:rsidR="00264341">
              <w:rPr>
                <w:noProof/>
                <w:webHidden/>
              </w:rPr>
              <w:fldChar w:fldCharType="begin"/>
            </w:r>
            <w:r w:rsidR="00264341">
              <w:rPr>
                <w:noProof/>
                <w:webHidden/>
              </w:rPr>
              <w:instrText xml:space="preserve"> PAGEREF _Toc228334726 \h </w:instrText>
            </w:r>
            <w:r w:rsidR="00264341">
              <w:rPr>
                <w:noProof/>
                <w:webHidden/>
              </w:rPr>
            </w:r>
            <w:r w:rsidR="00264341">
              <w:rPr>
                <w:noProof/>
                <w:webHidden/>
              </w:rPr>
              <w:fldChar w:fldCharType="separate"/>
            </w:r>
            <w:r w:rsidR="00264341">
              <w:rPr>
                <w:noProof/>
                <w:webHidden/>
              </w:rPr>
              <w:t>3</w:t>
            </w:r>
            <w:r w:rsidR="00264341">
              <w:rPr>
                <w:noProof/>
                <w:webHidden/>
              </w:rPr>
              <w:fldChar w:fldCharType="end"/>
            </w:r>
          </w:hyperlink>
        </w:p>
        <w:p w14:paraId="4488E83D" w14:textId="0874A90D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27" w:history="1">
            <w:r w:rsidRPr="00480CF5">
              <w:rPr>
                <w:rStyle w:val="Hyperlink"/>
                <w:rFonts w:cstheme="majorHAnsi"/>
                <w:noProof/>
              </w:rPr>
              <w:t>2.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423B49" w14:textId="783D2BA0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28" w:history="1">
            <w:r w:rsidRPr="00480CF5">
              <w:rPr>
                <w:rStyle w:val="Hyperlink"/>
                <w:rFonts w:cstheme="majorHAnsi"/>
                <w:noProof/>
              </w:rPr>
              <w:t>2.1 Functional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9322B" w14:textId="1AA37AAE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29" w:history="1">
            <w:r w:rsidRPr="00480CF5">
              <w:rPr>
                <w:rStyle w:val="Hyperlink"/>
                <w:rFonts w:cstheme="majorHAnsi"/>
                <w:noProof/>
              </w:rPr>
              <w:t>2.2 Non-Functional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65C82" w14:textId="5B2D882F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0" w:history="1">
            <w:r w:rsidRPr="00480CF5">
              <w:rPr>
                <w:rStyle w:val="Hyperlink"/>
                <w:rFonts w:cstheme="majorHAnsi"/>
                <w:noProof/>
              </w:rPr>
              <w:t>3.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7CC9B" w14:textId="160CA945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1" w:history="1">
            <w:r w:rsidRPr="00480CF5">
              <w:rPr>
                <w:rStyle w:val="Hyperlink"/>
                <w:rFonts w:cstheme="majorHAnsi"/>
                <w:noProof/>
              </w:rPr>
              <w:t>3.1 Technologies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126EE" w14:textId="2149CFC9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2" w:history="1">
            <w:r w:rsidRPr="00480CF5">
              <w:rPr>
                <w:rStyle w:val="Hyperlink"/>
                <w:rFonts w:cstheme="majorHAnsi"/>
                <w:noProof/>
              </w:rPr>
              <w:t>3.2 System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F6362" w14:textId="6A2D01F0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3" w:history="1">
            <w:r w:rsidRPr="00480CF5">
              <w:rPr>
                <w:rStyle w:val="Hyperlink"/>
                <w:rFonts w:cstheme="majorHAnsi"/>
                <w:noProof/>
              </w:rPr>
              <w:t>3.3 Accordion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48829" w14:textId="16E18F28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4" w:history="1">
            <w:r w:rsidRPr="00480CF5">
              <w:rPr>
                <w:rStyle w:val="Hyperlink"/>
                <w:rFonts w:cstheme="majorHAnsi"/>
                <w:noProof/>
              </w:rPr>
              <w:t>3.4 Dynamic Image Loading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85367" w14:textId="6987E603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5" w:history="1">
            <w:r w:rsidRPr="00480CF5">
              <w:rPr>
                <w:rStyle w:val="Hyperlink"/>
                <w:rFonts w:cstheme="majorHAnsi"/>
                <w:noProof/>
              </w:rPr>
              <w:t>3.5 Modal Image Viewer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E46D55" w14:textId="36554586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6" w:history="1">
            <w:r w:rsidRPr="00480CF5">
              <w:rPr>
                <w:rStyle w:val="Hyperlink"/>
                <w:rFonts w:cstheme="majorHAnsi"/>
                <w:noProof/>
              </w:rPr>
              <w:t>4.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34AB2" w14:textId="72CAD1EA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7" w:history="1">
            <w:r w:rsidRPr="00480CF5">
              <w:rPr>
                <w:rStyle w:val="Hyperlink"/>
                <w:rFonts w:cstheme="majorHAnsi"/>
                <w:noProof/>
              </w:rPr>
              <w:t>5.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954909" w14:textId="69828A6C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8" w:history="1">
            <w:r w:rsidRPr="00480CF5">
              <w:rPr>
                <w:rStyle w:val="Hyperlink"/>
                <w:rFonts w:cstheme="majorHAnsi"/>
                <w:noProof/>
              </w:rPr>
              <w:t>5.1 Usability and Usefulness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FA4DB" w14:textId="749C83AE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39" w:history="1">
            <w:r w:rsidRPr="00480CF5">
              <w:rPr>
                <w:rStyle w:val="Hyperlink"/>
                <w:rFonts w:cstheme="majorHAnsi"/>
                <w:noProof/>
              </w:rPr>
              <w:t>5.2 Search Engine Optimization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41D15" w14:textId="1AEEB689" w:rsidR="00264341" w:rsidRDefault="00264341">
          <w:pPr>
            <w:pStyle w:val="TOC2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40" w:history="1">
            <w:r w:rsidRPr="00480CF5">
              <w:rPr>
                <w:rStyle w:val="Hyperlink"/>
                <w:rFonts w:cstheme="majorHAnsi"/>
                <w:noProof/>
              </w:rPr>
              <w:t>5.3 Accessibility (WCAG 2.1)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C78F5" w14:textId="114830F7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41" w:history="1">
            <w:r w:rsidRPr="00480CF5">
              <w:rPr>
                <w:rStyle w:val="Hyperlink"/>
                <w:rFonts w:ascii="Arial" w:hAnsi="Arial" w:cs="Arial"/>
                <w:noProof/>
              </w:rPr>
              <w:t>6. Comparison of Two Live Websites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93009" w14:textId="0D5A2C2D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42" w:history="1">
            <w:r w:rsidRPr="00480CF5">
              <w:rPr>
                <w:rStyle w:val="Hyperlink"/>
                <w:rFonts w:ascii="Arial" w:hAnsi="Arial" w:cs="Arial"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4ABBA" w14:textId="36032C8F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43" w:history="1">
            <w:r w:rsidRPr="00480CF5">
              <w:rPr>
                <w:rStyle w:val="Hyperlink"/>
                <w:rFonts w:ascii="Arial" w:hAnsi="Arial" w:cs="Arial"/>
                <w:noProof/>
              </w:rPr>
              <w:t>8. References (IEEE)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CCBF8" w14:textId="1F4263A8" w:rsidR="00264341" w:rsidRDefault="00264341">
          <w:pPr>
            <w:pStyle w:val="TOC1"/>
            <w:tabs>
              <w:tab w:val="right" w:leader="dot" w:pos="8296"/>
            </w:tabs>
            <w:rPr>
              <w:rFonts w:asciiTheme="minorHAnsi" w:hAnsiTheme="minorHAnsi"/>
              <w:noProof/>
              <w:kern w:val="2"/>
              <w:szCs w:val="24"/>
              <w:lang w:val="en-GB" w:eastAsia="en-GB"/>
              <w14:ligatures w14:val="standardContextual"/>
            </w:rPr>
          </w:pPr>
          <w:hyperlink w:anchor="_Toc228334744" w:history="1">
            <w:r w:rsidRPr="00480CF5">
              <w:rPr>
                <w:rStyle w:val="Hyperlink"/>
                <w:rFonts w:ascii="Arial" w:hAnsi="Arial" w:cs="Arial"/>
                <w:noProof/>
              </w:rPr>
              <w:t>9.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_Toc228334744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212ED" w14:textId="7E39DB48" w:rsidR="00D60F59" w:rsidRPr="00873746" w:rsidRDefault="00D60F59" w:rsidP="00D60F59">
          <w:r w:rsidRPr="00216F45">
            <w:rPr>
              <w:rFonts w:ascii="Arial" w:hAnsi="Arial" w:cs="Arial"/>
              <w:b/>
              <w:bCs/>
              <w:noProof/>
              <w:sz w:val="24"/>
            </w:rPr>
            <w:fldChar w:fldCharType="end"/>
          </w:r>
        </w:p>
      </w:sdtContent>
    </w:sdt>
    <w:p w14:paraId="22685AC6" w14:textId="77777777" w:rsidR="00D60F59" w:rsidRPr="00873746" w:rsidRDefault="00D60F59" w:rsidP="00D60F59">
      <w:pPr>
        <w:rPr>
          <w:rFonts w:asciiTheme="majorHAnsi" w:hAnsiTheme="majorHAnsi" w:cstheme="majorHAnsi"/>
        </w:rPr>
      </w:pPr>
      <w:r w:rsidRPr="00873746">
        <w:rPr>
          <w:rFonts w:asciiTheme="majorHAnsi" w:hAnsiTheme="majorHAnsi" w:cstheme="majorHAnsi"/>
        </w:rPr>
        <w:br w:type="page"/>
      </w:r>
    </w:p>
    <w:p w14:paraId="186F171A" w14:textId="77777777" w:rsidR="00D60F59" w:rsidRPr="00264341" w:rsidRDefault="00D60F59" w:rsidP="00D60F59">
      <w:pPr>
        <w:pStyle w:val="Heading1"/>
        <w:rPr>
          <w:rFonts w:ascii="Arial" w:hAnsi="Arial" w:cs="Arial"/>
          <w:color w:val="auto"/>
        </w:rPr>
      </w:pPr>
      <w:bookmarkStart w:id="0" w:name="_Toc228334726"/>
      <w:r w:rsidRPr="00264341">
        <w:rPr>
          <w:rFonts w:ascii="Arial" w:hAnsi="Arial" w:cs="Arial"/>
          <w:color w:val="auto"/>
          <w:sz w:val="32"/>
          <w:szCs w:val="32"/>
        </w:rPr>
        <w:lastRenderedPageBreak/>
        <w:t>1. Introduction</w:t>
      </w:r>
      <w:bookmarkEnd w:id="0"/>
    </w:p>
    <w:p w14:paraId="78D60A9F" w14:textId="77777777" w:rsidR="00D60F59" w:rsidRPr="00264341" w:rsidRDefault="00D60F59" w:rsidP="00D60F59">
      <w:pPr>
        <w:rPr>
          <w:rFonts w:ascii="Arial" w:hAnsi="Arial" w:cs="Arial"/>
          <w:sz w:val="24"/>
        </w:rPr>
      </w:pPr>
      <w:r w:rsidRPr="00264341">
        <w:rPr>
          <w:rFonts w:ascii="Arial" w:hAnsi="Arial" w:cs="Arial"/>
          <w:sz w:val="24"/>
        </w:rPr>
        <w:t>This project involves the design and development of a responsive website for Ejatechfix. The website showcases phone accessories and services using modern web development techniques. The system integrates dynamic image loading, accordion-based user interfaces, and modular design for scalability.</w:t>
      </w:r>
    </w:p>
    <w:p w14:paraId="46626F38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264341">
        <w:rPr>
          <w:rFonts w:ascii="Arial" w:hAnsi="Arial" w:cs="Arial"/>
          <w:sz w:val="24"/>
        </w:rPr>
        <w:t>The goal of the project is to create a structured, user-friendly, and maintainable website that can be extended in the future.</w:t>
      </w:r>
    </w:p>
    <w:p w14:paraId="4951A21E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5BC52C84" w14:textId="5867B41E" w:rsidR="00D60F59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1D75C428" w14:textId="77777777" w:rsidR="00E359AA" w:rsidRPr="00873746" w:rsidRDefault="00E359AA" w:rsidP="00D60F59">
      <w:pPr>
        <w:rPr>
          <w:rFonts w:asciiTheme="majorHAnsi" w:hAnsiTheme="majorHAnsi" w:cstheme="majorHAnsi"/>
          <w:sz w:val="27"/>
          <w:szCs w:val="27"/>
        </w:rPr>
      </w:pPr>
    </w:p>
    <w:p w14:paraId="3649B911" w14:textId="77777777" w:rsidR="00D60F59" w:rsidRPr="00264341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" w:name="_Toc228334727"/>
      <w:r w:rsidRPr="00264341">
        <w:rPr>
          <w:rFonts w:ascii="Arial" w:hAnsi="Arial" w:cs="Arial"/>
          <w:color w:val="auto"/>
          <w:sz w:val="32"/>
          <w:szCs w:val="32"/>
        </w:rPr>
        <w:t>2. Requirements</w:t>
      </w:r>
      <w:bookmarkEnd w:id="1"/>
    </w:p>
    <w:p w14:paraId="454D9758" w14:textId="77777777" w:rsidR="00D60F59" w:rsidRPr="00264341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2" w:name="_Toc228334728"/>
      <w:r w:rsidRPr="00264341">
        <w:rPr>
          <w:rFonts w:ascii="Arial" w:hAnsi="Arial" w:cs="Arial"/>
          <w:color w:val="auto"/>
          <w:sz w:val="29"/>
          <w:szCs w:val="29"/>
        </w:rPr>
        <w:t>2.1 Functional Requirements</w:t>
      </w:r>
      <w:bookmarkEnd w:id="2"/>
    </w:p>
    <w:p w14:paraId="4CB3E076" w14:textId="77777777" w:rsidR="00D60F59" w:rsidRPr="00264341" w:rsidRDefault="00D60F59" w:rsidP="00D60F59">
      <w:pPr>
        <w:rPr>
          <w:rFonts w:ascii="Arial" w:hAnsi="Arial" w:cs="Arial"/>
          <w:sz w:val="24"/>
        </w:rPr>
      </w:pPr>
      <w:r w:rsidRPr="00264341">
        <w:rPr>
          <w:rFonts w:ascii="Arial" w:hAnsi="Arial" w:cs="Arial"/>
          <w:sz w:val="24"/>
        </w:rPr>
        <w:t>• Display products in categorized sections</w:t>
      </w:r>
      <w:r w:rsidRPr="00264341">
        <w:rPr>
          <w:rFonts w:ascii="Arial" w:hAnsi="Arial" w:cs="Arial"/>
          <w:sz w:val="24"/>
        </w:rPr>
        <w:br/>
        <w:t>• Implement accordion-style navigation</w:t>
      </w:r>
      <w:r w:rsidRPr="00264341">
        <w:rPr>
          <w:rFonts w:ascii="Arial" w:hAnsi="Arial" w:cs="Arial"/>
          <w:sz w:val="24"/>
        </w:rPr>
        <w:br/>
        <w:t>• Enable dynamic loading of product images</w:t>
      </w:r>
      <w:r w:rsidRPr="00264341">
        <w:rPr>
          <w:rFonts w:ascii="Arial" w:hAnsi="Arial" w:cs="Arial"/>
          <w:sz w:val="24"/>
        </w:rPr>
        <w:br/>
        <w:t>• Allow users to view enlarged images on click</w:t>
      </w:r>
      <w:r w:rsidRPr="00264341">
        <w:rPr>
          <w:rFonts w:ascii="Arial" w:hAnsi="Arial" w:cs="Arial"/>
          <w:sz w:val="24"/>
        </w:rPr>
        <w:br/>
        <w:t>• Provide navigation across multiple pages</w:t>
      </w:r>
    </w:p>
    <w:p w14:paraId="2BB6F260" w14:textId="77777777" w:rsidR="00D60F59" w:rsidRPr="00264341" w:rsidRDefault="00D60F59" w:rsidP="00D60F59">
      <w:pPr>
        <w:pStyle w:val="Heading2"/>
        <w:rPr>
          <w:rFonts w:ascii="Arial" w:hAnsi="Arial" w:cs="Arial"/>
          <w:color w:val="auto"/>
          <w:sz w:val="24"/>
          <w:szCs w:val="24"/>
        </w:rPr>
      </w:pPr>
    </w:p>
    <w:p w14:paraId="247D08BF" w14:textId="77777777" w:rsidR="00D60F59" w:rsidRPr="00264341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3" w:name="_Toc228334729"/>
      <w:r w:rsidRPr="00264341">
        <w:rPr>
          <w:rFonts w:ascii="Arial" w:hAnsi="Arial" w:cs="Arial"/>
          <w:color w:val="auto"/>
          <w:sz w:val="29"/>
          <w:szCs w:val="29"/>
        </w:rPr>
        <w:t>2.2 Non-Functional Requirements</w:t>
      </w:r>
      <w:bookmarkEnd w:id="3"/>
    </w:p>
    <w:p w14:paraId="6BC53FE1" w14:textId="77777777" w:rsidR="00D60F59" w:rsidRPr="00264341" w:rsidRDefault="00D60F59" w:rsidP="00D60F59">
      <w:pPr>
        <w:rPr>
          <w:rFonts w:ascii="Arial" w:hAnsi="Arial" w:cs="Arial"/>
          <w:sz w:val="24"/>
        </w:rPr>
      </w:pPr>
      <w:r w:rsidRPr="00264341">
        <w:rPr>
          <w:rFonts w:ascii="Arial" w:hAnsi="Arial" w:cs="Arial"/>
          <w:sz w:val="24"/>
        </w:rPr>
        <w:t>• Responsive design</w:t>
      </w:r>
      <w:r w:rsidRPr="00264341">
        <w:rPr>
          <w:rFonts w:ascii="Arial" w:hAnsi="Arial" w:cs="Arial"/>
          <w:sz w:val="24"/>
        </w:rPr>
        <w:br/>
        <w:t>• Fast loading performance</w:t>
      </w:r>
      <w:r w:rsidRPr="00264341">
        <w:rPr>
          <w:rFonts w:ascii="Arial" w:hAnsi="Arial" w:cs="Arial"/>
          <w:sz w:val="24"/>
        </w:rPr>
        <w:br/>
        <w:t>• Clean and maintainable code</w:t>
      </w:r>
      <w:r w:rsidRPr="00264341">
        <w:rPr>
          <w:rFonts w:ascii="Arial" w:hAnsi="Arial" w:cs="Arial"/>
          <w:sz w:val="24"/>
        </w:rPr>
        <w:br/>
        <w:t>• Accessibility compliance</w:t>
      </w:r>
      <w:r w:rsidRPr="00264341">
        <w:rPr>
          <w:rFonts w:ascii="Arial" w:hAnsi="Arial" w:cs="Arial"/>
          <w:sz w:val="24"/>
        </w:rPr>
        <w:br/>
        <w:t>• Scalability for future upgrades</w:t>
      </w:r>
    </w:p>
    <w:p w14:paraId="0ADB3973" w14:textId="77777777" w:rsidR="00E359AA" w:rsidRDefault="00E359AA" w:rsidP="00D60F59">
      <w:pPr>
        <w:pStyle w:val="Heading1"/>
        <w:rPr>
          <w:rFonts w:cstheme="majorHAnsi"/>
          <w:color w:val="auto"/>
          <w:sz w:val="32"/>
          <w:szCs w:val="32"/>
        </w:rPr>
      </w:pPr>
    </w:p>
    <w:p w14:paraId="0930994C" w14:textId="49F30387" w:rsidR="00D60F59" w:rsidRPr="00264341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4" w:name="_Toc228334730"/>
      <w:r w:rsidRPr="00873746">
        <w:rPr>
          <w:rFonts w:cstheme="majorHAnsi"/>
          <w:color w:val="auto"/>
          <w:sz w:val="32"/>
          <w:szCs w:val="32"/>
        </w:rPr>
        <w:t xml:space="preserve">3. </w:t>
      </w:r>
      <w:r w:rsidRPr="00264341">
        <w:rPr>
          <w:rFonts w:ascii="Arial" w:hAnsi="Arial" w:cs="Arial"/>
          <w:color w:val="auto"/>
          <w:sz w:val="32"/>
          <w:szCs w:val="32"/>
        </w:rPr>
        <w:t>Implementation</w:t>
      </w:r>
      <w:bookmarkEnd w:id="4"/>
    </w:p>
    <w:p w14:paraId="2875A425" w14:textId="77777777" w:rsidR="00D60F59" w:rsidRPr="00873746" w:rsidRDefault="00D60F59" w:rsidP="00D60F59">
      <w:pPr>
        <w:pStyle w:val="Heading2"/>
        <w:rPr>
          <w:rFonts w:cstheme="majorHAnsi"/>
          <w:color w:val="auto"/>
          <w:sz w:val="29"/>
          <w:szCs w:val="29"/>
        </w:rPr>
      </w:pPr>
    </w:p>
    <w:p w14:paraId="4426E75F" w14:textId="77777777" w:rsidR="00D60F59" w:rsidRPr="00264341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5" w:name="_Toc228334731"/>
      <w:r w:rsidRPr="00264341">
        <w:rPr>
          <w:rFonts w:ascii="Arial" w:hAnsi="Arial" w:cs="Arial"/>
          <w:color w:val="auto"/>
          <w:sz w:val="29"/>
          <w:szCs w:val="29"/>
        </w:rPr>
        <w:t>3.1 Technologies Used</w:t>
      </w:r>
      <w:bookmarkEnd w:id="5"/>
    </w:p>
    <w:p w14:paraId="23870FBD" w14:textId="77777777" w:rsidR="00D60F59" w:rsidRPr="00716C55" w:rsidRDefault="00D60F59" w:rsidP="00D60F59">
      <w:pPr>
        <w:rPr>
          <w:rFonts w:ascii="Arial" w:hAnsi="Arial" w:cs="Arial"/>
          <w:sz w:val="24"/>
        </w:rPr>
      </w:pPr>
      <w:r w:rsidRPr="00716C55">
        <w:rPr>
          <w:rFonts w:ascii="Arial" w:hAnsi="Arial" w:cs="Arial"/>
          <w:sz w:val="24"/>
        </w:rPr>
        <w:t>• HTML5</w:t>
      </w:r>
      <w:r w:rsidRPr="00716C55">
        <w:rPr>
          <w:rFonts w:ascii="Arial" w:hAnsi="Arial" w:cs="Arial"/>
          <w:sz w:val="24"/>
        </w:rPr>
        <w:br/>
        <w:t>• CSS3</w:t>
      </w:r>
      <w:r w:rsidRPr="00716C55">
        <w:rPr>
          <w:rFonts w:ascii="Arial" w:hAnsi="Arial" w:cs="Arial"/>
          <w:sz w:val="24"/>
        </w:rPr>
        <w:br/>
        <w:t>• JavaScript (Vanilla)</w:t>
      </w:r>
    </w:p>
    <w:p w14:paraId="0F73928A" w14:textId="77777777" w:rsidR="00D60F59" w:rsidRPr="00873746" w:rsidRDefault="00D60F59" w:rsidP="00D60F59">
      <w:pPr>
        <w:pStyle w:val="Heading2"/>
        <w:rPr>
          <w:rFonts w:cstheme="majorHAnsi"/>
          <w:color w:val="auto"/>
          <w:sz w:val="29"/>
          <w:szCs w:val="29"/>
        </w:rPr>
      </w:pPr>
    </w:p>
    <w:p w14:paraId="5FC9798B" w14:textId="77777777" w:rsidR="00D60F59" w:rsidRPr="00716C55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6" w:name="_Toc228334732"/>
      <w:r w:rsidRPr="00716C55">
        <w:rPr>
          <w:rFonts w:ascii="Arial" w:hAnsi="Arial" w:cs="Arial"/>
          <w:color w:val="auto"/>
          <w:sz w:val="29"/>
          <w:szCs w:val="29"/>
        </w:rPr>
        <w:t>3.2 System Structure</w:t>
      </w:r>
      <w:bookmarkEnd w:id="6"/>
    </w:p>
    <w:p w14:paraId="4F48B94A" w14:textId="57F222C5" w:rsidR="00D60F59" w:rsidRPr="00716C55" w:rsidRDefault="00D60F59" w:rsidP="00D60F59">
      <w:pPr>
        <w:rPr>
          <w:rFonts w:asciiTheme="majorHAnsi" w:hAnsiTheme="majorHAnsi" w:cstheme="majorHAnsi"/>
          <w:sz w:val="24"/>
        </w:rPr>
      </w:pPr>
      <w:r w:rsidRPr="00716C55">
        <w:rPr>
          <w:rFonts w:asciiTheme="majorHAnsi" w:hAnsiTheme="majorHAnsi" w:cstheme="majorHAnsi"/>
          <w:sz w:val="24"/>
        </w:rPr>
        <w:t>htdocs/ejatechfix/</w:t>
      </w:r>
      <w:r w:rsidRPr="00716C55">
        <w:rPr>
          <w:rFonts w:asciiTheme="majorHAnsi" w:hAnsiTheme="majorHAnsi" w:cstheme="majorHAnsi"/>
          <w:sz w:val="24"/>
        </w:rPr>
        <w:br/>
        <w:t>│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index.html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products.html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services.html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contact.html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styles.css</w:t>
      </w:r>
      <w:r w:rsidRPr="00716C55">
        <w:rPr>
          <w:rFonts w:asciiTheme="majorHAnsi" w:hAnsiTheme="majorHAnsi" w:cstheme="majorHAnsi"/>
          <w:sz w:val="24"/>
        </w:rPr>
        <w:br/>
      </w:r>
      <w:r w:rsidRPr="00716C55">
        <w:rPr>
          <w:rFonts w:cs="Calibri"/>
          <w:sz w:val="24"/>
        </w:rPr>
        <w:t>└──</w:t>
      </w:r>
      <w:r w:rsidRPr="00716C55">
        <w:rPr>
          <w:rFonts w:asciiTheme="majorHAnsi" w:hAnsiTheme="majorHAnsi" w:cstheme="majorHAnsi"/>
          <w:sz w:val="24"/>
        </w:rPr>
        <w:t xml:space="preserve"> images/</w:t>
      </w:r>
      <w:r w:rsidRPr="00716C55">
        <w:rPr>
          <w:rFonts w:asciiTheme="majorHAnsi" w:hAnsiTheme="majorHAnsi" w:cstheme="majorHAnsi"/>
          <w:sz w:val="24"/>
        </w:rPr>
        <w:br/>
        <w:t xml:space="preserve">    </w:t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chargers/</w:t>
      </w:r>
      <w:r w:rsidRPr="00716C55">
        <w:rPr>
          <w:rFonts w:asciiTheme="majorHAnsi" w:hAnsiTheme="majorHAnsi" w:cstheme="majorHAnsi"/>
          <w:sz w:val="24"/>
        </w:rPr>
        <w:br/>
        <w:t xml:space="preserve">    </w:t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</w:t>
      </w:r>
      <w:r w:rsidR="00030F78" w:rsidRPr="00716C55">
        <w:rPr>
          <w:rFonts w:asciiTheme="majorHAnsi" w:hAnsiTheme="majorHAnsi" w:cstheme="majorHAnsi"/>
          <w:sz w:val="24"/>
        </w:rPr>
        <w:t>power banks</w:t>
      </w:r>
      <w:r w:rsidRPr="00716C55">
        <w:rPr>
          <w:rFonts w:asciiTheme="majorHAnsi" w:hAnsiTheme="majorHAnsi" w:cstheme="majorHAnsi"/>
          <w:sz w:val="24"/>
        </w:rPr>
        <w:t>/</w:t>
      </w:r>
      <w:r w:rsidRPr="00716C55">
        <w:rPr>
          <w:rFonts w:asciiTheme="majorHAnsi" w:hAnsiTheme="majorHAnsi" w:cstheme="majorHAnsi"/>
          <w:sz w:val="24"/>
        </w:rPr>
        <w:br/>
        <w:t xml:space="preserve">    </w:t>
      </w:r>
      <w:r w:rsidRPr="00716C55">
        <w:rPr>
          <w:rFonts w:ascii="Arial" w:hAnsi="Arial" w:cs="Arial"/>
          <w:sz w:val="24"/>
        </w:rPr>
        <w:t>├</w:t>
      </w:r>
      <w:r w:rsidRPr="00716C55">
        <w:rPr>
          <w:rFonts w:cs="Calibri"/>
          <w:sz w:val="24"/>
        </w:rPr>
        <w:t>──</w:t>
      </w:r>
      <w:r w:rsidRPr="00716C55">
        <w:rPr>
          <w:rFonts w:asciiTheme="majorHAnsi" w:hAnsiTheme="majorHAnsi" w:cstheme="majorHAnsi"/>
          <w:sz w:val="24"/>
        </w:rPr>
        <w:t xml:space="preserve"> cables/</w:t>
      </w:r>
      <w:r w:rsidRPr="00716C55">
        <w:rPr>
          <w:rFonts w:asciiTheme="majorHAnsi" w:hAnsiTheme="majorHAnsi" w:cstheme="majorHAnsi"/>
          <w:sz w:val="24"/>
        </w:rPr>
        <w:br/>
        <w:t xml:space="preserve">    </w:t>
      </w:r>
      <w:r w:rsidRPr="00716C55">
        <w:rPr>
          <w:rFonts w:cs="Calibri"/>
          <w:sz w:val="24"/>
        </w:rPr>
        <w:t>└──</w:t>
      </w:r>
      <w:r w:rsidRPr="00716C55">
        <w:rPr>
          <w:rFonts w:asciiTheme="majorHAnsi" w:hAnsiTheme="majorHAnsi" w:cstheme="majorHAnsi"/>
          <w:sz w:val="24"/>
        </w:rPr>
        <w:t xml:space="preserve"> earbuds/</w:t>
      </w:r>
    </w:p>
    <w:p w14:paraId="33F92606" w14:textId="77777777" w:rsidR="00D60F59" w:rsidRPr="00873746" w:rsidRDefault="00D60F59" w:rsidP="00D60F59">
      <w:pPr>
        <w:pStyle w:val="Heading2"/>
        <w:rPr>
          <w:rFonts w:cstheme="majorHAnsi"/>
          <w:color w:val="auto"/>
          <w:sz w:val="29"/>
          <w:szCs w:val="29"/>
        </w:rPr>
      </w:pPr>
    </w:p>
    <w:p w14:paraId="78347B5C" w14:textId="77777777" w:rsidR="00D60F59" w:rsidRPr="00716C55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7" w:name="_Toc228334733"/>
      <w:r w:rsidRPr="00716C55">
        <w:rPr>
          <w:rFonts w:ascii="Arial" w:hAnsi="Arial" w:cs="Arial"/>
          <w:color w:val="auto"/>
          <w:sz w:val="29"/>
          <w:szCs w:val="29"/>
        </w:rPr>
        <w:t>3.3 Accordion Implementation</w:t>
      </w:r>
      <w:bookmarkEnd w:id="7"/>
    </w:p>
    <w:p w14:paraId="106D67B2" w14:textId="77777777" w:rsidR="00D60F59" w:rsidRPr="00716C55" w:rsidRDefault="00D60F59" w:rsidP="00D60F59">
      <w:pPr>
        <w:rPr>
          <w:rFonts w:ascii="Arial" w:hAnsi="Arial" w:cs="Arial"/>
          <w:sz w:val="24"/>
        </w:rPr>
      </w:pPr>
      <w:r w:rsidRPr="00716C55">
        <w:rPr>
          <w:rFonts w:ascii="Arial" w:hAnsi="Arial" w:cs="Arial"/>
          <w:sz w:val="24"/>
        </w:rPr>
        <w:t>The accordion system allows users to expand and collapse sections dynamically.</w:t>
      </w:r>
    </w:p>
    <w:p w14:paraId="502FC119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</w:pPr>
    </w:p>
    <w:p w14:paraId="530FC714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lastRenderedPageBreak/>
        <w:drawing>
          <wp:inline distT="0" distB="0" distL="0" distR="0" wp14:anchorId="293247B4" wp14:editId="08F581E9">
            <wp:extent cx="3827355" cy="1910687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123" cy="1916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532CB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</w:p>
    <w:p w14:paraId="228A5822" w14:textId="5C20083E" w:rsidR="00D60F59" w:rsidRPr="00342F4D" w:rsidRDefault="00D60F59" w:rsidP="00D60F59">
      <w:pPr>
        <w:rPr>
          <w:rFonts w:ascii="Arial" w:hAnsi="Arial" w:cs="Arial"/>
          <w:sz w:val="20"/>
        </w:rPr>
      </w:pPr>
      <w:r w:rsidRPr="00342F4D">
        <w:rPr>
          <w:rFonts w:ascii="Arial" w:hAnsi="Arial" w:cs="Arial"/>
          <w:sz w:val="20"/>
        </w:rPr>
        <w:t>document.querySelectorAll(".accordion-header").forEach(btn =&gt; {</w:t>
      </w:r>
      <w:r w:rsidRPr="00342F4D">
        <w:rPr>
          <w:rFonts w:ascii="Arial" w:hAnsi="Arial" w:cs="Arial"/>
          <w:sz w:val="20"/>
        </w:rPr>
        <w:br/>
        <w:t xml:space="preserve">  btn.addEventListener("click", () =&gt; {</w:t>
      </w:r>
      <w:r w:rsidRPr="00342F4D">
        <w:rPr>
          <w:rFonts w:ascii="Arial" w:hAnsi="Arial" w:cs="Arial"/>
          <w:sz w:val="20"/>
        </w:rPr>
        <w:br/>
        <w:t xml:space="preserve">    const content = btn.nextElementSibling;</w:t>
      </w:r>
      <w:r w:rsidRPr="00342F4D">
        <w:rPr>
          <w:rFonts w:ascii="Arial" w:hAnsi="Arial" w:cs="Arial"/>
          <w:sz w:val="20"/>
        </w:rPr>
        <w:br/>
        <w:t xml:space="preserve">    document.querySelectorAll(".accordion-content").</w:t>
      </w:r>
      <w:r w:rsidR="00030F78" w:rsidRPr="00342F4D">
        <w:rPr>
          <w:rFonts w:ascii="Arial" w:hAnsi="Arial" w:cs="Arial"/>
          <w:sz w:val="20"/>
        </w:rPr>
        <w:t>for Each</w:t>
      </w:r>
      <w:r w:rsidRPr="00342F4D">
        <w:rPr>
          <w:rFonts w:ascii="Arial" w:hAnsi="Arial" w:cs="Arial"/>
          <w:sz w:val="20"/>
        </w:rPr>
        <w:t>(c =&gt; {</w:t>
      </w:r>
      <w:r w:rsidRPr="00342F4D">
        <w:rPr>
          <w:rFonts w:ascii="Arial" w:hAnsi="Arial" w:cs="Arial"/>
          <w:sz w:val="20"/>
        </w:rPr>
        <w:br/>
        <w:t xml:space="preserve">      if (c !== content) c.style.display = "none";</w:t>
      </w:r>
      <w:r w:rsidRPr="00342F4D">
        <w:rPr>
          <w:rFonts w:ascii="Arial" w:hAnsi="Arial" w:cs="Arial"/>
          <w:sz w:val="20"/>
        </w:rPr>
        <w:br/>
        <w:t xml:space="preserve">    });</w:t>
      </w:r>
      <w:r w:rsidRPr="00342F4D">
        <w:rPr>
          <w:rFonts w:ascii="Arial" w:hAnsi="Arial" w:cs="Arial"/>
          <w:sz w:val="20"/>
        </w:rPr>
        <w:br/>
        <w:t xml:space="preserve">    content.style.display = content.style.display === "block" ? "none</w:t>
      </w:r>
      <w:proofErr w:type="gramStart"/>
      <w:r w:rsidRPr="00342F4D">
        <w:rPr>
          <w:rFonts w:ascii="Arial" w:hAnsi="Arial" w:cs="Arial"/>
          <w:sz w:val="20"/>
        </w:rPr>
        <w:t>" :</w:t>
      </w:r>
      <w:proofErr w:type="gramEnd"/>
      <w:r w:rsidRPr="00342F4D">
        <w:rPr>
          <w:rFonts w:ascii="Arial" w:hAnsi="Arial" w:cs="Arial"/>
          <w:sz w:val="20"/>
        </w:rPr>
        <w:t xml:space="preserve"> "block";</w:t>
      </w:r>
      <w:r w:rsidRPr="00342F4D">
        <w:rPr>
          <w:rFonts w:ascii="Arial" w:hAnsi="Arial" w:cs="Arial"/>
          <w:sz w:val="20"/>
        </w:rPr>
        <w:br/>
        <w:t xml:space="preserve">  });</w:t>
      </w:r>
      <w:r w:rsidRPr="00342F4D">
        <w:rPr>
          <w:rFonts w:ascii="Arial" w:hAnsi="Arial" w:cs="Arial"/>
          <w:sz w:val="20"/>
        </w:rPr>
        <w:br/>
        <w:t>});</w:t>
      </w:r>
    </w:p>
    <w:p w14:paraId="3063E7A5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</w:p>
    <w:p w14:paraId="03BA6FE0" w14:textId="77777777" w:rsidR="00D60F59" w:rsidRPr="00873746" w:rsidRDefault="00D60F59" w:rsidP="00D60F59">
      <w:pPr>
        <w:rPr>
          <w:rFonts w:asciiTheme="majorHAnsi" w:hAnsiTheme="majorHAnsi" w:cstheme="majorHAnsi"/>
        </w:rPr>
      </w:pPr>
    </w:p>
    <w:p w14:paraId="22628A11" w14:textId="77777777" w:rsidR="00D60F59" w:rsidRPr="00342F4D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8" w:name="_Toc228334734"/>
      <w:r w:rsidRPr="00342F4D">
        <w:rPr>
          <w:rFonts w:ascii="Arial" w:hAnsi="Arial" w:cs="Arial"/>
          <w:color w:val="auto"/>
          <w:sz w:val="29"/>
          <w:szCs w:val="29"/>
        </w:rPr>
        <w:t>3.4 Dynamic Image Loading</w:t>
      </w:r>
      <w:bookmarkEnd w:id="8"/>
    </w:p>
    <w:p w14:paraId="39576FAA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342F4D">
        <w:rPr>
          <w:rFonts w:ascii="Arial" w:hAnsi="Arial" w:cs="Arial"/>
          <w:sz w:val="27"/>
          <w:szCs w:val="27"/>
        </w:rPr>
        <w:t>Images are loaded dynamically using JavaScript without hardcoding</w:t>
      </w:r>
      <w:r w:rsidRPr="00873746">
        <w:rPr>
          <w:rFonts w:asciiTheme="majorHAnsi" w:hAnsiTheme="majorHAnsi" w:cstheme="majorHAnsi"/>
          <w:sz w:val="27"/>
          <w:szCs w:val="27"/>
        </w:rPr>
        <w:t>.</w:t>
      </w:r>
    </w:p>
    <w:p w14:paraId="6A639D27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drawing>
          <wp:inline distT="0" distB="0" distL="0" distR="0" wp14:anchorId="4D857FFD" wp14:editId="48AC6A50">
            <wp:extent cx="4579429" cy="2627194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41568" cy="266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0DD8D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</w:p>
    <w:p w14:paraId="729031C7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  <w:r w:rsidRPr="00873746">
        <w:rPr>
          <w:rFonts w:asciiTheme="majorHAnsi" w:hAnsiTheme="majorHAnsi" w:cstheme="majorHAnsi"/>
          <w:sz w:val="20"/>
        </w:rPr>
        <w:t xml:space="preserve">function </w:t>
      </w:r>
      <w:proofErr w:type="gramStart"/>
      <w:r w:rsidRPr="00873746">
        <w:rPr>
          <w:rFonts w:asciiTheme="majorHAnsi" w:hAnsiTheme="majorHAnsi" w:cstheme="majorHAnsi"/>
          <w:sz w:val="20"/>
        </w:rPr>
        <w:t>loadNext(</w:t>
      </w:r>
      <w:proofErr w:type="gramEnd"/>
      <w:r w:rsidRPr="00873746">
        <w:rPr>
          <w:rFonts w:asciiTheme="majorHAnsi" w:hAnsiTheme="majorHAnsi" w:cstheme="majorHAnsi"/>
          <w:sz w:val="20"/>
        </w:rPr>
        <w:t>) {</w:t>
      </w:r>
      <w:r w:rsidRPr="00873746">
        <w:rPr>
          <w:rFonts w:asciiTheme="majorHAnsi" w:hAnsiTheme="majorHAnsi" w:cstheme="majorHAnsi"/>
          <w:sz w:val="20"/>
        </w:rPr>
        <w:br/>
        <w:t xml:space="preserve">  const img = new </w:t>
      </w:r>
      <w:proofErr w:type="gramStart"/>
      <w:r w:rsidRPr="00873746">
        <w:rPr>
          <w:rFonts w:asciiTheme="majorHAnsi" w:hAnsiTheme="majorHAnsi" w:cstheme="majorHAnsi"/>
          <w:sz w:val="20"/>
        </w:rPr>
        <w:t>Image(</w:t>
      </w:r>
      <w:proofErr w:type="gramEnd"/>
      <w:r w:rsidRPr="00873746">
        <w:rPr>
          <w:rFonts w:asciiTheme="majorHAnsi" w:hAnsiTheme="majorHAnsi" w:cstheme="majorHAnsi"/>
          <w:sz w:val="20"/>
        </w:rPr>
        <w:t>);</w:t>
      </w:r>
      <w:r w:rsidRPr="00873746">
        <w:rPr>
          <w:rFonts w:asciiTheme="majorHAnsi" w:hAnsiTheme="majorHAnsi" w:cstheme="majorHAnsi"/>
          <w:sz w:val="20"/>
        </w:rPr>
        <w:br/>
        <w:t xml:space="preserve">  img.src = `images/${folder}/${prefix}${</w:t>
      </w:r>
      <w:proofErr w:type="spellStart"/>
      <w:r w:rsidRPr="00873746">
        <w:rPr>
          <w:rFonts w:asciiTheme="majorHAnsi" w:hAnsiTheme="majorHAnsi" w:cstheme="majorHAnsi"/>
          <w:sz w:val="20"/>
        </w:rPr>
        <w:t>i</w:t>
      </w:r>
      <w:proofErr w:type="spellEnd"/>
      <w:r w:rsidRPr="00873746">
        <w:rPr>
          <w:rFonts w:asciiTheme="majorHAnsi" w:hAnsiTheme="majorHAnsi" w:cstheme="majorHAnsi"/>
          <w:sz w:val="20"/>
        </w:rPr>
        <w:t>}.jpg`;</w:t>
      </w:r>
      <w:r w:rsidRPr="00873746">
        <w:rPr>
          <w:rFonts w:asciiTheme="majorHAnsi" w:hAnsiTheme="majorHAnsi" w:cstheme="majorHAnsi"/>
          <w:sz w:val="20"/>
        </w:rPr>
        <w:br/>
      </w:r>
      <w:r w:rsidRPr="00873746">
        <w:rPr>
          <w:rFonts w:asciiTheme="majorHAnsi" w:hAnsiTheme="majorHAnsi" w:cstheme="majorHAnsi"/>
          <w:sz w:val="20"/>
        </w:rPr>
        <w:lastRenderedPageBreak/>
        <w:t xml:space="preserve">  img.onload = () =&gt; {</w:t>
      </w:r>
      <w:r w:rsidRPr="00873746">
        <w:rPr>
          <w:rFonts w:asciiTheme="majorHAnsi" w:hAnsiTheme="majorHAnsi" w:cstheme="majorHAnsi"/>
          <w:sz w:val="20"/>
        </w:rPr>
        <w:br/>
        <w:t xml:space="preserve">    </w:t>
      </w:r>
      <w:proofErr w:type="gramStart"/>
      <w:r w:rsidRPr="00873746">
        <w:rPr>
          <w:rFonts w:asciiTheme="majorHAnsi" w:hAnsiTheme="majorHAnsi" w:cstheme="majorHAnsi"/>
          <w:sz w:val="20"/>
        </w:rPr>
        <w:t>gallery.appendChild</w:t>
      </w:r>
      <w:proofErr w:type="gramEnd"/>
      <w:r w:rsidRPr="00873746">
        <w:rPr>
          <w:rFonts w:asciiTheme="majorHAnsi" w:hAnsiTheme="majorHAnsi" w:cstheme="majorHAnsi"/>
          <w:sz w:val="20"/>
        </w:rPr>
        <w:t>(img);</w:t>
      </w:r>
      <w:r w:rsidRPr="00873746">
        <w:rPr>
          <w:rFonts w:asciiTheme="majorHAnsi" w:hAnsiTheme="majorHAnsi" w:cstheme="majorHAnsi"/>
          <w:sz w:val="20"/>
        </w:rPr>
        <w:br/>
        <w:t xml:space="preserve">    </w:t>
      </w:r>
      <w:proofErr w:type="spellStart"/>
      <w:r w:rsidRPr="00873746">
        <w:rPr>
          <w:rFonts w:asciiTheme="majorHAnsi" w:hAnsiTheme="majorHAnsi" w:cstheme="majorHAnsi"/>
          <w:sz w:val="20"/>
        </w:rPr>
        <w:t>i</w:t>
      </w:r>
      <w:proofErr w:type="spellEnd"/>
      <w:r w:rsidRPr="00873746">
        <w:rPr>
          <w:rFonts w:asciiTheme="majorHAnsi" w:hAnsiTheme="majorHAnsi" w:cstheme="majorHAnsi"/>
          <w:sz w:val="20"/>
        </w:rPr>
        <w:t>++;</w:t>
      </w:r>
      <w:r w:rsidRPr="00873746">
        <w:rPr>
          <w:rFonts w:asciiTheme="majorHAnsi" w:hAnsiTheme="majorHAnsi" w:cstheme="majorHAnsi"/>
          <w:sz w:val="20"/>
        </w:rPr>
        <w:br/>
        <w:t xml:space="preserve">    </w:t>
      </w:r>
      <w:proofErr w:type="gramStart"/>
      <w:r w:rsidRPr="00873746">
        <w:rPr>
          <w:rFonts w:asciiTheme="majorHAnsi" w:hAnsiTheme="majorHAnsi" w:cstheme="majorHAnsi"/>
          <w:sz w:val="20"/>
        </w:rPr>
        <w:t>loadNext(</w:t>
      </w:r>
      <w:proofErr w:type="gramEnd"/>
      <w:r w:rsidRPr="00873746">
        <w:rPr>
          <w:rFonts w:asciiTheme="majorHAnsi" w:hAnsiTheme="majorHAnsi" w:cstheme="majorHAnsi"/>
          <w:sz w:val="20"/>
        </w:rPr>
        <w:t>);</w:t>
      </w:r>
      <w:r w:rsidRPr="00873746">
        <w:rPr>
          <w:rFonts w:asciiTheme="majorHAnsi" w:hAnsiTheme="majorHAnsi" w:cstheme="majorHAnsi"/>
          <w:sz w:val="20"/>
        </w:rPr>
        <w:br/>
        <w:t xml:space="preserve">  };</w:t>
      </w:r>
      <w:r w:rsidRPr="00873746">
        <w:rPr>
          <w:rFonts w:asciiTheme="majorHAnsi" w:hAnsiTheme="majorHAnsi" w:cstheme="majorHAnsi"/>
          <w:sz w:val="20"/>
        </w:rPr>
        <w:br/>
        <w:t>}</w:t>
      </w:r>
    </w:p>
    <w:p w14:paraId="20D28B0B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</w:p>
    <w:p w14:paraId="482CE044" w14:textId="1737975E" w:rsidR="00D60F59" w:rsidRDefault="00D60F59" w:rsidP="00D60F59">
      <w:pPr>
        <w:rPr>
          <w:rFonts w:asciiTheme="majorHAnsi" w:hAnsiTheme="majorHAnsi" w:cstheme="majorHAnsi"/>
        </w:rPr>
      </w:pPr>
    </w:p>
    <w:p w14:paraId="4AB6B987" w14:textId="19775143" w:rsidR="00E359AA" w:rsidRDefault="00E359AA" w:rsidP="00D60F59">
      <w:pPr>
        <w:rPr>
          <w:rFonts w:asciiTheme="majorHAnsi" w:hAnsiTheme="majorHAnsi" w:cstheme="majorHAnsi"/>
        </w:rPr>
      </w:pPr>
    </w:p>
    <w:p w14:paraId="117534C9" w14:textId="77777777" w:rsidR="00E359AA" w:rsidRDefault="00E359AA" w:rsidP="00D60F59">
      <w:pPr>
        <w:rPr>
          <w:rFonts w:asciiTheme="majorHAnsi" w:hAnsiTheme="majorHAnsi" w:cstheme="majorHAnsi"/>
        </w:rPr>
      </w:pPr>
    </w:p>
    <w:p w14:paraId="38F7CD59" w14:textId="77777777" w:rsidR="00E359AA" w:rsidRPr="00873746" w:rsidRDefault="00E359AA" w:rsidP="00D60F59">
      <w:pPr>
        <w:rPr>
          <w:rFonts w:asciiTheme="majorHAnsi" w:hAnsiTheme="majorHAnsi" w:cstheme="majorHAnsi"/>
        </w:rPr>
      </w:pPr>
    </w:p>
    <w:p w14:paraId="7CA45E2D" w14:textId="77777777" w:rsidR="00D60F59" w:rsidRPr="006B237B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9" w:name="_Toc228334735"/>
      <w:r w:rsidRPr="006B237B">
        <w:rPr>
          <w:rFonts w:ascii="Arial" w:hAnsi="Arial" w:cs="Arial"/>
          <w:color w:val="auto"/>
          <w:sz w:val="29"/>
          <w:szCs w:val="29"/>
        </w:rPr>
        <w:t>3.5 Modal Image Viewer</w:t>
      </w:r>
      <w:bookmarkEnd w:id="9"/>
    </w:p>
    <w:p w14:paraId="48BDDD82" w14:textId="77777777" w:rsidR="00D60F59" w:rsidRPr="006B237B" w:rsidRDefault="00D60F59" w:rsidP="00D60F59">
      <w:pPr>
        <w:rPr>
          <w:rFonts w:ascii="Arial" w:hAnsi="Arial" w:cs="Arial"/>
          <w:sz w:val="24"/>
        </w:rPr>
      </w:pPr>
      <w:r w:rsidRPr="006B237B">
        <w:rPr>
          <w:rFonts w:ascii="Arial" w:hAnsi="Arial" w:cs="Arial"/>
          <w:sz w:val="24"/>
        </w:rPr>
        <w:t>Clicking thumbnails opens a larger version of the image.</w:t>
      </w:r>
    </w:p>
    <w:p w14:paraId="36E79320" w14:textId="77777777" w:rsidR="00D60F59" w:rsidRPr="006B237B" w:rsidRDefault="00D60F59" w:rsidP="00D60F59">
      <w:pPr>
        <w:rPr>
          <w:rFonts w:ascii="Arial" w:hAnsi="Arial" w:cs="Arial"/>
          <w:sz w:val="20"/>
        </w:rPr>
      </w:pPr>
      <w:r w:rsidRPr="006B237B">
        <w:rPr>
          <w:rFonts w:ascii="Arial" w:hAnsi="Arial" w:cs="Arial"/>
          <w:noProof/>
          <w:sz w:val="27"/>
          <w:szCs w:val="27"/>
        </w:rPr>
        <w:drawing>
          <wp:inline distT="0" distB="0" distL="0" distR="0" wp14:anchorId="3689FE1C" wp14:editId="66E63862">
            <wp:extent cx="4678577" cy="2338070"/>
            <wp:effectExtent l="0" t="0" r="825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8577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416BA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</w:p>
    <w:p w14:paraId="50E8D12F" w14:textId="77777777" w:rsidR="00D60F59" w:rsidRPr="00873746" w:rsidRDefault="00D60F59" w:rsidP="00D60F59">
      <w:pPr>
        <w:rPr>
          <w:rFonts w:asciiTheme="majorHAnsi" w:hAnsiTheme="majorHAnsi" w:cstheme="majorHAnsi"/>
          <w:sz w:val="20"/>
        </w:rPr>
      </w:pPr>
      <w:proofErr w:type="gramStart"/>
      <w:r w:rsidRPr="00873746">
        <w:rPr>
          <w:rFonts w:asciiTheme="majorHAnsi" w:hAnsiTheme="majorHAnsi" w:cstheme="majorHAnsi"/>
          <w:sz w:val="20"/>
        </w:rPr>
        <w:t>document.addEventListener</w:t>
      </w:r>
      <w:proofErr w:type="gramEnd"/>
      <w:r w:rsidRPr="00873746">
        <w:rPr>
          <w:rFonts w:asciiTheme="majorHAnsi" w:hAnsiTheme="majorHAnsi" w:cstheme="majorHAnsi"/>
          <w:sz w:val="20"/>
        </w:rPr>
        <w:t>("click", (e) =&gt; {</w:t>
      </w:r>
      <w:r w:rsidRPr="00873746">
        <w:rPr>
          <w:rFonts w:asciiTheme="majorHAnsi" w:hAnsiTheme="majorHAnsi" w:cstheme="majorHAnsi"/>
          <w:sz w:val="20"/>
        </w:rPr>
        <w:br/>
        <w:t xml:space="preserve">  if (</w:t>
      </w:r>
      <w:proofErr w:type="gramStart"/>
      <w:r w:rsidRPr="00873746">
        <w:rPr>
          <w:rFonts w:asciiTheme="majorHAnsi" w:hAnsiTheme="majorHAnsi" w:cstheme="majorHAnsi"/>
          <w:sz w:val="20"/>
        </w:rPr>
        <w:t>e.target</w:t>
      </w:r>
      <w:proofErr w:type="gramEnd"/>
      <w:r w:rsidRPr="00873746">
        <w:rPr>
          <w:rFonts w:asciiTheme="majorHAnsi" w:hAnsiTheme="majorHAnsi" w:cstheme="majorHAnsi"/>
          <w:sz w:val="20"/>
        </w:rPr>
        <w:t>.classList.contains("thumb")) {</w:t>
      </w:r>
      <w:r w:rsidRPr="00873746">
        <w:rPr>
          <w:rFonts w:asciiTheme="majorHAnsi" w:hAnsiTheme="majorHAnsi" w:cstheme="majorHAnsi"/>
          <w:sz w:val="20"/>
        </w:rPr>
        <w:br/>
        <w:t xml:space="preserve">    </w:t>
      </w:r>
      <w:proofErr w:type="gramStart"/>
      <w:r w:rsidRPr="00873746">
        <w:rPr>
          <w:rFonts w:asciiTheme="majorHAnsi" w:hAnsiTheme="majorHAnsi" w:cstheme="majorHAnsi"/>
          <w:sz w:val="20"/>
        </w:rPr>
        <w:t>modal.style</w:t>
      </w:r>
      <w:proofErr w:type="gramEnd"/>
      <w:r w:rsidRPr="00873746">
        <w:rPr>
          <w:rFonts w:asciiTheme="majorHAnsi" w:hAnsiTheme="majorHAnsi" w:cstheme="majorHAnsi"/>
          <w:sz w:val="20"/>
        </w:rPr>
        <w:t>.display = "flex";</w:t>
      </w:r>
      <w:r w:rsidRPr="00873746">
        <w:rPr>
          <w:rFonts w:asciiTheme="majorHAnsi" w:hAnsiTheme="majorHAnsi" w:cstheme="majorHAnsi"/>
          <w:sz w:val="20"/>
        </w:rPr>
        <w:br/>
        <w:t xml:space="preserve">    modalImg.src = e.target.src;</w:t>
      </w:r>
      <w:r w:rsidRPr="00873746">
        <w:rPr>
          <w:rFonts w:asciiTheme="majorHAnsi" w:hAnsiTheme="majorHAnsi" w:cstheme="majorHAnsi"/>
          <w:sz w:val="20"/>
        </w:rPr>
        <w:br/>
        <w:t xml:space="preserve">  }</w:t>
      </w:r>
      <w:r w:rsidRPr="00873746">
        <w:rPr>
          <w:rFonts w:asciiTheme="majorHAnsi" w:hAnsiTheme="majorHAnsi" w:cstheme="majorHAnsi"/>
          <w:sz w:val="20"/>
        </w:rPr>
        <w:br/>
        <w:t>});</w:t>
      </w:r>
    </w:p>
    <w:p w14:paraId="0EADDC68" w14:textId="03D304A7" w:rsidR="00D60F59" w:rsidRDefault="00D60F59" w:rsidP="00D60F59">
      <w:pPr>
        <w:rPr>
          <w:rFonts w:asciiTheme="majorHAnsi" w:hAnsiTheme="majorHAnsi" w:cstheme="majorHAnsi"/>
        </w:rPr>
      </w:pPr>
    </w:p>
    <w:p w14:paraId="51663E67" w14:textId="5A74D70C" w:rsidR="00E359AA" w:rsidRDefault="00E359AA" w:rsidP="00D60F59">
      <w:pPr>
        <w:rPr>
          <w:rFonts w:asciiTheme="majorHAnsi" w:hAnsiTheme="majorHAnsi" w:cstheme="majorHAnsi"/>
        </w:rPr>
      </w:pPr>
    </w:p>
    <w:p w14:paraId="4F6ADB33" w14:textId="63AC8FF4" w:rsidR="00E359AA" w:rsidRDefault="00E359AA" w:rsidP="00D60F59">
      <w:pPr>
        <w:rPr>
          <w:rFonts w:asciiTheme="majorHAnsi" w:hAnsiTheme="majorHAnsi" w:cstheme="majorHAnsi"/>
        </w:rPr>
      </w:pPr>
    </w:p>
    <w:p w14:paraId="6E1B7B60" w14:textId="77777777" w:rsidR="00E359AA" w:rsidRPr="00873746" w:rsidRDefault="00E359AA" w:rsidP="00D60F59">
      <w:pPr>
        <w:rPr>
          <w:rFonts w:asciiTheme="majorHAnsi" w:hAnsiTheme="majorHAnsi" w:cstheme="majorHAnsi"/>
        </w:rPr>
      </w:pPr>
    </w:p>
    <w:p w14:paraId="3EED3D93" w14:textId="77777777" w:rsidR="00D60F59" w:rsidRPr="00F809AB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0" w:name="_Toc228302696"/>
      <w:bookmarkStart w:id="11" w:name="_Toc228334736"/>
      <w:r w:rsidRPr="00F809AB">
        <w:rPr>
          <w:rFonts w:ascii="Arial" w:hAnsi="Arial" w:cs="Arial"/>
          <w:color w:val="auto"/>
          <w:sz w:val="32"/>
          <w:szCs w:val="32"/>
        </w:rPr>
        <w:t>4. Validation</w:t>
      </w:r>
      <w:bookmarkEnd w:id="10"/>
      <w:bookmarkEnd w:id="11"/>
    </w:p>
    <w:p w14:paraId="2E60084B" w14:textId="77777777" w:rsidR="00D60F59" w:rsidRPr="006B237B" w:rsidRDefault="00D60F59" w:rsidP="00D60F59">
      <w:pPr>
        <w:rPr>
          <w:rFonts w:ascii="Arial" w:hAnsi="Arial" w:cs="Arial"/>
          <w:sz w:val="24"/>
        </w:rPr>
      </w:pPr>
      <w:r w:rsidRPr="006B237B">
        <w:rPr>
          <w:rFonts w:ascii="Arial" w:hAnsi="Arial" w:cs="Arial"/>
          <w:sz w:val="24"/>
        </w:rPr>
        <w:t>The system was tested to ensure:</w:t>
      </w:r>
    </w:p>
    <w:p w14:paraId="352B018F" w14:textId="77777777" w:rsidR="00D60F59" w:rsidRPr="006B237B" w:rsidRDefault="00D60F59" w:rsidP="00D60F59">
      <w:pPr>
        <w:rPr>
          <w:rFonts w:ascii="Arial" w:hAnsi="Arial" w:cs="Arial"/>
          <w:sz w:val="24"/>
        </w:rPr>
      </w:pPr>
      <w:r w:rsidRPr="006B237B">
        <w:rPr>
          <w:rFonts w:ascii="Arial" w:hAnsi="Arial" w:cs="Arial"/>
          <w:sz w:val="24"/>
        </w:rPr>
        <w:t>• Accordions expand and collapse correctly</w:t>
      </w:r>
      <w:r w:rsidRPr="006B237B">
        <w:rPr>
          <w:rFonts w:ascii="Arial" w:hAnsi="Arial" w:cs="Arial"/>
          <w:sz w:val="24"/>
        </w:rPr>
        <w:br/>
        <w:t>• Images load dynamically without errors</w:t>
      </w:r>
      <w:r w:rsidRPr="006B237B">
        <w:rPr>
          <w:rFonts w:ascii="Arial" w:hAnsi="Arial" w:cs="Arial"/>
          <w:sz w:val="24"/>
        </w:rPr>
        <w:br/>
      </w:r>
      <w:r w:rsidRPr="006B237B">
        <w:rPr>
          <w:rFonts w:ascii="Arial" w:hAnsi="Arial" w:cs="Arial"/>
          <w:sz w:val="24"/>
        </w:rPr>
        <w:lastRenderedPageBreak/>
        <w:t>• Thumbnails open in modal view</w:t>
      </w:r>
      <w:r w:rsidRPr="006B237B">
        <w:rPr>
          <w:rFonts w:ascii="Arial" w:hAnsi="Arial" w:cs="Arial"/>
          <w:sz w:val="24"/>
        </w:rPr>
        <w:br/>
        <w:t>• Navigation between pages works properly</w:t>
      </w:r>
    </w:p>
    <w:p w14:paraId="4DE79C65" w14:textId="77777777" w:rsidR="00D60F59" w:rsidRPr="006B237B" w:rsidRDefault="00D60F59" w:rsidP="00D60F59">
      <w:pPr>
        <w:rPr>
          <w:rFonts w:ascii="Arial" w:hAnsi="Arial" w:cs="Arial"/>
          <w:sz w:val="24"/>
        </w:rPr>
      </w:pPr>
      <w:r w:rsidRPr="006B237B">
        <w:rPr>
          <w:rFonts w:ascii="Arial" w:hAnsi="Arial" w:cs="Arial"/>
          <w:sz w:val="24"/>
        </w:rPr>
        <w:t>Testing was conducted using browser developer tools and manual interaction.</w:t>
      </w:r>
    </w:p>
    <w:p w14:paraId="3F1E333D" w14:textId="48CD9127" w:rsidR="00E359AA" w:rsidRPr="00F809AB" w:rsidRDefault="00D60F59" w:rsidP="00E359AA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2" w:name="_Toc228334737"/>
      <w:r w:rsidRPr="00F809AB">
        <w:rPr>
          <w:rFonts w:ascii="Arial" w:hAnsi="Arial" w:cs="Arial"/>
          <w:color w:val="auto"/>
          <w:sz w:val="32"/>
          <w:szCs w:val="32"/>
        </w:rPr>
        <w:t>5. Evaluation</w:t>
      </w:r>
      <w:bookmarkEnd w:id="12"/>
    </w:p>
    <w:p w14:paraId="2B45BDB9" w14:textId="521307C7" w:rsidR="00D60F59" w:rsidRPr="00F809AB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13" w:name="_Toc228334738"/>
      <w:r w:rsidRPr="00F809AB">
        <w:rPr>
          <w:rFonts w:ascii="Arial" w:hAnsi="Arial" w:cs="Arial"/>
          <w:color w:val="auto"/>
          <w:sz w:val="29"/>
          <w:szCs w:val="29"/>
        </w:rPr>
        <w:t>5.1 Usability and Usefulness</w:t>
      </w:r>
      <w:bookmarkEnd w:id="13"/>
    </w:p>
    <w:p w14:paraId="2D8C2CD6" w14:textId="77777777" w:rsidR="00D60F59" w:rsidRPr="00F809AB" w:rsidRDefault="00D60F59" w:rsidP="00D60F59">
      <w:pPr>
        <w:rPr>
          <w:rFonts w:ascii="Arial" w:hAnsi="Arial" w:cs="Arial"/>
          <w:sz w:val="24"/>
        </w:rPr>
      </w:pPr>
      <w:r w:rsidRPr="00F809AB">
        <w:rPr>
          <w:rFonts w:ascii="Arial" w:hAnsi="Arial" w:cs="Arial"/>
          <w:sz w:val="24"/>
        </w:rPr>
        <w:t>The system provides:</w:t>
      </w:r>
      <w:r w:rsidRPr="00F809AB">
        <w:rPr>
          <w:rFonts w:ascii="Arial" w:hAnsi="Arial" w:cs="Arial"/>
          <w:sz w:val="24"/>
        </w:rPr>
        <w:br/>
        <w:t>• Clear navigation through accordion UI</w:t>
      </w:r>
      <w:r w:rsidRPr="00F809AB">
        <w:rPr>
          <w:rFonts w:ascii="Arial" w:hAnsi="Arial" w:cs="Arial"/>
          <w:sz w:val="24"/>
        </w:rPr>
        <w:br/>
        <w:t>• Easy access to product categories</w:t>
      </w:r>
      <w:r w:rsidRPr="00F809AB">
        <w:rPr>
          <w:rFonts w:ascii="Arial" w:hAnsi="Arial" w:cs="Arial"/>
          <w:sz w:val="24"/>
        </w:rPr>
        <w:br/>
        <w:t>• Simple interaction via click-based image expansion</w:t>
      </w:r>
    </w:p>
    <w:p w14:paraId="75A0E448" w14:textId="77777777" w:rsidR="00D60F59" w:rsidRPr="00F809AB" w:rsidRDefault="00D60F59" w:rsidP="00D60F59">
      <w:pPr>
        <w:rPr>
          <w:rFonts w:ascii="Arial" w:hAnsi="Arial" w:cs="Arial"/>
          <w:sz w:val="24"/>
        </w:rPr>
      </w:pPr>
      <w:r w:rsidRPr="00F809AB">
        <w:rPr>
          <w:rFonts w:ascii="Arial" w:hAnsi="Arial" w:cs="Arial"/>
          <w:sz w:val="24"/>
        </w:rPr>
        <w:t>Users can quickly locate products and view details without clutter.</w:t>
      </w:r>
    </w:p>
    <w:p w14:paraId="1CC4E68E" w14:textId="77777777" w:rsidR="00E359AA" w:rsidRPr="00F809AB" w:rsidRDefault="00E359AA" w:rsidP="00D60F59">
      <w:pPr>
        <w:pStyle w:val="Heading2"/>
        <w:rPr>
          <w:rFonts w:ascii="Arial" w:hAnsi="Arial" w:cs="Arial"/>
          <w:color w:val="auto"/>
          <w:sz w:val="24"/>
          <w:szCs w:val="24"/>
        </w:rPr>
      </w:pPr>
    </w:p>
    <w:p w14:paraId="3862967E" w14:textId="3CE7BA90" w:rsidR="00D60F59" w:rsidRPr="00F809AB" w:rsidRDefault="00D60F59" w:rsidP="00D60F59">
      <w:pPr>
        <w:pStyle w:val="Heading2"/>
        <w:rPr>
          <w:rFonts w:ascii="Arial" w:hAnsi="Arial" w:cs="Arial"/>
          <w:color w:val="auto"/>
        </w:rPr>
      </w:pPr>
      <w:bookmarkStart w:id="14" w:name="_Toc228334739"/>
      <w:r w:rsidRPr="00F809AB">
        <w:rPr>
          <w:rFonts w:ascii="Arial" w:hAnsi="Arial" w:cs="Arial"/>
          <w:color w:val="auto"/>
          <w:sz w:val="29"/>
          <w:szCs w:val="29"/>
        </w:rPr>
        <w:t xml:space="preserve">5.2 Search Engine </w:t>
      </w:r>
      <w:r w:rsidR="00ED532E" w:rsidRPr="00F809AB">
        <w:rPr>
          <w:rFonts w:ascii="Arial" w:hAnsi="Arial" w:cs="Arial"/>
          <w:color w:val="auto"/>
          <w:sz w:val="29"/>
          <w:szCs w:val="29"/>
        </w:rPr>
        <w:t>Optimization</w:t>
      </w:r>
      <w:r w:rsidRPr="00F809AB">
        <w:rPr>
          <w:rFonts w:ascii="Arial" w:hAnsi="Arial" w:cs="Arial"/>
          <w:color w:val="auto"/>
          <w:sz w:val="29"/>
          <w:szCs w:val="29"/>
        </w:rPr>
        <w:t xml:space="preserve"> (SEO</w:t>
      </w:r>
      <w:r w:rsidRPr="00F809AB">
        <w:rPr>
          <w:rFonts w:ascii="Arial" w:hAnsi="Arial" w:cs="Arial"/>
          <w:color w:val="auto"/>
        </w:rPr>
        <w:t>)</w:t>
      </w:r>
      <w:bookmarkEnd w:id="14"/>
    </w:p>
    <w:p w14:paraId="39342ED3" w14:textId="77777777" w:rsidR="00D60F59" w:rsidRPr="00F809AB" w:rsidRDefault="00D60F59" w:rsidP="00D60F59">
      <w:pPr>
        <w:rPr>
          <w:rFonts w:ascii="Arial" w:hAnsi="Arial" w:cs="Arial"/>
          <w:sz w:val="24"/>
        </w:rPr>
      </w:pPr>
      <w:r w:rsidRPr="00F809AB">
        <w:rPr>
          <w:rFonts w:ascii="Arial" w:hAnsi="Arial" w:cs="Arial"/>
          <w:sz w:val="24"/>
        </w:rPr>
        <w:t>Although the site is locally hosted, SEO principles were applied:</w:t>
      </w:r>
      <w:r w:rsidRPr="00F809AB">
        <w:rPr>
          <w:rFonts w:ascii="Arial" w:hAnsi="Arial" w:cs="Arial"/>
          <w:sz w:val="24"/>
        </w:rPr>
        <w:br/>
        <w:t>• Proper heading structure (H1–H3)</w:t>
      </w:r>
      <w:r w:rsidRPr="00F809AB">
        <w:rPr>
          <w:rFonts w:ascii="Arial" w:hAnsi="Arial" w:cs="Arial"/>
          <w:sz w:val="24"/>
        </w:rPr>
        <w:br/>
        <w:t>• Descriptive ALT text for images</w:t>
      </w:r>
      <w:r w:rsidRPr="00F809AB">
        <w:rPr>
          <w:rFonts w:ascii="Arial" w:hAnsi="Arial" w:cs="Arial"/>
          <w:sz w:val="24"/>
        </w:rPr>
        <w:br/>
        <w:t>• Clean file naming and structure</w:t>
      </w:r>
    </w:p>
    <w:p w14:paraId="560AA6A0" w14:textId="77777777" w:rsidR="00E359AA" w:rsidRPr="00F809AB" w:rsidRDefault="00E359AA" w:rsidP="00D60F59">
      <w:pPr>
        <w:pStyle w:val="Heading2"/>
        <w:rPr>
          <w:rFonts w:ascii="Arial" w:hAnsi="Arial" w:cs="Arial"/>
          <w:color w:val="auto"/>
          <w:sz w:val="24"/>
          <w:szCs w:val="24"/>
        </w:rPr>
      </w:pPr>
    </w:p>
    <w:p w14:paraId="21F52055" w14:textId="11466E85" w:rsidR="00D60F59" w:rsidRPr="00F809AB" w:rsidRDefault="00D60F59" w:rsidP="00D60F59">
      <w:pPr>
        <w:pStyle w:val="Heading2"/>
        <w:rPr>
          <w:rFonts w:ascii="Arial" w:hAnsi="Arial" w:cs="Arial"/>
          <w:color w:val="auto"/>
          <w:sz w:val="29"/>
          <w:szCs w:val="29"/>
        </w:rPr>
      </w:pPr>
      <w:bookmarkStart w:id="15" w:name="_Toc228334740"/>
      <w:r w:rsidRPr="00F809AB">
        <w:rPr>
          <w:rFonts w:ascii="Arial" w:hAnsi="Arial" w:cs="Arial"/>
          <w:color w:val="auto"/>
          <w:sz w:val="29"/>
          <w:szCs w:val="29"/>
        </w:rPr>
        <w:t>5.3 Accessibility (WCAG 2.1)</w:t>
      </w:r>
      <w:bookmarkEnd w:id="15"/>
    </w:p>
    <w:p w14:paraId="53E621E3" w14:textId="77777777" w:rsidR="00D60F59" w:rsidRPr="00F809AB" w:rsidRDefault="00D60F59" w:rsidP="00D60F59">
      <w:pPr>
        <w:rPr>
          <w:rFonts w:ascii="Arial" w:hAnsi="Arial" w:cs="Arial"/>
          <w:sz w:val="24"/>
        </w:rPr>
      </w:pPr>
      <w:r w:rsidRPr="00F809AB">
        <w:rPr>
          <w:rFonts w:ascii="Arial" w:hAnsi="Arial" w:cs="Arial"/>
          <w:sz w:val="24"/>
        </w:rPr>
        <w:t>Accessibility considerations include:</w:t>
      </w:r>
      <w:r w:rsidRPr="00F809AB">
        <w:rPr>
          <w:rFonts w:ascii="Arial" w:hAnsi="Arial" w:cs="Arial"/>
          <w:sz w:val="24"/>
        </w:rPr>
        <w:br/>
        <w:t>• Use of semantic HTML</w:t>
      </w:r>
      <w:r w:rsidRPr="00F809AB">
        <w:rPr>
          <w:rFonts w:ascii="Arial" w:hAnsi="Arial" w:cs="Arial"/>
          <w:sz w:val="24"/>
        </w:rPr>
        <w:br/>
        <w:t>• ALT text for images</w:t>
      </w:r>
      <w:r w:rsidRPr="00F809AB">
        <w:rPr>
          <w:rFonts w:ascii="Arial" w:hAnsi="Arial" w:cs="Arial"/>
          <w:sz w:val="24"/>
        </w:rPr>
        <w:br/>
        <w:t>• Clear navigation structure</w:t>
      </w:r>
      <w:r w:rsidRPr="00F809AB">
        <w:rPr>
          <w:rFonts w:ascii="Arial" w:hAnsi="Arial" w:cs="Arial"/>
          <w:sz w:val="24"/>
        </w:rPr>
        <w:br/>
        <w:t>• Readable font sizes and contrast</w:t>
      </w:r>
    </w:p>
    <w:p w14:paraId="3EAEE678" w14:textId="77777777" w:rsidR="00D60F59" w:rsidRPr="00030F78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6" w:name="_Toc228334741"/>
      <w:r w:rsidRPr="00030F78">
        <w:rPr>
          <w:rFonts w:ascii="Arial" w:hAnsi="Arial" w:cs="Arial"/>
          <w:color w:val="auto"/>
          <w:sz w:val="32"/>
          <w:szCs w:val="32"/>
        </w:rPr>
        <w:t>6. Comparison of Two Live Websites</w:t>
      </w:r>
      <w:bookmarkEnd w:id="16"/>
    </w:p>
    <w:p w14:paraId="56CC5DBD" w14:textId="77777777" w:rsidR="00D60F59" w:rsidRPr="00F809AB" w:rsidRDefault="00D60F59" w:rsidP="00D60F59">
      <w:pPr>
        <w:rPr>
          <w:rFonts w:ascii="Arial" w:hAnsi="Arial" w:cs="Arial"/>
          <w:sz w:val="24"/>
        </w:rPr>
      </w:pPr>
      <w:r w:rsidRPr="00F809AB">
        <w:rPr>
          <w:rFonts w:ascii="Arial" w:hAnsi="Arial" w:cs="Arial"/>
          <w:sz w:val="24"/>
        </w:rPr>
        <w:t>Website 1: Generic E-commerce Site</w:t>
      </w:r>
      <w:r w:rsidRPr="00F809AB">
        <w:rPr>
          <w:rFonts w:ascii="Arial" w:hAnsi="Arial" w:cs="Arial"/>
          <w:sz w:val="24"/>
        </w:rPr>
        <w:br/>
        <w:t>• Uses grid layout for products</w:t>
      </w:r>
      <w:r w:rsidRPr="00F809AB">
        <w:rPr>
          <w:rFonts w:ascii="Arial" w:hAnsi="Arial" w:cs="Arial"/>
          <w:sz w:val="24"/>
        </w:rPr>
        <w:br/>
        <w:t>• Heavy reliance on frameworks</w:t>
      </w:r>
      <w:r w:rsidRPr="00F809AB">
        <w:rPr>
          <w:rFonts w:ascii="Arial" w:hAnsi="Arial" w:cs="Arial"/>
          <w:sz w:val="24"/>
        </w:rPr>
        <w:br/>
        <w:t>• Slower load times</w:t>
      </w:r>
    </w:p>
    <w:p w14:paraId="0B17702B" w14:textId="77777777" w:rsidR="00374A44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873746">
        <w:rPr>
          <w:rFonts w:asciiTheme="majorHAnsi" w:hAnsiTheme="majorHAnsi" w:cstheme="majorHAnsi"/>
          <w:sz w:val="27"/>
          <w:szCs w:val="27"/>
        </w:rPr>
        <w:t>Website 2: Minimal Tech Store</w:t>
      </w:r>
      <w:r w:rsidRPr="00873746">
        <w:rPr>
          <w:rFonts w:asciiTheme="majorHAnsi" w:hAnsiTheme="majorHAnsi" w:cstheme="majorHAnsi"/>
          <w:sz w:val="27"/>
          <w:szCs w:val="27"/>
        </w:rPr>
        <w:br/>
      </w:r>
      <w:r w:rsidRPr="00F809AB">
        <w:rPr>
          <w:rFonts w:ascii="Arial" w:hAnsi="Arial" w:cs="Arial"/>
          <w:sz w:val="24"/>
        </w:rPr>
        <w:t>• Clean UI design</w:t>
      </w:r>
      <w:r w:rsidRPr="00F809AB">
        <w:rPr>
          <w:rFonts w:ascii="Arial" w:hAnsi="Arial" w:cs="Arial"/>
          <w:sz w:val="24"/>
        </w:rPr>
        <w:br/>
        <w:t>• Faster performance</w:t>
      </w:r>
    </w:p>
    <w:p w14:paraId="7934F4D2" w14:textId="4EFAEB08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873746">
        <w:rPr>
          <w:rFonts w:asciiTheme="majorHAnsi" w:hAnsiTheme="majorHAnsi" w:cstheme="majorHAnsi"/>
          <w:sz w:val="27"/>
          <w:szCs w:val="27"/>
        </w:rPr>
        <w:lastRenderedPageBreak/>
        <w:t>• Limited interactivity</w:t>
      </w:r>
    </w:p>
    <w:p w14:paraId="7FA12255" w14:textId="71A73ECF" w:rsidR="00D60F59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tbl>
      <w:tblPr>
        <w:tblStyle w:val="TableGrid"/>
        <w:tblpPr w:leftFromText="180" w:rightFromText="180" w:vertAnchor="text" w:horzAnchor="margin" w:tblpY="471"/>
        <w:tblW w:w="0" w:type="auto"/>
        <w:tblLook w:val="04A0" w:firstRow="1" w:lastRow="0" w:firstColumn="1" w:lastColumn="0" w:noHBand="0" w:noVBand="1"/>
      </w:tblPr>
      <w:tblGrid>
        <w:gridCol w:w="2103"/>
        <w:gridCol w:w="2081"/>
        <w:gridCol w:w="2064"/>
        <w:gridCol w:w="2048"/>
      </w:tblGrid>
      <w:tr w:rsidR="00374A44" w:rsidRPr="00374A44" w14:paraId="2D1425AA" w14:textId="77777777" w:rsidTr="00374A44">
        <w:tc>
          <w:tcPr>
            <w:tcW w:w="2103" w:type="dxa"/>
          </w:tcPr>
          <w:p w14:paraId="365C8E55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Feature</w:t>
            </w:r>
          </w:p>
        </w:tc>
        <w:tc>
          <w:tcPr>
            <w:tcW w:w="2081" w:type="dxa"/>
          </w:tcPr>
          <w:p w14:paraId="17CD18F1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Ejatechfix</w:t>
            </w:r>
          </w:p>
        </w:tc>
        <w:tc>
          <w:tcPr>
            <w:tcW w:w="2064" w:type="dxa"/>
          </w:tcPr>
          <w:p w14:paraId="324282A9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Site 1</w:t>
            </w:r>
          </w:p>
        </w:tc>
        <w:tc>
          <w:tcPr>
            <w:tcW w:w="2048" w:type="dxa"/>
          </w:tcPr>
          <w:p w14:paraId="3C9B4E35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Site 2</w:t>
            </w:r>
          </w:p>
        </w:tc>
      </w:tr>
      <w:tr w:rsidR="00374A44" w:rsidRPr="00374A44" w14:paraId="1486FD4D" w14:textId="77777777" w:rsidTr="00374A44">
        <w:tc>
          <w:tcPr>
            <w:tcW w:w="2103" w:type="dxa"/>
          </w:tcPr>
          <w:p w14:paraId="78F5BF80" w14:textId="77777777" w:rsidR="00374A44" w:rsidRPr="00374A44" w:rsidRDefault="00374A44" w:rsidP="00374A44">
            <w:pPr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UI</w:t>
            </w:r>
          </w:p>
        </w:tc>
        <w:tc>
          <w:tcPr>
            <w:tcW w:w="2081" w:type="dxa"/>
          </w:tcPr>
          <w:p w14:paraId="06C07C0D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Accordion-based</w:t>
            </w:r>
          </w:p>
        </w:tc>
        <w:tc>
          <w:tcPr>
            <w:tcW w:w="2064" w:type="dxa"/>
          </w:tcPr>
          <w:p w14:paraId="2163BD97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Grid</w:t>
            </w:r>
          </w:p>
        </w:tc>
        <w:tc>
          <w:tcPr>
            <w:tcW w:w="2048" w:type="dxa"/>
          </w:tcPr>
          <w:p w14:paraId="0A6D0C8C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Minimal</w:t>
            </w:r>
          </w:p>
        </w:tc>
      </w:tr>
      <w:tr w:rsidR="00374A44" w:rsidRPr="00374A44" w14:paraId="30EA34E7" w14:textId="77777777" w:rsidTr="00374A44">
        <w:tc>
          <w:tcPr>
            <w:tcW w:w="2103" w:type="dxa"/>
          </w:tcPr>
          <w:p w14:paraId="19B02D6B" w14:textId="77777777" w:rsidR="00374A44" w:rsidRPr="00374A44" w:rsidRDefault="00374A44" w:rsidP="00374A44">
            <w:pPr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Performance</w:t>
            </w:r>
          </w:p>
        </w:tc>
        <w:tc>
          <w:tcPr>
            <w:tcW w:w="2081" w:type="dxa"/>
          </w:tcPr>
          <w:p w14:paraId="16CB2F6D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Fast</w:t>
            </w:r>
          </w:p>
        </w:tc>
        <w:tc>
          <w:tcPr>
            <w:tcW w:w="2064" w:type="dxa"/>
          </w:tcPr>
          <w:p w14:paraId="0BE71C01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Moderate</w:t>
            </w:r>
          </w:p>
        </w:tc>
        <w:tc>
          <w:tcPr>
            <w:tcW w:w="2048" w:type="dxa"/>
          </w:tcPr>
          <w:p w14:paraId="3C29F6B4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Fast</w:t>
            </w:r>
          </w:p>
        </w:tc>
      </w:tr>
      <w:tr w:rsidR="00374A44" w:rsidRPr="00374A44" w14:paraId="6EFFAB0A" w14:textId="77777777" w:rsidTr="00374A44">
        <w:tc>
          <w:tcPr>
            <w:tcW w:w="2103" w:type="dxa"/>
          </w:tcPr>
          <w:p w14:paraId="23FC4FC5" w14:textId="77777777" w:rsidR="00374A44" w:rsidRPr="00374A44" w:rsidRDefault="00374A44" w:rsidP="00374A44">
            <w:pPr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Scalability</w:t>
            </w:r>
          </w:p>
        </w:tc>
        <w:tc>
          <w:tcPr>
            <w:tcW w:w="2081" w:type="dxa"/>
          </w:tcPr>
          <w:p w14:paraId="218D07D8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2064" w:type="dxa"/>
          </w:tcPr>
          <w:p w14:paraId="3A72A3B0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2048" w:type="dxa"/>
          </w:tcPr>
          <w:p w14:paraId="5AFE75F2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Low</w:t>
            </w:r>
          </w:p>
        </w:tc>
      </w:tr>
      <w:tr w:rsidR="00374A44" w:rsidRPr="00374A44" w14:paraId="28E126BE" w14:textId="77777777" w:rsidTr="00374A44">
        <w:tc>
          <w:tcPr>
            <w:tcW w:w="2103" w:type="dxa"/>
          </w:tcPr>
          <w:p w14:paraId="61518E93" w14:textId="77777777" w:rsidR="00374A44" w:rsidRPr="00374A44" w:rsidRDefault="00374A44" w:rsidP="00374A44">
            <w:pPr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Interactivity</w:t>
            </w:r>
          </w:p>
        </w:tc>
        <w:tc>
          <w:tcPr>
            <w:tcW w:w="2081" w:type="dxa"/>
          </w:tcPr>
          <w:p w14:paraId="10D785A1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2064" w:type="dxa"/>
          </w:tcPr>
          <w:p w14:paraId="372E3E5E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2048" w:type="dxa"/>
          </w:tcPr>
          <w:p w14:paraId="041B5D91" w14:textId="77777777" w:rsidR="00374A44" w:rsidRPr="00374A44" w:rsidRDefault="00374A44" w:rsidP="00374A44">
            <w:pPr>
              <w:jc w:val="center"/>
              <w:rPr>
                <w:rFonts w:ascii="Arial" w:hAnsi="Arial" w:cs="Arial"/>
                <w:sz w:val="24"/>
              </w:rPr>
            </w:pPr>
            <w:r w:rsidRPr="00374A44"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3821809D" w14:textId="77777777" w:rsidR="00E359AA" w:rsidRPr="00873746" w:rsidRDefault="00E359AA" w:rsidP="00D60F59">
      <w:pPr>
        <w:rPr>
          <w:rFonts w:asciiTheme="majorHAnsi" w:hAnsiTheme="majorHAnsi" w:cstheme="majorHAnsi"/>
          <w:sz w:val="27"/>
          <w:szCs w:val="27"/>
        </w:rPr>
      </w:pPr>
    </w:p>
    <w:p w14:paraId="25A8F1F8" w14:textId="77777777" w:rsidR="00D60F59" w:rsidRPr="00873746" w:rsidRDefault="00D60F59" w:rsidP="00D60F59">
      <w:pPr>
        <w:pStyle w:val="Heading1"/>
        <w:rPr>
          <w:rFonts w:cstheme="majorHAnsi"/>
          <w:color w:val="auto"/>
          <w:sz w:val="32"/>
          <w:szCs w:val="32"/>
        </w:rPr>
      </w:pPr>
    </w:p>
    <w:p w14:paraId="5D577EB9" w14:textId="77777777" w:rsidR="00D60F59" w:rsidRPr="00374A44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7" w:name="_Toc228334742"/>
      <w:r w:rsidRPr="00374A44">
        <w:rPr>
          <w:rFonts w:ascii="Arial" w:hAnsi="Arial" w:cs="Arial"/>
          <w:color w:val="auto"/>
          <w:sz w:val="32"/>
          <w:szCs w:val="32"/>
        </w:rPr>
        <w:t>7. Conclusion</w:t>
      </w:r>
      <w:bookmarkEnd w:id="17"/>
    </w:p>
    <w:p w14:paraId="00A571ED" w14:textId="77777777" w:rsidR="00D60F59" w:rsidRPr="00030F78" w:rsidRDefault="00D60F59" w:rsidP="00D60F59">
      <w:pPr>
        <w:rPr>
          <w:rFonts w:ascii="Arial" w:hAnsi="Arial" w:cs="Arial"/>
          <w:sz w:val="24"/>
        </w:rPr>
      </w:pPr>
      <w:r w:rsidRPr="00030F78">
        <w:rPr>
          <w:rFonts w:ascii="Arial" w:hAnsi="Arial" w:cs="Arial"/>
          <w:sz w:val="24"/>
        </w:rPr>
        <w:t>The project successfully demonstrates the development of a modern, scalable website using core web technologies. The use of dynamic loading and modular design ensures maintainability and future expansion.</w:t>
      </w:r>
    </w:p>
    <w:p w14:paraId="66104818" w14:textId="77777777" w:rsidR="00D60F59" w:rsidRPr="00030F78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8" w:name="_Toc228334743"/>
      <w:r w:rsidRPr="00030F78">
        <w:rPr>
          <w:rFonts w:ascii="Arial" w:hAnsi="Arial" w:cs="Arial"/>
          <w:color w:val="auto"/>
          <w:sz w:val="32"/>
          <w:szCs w:val="32"/>
        </w:rPr>
        <w:t>8. References (IEEE)</w:t>
      </w:r>
      <w:bookmarkEnd w:id="18"/>
    </w:p>
    <w:p w14:paraId="19AAA700" w14:textId="77777777" w:rsidR="00D60F59" w:rsidRPr="00030F78" w:rsidRDefault="00D60F59" w:rsidP="00D60F59">
      <w:pPr>
        <w:rPr>
          <w:rFonts w:ascii="Arial" w:hAnsi="Arial" w:cs="Arial"/>
          <w:sz w:val="24"/>
        </w:rPr>
      </w:pPr>
      <w:r w:rsidRPr="00030F78">
        <w:rPr>
          <w:rFonts w:ascii="Arial" w:hAnsi="Arial" w:cs="Arial"/>
          <w:sz w:val="24"/>
          <w:u w:val="single"/>
        </w:rPr>
        <w:t>[1] W3C, “HTML5 Specification,” 2023.</w:t>
      </w:r>
      <w:r w:rsidRPr="00030F78">
        <w:rPr>
          <w:rFonts w:ascii="Arial" w:hAnsi="Arial" w:cs="Arial"/>
          <w:sz w:val="24"/>
          <w:u w:val="single"/>
        </w:rPr>
        <w:br/>
      </w:r>
      <w:r w:rsidRPr="00030F78">
        <w:rPr>
          <w:rFonts w:ascii="Arial" w:hAnsi="Arial" w:cs="Arial"/>
          <w:sz w:val="24"/>
        </w:rPr>
        <w:t>[2] Mozilla Developer Network, “JavaScript Documentation,” 2024.</w:t>
      </w:r>
      <w:r w:rsidRPr="00030F78">
        <w:rPr>
          <w:rFonts w:ascii="Arial" w:hAnsi="Arial" w:cs="Arial"/>
          <w:sz w:val="24"/>
        </w:rPr>
        <w:br/>
        <w:t>[3] W3C, “WCAG 2.1 Guidelines,” 2018.</w:t>
      </w:r>
    </w:p>
    <w:p w14:paraId="42D5679E" w14:textId="77777777" w:rsidR="00D60F59" w:rsidRPr="00030F78" w:rsidRDefault="00D60F59" w:rsidP="00D60F59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19" w:name="_Toc228334744"/>
      <w:r w:rsidRPr="00030F78">
        <w:rPr>
          <w:rFonts w:ascii="Arial" w:hAnsi="Arial" w:cs="Arial"/>
          <w:color w:val="auto"/>
          <w:sz w:val="32"/>
          <w:szCs w:val="32"/>
        </w:rPr>
        <w:t>9. Appendices</w:t>
      </w:r>
      <w:bookmarkEnd w:id="19"/>
    </w:p>
    <w:p w14:paraId="0FF4F038" w14:textId="77777777" w:rsidR="00D60F59" w:rsidRPr="00030F78" w:rsidRDefault="00D60F59" w:rsidP="00D60F59">
      <w:pPr>
        <w:rPr>
          <w:rFonts w:ascii="Arial" w:hAnsi="Arial" w:cs="Arial"/>
          <w:sz w:val="27"/>
          <w:szCs w:val="27"/>
        </w:rPr>
      </w:pPr>
      <w:r w:rsidRPr="00030F78">
        <w:rPr>
          <w:rFonts w:ascii="Arial" w:hAnsi="Arial" w:cs="Arial"/>
          <w:b/>
          <w:bCs/>
          <w:sz w:val="27"/>
          <w:szCs w:val="27"/>
        </w:rPr>
        <w:t>Appendix A: Full Source Code</w:t>
      </w:r>
      <w:r w:rsidRPr="00030F78">
        <w:rPr>
          <w:rFonts w:ascii="Arial" w:hAnsi="Arial" w:cs="Arial"/>
          <w:sz w:val="27"/>
          <w:szCs w:val="27"/>
        </w:rPr>
        <w:t>s</w:t>
      </w:r>
      <w:r w:rsidRPr="00030F78">
        <w:rPr>
          <w:rFonts w:ascii="Arial" w:hAnsi="Arial" w:cs="Arial"/>
          <w:sz w:val="24"/>
        </w:rPr>
        <w:br/>
      </w:r>
    </w:p>
    <w:p w14:paraId="42B04353" w14:textId="77777777" w:rsidR="00D60F59" w:rsidRPr="00030F78" w:rsidRDefault="00D60F59" w:rsidP="00D60F59">
      <w:pPr>
        <w:rPr>
          <w:rFonts w:ascii="Arial" w:hAnsi="Arial" w:cs="Arial"/>
          <w:b/>
          <w:bCs/>
          <w:sz w:val="24"/>
          <w:u w:val="single"/>
        </w:rPr>
      </w:pPr>
      <w:r w:rsidRPr="00030F78">
        <w:rPr>
          <w:rFonts w:ascii="Arial" w:hAnsi="Arial" w:cs="Arial"/>
          <w:b/>
          <w:bCs/>
          <w:sz w:val="24"/>
          <w:u w:val="single"/>
        </w:rPr>
        <w:t>Index.html</w:t>
      </w:r>
    </w:p>
    <w:p w14:paraId="7F139CB8" w14:textId="77777777" w:rsidR="00D60F59" w:rsidRPr="00374A44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2E702951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&lt;!DOCTYPE html&gt;</w:t>
      </w:r>
    </w:p>
    <w:p w14:paraId="1FEDE69D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&lt;html lang="</w:t>
      </w:r>
      <w:proofErr w:type="spellStart"/>
      <w:r w:rsidRPr="00374A44">
        <w:rPr>
          <w:rFonts w:ascii="Arial" w:eastAsia="Times New Roman" w:hAnsi="Arial" w:cs="Arial"/>
          <w:szCs w:val="21"/>
          <w:lang w:val="en-GB" w:eastAsia="en-GB"/>
        </w:rPr>
        <w:t>en</w:t>
      </w:r>
      <w:proofErr w:type="spellEnd"/>
      <w:r w:rsidRPr="00374A44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04B4D4E1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&lt;head&gt;</w:t>
      </w:r>
    </w:p>
    <w:p w14:paraId="285765ED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3BEDF2B0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32842F9E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1423868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31ECE9D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8D3E686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&lt;title&gt;Affordable Phone Accessories in Abuja | Ejatechfix&lt;/title&gt;</w:t>
      </w:r>
    </w:p>
    <w:p w14:paraId="243F817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3568374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name="description</w:t>
      </w:r>
      <w:r w:rsidRPr="00873746">
        <w:rPr>
          <w:rFonts w:ascii="Consolas" w:eastAsia="Times New Roman" w:hAnsi="Consolas" w:cs="Times New Roman"/>
          <w:szCs w:val="21"/>
          <w:lang w:val="en-GB" w:eastAsia="en-GB"/>
        </w:rPr>
        <w:t xml:space="preserve">" content="Ejatechfix offers affordable phone accessories, chargers, power banks, and repair services in Abuja, Nigeria. </w:t>
      </w:r>
      <w:r w:rsidRPr="00374A44">
        <w:rPr>
          <w:rFonts w:ascii="Arial" w:eastAsia="Times New Roman" w:hAnsi="Arial" w:cs="Arial"/>
          <w:szCs w:val="21"/>
          <w:lang w:val="en-GB" w:eastAsia="en-GB"/>
        </w:rPr>
        <w:lastRenderedPageBreak/>
        <w:t>Reliable and budget-friendly tech solutions."&gt;</w:t>
      </w:r>
    </w:p>
    <w:p w14:paraId="18FDCF16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BFE3F94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name="keywords" content="phone accessories Abuja, chargers Nigeria, power banks Abuja, phone repair Abuja, Ejatechfix"&gt;</w:t>
      </w:r>
    </w:p>
    <w:p w14:paraId="43DA00A2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D5727F6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name="author" content="Ejatechfix"&gt;</w:t>
      </w:r>
    </w:p>
    <w:p w14:paraId="33A4CB6E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41D043D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&lt;!-- Open Graph (for social sharing) --&gt;</w:t>
      </w:r>
    </w:p>
    <w:p w14:paraId="78388AB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property="og:title" content="Ejatechfix - Affordable Tech in Abuja"&gt;</w:t>
      </w:r>
    </w:p>
    <w:p w14:paraId="2C2ED0FF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property="og:description" content="Shop quality phone accessories and repair services in Abuja."&gt;</w:t>
      </w:r>
    </w:p>
    <w:p w14:paraId="1B148ECC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property="og:type" content="website"&gt;</w:t>
      </w:r>
    </w:p>
    <w:p w14:paraId="7EB6D882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property="og:url" content="https://yourdomain.com"&gt;</w:t>
      </w:r>
    </w:p>
    <w:p w14:paraId="479D007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&lt;meta property="og:image" content="https://yourdomain.com/images/preview.jpg"&gt;</w:t>
      </w:r>
    </w:p>
    <w:p w14:paraId="6D27BE34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8B8BD1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&lt;!-- Favicon --&gt;</w:t>
      </w:r>
    </w:p>
    <w:p w14:paraId="523AD9EB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&lt;link rel="icon" href="images/favicon.ico"&gt;</w:t>
      </w:r>
    </w:p>
    <w:p w14:paraId="36C6FFE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&lt;link rel="stylesheet" href="styles.css"&gt;</w:t>
      </w:r>
    </w:p>
    <w:p w14:paraId="0B546AEF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&lt;/head&gt;</w:t>
      </w:r>
    </w:p>
    <w:p w14:paraId="40970BC5" w14:textId="77777777" w:rsidR="00D60F59" w:rsidRPr="00374A44" w:rsidRDefault="00D60F59" w:rsidP="00D60F59">
      <w:pPr>
        <w:shd w:val="clear" w:color="auto" w:fill="1F1F1F"/>
        <w:spacing w:after="240"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DAB6033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32968A5A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document.addEventListener("DOMContentLoaded", () =&gt; {</w:t>
      </w:r>
    </w:p>
    <w:p w14:paraId="5446620E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B2C983E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374A44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374A44">
        <w:rPr>
          <w:rFonts w:ascii="Arial" w:eastAsia="Times New Roman" w:hAnsi="Arial" w:cs="Arial"/>
          <w:szCs w:val="21"/>
          <w:lang w:val="en-GB" w:eastAsia="en-GB"/>
        </w:rPr>
        <w:t xml:space="preserve"> Names for ALT text</w:t>
      </w:r>
    </w:p>
    <w:p w14:paraId="68D93E3D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const names = {</w:t>
      </w:r>
    </w:p>
    <w:p w14:paraId="7135A171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chargers: "Phone Charger",</w:t>
      </w:r>
    </w:p>
    <w:p w14:paraId="317F72D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powerbanks: "Power Bank",</w:t>
      </w:r>
    </w:p>
    <w:p w14:paraId="0165BFFC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cables: "USB Cable",</w:t>
      </w:r>
    </w:p>
    <w:p w14:paraId="3782CF2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earbuds: "Bluetooth Earbuds"</w:t>
      </w:r>
    </w:p>
    <w:p w14:paraId="30521C9B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};</w:t>
      </w:r>
    </w:p>
    <w:p w14:paraId="59203AE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4808C88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374A44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374A44">
        <w:rPr>
          <w:rFonts w:ascii="Arial" w:eastAsia="Times New Roman" w:hAnsi="Arial" w:cs="Arial"/>
          <w:szCs w:val="21"/>
          <w:lang w:val="en-GB" w:eastAsia="en-GB"/>
        </w:rPr>
        <w:t xml:space="preserve"> ACCORDION LOGIC (FIXED)</w:t>
      </w:r>
    </w:p>
    <w:p w14:paraId="129C045E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document.querySelectorAll(".accordion-header").forEach(btn =&gt; {</w:t>
      </w:r>
    </w:p>
    <w:p w14:paraId="06603E2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btn.addEventListener("click", () =&gt; {</w:t>
      </w:r>
    </w:p>
    <w:p w14:paraId="353D13E4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const content = btn.nextElementSibling;</w:t>
      </w:r>
    </w:p>
    <w:p w14:paraId="0330F4BD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829A126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document.querySelectorAll(".accordion-content").forEach(c =&gt; {</w:t>
      </w:r>
    </w:p>
    <w:p w14:paraId="4017E1E9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  if (c !== content) c.style.display = "none";</w:t>
      </w:r>
    </w:p>
    <w:p w14:paraId="6F426D77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});</w:t>
      </w:r>
    </w:p>
    <w:p w14:paraId="626E6A3C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0EE7150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content.style.display =</w:t>
      </w:r>
    </w:p>
    <w:p w14:paraId="167DEB06" w14:textId="77777777" w:rsidR="00D60F59" w:rsidRPr="00374A44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374A44">
        <w:rPr>
          <w:rFonts w:ascii="Arial" w:eastAsia="Times New Roman" w:hAnsi="Arial" w:cs="Arial"/>
          <w:szCs w:val="21"/>
          <w:lang w:val="en-GB" w:eastAsia="en-GB"/>
        </w:rPr>
        <w:t>        content.style.display === "block" ? "none" : "block";</w:t>
      </w:r>
    </w:p>
    <w:p w14:paraId="77ADFA4D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   });</w:t>
      </w:r>
    </w:p>
    <w:p w14:paraId="686853DB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 });</w:t>
      </w:r>
    </w:p>
    <w:p w14:paraId="0565EA61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</w:p>
    <w:p w14:paraId="31DD3B5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MODAL</w:t>
      </w:r>
    </w:p>
    <w:p w14:paraId="0F3A69F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const modal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document.createElement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("div");</w:t>
      </w:r>
    </w:p>
    <w:p w14:paraId="4F00487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modal.classList.add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("modal");</w:t>
      </w:r>
    </w:p>
    <w:p w14:paraId="58E9540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modal.innerHTML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&gt;";</w:t>
      </w:r>
    </w:p>
    <w:p w14:paraId="0A4A478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document.body.appendChild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(modal);</w:t>
      </w:r>
    </w:p>
    <w:p w14:paraId="5EA5A5A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3D0112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modal.querySelector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");</w:t>
      </w:r>
    </w:p>
    <w:p w14:paraId="302F65E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564389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GALLERY LOADER</w:t>
      </w:r>
    </w:p>
    <w:p w14:paraId="10DCAAA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document.querySelectorAll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(".gallery").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forEach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(gallery =&gt; {</w:t>
      </w:r>
    </w:p>
    <w:p w14:paraId="7C8B139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folder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gallery.dataset.folder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7E7C7D8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prefix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gallery.dataset.prefix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08E8518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count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parseInt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gallery.dataset.count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);</w:t>
      </w:r>
    </w:p>
    <w:p w14:paraId="538C656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C1B3DE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for (let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1;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&lt;= count;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++) {</w:t>
      </w:r>
    </w:p>
    <w:p w14:paraId="4C2332D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document.createElement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");</w:t>
      </w:r>
    </w:p>
    <w:p w14:paraId="7D6347F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4CC95F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`images/${folder}/${prefix}${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}.jpg`;</w:t>
      </w:r>
    </w:p>
    <w:p w14:paraId="17A2DAD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img.classList.add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("thumb");</w:t>
      </w:r>
    </w:p>
    <w:p w14:paraId="5DB2FC7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img.loading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"lazy";</w:t>
      </w:r>
    </w:p>
    <w:p w14:paraId="368D4E0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5F8589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img.alt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`${names[folder]} ${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} -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`;</w:t>
      </w:r>
    </w:p>
    <w:p w14:paraId="036B42B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4EC3B1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gallery.appendChild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);</w:t>
      </w:r>
    </w:p>
    <w:p w14:paraId="35A44A9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ACF074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("click", () =&gt; {</w:t>
      </w:r>
    </w:p>
    <w:p w14:paraId="735823D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"flex";</w:t>
      </w:r>
    </w:p>
    <w:p w14:paraId="176497C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modalImg.src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091E58B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});</w:t>
      </w:r>
    </w:p>
    <w:p w14:paraId="6C3E7EF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}</w:t>
      </w:r>
    </w:p>
    <w:p w14:paraId="349A51D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1F42FCF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7EFC20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("click", () =&gt; {</w:t>
      </w:r>
    </w:p>
    <w:p w14:paraId="73F49EF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"none";</w:t>
      </w:r>
    </w:p>
    <w:p w14:paraId="0A83BB6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7AB85B1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D8A8B6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});</w:t>
      </w:r>
    </w:p>
    <w:p w14:paraId="1713659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5E2DCE10" w14:textId="77777777" w:rsidR="00D60F59" w:rsidRPr="00695C87" w:rsidRDefault="00D60F59" w:rsidP="00D60F59">
      <w:pPr>
        <w:shd w:val="clear" w:color="auto" w:fill="1F1F1F"/>
        <w:spacing w:after="240"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E47251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&lt;body&gt;</w:t>
      </w:r>
    </w:p>
    <w:p w14:paraId="2A669EB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DE30D7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&lt;header&gt;</w:t>
      </w:r>
    </w:p>
    <w:p w14:paraId="4A88A9A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&lt;h1&gt;EJATECH&amp;FIX ICT ACCESSORIES&lt;/h1&gt;</w:t>
      </w:r>
    </w:p>
    <w:p w14:paraId="77E07B0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9DD7B5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&lt;nav&gt;</w:t>
      </w:r>
    </w:p>
    <w:p w14:paraId="40D1755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&lt;ul&gt;</w:t>
      </w:r>
    </w:p>
    <w:p w14:paraId="3E90A35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="index.html"&gt;Home&lt;/a&gt;&lt;/li&gt;</w:t>
      </w:r>
    </w:p>
    <w:p w14:paraId="4DD714A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="products.html"&gt;Products&lt;/a&gt;&lt;/li&gt;</w:t>
      </w:r>
    </w:p>
    <w:p w14:paraId="4F41030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="services.html"&gt;Services&lt;/a&gt;&lt;/li&gt;</w:t>
      </w:r>
    </w:p>
    <w:p w14:paraId="0C1EA0C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="contact.html"&gt;Contact&lt;/a&gt;&lt;/li&gt;</w:t>
      </w:r>
    </w:p>
    <w:p w14:paraId="0E0BB03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&lt;/ul&gt;</w:t>
      </w:r>
    </w:p>
    <w:p w14:paraId="7173FC5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&lt;/nav&gt;</w:t>
      </w:r>
    </w:p>
    <w:p w14:paraId="09A508C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B4D719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&lt;/header&gt;</w:t>
      </w:r>
    </w:p>
    <w:p w14:paraId="050A638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A99E19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&lt;section class="hero"&gt;</w:t>
      </w:r>
    </w:p>
    <w:p w14:paraId="7C6FBDE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&lt;h2&gt;Your Trusted ICT Accessories &amp; Repair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Center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&lt;/h2&gt;</w:t>
      </w:r>
    </w:p>
    <w:p w14:paraId="65D66BA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&lt;p&gt;We sell quality ICT accessories and provide professional device repair services.&lt;/p&gt;</w:t>
      </w:r>
    </w:p>
    <w:p w14:paraId="6DEC491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="products.html" class="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btn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"&gt;View Products&lt;/a&gt;</w:t>
      </w:r>
    </w:p>
    <w:p w14:paraId="1CBDFC3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3F8258D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697488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&lt;section class="accordion"&gt;</w:t>
      </w:r>
    </w:p>
    <w:p w14:paraId="74C58E9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9FC689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434516A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class="accordion-header"&gt;Our Products&lt;/button&gt;</w:t>
      </w:r>
    </w:p>
    <w:p w14:paraId="4C82446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3C861CE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&lt;ul class="icon-list"&gt;</w:t>
      </w:r>
    </w:p>
    <w:p w14:paraId="001061D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🔌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Chargers&lt;/li&gt;</w:t>
      </w:r>
    </w:p>
    <w:p w14:paraId="0F86B30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🔋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Power Banks&lt;/li&gt;</w:t>
      </w:r>
    </w:p>
    <w:p w14:paraId="3D8FBEC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🔗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USB Cables&lt;/li&gt;</w:t>
      </w:r>
    </w:p>
    <w:p w14:paraId="4E97DE7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🎧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Earbuds&lt;/li&gt;</w:t>
      </w:r>
    </w:p>
    <w:p w14:paraId="333E45A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&lt;/ul&gt;</w:t>
      </w:r>
    </w:p>
    <w:p w14:paraId="77023FD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&lt;/div&gt;</w:t>
      </w:r>
    </w:p>
    <w:p w14:paraId="2C586C8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57486B4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047924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24C281D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class="accordion-header"&gt;Our Services&lt;/button&gt;</w:t>
      </w:r>
    </w:p>
    <w:p w14:paraId="54FBA76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5551671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&lt;ul class="icon-list"&gt;</w:t>
      </w:r>
    </w:p>
    <w:p w14:paraId="2EECCD4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Symbol" w:eastAsia="Times New Roman" w:hAnsi="Segoe UI Symbol" w:cs="Segoe UI Symbol"/>
          <w:szCs w:val="21"/>
          <w:lang w:val="en-GB" w:eastAsia="en-GB"/>
        </w:rPr>
        <w:t>🛠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Phone Repairs&lt;/li&gt;</w:t>
      </w:r>
    </w:p>
    <w:p w14:paraId="4D8CC4A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📶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Network Setup&lt;/li&gt;</w:t>
      </w:r>
    </w:p>
    <w:p w14:paraId="2C6252E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💻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Tech Support&lt;/li&gt;</w:t>
      </w:r>
    </w:p>
    <w:p w14:paraId="53124B6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&lt;/ul&gt;</w:t>
      </w:r>
    </w:p>
    <w:p w14:paraId="7FE32A5E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   &lt;/div&gt;</w:t>
      </w:r>
    </w:p>
    <w:p w14:paraId="48DD5FB2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 &lt;/div&gt;</w:t>
      </w:r>
    </w:p>
    <w:p w14:paraId="6FACF9C4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</w:p>
    <w:p w14:paraId="59F6C6B1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873746">
        <w:rPr>
          <w:rFonts w:ascii="Consolas" w:eastAsia="Times New Roman" w:hAnsi="Consolas" w:cs="Times New Roman"/>
          <w:szCs w:val="21"/>
          <w:lang w:val="en-GB" w:eastAsia="en-GB"/>
        </w:rPr>
        <w:t>  &lt;div class="accordion-item"&gt;</w:t>
      </w:r>
    </w:p>
    <w:p w14:paraId="6B31631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lastRenderedPageBreak/>
        <w:t>  &lt;button class="accordion-header"&gt;Affordable Prices&lt;/button&gt;</w:t>
      </w:r>
    </w:p>
    <w:p w14:paraId="60B4688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class="accordion-content"&gt;</w:t>
      </w:r>
    </w:p>
    <w:p w14:paraId="041B4CA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&lt;ul class="icon-list"&gt;</w:t>
      </w:r>
    </w:p>
    <w:p w14:paraId="26595AD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🐷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Budget-friendly options&lt;/li&gt;</w:t>
      </w:r>
    </w:p>
    <w:p w14:paraId="4CFDF93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💰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Value for money&lt;/li&gt;</w:t>
      </w:r>
    </w:p>
    <w:p w14:paraId="464D8A8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&lt;li&gt;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📉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Competitive pricing&lt;/li&gt;</w:t>
      </w:r>
    </w:p>
    <w:p w14:paraId="27C8C3C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&lt;/ul&gt;</w:t>
      </w:r>
    </w:p>
    <w:p w14:paraId="5C0A5AA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144420C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&lt;/div&gt;</w:t>
      </w:r>
    </w:p>
    <w:p w14:paraId="14A9DB3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34BA8E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189C145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6C526B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&lt;div id="footer"&gt;&lt;/div&gt;</w:t>
      </w:r>
    </w:p>
    <w:p w14:paraId="446A536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E0D8C7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28D2EEC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fetch("footer.html")</w:t>
      </w:r>
    </w:p>
    <w:p w14:paraId="3F1FF71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.then(res =&gt;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res.text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())</w:t>
      </w:r>
    </w:p>
    <w:p w14:paraId="4856947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.then(data =&gt; {</w:t>
      </w:r>
    </w:p>
    <w:p w14:paraId="3C8B00D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document.getElementById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("footer").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innerHTML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data;</w:t>
      </w:r>
    </w:p>
    <w:p w14:paraId="3BABD68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4A51C92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3E9E4A9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9A0348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&lt;/body&gt;</w:t>
      </w:r>
    </w:p>
    <w:p w14:paraId="720C2FA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&lt;/html&gt;</w:t>
      </w:r>
    </w:p>
    <w:p w14:paraId="588D093C" w14:textId="77777777" w:rsidR="00D60F59" w:rsidRPr="00695C87" w:rsidRDefault="00D60F59" w:rsidP="00D60F59">
      <w:pPr>
        <w:rPr>
          <w:rFonts w:ascii="Arial" w:hAnsi="Arial" w:cs="Arial"/>
          <w:sz w:val="27"/>
          <w:szCs w:val="27"/>
        </w:rPr>
      </w:pPr>
    </w:p>
    <w:p w14:paraId="35A82E78" w14:textId="77777777" w:rsidR="00D60F59" w:rsidRPr="00695C87" w:rsidRDefault="00D60F59" w:rsidP="00D60F59">
      <w:pPr>
        <w:rPr>
          <w:rFonts w:ascii="Arial" w:hAnsi="Arial" w:cs="Arial"/>
          <w:sz w:val="27"/>
          <w:szCs w:val="27"/>
        </w:rPr>
      </w:pPr>
    </w:p>
    <w:p w14:paraId="100B8C1C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695C87">
        <w:rPr>
          <w:rFonts w:ascii="Arial" w:hAnsi="Arial" w:cs="Arial"/>
          <w:b/>
          <w:bCs/>
          <w:sz w:val="27"/>
          <w:szCs w:val="27"/>
          <w:u w:val="single"/>
        </w:rPr>
        <w:t>Products.html</w:t>
      </w:r>
    </w:p>
    <w:p w14:paraId="260AD1D6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0820B30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&lt;!DOCTYPE html&gt;</w:t>
      </w:r>
    </w:p>
    <w:p w14:paraId="69817E9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&lt;html lang="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en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27E25FA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&lt;head&gt;</w:t>
      </w:r>
    </w:p>
    <w:p w14:paraId="327BE8E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56A3977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5CF6F2D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08CE316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694A822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A6FF96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&lt;title&gt;Phone Chargers, Power Banks &amp; Accessories |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Abuja&lt;/title&gt;</w:t>
      </w:r>
    </w:p>
    <w:p w14:paraId="64C0633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3AC5ED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name="description" content="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offers affordable phone accessories, chargers, power banks, and repair services in Abuja, Nigeria. Reliable and budget-friendly tech solutions."&gt;</w:t>
      </w:r>
    </w:p>
    <w:p w14:paraId="46C07BE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15F616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&lt;meta name="keywords" content="phone accessories Abuja, chargers Nigeria, power banks Abuja, phone repair Abuja,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2327B31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50F101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name="author" content="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6DE910C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1368F7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&lt;!-- Open Graph (for social sharing) --&gt;</w:t>
      </w:r>
    </w:p>
    <w:p w14:paraId="452BBAE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property="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og:title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 content="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- Affordable Tech in Abuja"&gt;</w:t>
      </w:r>
    </w:p>
    <w:p w14:paraId="39ADF98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property="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og:description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 content="Shop quality phone accessories and repair services in Abuja."&gt;</w:t>
      </w:r>
    </w:p>
    <w:p w14:paraId="6249653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property="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og:type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 content="website"&gt;</w:t>
      </w:r>
    </w:p>
    <w:p w14:paraId="34BCADE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property="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og:url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 content="https://yourdomain.com"&gt;</w:t>
      </w:r>
    </w:p>
    <w:p w14:paraId="4569006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property="og:image" content="https://yourdomain.com/images/preview.jpg"&gt;</w:t>
      </w:r>
    </w:p>
    <w:p w14:paraId="6840C50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7D2BEE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&lt;!-- Favicon --&gt;</w:t>
      </w:r>
    </w:p>
    <w:p w14:paraId="0AF2BAA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&lt;link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rel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="icon"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="images/favicon.ico"&gt;</w:t>
      </w:r>
    </w:p>
    <w:p w14:paraId="1CF0440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&lt;link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rel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="stylesheet"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="styles.css"&gt;</w:t>
      </w:r>
    </w:p>
    <w:p w14:paraId="486DCD4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&lt;/head&gt;</w:t>
      </w:r>
    </w:p>
    <w:p w14:paraId="3769F53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6F1FF1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3CD3548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DOMContentLoaded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", () =&gt; {</w:t>
      </w:r>
    </w:p>
    <w:p w14:paraId="125F2DD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86E66A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Friendly names for ALT text</w:t>
      </w:r>
    </w:p>
    <w:p w14:paraId="6E65BEF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names = {</w:t>
      </w:r>
    </w:p>
    <w:p w14:paraId="505B9B1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charger: "Phone Charger",</w:t>
      </w:r>
    </w:p>
    <w:p w14:paraId="655A86C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: "Power Bank",</w:t>
      </w:r>
    </w:p>
    <w:p w14:paraId="5CF1083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cable: "USB Cable",</w:t>
      </w:r>
    </w:p>
    <w:p w14:paraId="25D5C96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earbuds: "Bluetooth Earbuds"</w:t>
      </w:r>
    </w:p>
    <w:p w14:paraId="159B511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};</w:t>
      </w:r>
    </w:p>
    <w:p w14:paraId="028220A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52B0C2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ACCORDION LOGIC</w:t>
      </w:r>
    </w:p>
    <w:p w14:paraId="6F7DB5B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document.querySelectorAll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(".accordion-header").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forEach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btn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=&gt; {</w:t>
      </w:r>
    </w:p>
    <w:p w14:paraId="44B223B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btn.addEventListener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("click", () =&gt; {</w:t>
      </w:r>
    </w:p>
    <w:p w14:paraId="01123B9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content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btn.nextElementSibling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3385DF1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1CC1BC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document.querySelectorAll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(".accordion-content").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forEach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(c =&gt; {</w:t>
      </w:r>
    </w:p>
    <w:p w14:paraId="7E53270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if (c !== content)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"none";</w:t>
      </w:r>
    </w:p>
    <w:p w14:paraId="570E204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});</w:t>
      </w:r>
    </w:p>
    <w:p w14:paraId="53F96AC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2835C5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content.style.display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</w:t>
      </w:r>
    </w:p>
    <w:p w14:paraId="2479767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content.style.display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=== "block" ? "none" : "block";</w:t>
      </w:r>
    </w:p>
    <w:p w14:paraId="62C2109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});</w:t>
      </w:r>
    </w:p>
    <w:p w14:paraId="4A04340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1E4C8D9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9E1AC2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MODAL SETUP</w:t>
      </w:r>
    </w:p>
    <w:p w14:paraId="6196587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modal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document.createElement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("div");</w:t>
      </w:r>
    </w:p>
    <w:p w14:paraId="5FCDAB3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modal.classList.add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("modal");</w:t>
      </w:r>
    </w:p>
    <w:p w14:paraId="702E6E3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lastRenderedPageBreak/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modal.innerHTML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&gt;";</w:t>
      </w:r>
    </w:p>
    <w:p w14:paraId="4046286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document.body.appendChild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(modal);</w:t>
      </w:r>
    </w:p>
    <w:p w14:paraId="5E884F0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E4CC36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modal.querySelector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");</w:t>
      </w:r>
    </w:p>
    <w:p w14:paraId="51F1ADB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FA2617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GLOBAL CLICK HANDLER (works for dynamic images)</w:t>
      </w:r>
    </w:p>
    <w:p w14:paraId="53828C4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("click", (e) =&gt; {</w:t>
      </w:r>
    </w:p>
    <w:p w14:paraId="524BEBB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if (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e.target.classList.contains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("thumb")) {</w:t>
      </w:r>
    </w:p>
    <w:p w14:paraId="459E8B3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"flex";</w:t>
      </w:r>
    </w:p>
    <w:p w14:paraId="6E50B97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modalImg.src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e.target.src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29E7F24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}</w:t>
      </w:r>
    </w:p>
    <w:p w14:paraId="42477FB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4BFB601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5A2B05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DYNAMIC GALLERY LOADER (no data-count)</w:t>
      </w:r>
    </w:p>
    <w:p w14:paraId="4D54E7B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document.querySelectorAll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(".gallery").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forEach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(gallery =&gt; {</w:t>
      </w:r>
    </w:p>
    <w:p w14:paraId="4D49D14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folder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gallery.dataset.folder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23EDCE4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prefix =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gallery.dataset.prefix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;</w:t>
      </w:r>
    </w:p>
    <w:p w14:paraId="750E886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9949E4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let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1;</w:t>
      </w:r>
    </w:p>
    <w:p w14:paraId="658809B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EEA879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function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loadNext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() {</w:t>
      </w:r>
    </w:p>
    <w:p w14:paraId="7661070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const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new Image();</w:t>
      </w:r>
    </w:p>
    <w:p w14:paraId="0357302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`images/${folder}/${prefix}${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}.jpg`;</w:t>
      </w:r>
    </w:p>
    <w:p w14:paraId="42DDDEE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4BDA60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img.onload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() =&gt; {</w:t>
      </w:r>
    </w:p>
    <w:p w14:paraId="0A9821E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img.classList.add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("thumb");</w:t>
      </w:r>
    </w:p>
    <w:p w14:paraId="09598B5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img.loading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"lazy";</w:t>
      </w:r>
    </w:p>
    <w:p w14:paraId="4B42413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img.alt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`${names[folder]} ${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} -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`;</w:t>
      </w:r>
    </w:p>
    <w:p w14:paraId="47CCF44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CC4606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gallery.appendChild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);</w:t>
      </w:r>
    </w:p>
    <w:p w14:paraId="34B3E92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5042F7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++;</w:t>
      </w:r>
    </w:p>
    <w:p w14:paraId="3C9CFDA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loadNext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(); // continue loading</w:t>
      </w:r>
    </w:p>
    <w:p w14:paraId="6DBCF15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};</w:t>
      </w:r>
    </w:p>
    <w:p w14:paraId="0482D35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9F1C66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img.onerror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() =&gt; {</w:t>
      </w:r>
    </w:p>
    <w:p w14:paraId="3B565B6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console.log(`Loaded ${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- 1} images for ${folder}`);</w:t>
      </w:r>
    </w:p>
    <w:p w14:paraId="7AFD586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};</w:t>
      </w:r>
    </w:p>
    <w:p w14:paraId="64356D6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}</w:t>
      </w:r>
    </w:p>
    <w:p w14:paraId="70B2667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712254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loadNext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();</w:t>
      </w:r>
    </w:p>
    <w:p w14:paraId="5E2D997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166567A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B469AC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// </w:t>
      </w:r>
      <w:r w:rsidRPr="00695C87">
        <w:rPr>
          <w:rFonts w:ascii="Segoe UI Emoji" w:eastAsia="Times New Roman" w:hAnsi="Segoe UI Emoji" w:cs="Segoe UI Emoji"/>
          <w:szCs w:val="21"/>
          <w:lang w:val="en-GB" w:eastAsia="en-GB"/>
        </w:rPr>
        <w:t>🔹</w:t>
      </w: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CLOSE MODAL</w:t>
      </w:r>
    </w:p>
    <w:p w14:paraId="6EACC31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lastRenderedPageBreak/>
        <w:t xml:space="preserve">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modal.addEventListener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("click", () =&gt; {</w:t>
      </w:r>
    </w:p>
    <w:p w14:paraId="74C4704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modal.style.display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"none";</w:t>
      </w:r>
    </w:p>
    <w:p w14:paraId="2F13BBB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2316362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629212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});</w:t>
      </w:r>
    </w:p>
    <w:p w14:paraId="12E8E57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0BB74D4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21CC19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&lt;body&gt;</w:t>
      </w:r>
    </w:p>
    <w:p w14:paraId="743A753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1AEEEB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&lt;header&gt;</w:t>
      </w:r>
    </w:p>
    <w:p w14:paraId="2F09679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&lt;h1&gt;EJATECH&amp;FIX ICT ACCESSORIES&lt;/h1&gt;</w:t>
      </w:r>
    </w:p>
    <w:p w14:paraId="16D87FD4" w14:textId="77777777" w:rsidR="00D60F59" w:rsidRPr="00873746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</w:p>
    <w:p w14:paraId="0AAC9C5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&lt;nav&gt;</w:t>
      </w:r>
    </w:p>
    <w:p w14:paraId="1AF5A10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&lt;ul&gt;</w:t>
      </w:r>
    </w:p>
    <w:p w14:paraId="5C2F359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="index.html"&gt;Home&lt;/a&gt;&lt;/li&gt;</w:t>
      </w:r>
    </w:p>
    <w:p w14:paraId="1A28274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="products.html"&gt;Products&lt;/a&gt;&lt;/li&gt;</w:t>
      </w:r>
    </w:p>
    <w:p w14:paraId="117833A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="services.html"&gt;Services&lt;/a&gt;&lt;/li&gt;</w:t>
      </w:r>
    </w:p>
    <w:p w14:paraId="4B6150A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="contact.html"&gt;Contact&lt;/a&gt;&lt;/li&gt;</w:t>
      </w:r>
    </w:p>
    <w:p w14:paraId="6F5ED93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&lt;/ul&gt;</w:t>
      </w:r>
    </w:p>
    <w:p w14:paraId="24C13EE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&lt;/nav&gt;</w:t>
      </w:r>
    </w:p>
    <w:p w14:paraId="2496BE8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&lt;/header&gt;</w:t>
      </w:r>
    </w:p>
    <w:p w14:paraId="4617BA4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752E87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&lt;section class="page-title" align-content-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center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62AD554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&lt;h2&gt;Our Products&lt;/h2&gt;</w:t>
      </w:r>
    </w:p>
    <w:p w14:paraId="2EAC7CA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2A36C49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21FEDD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&lt;section class="accordion"&gt;</w:t>
      </w:r>
    </w:p>
    <w:p w14:paraId="6DF3C13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B486E1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64B34B3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class="accordion-header"&gt;Phone Chargers&lt;/button&gt;</w:t>
      </w:r>
    </w:p>
    <w:p w14:paraId="4D59F41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0EF6188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&lt;div class="gallery" data-folder="charger" data-prefix="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ch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1216FA4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</w:p>
    <w:p w14:paraId="168B975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043889A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="images/charger/ch1.jpg" alt="Phone charger London, Abuja"&gt;</w:t>
      </w:r>
    </w:p>
    <w:p w14:paraId="0806220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="images/charger/ch2.jpg" alt="Fast charger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6E54A6F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4095F03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</w:p>
    <w:p w14:paraId="532DB83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&lt;/div&gt;</w:t>
      </w:r>
    </w:p>
    <w:p w14:paraId="1C00D2F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    </w:t>
      </w:r>
    </w:p>
    <w:p w14:paraId="66AA6EC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&lt;/div&gt;</w:t>
      </w:r>
    </w:p>
    <w:p w14:paraId="3367A2D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&lt;/div&gt;</w:t>
      </w:r>
    </w:p>
    <w:p w14:paraId="29DF5CA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78F1B214" w14:textId="77777777" w:rsidR="00D60F59" w:rsidRPr="00695C87" w:rsidRDefault="00D60F59" w:rsidP="00D60F59">
      <w:pPr>
        <w:shd w:val="clear" w:color="auto" w:fill="1F1F1F"/>
        <w:spacing w:after="240"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br/>
      </w:r>
    </w:p>
    <w:p w14:paraId="6B49937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00AA185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class="accordion-header"&gt;Power Banks&lt;/button&gt;</w:t>
      </w:r>
    </w:p>
    <w:p w14:paraId="1875783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6D90791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&lt;div class="gallery" data-folder="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 data-prefix="pb"&gt;</w:t>
      </w:r>
    </w:p>
    <w:p w14:paraId="5A8260C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56C7867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/pb1.jpg" alt="power banks London, Abuja"&gt;</w:t>
      </w:r>
    </w:p>
    <w:p w14:paraId="3F7D4FD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/pb2.jpg" alt="power banks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456D3DE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/pb3.jpg" alt="power banks London, Abuja"&gt;</w:t>
      </w:r>
    </w:p>
    <w:p w14:paraId="0AEBB8D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powerbank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/pb4.jpg" alt="power banks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101F746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21C1CB98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&lt;/div&gt;</w:t>
      </w:r>
    </w:p>
    <w:p w14:paraId="22AC4BD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&lt;/div&gt;</w:t>
      </w:r>
    </w:p>
    <w:p w14:paraId="46E5D40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&lt;/div&gt;</w:t>
      </w:r>
    </w:p>
    <w:p w14:paraId="7A045D2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14773D2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D719E7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4AD915E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class="accordion-header"&gt;USB Cables&lt;/button&gt;</w:t>
      </w:r>
    </w:p>
    <w:p w14:paraId="0529C3C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2E48EEC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&lt;div class="gallery" data-folder="cable" data-prefix="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cb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3EFE272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3732017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="images/cable/cb1.jpg" alt="cable London, Abuja"&gt;</w:t>
      </w:r>
    </w:p>
    <w:p w14:paraId="146E8EA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="images/cable/cb2.jpg" alt="cable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7062F8B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="images/cable/cb3.jpg" alt="cable London, Abuja"&gt;</w:t>
      </w:r>
    </w:p>
    <w:p w14:paraId="1FEBE40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="images/cable/cb4.jpg" alt="cable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3798149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="images/cable/cb5.jpg" alt="cable London, Abuja"&gt;</w:t>
      </w:r>
    </w:p>
    <w:p w14:paraId="605AF79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1CD8422E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&lt;/div&gt;</w:t>
      </w:r>
    </w:p>
    <w:p w14:paraId="2F6FA3A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&lt;/div&gt;</w:t>
      </w:r>
    </w:p>
    <w:p w14:paraId="68E5CEF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&lt;/div&gt;</w:t>
      </w:r>
    </w:p>
    <w:p w14:paraId="5342251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2B9595C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49FFCD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&lt;div class="accordion-item"&gt;</w:t>
      </w:r>
    </w:p>
    <w:p w14:paraId="28B470A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&lt;button class="accordion-header"&gt;Bluetooth Earbuds&lt;/button&gt;</w:t>
      </w:r>
    </w:p>
    <w:p w14:paraId="2D5232E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&lt;div class="accordion-content"&gt;</w:t>
      </w:r>
    </w:p>
    <w:p w14:paraId="45785E6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&lt;div class="gallery" data-folder="earbuds" data-prefix="eb"&gt;</w:t>
      </w:r>
    </w:p>
    <w:p w14:paraId="35CB5B8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558250E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="images/earbuds/eb1.jpg" alt="earbuds London, Abuja"&gt;</w:t>
      </w:r>
    </w:p>
    <w:p w14:paraId="0365D2F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="images/earbuds/eb2.jpg" alt="earbuds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745AC73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="images/earbuds/eb3.jpg" alt="earbuds London, Abuja"&gt;</w:t>
      </w:r>
    </w:p>
    <w:p w14:paraId="5999440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="images/earbuds/eb4.jpg" alt="earbuds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Ejatechfix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67D3791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  &lt;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img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src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="images/earbuds/eb5.jpg" alt="earbuds London, Abuja"&gt;</w:t>
      </w:r>
    </w:p>
    <w:p w14:paraId="36DA2CB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noscript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6AF1765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    &lt;/div&gt;</w:t>
      </w:r>
    </w:p>
    <w:p w14:paraId="4C56B57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lastRenderedPageBreak/>
        <w:t>      &lt;/div&gt;</w:t>
      </w:r>
    </w:p>
    <w:p w14:paraId="357D3ED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  &lt;/div&gt;</w:t>
      </w:r>
    </w:p>
    <w:p w14:paraId="20E1CF4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&lt;/div&gt;</w:t>
      </w:r>
    </w:p>
    <w:p w14:paraId="11D9773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EC02B9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0D54FDD3" w14:textId="77777777" w:rsidR="00D60F59" w:rsidRPr="00695C87" w:rsidRDefault="00D60F59" w:rsidP="00D60F59">
      <w:pPr>
        <w:shd w:val="clear" w:color="auto" w:fill="1F1F1F"/>
        <w:spacing w:after="240"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09A437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&lt;div id="footer"&gt;&lt;/div&gt;</w:t>
      </w:r>
    </w:p>
    <w:p w14:paraId="091A444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FBB40A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5DABF1C0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fetch("footer.html")</w:t>
      </w:r>
    </w:p>
    <w:p w14:paraId="28663D9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.then(res =&gt;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res.text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())</w:t>
      </w:r>
    </w:p>
    <w:p w14:paraId="7555F12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.then(data =&gt; {</w:t>
      </w:r>
    </w:p>
    <w:p w14:paraId="7D11EF9C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document.getElementById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("footer").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innerHTML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 xml:space="preserve"> = data;</w:t>
      </w:r>
    </w:p>
    <w:p w14:paraId="3422309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1EAE6FD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2504546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227DFF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&lt;/body&gt;</w:t>
      </w:r>
    </w:p>
    <w:p w14:paraId="3EC7148A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&lt;/html&gt;</w:t>
      </w:r>
    </w:p>
    <w:p w14:paraId="766BD2D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185553C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13239679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575051DC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695C87">
        <w:rPr>
          <w:rFonts w:ascii="Arial" w:hAnsi="Arial" w:cs="Arial"/>
          <w:b/>
          <w:bCs/>
          <w:sz w:val="27"/>
          <w:szCs w:val="27"/>
          <w:u w:val="single"/>
        </w:rPr>
        <w:t>Services.html</w:t>
      </w:r>
    </w:p>
    <w:p w14:paraId="3F613DB6" w14:textId="77777777" w:rsidR="00D60F59" w:rsidRPr="00695C87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1089525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&lt;!DOCTYPE html&gt;</w:t>
      </w:r>
    </w:p>
    <w:p w14:paraId="7F28008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&lt;html lang="</w:t>
      </w:r>
      <w:proofErr w:type="spellStart"/>
      <w:r w:rsidRPr="00695C87">
        <w:rPr>
          <w:rFonts w:ascii="Arial" w:eastAsia="Times New Roman" w:hAnsi="Arial" w:cs="Arial"/>
          <w:szCs w:val="21"/>
          <w:lang w:val="en-GB" w:eastAsia="en-GB"/>
        </w:rPr>
        <w:t>en</w:t>
      </w:r>
      <w:proofErr w:type="spellEnd"/>
      <w:r w:rsidRPr="00695C87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3CA86A9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&lt;head&gt;</w:t>
      </w:r>
    </w:p>
    <w:p w14:paraId="240D39E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2A725A96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0009EAE9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1785ABE3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7E1FE2A1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84626B5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&lt;title&gt;Phone Repair &amp; Tech Services in Abuja | Ejatechfix&lt;/title&gt;</w:t>
      </w:r>
    </w:p>
    <w:p w14:paraId="2647A487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57FA06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name="description" content="Ejatechfix offers affordable phone accessories, chargers, power banks, and repair services in Abuja, Nigeria. Reliable and budget-friendly tech solutions."&gt;</w:t>
      </w:r>
    </w:p>
    <w:p w14:paraId="2C39E664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44842AD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name="keywords" content="phone accessories Abuja, chargers Nigeria, power banks Abuja, phone repair Abuja, Ejatechfix"&gt;</w:t>
      </w:r>
    </w:p>
    <w:p w14:paraId="2332B11B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AC10C82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695C87">
        <w:rPr>
          <w:rFonts w:ascii="Arial" w:eastAsia="Times New Roman" w:hAnsi="Arial" w:cs="Arial"/>
          <w:szCs w:val="21"/>
          <w:lang w:val="en-GB" w:eastAsia="en-GB"/>
        </w:rPr>
        <w:t>&lt;meta name="author" content="Ejatechfix"&gt;</w:t>
      </w:r>
    </w:p>
    <w:p w14:paraId="0B09BDCF" w14:textId="77777777" w:rsidR="00D60F59" w:rsidRPr="00695C87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FC354D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&lt;!-- Open Graph (for social sharing) --&gt;</w:t>
      </w:r>
    </w:p>
    <w:p w14:paraId="539B71A2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property="og:title" content="Ejatechfix - Affordable Tech in Abuja"&gt;</w:t>
      </w:r>
    </w:p>
    <w:p w14:paraId="0D633B68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lastRenderedPageBreak/>
        <w:t>&lt;meta property="og:description" content="Shop quality phone accessories and repair services in Abuja."&gt;</w:t>
      </w:r>
    </w:p>
    <w:p w14:paraId="32EAB94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property="og:type" content="website"&gt;</w:t>
      </w:r>
    </w:p>
    <w:p w14:paraId="71D3CBD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property="og:url" content="https://yourdomain.com"&gt;</w:t>
      </w:r>
    </w:p>
    <w:p w14:paraId="653FBD2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property="og:image" content="https://yourdomain.com/images/preview.jpg"&gt;</w:t>
      </w:r>
    </w:p>
    <w:p w14:paraId="5948C7C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825F19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&lt;!-- Favicon --&gt;</w:t>
      </w:r>
    </w:p>
    <w:p w14:paraId="42B314B0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&lt;link rel="icon" href="images/favicon.ico"&gt;</w:t>
      </w:r>
    </w:p>
    <w:p w14:paraId="6B2D790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&lt;link rel="stylesheet" href="styles.css"&gt;</w:t>
      </w:r>
    </w:p>
    <w:p w14:paraId="4A89F51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&lt;/head&gt;</w:t>
      </w:r>
    </w:p>
    <w:p w14:paraId="298D2A1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7944B9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&lt;body&gt;</w:t>
      </w:r>
    </w:p>
    <w:p w14:paraId="7F2478C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53B635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&lt;header&gt;</w:t>
      </w:r>
    </w:p>
    <w:p w14:paraId="425E8E5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&lt;h1&gt;EJATECH&amp;FIX ICT ACCESSORIES&lt;/h1&gt;</w:t>
      </w:r>
    </w:p>
    <w:p w14:paraId="40869C7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72DF97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&lt;nav&gt;</w:t>
      </w:r>
    </w:p>
    <w:p w14:paraId="09C841D2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&lt;ul&gt;</w:t>
      </w:r>
    </w:p>
    <w:p w14:paraId="6291C4D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&lt;li&gt;&lt;a href="index.html"&gt;Home&lt;/a&gt;&lt;/li&gt;</w:t>
      </w:r>
    </w:p>
    <w:p w14:paraId="0D3A5F9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&lt;li&gt;&lt;a href="products.html"&gt;Products&lt;/a&gt;&lt;/li&gt;</w:t>
      </w:r>
    </w:p>
    <w:p w14:paraId="1372607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&lt;li&gt;&lt;a href="services.html"&gt;Services&lt;/a&gt;&lt;/li&gt;</w:t>
      </w:r>
    </w:p>
    <w:p w14:paraId="25EAFCE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&lt;li&gt;&lt;a href="contact.html"&gt;Contact&lt;/a&gt;&lt;/li&gt;</w:t>
      </w:r>
    </w:p>
    <w:p w14:paraId="42F4538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&lt;/ul&gt;</w:t>
      </w:r>
    </w:p>
    <w:p w14:paraId="32352B5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&lt;/nav&gt;</w:t>
      </w:r>
    </w:p>
    <w:p w14:paraId="3CCBDB5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&lt;/header&gt;</w:t>
      </w:r>
    </w:p>
    <w:p w14:paraId="73AB017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264BA3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&lt;section class="page-title"&gt;</w:t>
      </w:r>
    </w:p>
    <w:p w14:paraId="6D4833B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&lt;h2&gt;Our Services&lt;/h2&gt;</w:t>
      </w:r>
    </w:p>
    <w:p w14:paraId="05F57AC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3574202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302354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&lt;section class="features"&gt;</w:t>
      </w:r>
    </w:p>
    <w:p w14:paraId="46C3F9E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757FE5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class="card"&gt;</w:t>
      </w:r>
    </w:p>
    <w:p w14:paraId="35C467F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&lt;h3&gt;Phone Screen Replacement&lt;/h3&gt;</w:t>
      </w:r>
    </w:p>
    <w:p w14:paraId="4AD5DA0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&lt;p&gt;Broken screen replacement for all phone models.&lt;/p&gt;</w:t>
      </w:r>
    </w:p>
    <w:p w14:paraId="09193FB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&lt;/div&gt;</w:t>
      </w:r>
    </w:p>
    <w:p w14:paraId="28AD2F4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6FBD00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class="card"&gt;</w:t>
      </w:r>
    </w:p>
    <w:p w14:paraId="55683B1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&lt;h3&gt;Battery Replacement&lt;/h3&gt;</w:t>
      </w:r>
    </w:p>
    <w:p w14:paraId="1AB0A59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&lt;p&gt;Original battery replacement service.&lt;/p&gt;</w:t>
      </w:r>
    </w:p>
    <w:p w14:paraId="05CCAA4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&lt;/div&gt;</w:t>
      </w:r>
    </w:p>
    <w:p w14:paraId="17AE4B2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484EDD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class="card"&gt;</w:t>
      </w:r>
    </w:p>
    <w:p w14:paraId="4AA4CABC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&lt;h3&gt;Software Flashing&lt;/h3&gt;</w:t>
      </w:r>
    </w:p>
    <w:p w14:paraId="2F027DA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lastRenderedPageBreak/>
        <w:t>&lt;p&gt;Unlock, upgrade and fix system errors.&lt;/p&gt;</w:t>
      </w:r>
    </w:p>
    <w:p w14:paraId="0D9AD34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&lt;/div&gt;</w:t>
      </w:r>
    </w:p>
    <w:p w14:paraId="07A7DDF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DFB867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class="card"&gt;</w:t>
      </w:r>
    </w:p>
    <w:p w14:paraId="4562DB2C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&lt;h3&gt;Laptop Repair&lt;/h3&gt;</w:t>
      </w:r>
    </w:p>
    <w:p w14:paraId="7C7F138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&lt;p&gt;Keyboard, screen and motherboard repair.&lt;/p&gt;</w:t>
      </w:r>
    </w:p>
    <w:p w14:paraId="321E0FF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&lt;/div&gt;</w:t>
      </w:r>
    </w:p>
    <w:p w14:paraId="4658623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7BC6A6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224B323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9D202F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id="footer"&gt;&lt;/div&gt;</w:t>
      </w:r>
    </w:p>
    <w:p w14:paraId="48C8337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36B3A7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03AFBA9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fetch("footer.html")</w:t>
      </w:r>
    </w:p>
    <w:p w14:paraId="0795B28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  .then(res =&gt;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res.text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())</w:t>
      </w:r>
    </w:p>
    <w:p w14:paraId="14EFD5E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  .then(data =&gt; {</w:t>
      </w:r>
    </w:p>
    <w:p w14:paraId="4FEE542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document.getElementById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("footer").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innerHTML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 = data;</w:t>
      </w:r>
    </w:p>
    <w:p w14:paraId="051FA72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2A5C391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2F08055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1C1EBD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&lt;/body&gt;</w:t>
      </w:r>
    </w:p>
    <w:p w14:paraId="67808B8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&lt;/html&gt;</w:t>
      </w:r>
    </w:p>
    <w:p w14:paraId="49751195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2B3057AC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78A03374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34E2DE68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7E7AF998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0406799A" w14:textId="77777777" w:rsidR="00E359AA" w:rsidRPr="00E1489B" w:rsidRDefault="00E359AA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7C38E21D" w14:textId="77777777" w:rsidR="00E359AA" w:rsidRPr="00E1489B" w:rsidRDefault="00E359AA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4EC636CD" w14:textId="0773B023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E1489B">
        <w:rPr>
          <w:rFonts w:ascii="Arial" w:hAnsi="Arial" w:cs="Arial"/>
          <w:b/>
          <w:bCs/>
          <w:sz w:val="27"/>
          <w:szCs w:val="27"/>
          <w:u w:val="single"/>
        </w:rPr>
        <w:t>Contact.html</w:t>
      </w:r>
    </w:p>
    <w:p w14:paraId="2531369C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</w:p>
    <w:p w14:paraId="6C08B3D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&lt;!DOCTYPE html&gt;</w:t>
      </w:r>
    </w:p>
    <w:p w14:paraId="24E94A8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&lt;html lang="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en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"&gt;</w:t>
      </w:r>
    </w:p>
    <w:p w14:paraId="24DBFE4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&lt;head&gt;</w:t>
      </w:r>
    </w:p>
    <w:p w14:paraId="26B67AE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4194CD1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048D1D3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charset="UTF-8"&gt;</w:t>
      </w:r>
    </w:p>
    <w:p w14:paraId="34A768E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name="viewport" content="width=device-width, initial-scale=1.0"&gt;</w:t>
      </w:r>
    </w:p>
    <w:p w14:paraId="156F50A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A7643D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&lt;title&gt;Contact Ejatechfix | Abuja Tech Support &amp; Accessories&lt;/title&gt;</w:t>
      </w:r>
    </w:p>
    <w:p w14:paraId="5614ED1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BD8535C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&lt;meta name="description" content="Ejatechfix offers affordable phone accessories, chargers, power banks, and repair services in Abuja, Nigeria. Reliable and budget-friendly </w:t>
      </w:r>
      <w:r w:rsidRPr="00E1489B">
        <w:rPr>
          <w:rFonts w:ascii="Arial" w:eastAsia="Times New Roman" w:hAnsi="Arial" w:cs="Arial"/>
          <w:szCs w:val="21"/>
          <w:lang w:val="en-GB" w:eastAsia="en-GB"/>
        </w:rPr>
        <w:lastRenderedPageBreak/>
        <w:t>tech solutions."&gt;</w:t>
      </w:r>
    </w:p>
    <w:p w14:paraId="3502DF9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A49792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name="keywords" content="phone accessories Abuja, chargers Nigeria, power banks Abuja, phone repair Abuja, Ejatechfix"&gt;</w:t>
      </w:r>
    </w:p>
    <w:p w14:paraId="7FB9B551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26DD0B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name="author" content="Ejatechfix"&gt;</w:t>
      </w:r>
    </w:p>
    <w:p w14:paraId="19EC28A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3DFC53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&lt;!-- Open Graph (for social sharing) --&gt;</w:t>
      </w:r>
    </w:p>
    <w:p w14:paraId="0A9E8EB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property="og:title" content="Ejatechfix - Affordable Tech in Abuja"&gt;</w:t>
      </w:r>
    </w:p>
    <w:p w14:paraId="7FD54530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property="og:description" content="Shop quality phone accessories and repair services in Abuja."&gt;</w:t>
      </w:r>
    </w:p>
    <w:p w14:paraId="33CC2C50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property="og:type" content="website"&gt;</w:t>
      </w:r>
    </w:p>
    <w:p w14:paraId="3ACCC5D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property="og:url" content="https://yourdomain.com"&gt;</w:t>
      </w:r>
    </w:p>
    <w:p w14:paraId="5CCF901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&lt;meta property="og:image" content="https://yourdomain.com/images/preview.jpg"&gt;</w:t>
      </w:r>
    </w:p>
    <w:p w14:paraId="21D7B64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6B784ED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&lt;!-- Favicon --&gt;</w:t>
      </w:r>
    </w:p>
    <w:p w14:paraId="01750C1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&lt;link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rel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="icon"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="images/favicon.ico"&gt;</w:t>
      </w:r>
    </w:p>
    <w:p w14:paraId="025D5F38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&lt;link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rel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="stylesheet"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="styles.css"&gt;</w:t>
      </w:r>
    </w:p>
    <w:p w14:paraId="531A95C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&lt;/head&gt;</w:t>
      </w:r>
    </w:p>
    <w:p w14:paraId="3DF1B020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7BFE944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&lt;body&gt;</w:t>
      </w:r>
    </w:p>
    <w:p w14:paraId="708AC9F8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773243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&lt;header&gt;</w:t>
      </w:r>
    </w:p>
    <w:p w14:paraId="3740DB7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&lt;h1&gt;EJATECH&amp;FIX ICT ACCESSORIES&lt;/h1&gt;</w:t>
      </w:r>
    </w:p>
    <w:p w14:paraId="4E31739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A2C93F7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&lt;nav&gt;</w:t>
      </w:r>
    </w:p>
    <w:p w14:paraId="7B354D5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&lt;ul&gt;</w:t>
      </w:r>
    </w:p>
    <w:p w14:paraId="46E4B79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="index.html"&gt;Home&lt;/a&gt;&lt;/li&gt;</w:t>
      </w:r>
    </w:p>
    <w:p w14:paraId="4F6392C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="products.html"&gt;Products&lt;/a&gt;&lt;/li&gt;</w:t>
      </w:r>
    </w:p>
    <w:p w14:paraId="3A032A0C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="services.html"&gt;Services&lt;/a&gt;&lt;/li&gt;</w:t>
      </w:r>
    </w:p>
    <w:p w14:paraId="2670DFF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&lt;li&gt;&lt;a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href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="contact.html"&gt;Contact&lt;/a&gt;&lt;/li&gt;</w:t>
      </w:r>
    </w:p>
    <w:p w14:paraId="534C8C6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&lt;/ul&gt;</w:t>
      </w:r>
    </w:p>
    <w:p w14:paraId="3AB403F2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&lt;/nav&gt;</w:t>
      </w:r>
    </w:p>
    <w:p w14:paraId="2708264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&lt;/header&gt;</w:t>
      </w:r>
    </w:p>
    <w:p w14:paraId="7EB1DABE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0821A08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&lt;section class="page-title"&gt;</w:t>
      </w:r>
    </w:p>
    <w:p w14:paraId="0D17943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&lt;h2&gt;Contact Us&lt;/h2&gt;</w:t>
      </w:r>
    </w:p>
    <w:p w14:paraId="5C9EA90C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4DC816B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01D214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&lt;section class="contact"&gt;</w:t>
      </w:r>
    </w:p>
    <w:p w14:paraId="4892B21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3EC68AD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&lt;form&gt;</w:t>
      </w:r>
    </w:p>
    <w:p w14:paraId="61C88728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&lt;input type="text" placeholder="Your Name" required&gt;</w:t>
      </w:r>
    </w:p>
    <w:p w14:paraId="64F606C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&lt;input type="email" placeholder="Your Email" required&gt;</w:t>
      </w:r>
    </w:p>
    <w:p w14:paraId="4D70280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lastRenderedPageBreak/>
        <w:t>&lt;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textarea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 placeholder="Your Message"&gt;&lt;/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textarea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&gt;</w:t>
      </w:r>
    </w:p>
    <w:p w14:paraId="62BBDBB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&lt;button type="submit"&gt;Send Message&lt;/button&gt;</w:t>
      </w:r>
    </w:p>
    <w:p w14:paraId="5BEA145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&lt;/form&gt;</w:t>
      </w:r>
    </w:p>
    <w:p w14:paraId="3E1C15CB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567CD6B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&lt;/section&gt;</w:t>
      </w:r>
    </w:p>
    <w:p w14:paraId="0E45759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19BCA5D4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&lt;div id="footer"&gt;&lt;/div&gt;</w:t>
      </w:r>
    </w:p>
    <w:p w14:paraId="7532818A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2DA08EE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&lt;script&gt;</w:t>
      </w:r>
    </w:p>
    <w:p w14:paraId="03982DC9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fetch("footer.html")</w:t>
      </w:r>
    </w:p>
    <w:p w14:paraId="00212C06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  .then(res =&gt;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res.text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())</w:t>
      </w:r>
    </w:p>
    <w:p w14:paraId="13A297E8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  .then(data =&gt; {</w:t>
      </w:r>
    </w:p>
    <w:p w14:paraId="5FAA5BD3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    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document.getElementById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>("footer").</w:t>
      </w:r>
      <w:proofErr w:type="spellStart"/>
      <w:r w:rsidRPr="00E1489B">
        <w:rPr>
          <w:rFonts w:ascii="Arial" w:eastAsia="Times New Roman" w:hAnsi="Arial" w:cs="Arial"/>
          <w:szCs w:val="21"/>
          <w:lang w:val="en-GB" w:eastAsia="en-GB"/>
        </w:rPr>
        <w:t>innerHTML</w:t>
      </w:r>
      <w:proofErr w:type="spellEnd"/>
      <w:r w:rsidRPr="00E1489B">
        <w:rPr>
          <w:rFonts w:ascii="Arial" w:eastAsia="Times New Roman" w:hAnsi="Arial" w:cs="Arial"/>
          <w:szCs w:val="21"/>
          <w:lang w:val="en-GB" w:eastAsia="en-GB"/>
        </w:rPr>
        <w:t xml:space="preserve"> = data;</w:t>
      </w:r>
    </w:p>
    <w:p w14:paraId="25918CD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  });</w:t>
      </w:r>
    </w:p>
    <w:p w14:paraId="5BD5FD2F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&lt;/script&gt;</w:t>
      </w:r>
    </w:p>
    <w:p w14:paraId="3B5EDA6D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</w:p>
    <w:p w14:paraId="40EE6615" w14:textId="77777777" w:rsidR="00D60F59" w:rsidRPr="00E1489B" w:rsidRDefault="00D60F59" w:rsidP="00D60F59">
      <w:pPr>
        <w:shd w:val="clear" w:color="auto" w:fill="1F1F1F"/>
        <w:spacing w:line="285" w:lineRule="atLeast"/>
        <w:rPr>
          <w:rFonts w:ascii="Arial" w:eastAsia="Times New Roman" w:hAnsi="Arial" w:cs="Arial"/>
          <w:szCs w:val="21"/>
          <w:lang w:val="en-GB" w:eastAsia="en-GB"/>
        </w:rPr>
      </w:pPr>
      <w:r w:rsidRPr="00E1489B">
        <w:rPr>
          <w:rFonts w:ascii="Arial" w:eastAsia="Times New Roman" w:hAnsi="Arial" w:cs="Arial"/>
          <w:szCs w:val="21"/>
          <w:lang w:val="en-GB" w:eastAsia="en-GB"/>
        </w:rPr>
        <w:t>&lt;/body&gt;</w:t>
      </w:r>
    </w:p>
    <w:p w14:paraId="14CF0F58" w14:textId="77777777" w:rsidR="00D60F59" w:rsidRPr="00210832" w:rsidRDefault="00D60F59" w:rsidP="00D60F59">
      <w:pPr>
        <w:shd w:val="clear" w:color="auto" w:fill="1F1F1F"/>
        <w:spacing w:line="285" w:lineRule="atLeast"/>
        <w:rPr>
          <w:rFonts w:ascii="Consolas" w:eastAsia="Times New Roman" w:hAnsi="Consolas" w:cs="Times New Roman"/>
          <w:szCs w:val="21"/>
          <w:lang w:val="en-GB" w:eastAsia="en-GB"/>
        </w:rPr>
      </w:pPr>
      <w:r w:rsidRPr="00210832">
        <w:rPr>
          <w:rFonts w:ascii="Consolas" w:eastAsia="Times New Roman" w:hAnsi="Consolas" w:cs="Times New Roman"/>
          <w:szCs w:val="21"/>
          <w:lang w:val="en-GB" w:eastAsia="en-GB"/>
        </w:rPr>
        <w:t>&lt;/html&gt;</w:t>
      </w:r>
    </w:p>
    <w:p w14:paraId="668C6308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2C00F5C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873746">
        <w:rPr>
          <w:rFonts w:asciiTheme="majorHAnsi" w:hAnsiTheme="majorHAnsi" w:cstheme="majorHAnsi"/>
          <w:sz w:val="27"/>
          <w:szCs w:val="27"/>
        </w:rPr>
        <w:br/>
      </w:r>
    </w:p>
    <w:p w14:paraId="0D1A1404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3C7E9DE4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607C15C2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</w:p>
    <w:p w14:paraId="135B9CD4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</w:rPr>
      </w:pPr>
      <w:r w:rsidRPr="00E1489B">
        <w:rPr>
          <w:rFonts w:ascii="Arial" w:hAnsi="Arial" w:cs="Arial"/>
          <w:b/>
          <w:bCs/>
          <w:sz w:val="27"/>
          <w:szCs w:val="27"/>
        </w:rPr>
        <w:t>Appendix B: Screenshots</w:t>
      </w:r>
    </w:p>
    <w:p w14:paraId="3C9C3354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  <w:r w:rsidRPr="00873746">
        <w:rPr>
          <w:rFonts w:asciiTheme="majorHAnsi" w:hAnsiTheme="majorHAnsi" w:cstheme="majorHAnsi"/>
          <w:b/>
          <w:bCs/>
          <w:sz w:val="27"/>
          <w:szCs w:val="27"/>
          <w:u w:val="single"/>
        </w:rPr>
        <w:t>Index.html</w:t>
      </w:r>
    </w:p>
    <w:p w14:paraId="4F69EDD7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lastRenderedPageBreak/>
        <w:drawing>
          <wp:inline distT="0" distB="0" distL="0" distR="0" wp14:anchorId="290DFAFE" wp14:editId="1862B1A0">
            <wp:extent cx="5485746" cy="330275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3062" cy="332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62028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0A9C6A36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2DA35EA1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6F720520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043B9723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7D21CC96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14B2A383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24378660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012AC3AE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60A1A388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40B7086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5E89AFF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E1489B">
        <w:rPr>
          <w:rFonts w:ascii="Arial" w:hAnsi="Arial" w:cs="Arial"/>
          <w:b/>
          <w:bCs/>
          <w:sz w:val="27"/>
          <w:szCs w:val="27"/>
          <w:u w:val="single"/>
        </w:rPr>
        <w:t>Products.html</w:t>
      </w:r>
    </w:p>
    <w:p w14:paraId="378F0C11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lastRenderedPageBreak/>
        <w:drawing>
          <wp:inline distT="0" distB="0" distL="0" distR="0" wp14:anchorId="1D450851" wp14:editId="7C5CBFF2">
            <wp:extent cx="5484305" cy="3316406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92591" cy="332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EC371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682C82AA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</w:pPr>
    </w:p>
    <w:p w14:paraId="0E9DB1F1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52C01988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2EA04BFA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568F79EE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59457D92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59EF2946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470F3719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2DC19DAA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77CA4597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25DCB2F5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1ECA39A5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E1489B">
        <w:rPr>
          <w:rFonts w:ascii="Arial" w:hAnsi="Arial" w:cs="Arial"/>
          <w:b/>
          <w:bCs/>
          <w:sz w:val="27"/>
          <w:szCs w:val="27"/>
          <w:u w:val="single"/>
        </w:rPr>
        <w:t>Services.html</w:t>
      </w:r>
    </w:p>
    <w:p w14:paraId="4F124436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0ACF9A38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lastRenderedPageBreak/>
        <w:drawing>
          <wp:inline distT="0" distB="0" distL="0" distR="0" wp14:anchorId="0D3CB3C8" wp14:editId="5615F2B9">
            <wp:extent cx="5484947" cy="3957850"/>
            <wp:effectExtent l="0" t="0" r="190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08066" cy="397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C1E93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E0DCB23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236E079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7E4E44DD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1BB4DA5C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0429A982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4D58888A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587AE555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7DBCC77D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4E3E0FE7" w14:textId="77777777" w:rsidR="00D60F59" w:rsidRPr="00873746" w:rsidRDefault="00D60F59" w:rsidP="00D60F59">
      <w:pPr>
        <w:rPr>
          <w:rFonts w:asciiTheme="majorHAnsi" w:hAnsiTheme="majorHAnsi" w:cstheme="majorHAnsi"/>
          <w:b/>
          <w:bCs/>
          <w:sz w:val="27"/>
          <w:szCs w:val="27"/>
          <w:u w:val="single"/>
        </w:rPr>
      </w:pPr>
    </w:p>
    <w:p w14:paraId="3DF4F6BF" w14:textId="77777777" w:rsidR="00D60F59" w:rsidRPr="00E1489B" w:rsidRDefault="00D60F59" w:rsidP="00D60F59">
      <w:pPr>
        <w:rPr>
          <w:rFonts w:ascii="Arial" w:hAnsi="Arial" w:cs="Arial"/>
          <w:b/>
          <w:bCs/>
          <w:sz w:val="27"/>
          <w:szCs w:val="27"/>
          <w:u w:val="single"/>
        </w:rPr>
      </w:pPr>
      <w:r w:rsidRPr="00E1489B">
        <w:rPr>
          <w:rFonts w:ascii="Arial" w:hAnsi="Arial" w:cs="Arial"/>
          <w:b/>
          <w:bCs/>
          <w:sz w:val="27"/>
          <w:szCs w:val="27"/>
          <w:u w:val="single"/>
        </w:rPr>
        <w:t>Contact.html</w:t>
      </w:r>
    </w:p>
    <w:p w14:paraId="79AAD174" w14:textId="77777777" w:rsidR="00D60F59" w:rsidRPr="00873746" w:rsidRDefault="00D60F59" w:rsidP="00D60F59">
      <w:pPr>
        <w:rPr>
          <w:rFonts w:asciiTheme="majorHAnsi" w:hAnsiTheme="majorHAnsi" w:cstheme="majorHAnsi"/>
          <w:sz w:val="27"/>
          <w:szCs w:val="27"/>
        </w:rPr>
      </w:pPr>
      <w:r w:rsidRPr="00873746">
        <w:rPr>
          <w:rFonts w:asciiTheme="majorHAnsi" w:hAnsiTheme="majorHAnsi" w:cstheme="majorHAnsi"/>
          <w:b/>
          <w:bCs/>
          <w:noProof/>
          <w:sz w:val="27"/>
          <w:szCs w:val="27"/>
          <w:u w:val="single"/>
        </w:rPr>
        <w:lastRenderedPageBreak/>
        <w:drawing>
          <wp:inline distT="0" distB="0" distL="0" distR="0" wp14:anchorId="13B2D0F4" wp14:editId="4E06E19A">
            <wp:extent cx="5484794" cy="3562065"/>
            <wp:effectExtent l="0" t="0" r="190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 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00423" cy="35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4A0B9" w14:textId="31D937AE" w:rsidR="00AE0E5B" w:rsidRPr="00E1489B" w:rsidRDefault="00AE0E5B" w:rsidP="00D60F59">
      <w:pPr>
        <w:rPr>
          <w:rFonts w:ascii="Arial" w:hAnsi="Arial" w:cs="Arial"/>
        </w:rPr>
      </w:pPr>
    </w:p>
    <w:sectPr w:rsidR="00AE0E5B" w:rsidRPr="00E1489B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B460B" w14:textId="77777777" w:rsidR="00375987" w:rsidRDefault="00375987">
      <w:r>
        <w:separator/>
      </w:r>
    </w:p>
  </w:endnote>
  <w:endnote w:type="continuationSeparator" w:id="0">
    <w:p w14:paraId="5175F2FD" w14:textId="77777777" w:rsidR="00375987" w:rsidRDefault="0037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NSimSun">
    <w:altName w:val="新宋体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7781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83E8F8" w14:textId="0EDE0192" w:rsidR="00D60F59" w:rsidRDefault="00D60F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4AA904" w14:textId="77777777" w:rsidR="002B4314" w:rsidRDefault="002B43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826C3" w14:textId="77777777" w:rsidR="00375987" w:rsidRDefault="00375987">
      <w:r>
        <w:separator/>
      </w:r>
    </w:p>
  </w:footnote>
  <w:footnote w:type="continuationSeparator" w:id="0">
    <w:p w14:paraId="2E7A9F02" w14:textId="77777777" w:rsidR="00375987" w:rsidRDefault="00375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6EE50" w14:textId="77777777" w:rsidR="002B4314" w:rsidRDefault="002B4314">
    <w:pPr>
      <w:pStyle w:val="Header"/>
    </w:pPr>
    <w:r>
      <w:rPr>
        <w:rFonts w:hint="eastAsia"/>
        <w:noProof/>
      </w:rPr>
      <w:drawing>
        <wp:anchor distT="0" distB="0" distL="0" distR="0" simplePos="0" relativeHeight="2" behindDoc="1" locked="0" layoutInCell="1" allowOverlap="1" wp14:anchorId="15BB2BD5" wp14:editId="19BD7EF0">
          <wp:simplePos x="0" y="0"/>
          <wp:positionH relativeFrom="page">
            <wp:align>right</wp:align>
          </wp:positionH>
          <wp:positionV relativeFrom="paragraph">
            <wp:posOffset>375064</wp:posOffset>
          </wp:positionV>
          <wp:extent cx="7550150" cy="10680700"/>
          <wp:effectExtent l="0" t="0" r="0" b="6350"/>
          <wp:wrapNone/>
          <wp:docPr id="4097" name="稻壳网-阿源设计-高清可打印" descr="F:\稻壳-阿源设计\X信纸 红包 书签 邀请函\2019-04-26-信纸-国风\IMAGE\4.jpg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稻壳网-阿源设计-高清可打印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7550150" cy="1068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B160811"/>
    <w:multiLevelType w:val="multilevel"/>
    <w:tmpl w:val="2B2CA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6F6E5D"/>
    <w:multiLevelType w:val="multilevel"/>
    <w:tmpl w:val="579C6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C5D141D"/>
    <w:multiLevelType w:val="multilevel"/>
    <w:tmpl w:val="872C2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3E511DC"/>
    <w:multiLevelType w:val="multilevel"/>
    <w:tmpl w:val="8CFC4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1784728">
    <w:abstractNumId w:val="9"/>
  </w:num>
  <w:num w:numId="2" w16cid:durableId="381757855">
    <w:abstractNumId w:val="10"/>
  </w:num>
  <w:num w:numId="3" w16cid:durableId="1120875411">
    <w:abstractNumId w:val="11"/>
  </w:num>
  <w:num w:numId="4" w16cid:durableId="1280263674">
    <w:abstractNumId w:val="8"/>
  </w:num>
  <w:num w:numId="5" w16cid:durableId="808790631">
    <w:abstractNumId w:val="6"/>
  </w:num>
  <w:num w:numId="6" w16cid:durableId="1148791490">
    <w:abstractNumId w:val="5"/>
  </w:num>
  <w:num w:numId="7" w16cid:durableId="1157501277">
    <w:abstractNumId w:val="4"/>
  </w:num>
  <w:num w:numId="8" w16cid:durableId="746920053">
    <w:abstractNumId w:val="7"/>
  </w:num>
  <w:num w:numId="9" w16cid:durableId="1858107993">
    <w:abstractNumId w:val="3"/>
  </w:num>
  <w:num w:numId="10" w16cid:durableId="1627665148">
    <w:abstractNumId w:val="2"/>
  </w:num>
  <w:num w:numId="11" w16cid:durableId="2027055621">
    <w:abstractNumId w:val="1"/>
  </w:num>
  <w:num w:numId="12" w16cid:durableId="1615097482">
    <w:abstractNumId w:val="0"/>
  </w:num>
  <w:num w:numId="13" w16cid:durableId="16922968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E5B"/>
    <w:rsid w:val="0001261B"/>
    <w:rsid w:val="00030F78"/>
    <w:rsid w:val="0004645E"/>
    <w:rsid w:val="0009407F"/>
    <w:rsid w:val="000F39D1"/>
    <w:rsid w:val="001D68D3"/>
    <w:rsid w:val="00216F45"/>
    <w:rsid w:val="00226FB1"/>
    <w:rsid w:val="00264341"/>
    <w:rsid w:val="00283A6F"/>
    <w:rsid w:val="002849F4"/>
    <w:rsid w:val="002B4314"/>
    <w:rsid w:val="003376C4"/>
    <w:rsid w:val="00342F4D"/>
    <w:rsid w:val="00374A44"/>
    <w:rsid w:val="00375987"/>
    <w:rsid w:val="003B5052"/>
    <w:rsid w:val="00420D1A"/>
    <w:rsid w:val="004571FC"/>
    <w:rsid w:val="004D603E"/>
    <w:rsid w:val="004F1521"/>
    <w:rsid w:val="00546FC5"/>
    <w:rsid w:val="005503C6"/>
    <w:rsid w:val="00612638"/>
    <w:rsid w:val="00615CD9"/>
    <w:rsid w:val="00645C20"/>
    <w:rsid w:val="00667483"/>
    <w:rsid w:val="006778DA"/>
    <w:rsid w:val="00695C87"/>
    <w:rsid w:val="006B237B"/>
    <w:rsid w:val="00716C55"/>
    <w:rsid w:val="0075302E"/>
    <w:rsid w:val="007663E0"/>
    <w:rsid w:val="007A01E3"/>
    <w:rsid w:val="008D0BCB"/>
    <w:rsid w:val="008D6FC1"/>
    <w:rsid w:val="00987175"/>
    <w:rsid w:val="009C5008"/>
    <w:rsid w:val="00A74CD5"/>
    <w:rsid w:val="00A97F9B"/>
    <w:rsid w:val="00AB36C4"/>
    <w:rsid w:val="00AC5001"/>
    <w:rsid w:val="00AE0E5B"/>
    <w:rsid w:val="00B145ED"/>
    <w:rsid w:val="00C00EED"/>
    <w:rsid w:val="00C50B22"/>
    <w:rsid w:val="00C559FB"/>
    <w:rsid w:val="00C66ED3"/>
    <w:rsid w:val="00C72521"/>
    <w:rsid w:val="00D4462C"/>
    <w:rsid w:val="00D56BF2"/>
    <w:rsid w:val="00D60F59"/>
    <w:rsid w:val="00DD5A5F"/>
    <w:rsid w:val="00DE1910"/>
    <w:rsid w:val="00E02FCB"/>
    <w:rsid w:val="00E1489B"/>
    <w:rsid w:val="00E359AA"/>
    <w:rsid w:val="00E51D15"/>
    <w:rsid w:val="00ED532E"/>
    <w:rsid w:val="00F809AB"/>
    <w:rsid w:val="00FE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3553B6"/>
  <w15:docId w15:val="{AF001C02-3E26-4CA8-AD8D-8D243E59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SimSu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F59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0F59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0F59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4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4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4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4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7"/>
    </w:pPr>
    <w:rPr>
      <w:rFonts w:asciiTheme="majorHAnsi" w:eastAsiaTheme="majorEastAsia" w:hAnsiTheme="majorHAnsi" w:cstheme="majorBidi"/>
      <w:color w:val="4F81BD" w:themeColor="accent1"/>
      <w:kern w:val="0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F59"/>
    <w:pPr>
      <w:keepNext/>
      <w:keepLines/>
      <w:widowControl/>
      <w:spacing w:before="200" w:line="276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HeaderChar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60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60F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60F59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F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F59"/>
    <w:rPr>
      <w:rFonts w:asciiTheme="majorHAnsi" w:eastAsiaTheme="majorEastAsia" w:hAnsiTheme="majorHAnsi" w:cstheme="majorBidi"/>
      <w:color w:val="243F60" w:themeColor="accent1" w:themeShade="7F"/>
      <w:sz w:val="24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F5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F5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F59"/>
    <w:rPr>
      <w:rFonts w:asciiTheme="majorHAnsi" w:eastAsiaTheme="majorEastAsia" w:hAnsiTheme="majorHAnsi" w:cstheme="majorBidi"/>
      <w:color w:val="4F81BD" w:themeColor="accent1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F59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60F59"/>
    <w:rPr>
      <w:kern w:val="2"/>
      <w:sz w:val="18"/>
      <w:szCs w:val="24"/>
      <w:lang w:val="en-US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D60F59"/>
    <w:rPr>
      <w:kern w:val="2"/>
      <w:sz w:val="18"/>
      <w:szCs w:val="24"/>
      <w:lang w:val="en-US" w:eastAsia="zh-CN"/>
    </w:rPr>
  </w:style>
  <w:style w:type="paragraph" w:styleId="NoSpacing">
    <w:name w:val="No Spacing"/>
    <w:uiPriority w:val="1"/>
    <w:qFormat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60F59"/>
    <w:pPr>
      <w:widowControl/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60F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F59"/>
    <w:pPr>
      <w:widowControl/>
      <w:numPr>
        <w:ilvl w:val="1"/>
      </w:numPr>
      <w:spacing w:after="200" w:line="276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60F5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D60F59"/>
    <w:pPr>
      <w:widowControl/>
      <w:spacing w:after="200" w:line="276" w:lineRule="auto"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D60F59"/>
    <w:pPr>
      <w:widowControl/>
      <w:spacing w:after="120" w:line="276" w:lineRule="auto"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60F59"/>
    <w:rPr>
      <w:rFonts w:ascii="Times New Roman" w:eastAsiaTheme="minorEastAsia" w:hAnsi="Times New Roman" w:cstheme="minorBidi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D60F59"/>
    <w:pPr>
      <w:widowControl/>
      <w:spacing w:after="120" w:line="480" w:lineRule="auto"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D60F59"/>
    <w:rPr>
      <w:rFonts w:ascii="Times New Roman" w:eastAsiaTheme="minorEastAsia" w:hAnsi="Times New Roman" w:cstheme="minorBidi"/>
      <w:sz w:val="24"/>
      <w:szCs w:val="22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D60F59"/>
    <w:pPr>
      <w:widowControl/>
      <w:spacing w:after="120" w:line="276" w:lineRule="auto"/>
      <w:jc w:val="left"/>
    </w:pPr>
    <w:rPr>
      <w:rFonts w:ascii="Times New Roman" w:eastAsiaTheme="minorEastAsia" w:hAnsi="Times New Roman" w:cstheme="minorBidi"/>
      <w:kern w:val="0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D60F59"/>
    <w:rPr>
      <w:rFonts w:ascii="Times New Roman" w:eastAsiaTheme="minorEastAsia" w:hAnsi="Times New Roman" w:cstheme="minorBidi"/>
      <w:sz w:val="16"/>
      <w:szCs w:val="16"/>
      <w:lang w:val="en-US" w:eastAsia="en-US"/>
    </w:rPr>
  </w:style>
  <w:style w:type="paragraph" w:styleId="List">
    <w:name w:val="List"/>
    <w:basedOn w:val="Normal"/>
    <w:uiPriority w:val="99"/>
    <w:unhideWhenUsed/>
    <w:rsid w:val="00D60F59"/>
    <w:pPr>
      <w:widowControl/>
      <w:spacing w:after="200" w:line="276" w:lineRule="auto"/>
      <w:ind w:left="360" w:hanging="36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2">
    <w:name w:val="List 2"/>
    <w:basedOn w:val="Normal"/>
    <w:uiPriority w:val="99"/>
    <w:unhideWhenUsed/>
    <w:rsid w:val="00D60F59"/>
    <w:pPr>
      <w:widowControl/>
      <w:spacing w:after="200" w:line="276" w:lineRule="auto"/>
      <w:ind w:left="720" w:hanging="36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3">
    <w:name w:val="List 3"/>
    <w:basedOn w:val="Normal"/>
    <w:uiPriority w:val="99"/>
    <w:unhideWhenUsed/>
    <w:rsid w:val="00D60F59"/>
    <w:pPr>
      <w:widowControl/>
      <w:spacing w:after="200" w:line="276" w:lineRule="auto"/>
      <w:ind w:left="1080" w:hanging="36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Bullet">
    <w:name w:val="List Bullet"/>
    <w:basedOn w:val="Normal"/>
    <w:uiPriority w:val="99"/>
    <w:unhideWhenUsed/>
    <w:rsid w:val="00D60F59"/>
    <w:pPr>
      <w:widowControl/>
      <w:numPr>
        <w:numId w:val="4"/>
      </w:numPr>
      <w:spacing w:after="200" w:line="276" w:lineRule="auto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Bullet2">
    <w:name w:val="List Bullet 2"/>
    <w:basedOn w:val="Normal"/>
    <w:uiPriority w:val="99"/>
    <w:unhideWhenUsed/>
    <w:rsid w:val="00D60F59"/>
    <w:pPr>
      <w:widowControl/>
      <w:numPr>
        <w:numId w:val="5"/>
      </w:numPr>
      <w:tabs>
        <w:tab w:val="clear" w:pos="720"/>
        <w:tab w:val="num" w:pos="360"/>
      </w:tabs>
      <w:spacing w:after="200" w:line="276" w:lineRule="auto"/>
      <w:ind w:left="0" w:firstLine="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Bullet3">
    <w:name w:val="List Bullet 3"/>
    <w:basedOn w:val="Normal"/>
    <w:uiPriority w:val="99"/>
    <w:unhideWhenUsed/>
    <w:rsid w:val="00D60F59"/>
    <w:pPr>
      <w:widowControl/>
      <w:numPr>
        <w:numId w:val="6"/>
      </w:numPr>
      <w:spacing w:after="200" w:line="276" w:lineRule="auto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Number">
    <w:name w:val="List Number"/>
    <w:basedOn w:val="Normal"/>
    <w:uiPriority w:val="99"/>
    <w:unhideWhenUsed/>
    <w:rsid w:val="00D60F59"/>
    <w:pPr>
      <w:widowControl/>
      <w:numPr>
        <w:numId w:val="8"/>
      </w:numPr>
      <w:spacing w:after="200" w:line="276" w:lineRule="auto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Number2">
    <w:name w:val="List Number 2"/>
    <w:basedOn w:val="Normal"/>
    <w:uiPriority w:val="99"/>
    <w:unhideWhenUsed/>
    <w:rsid w:val="00D60F59"/>
    <w:pPr>
      <w:widowControl/>
      <w:numPr>
        <w:numId w:val="9"/>
      </w:numPr>
      <w:spacing w:after="200" w:line="276" w:lineRule="auto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Number3">
    <w:name w:val="List Number 3"/>
    <w:basedOn w:val="Normal"/>
    <w:uiPriority w:val="99"/>
    <w:unhideWhenUsed/>
    <w:rsid w:val="00D60F59"/>
    <w:pPr>
      <w:widowControl/>
      <w:numPr>
        <w:numId w:val="10"/>
      </w:numPr>
      <w:spacing w:after="200" w:line="276" w:lineRule="auto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Continue">
    <w:name w:val="List Continue"/>
    <w:basedOn w:val="Normal"/>
    <w:uiPriority w:val="99"/>
    <w:unhideWhenUsed/>
    <w:rsid w:val="00D60F59"/>
    <w:pPr>
      <w:widowControl/>
      <w:spacing w:after="120" w:line="276" w:lineRule="auto"/>
      <w:ind w:left="36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Continue2">
    <w:name w:val="List Continue 2"/>
    <w:basedOn w:val="Normal"/>
    <w:uiPriority w:val="99"/>
    <w:unhideWhenUsed/>
    <w:rsid w:val="00D60F59"/>
    <w:pPr>
      <w:widowControl/>
      <w:spacing w:after="120" w:line="276" w:lineRule="auto"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ListContinue3">
    <w:name w:val="List Continue 3"/>
    <w:basedOn w:val="Normal"/>
    <w:uiPriority w:val="99"/>
    <w:unhideWhenUsed/>
    <w:rsid w:val="00D60F59"/>
    <w:pPr>
      <w:widowControl/>
      <w:spacing w:after="120" w:line="276" w:lineRule="auto"/>
      <w:ind w:left="108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MacroText">
    <w:name w:val="macro"/>
    <w:link w:val="MacroTextChar"/>
    <w:uiPriority w:val="99"/>
    <w:unhideWhenUsed/>
    <w:rsid w:val="00D60F5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val="en-US" w:eastAsia="en-US"/>
    </w:rPr>
  </w:style>
  <w:style w:type="character" w:customStyle="1" w:styleId="MacroTextChar">
    <w:name w:val="Macro Text Char"/>
    <w:basedOn w:val="DefaultParagraphFont"/>
    <w:link w:val="MacroText"/>
    <w:uiPriority w:val="99"/>
    <w:rsid w:val="00D60F59"/>
    <w:rPr>
      <w:rFonts w:ascii="Courier" w:eastAsiaTheme="minorEastAsia" w:hAnsi="Courier" w:cstheme="minorBidi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D60F59"/>
    <w:pPr>
      <w:widowControl/>
      <w:spacing w:after="200" w:line="276" w:lineRule="auto"/>
      <w:jc w:val="left"/>
    </w:pPr>
    <w:rPr>
      <w:rFonts w:ascii="Times New Roman" w:eastAsiaTheme="minorEastAsia" w:hAnsi="Times New Roman" w:cstheme="minorBidi"/>
      <w:i/>
      <w:iCs/>
      <w:color w:val="000000" w:themeColor="text1"/>
      <w:kern w:val="0"/>
      <w:sz w:val="24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60F59"/>
    <w:rPr>
      <w:rFonts w:ascii="Times New Roman" w:eastAsiaTheme="minorEastAsia" w:hAnsi="Times New Roman" w:cstheme="minorBidi"/>
      <w:i/>
      <w:iCs/>
      <w:color w:val="000000" w:themeColor="text1"/>
      <w:sz w:val="24"/>
      <w:szCs w:val="22"/>
      <w:lang w:val="en-US"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0F59"/>
    <w:pPr>
      <w:widowControl/>
      <w:spacing w:after="200"/>
      <w:jc w:val="left"/>
    </w:pPr>
    <w:rPr>
      <w:rFonts w:ascii="Times New Roman" w:eastAsiaTheme="minorEastAsia" w:hAnsi="Times New Roman" w:cstheme="minorBidi"/>
      <w:b/>
      <w:bCs/>
      <w:color w:val="4F81BD" w:themeColor="accent1"/>
      <w:kern w:val="0"/>
      <w:sz w:val="18"/>
      <w:szCs w:val="18"/>
      <w:lang w:eastAsia="en-US"/>
    </w:rPr>
  </w:style>
  <w:style w:type="character" w:styleId="Strong">
    <w:name w:val="Strong"/>
    <w:basedOn w:val="DefaultParagraphFont"/>
    <w:uiPriority w:val="22"/>
    <w:qFormat/>
    <w:rsid w:val="00D60F59"/>
    <w:rPr>
      <w:b/>
      <w:bCs/>
    </w:rPr>
  </w:style>
  <w:style w:type="character" w:styleId="Emphasis">
    <w:name w:val="Emphasis"/>
    <w:basedOn w:val="DefaultParagraphFont"/>
    <w:uiPriority w:val="20"/>
    <w:qFormat/>
    <w:rsid w:val="00D60F5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F59"/>
    <w:pPr>
      <w:widowControl/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="Times New Roman" w:eastAsiaTheme="minorEastAsia" w:hAnsi="Times New Roman" w:cstheme="minorBidi"/>
      <w:b/>
      <w:bCs/>
      <w:i/>
      <w:iCs/>
      <w:color w:val="4F81BD" w:themeColor="accent1"/>
      <w:kern w:val="0"/>
      <w:sz w:val="24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F59"/>
    <w:rPr>
      <w:rFonts w:ascii="Times New Roman" w:eastAsiaTheme="minorEastAsia" w:hAnsi="Times New Roman" w:cstheme="minorBidi"/>
      <w:b/>
      <w:bCs/>
      <w:i/>
      <w:iCs/>
      <w:color w:val="4F81BD" w:themeColor="accent1"/>
      <w:sz w:val="24"/>
      <w:szCs w:val="22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D60F59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D60F59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D60F59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60F59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60F59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60F59"/>
    <w:pPr>
      <w:outlineLvl w:val="9"/>
    </w:pPr>
  </w:style>
  <w:style w:type="table" w:styleId="TableGrid">
    <w:name w:val="Table Grid"/>
    <w:basedOn w:val="TableNormal"/>
    <w:uiPriority w:val="5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D60F59"/>
    <w:rPr>
      <w:rFonts w:asciiTheme="minorHAnsi" w:eastAsiaTheme="minorEastAsia" w:hAnsiTheme="minorHAnsi" w:cstheme="minorBidi"/>
      <w:color w:val="000000" w:themeColor="text1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D60F59"/>
    <w:rPr>
      <w:rFonts w:asciiTheme="minorHAnsi" w:eastAsiaTheme="minorEastAsia" w:hAnsiTheme="minorHAnsi" w:cstheme="minorBidi"/>
      <w:color w:val="365F91" w:themeColor="accent1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D60F59"/>
    <w:rPr>
      <w:rFonts w:asciiTheme="minorHAnsi" w:eastAsiaTheme="minorEastAsia" w:hAnsiTheme="minorHAnsi" w:cstheme="minorBidi"/>
      <w:color w:val="943634" w:themeColor="accent2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D60F59"/>
    <w:rPr>
      <w:rFonts w:asciiTheme="minorHAnsi" w:eastAsiaTheme="minorEastAsia" w:hAnsiTheme="minorHAnsi" w:cstheme="minorBidi"/>
      <w:color w:val="76923C" w:themeColor="accent3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D60F59"/>
    <w:rPr>
      <w:rFonts w:asciiTheme="minorHAnsi" w:eastAsiaTheme="minorEastAsia" w:hAnsiTheme="minorHAnsi" w:cstheme="minorBidi"/>
      <w:color w:val="5F497A" w:themeColor="accent4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D60F59"/>
    <w:rPr>
      <w:rFonts w:asciiTheme="minorHAnsi" w:eastAsiaTheme="minorEastAsia" w:hAnsiTheme="minorHAnsi" w:cstheme="minorBidi"/>
      <w:color w:val="31849B" w:themeColor="accent5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D60F59"/>
    <w:rPr>
      <w:rFonts w:asciiTheme="minorHAnsi" w:eastAsiaTheme="minorEastAsia" w:hAnsiTheme="minorHAnsi" w:cstheme="minorBidi"/>
      <w:color w:val="E36C0A" w:themeColor="accent6" w:themeShade="BF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D60F59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D60F59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60F59"/>
    <w:rPr>
      <w:rFonts w:asciiTheme="minorHAnsi" w:eastAsiaTheme="minorEastAsia" w:hAnsiTheme="minorHAnsi" w:cstheme="minorBidi"/>
      <w:color w:val="FFFFFF" w:themeColor="background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60F59"/>
    <w:rPr>
      <w:rFonts w:asciiTheme="minorHAnsi" w:eastAsiaTheme="minorEastAsia" w:hAnsiTheme="minorHAnsi" w:cstheme="minorBidi"/>
      <w:color w:val="000000" w:themeColor="text1"/>
      <w:sz w:val="22"/>
      <w:szCs w:val="22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D60F59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60F59"/>
    <w:pPr>
      <w:widowControl/>
      <w:spacing w:after="100" w:line="276" w:lineRule="auto"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60F59"/>
    <w:pPr>
      <w:widowControl/>
      <w:spacing w:after="100" w:line="276" w:lineRule="auto"/>
      <w:ind w:left="240"/>
      <w:jc w:val="left"/>
    </w:pPr>
    <w:rPr>
      <w:rFonts w:ascii="Times New Roman" w:eastAsiaTheme="minorEastAsia" w:hAnsi="Times New Roman" w:cstheme="minorBidi"/>
      <w:kern w:val="0"/>
      <w:sz w:val="24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D60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32ED5C-BC27-4B51-A13D-78AF2E1C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25</Pages>
  <Words>3081</Words>
  <Characters>17568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阿源设计</vt:lpstr>
    </vt:vector>
  </TitlesOfParts>
  <Manager>阿源设计</Manager>
  <Company>阿源设计</Company>
  <LinksUpToDate>false</LinksUpToDate>
  <CharactersWithSpaces>20608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阿源设计</dc:title>
  <dc:subject>阿源设计</dc:subject>
  <dc:creator>稻壳网-阿源设计</dc:creator>
  <cp:keywords>阿源设计</cp:keywords>
  <dc:description>稻壳网搜索“阿源设计”获取更多、更好的信纸模板。谢谢您的支持。么么哒。</dc:description>
  <cp:lastModifiedBy>Babatunde Daniel Idowu (2516575)</cp:lastModifiedBy>
  <cp:revision>45</cp:revision>
  <dcterms:created xsi:type="dcterms:W3CDTF">2026-04-28T08:33:00Z</dcterms:created>
  <dcterms:modified xsi:type="dcterms:W3CDTF">2026-04-29T06:47:00Z</dcterms:modified>
  <cp:category>阿源设计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8edc3e661cda49879be0c00ddb6f9a5b</vt:lpwstr>
  </property>
  <property fmtid="{D5CDD505-2E9C-101B-9397-08002B2CF9AE}" pid="3" name="ICV">
    <vt:lpwstr>e8afd8d2b0a34ee0ac8589ef0435bb68</vt:lpwstr>
  </property>
</Properties>
</file>