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386B4101" w:rsidP="386B4101" w:rsidRDefault="386B4101" w14:paraId="5BF3AD82" w14:textId="6DE7CE9B">
      <w:pPr>
        <w:pStyle w:val="Title"/>
      </w:pPr>
    </w:p>
    <w:p w:rsidR="00497939" w:rsidRDefault="00B9477E" w14:paraId="7C8BD8B8" w14:textId="3E997EDD">
      <w:pPr>
        <w:pStyle w:val="Title"/>
      </w:pPr>
      <w:r w:rsidR="00B9477E">
        <w:rPr/>
        <w:t xml:space="preserve">Employability Skills Assessment </w:t>
      </w:r>
    </w:p>
    <w:p w:rsidR="00497939" w:rsidP="386B4101" w:rsidRDefault="00B9477E" w14:paraId="3D734A35" w14:textId="5ED6F814">
      <w:pPr>
        <w:pStyle w:val="Heading3"/>
        <w:spacing w:before="281" w:beforeAutospacing="off" w:after="281" w:afterAutospacing="off"/>
        <w:rPr>
          <w:b w:val="1"/>
          <w:bCs w:val="1"/>
          <w:noProof w:val="0"/>
          <w:color w:val="000000" w:themeColor="text1" w:themeTint="FF" w:themeShade="FF"/>
          <w:sz w:val="28"/>
          <w:szCs w:val="28"/>
          <w:lang w:val="en-US"/>
        </w:rPr>
      </w:pPr>
      <w:r w:rsidRPr="386B4101" w:rsidR="7B6A172C">
        <w:rPr>
          <w:b w:val="1"/>
          <w:bCs w:val="1"/>
          <w:noProof w:val="0"/>
          <w:color w:val="000000" w:themeColor="text1" w:themeTint="FF" w:themeShade="FF"/>
          <w:sz w:val="28"/>
          <w:szCs w:val="28"/>
          <w:lang w:val="en-US"/>
        </w:rPr>
        <w:t>Task 1: Comparison of Job Adverts</w:t>
      </w:r>
    </w:p>
    <w:p w:rsidR="00497939" w:rsidP="386B4101" w:rsidRDefault="00B9477E" w14:paraId="678D65E3" w14:textId="62CB403D">
      <w:pPr>
        <w:spacing w:before="240" w:beforeAutospacing="off" w:after="240" w:afterAutospacing="off"/>
      </w:pPr>
      <w:r w:rsidRPr="386B4101" w:rsidR="7B6A172C">
        <w:rPr>
          <w:noProof w:val="0"/>
          <w:lang w:val="en-US"/>
        </w:rPr>
        <w:t>This section compares two real job adverts within the UK Information Technology sector: a Software Developer role advertised by HM Revenue and Customs (HMRC) and a Software Engineer role advertised by Searchability.</w:t>
      </w:r>
    </w:p>
    <w:p w:rsidR="00497939" w:rsidP="386B4101" w:rsidRDefault="00B9477E" w14:paraId="5DD51AB4" w14:textId="2D922E98">
      <w:pPr>
        <w:spacing w:before="240" w:beforeAutospacing="off" w:after="240" w:afterAutospacing="off"/>
      </w:pPr>
      <w:r w:rsidRPr="386B4101" w:rsidR="7B6A172C">
        <w:rPr>
          <w:noProof w:val="0"/>
          <w:lang w:val="en-US"/>
        </w:rPr>
        <w:t>The HMRC Software Developer role places a strong emphasis on working within a DevOps environment and following Agile methodologies. Candidates are expected to collaborate closely with multidisciplinary teams, including stakeholders, product managers, and other developers, to deliver user-</w:t>
      </w:r>
      <w:r w:rsidRPr="386B4101" w:rsidR="7B6A172C">
        <w:rPr>
          <w:noProof w:val="0"/>
          <w:lang w:val="en-US"/>
        </w:rPr>
        <w:t>centered</w:t>
      </w:r>
      <w:r w:rsidRPr="386B4101" w:rsidR="7B6A172C">
        <w:rPr>
          <w:noProof w:val="0"/>
          <w:lang w:val="en-US"/>
        </w:rPr>
        <w:t xml:space="preserve"> digital services. The role highlights responsibilities such as writing test-driven code, </w:t>
      </w:r>
      <w:r w:rsidRPr="386B4101" w:rsidR="7B6A172C">
        <w:rPr>
          <w:noProof w:val="0"/>
          <w:lang w:val="en-US"/>
        </w:rPr>
        <w:t>participating</w:t>
      </w:r>
      <w:r w:rsidRPr="386B4101" w:rsidR="7B6A172C">
        <w:rPr>
          <w:noProof w:val="0"/>
          <w:lang w:val="en-US"/>
        </w:rPr>
        <w:t xml:space="preserve"> in sprint planning, estimating development tasks, and contributing to continuous improvement within the team. There is also a clear focus on </w:t>
      </w:r>
      <w:r w:rsidRPr="386B4101" w:rsidR="7B6A172C">
        <w:rPr>
          <w:noProof w:val="0"/>
          <w:lang w:val="en-US"/>
        </w:rPr>
        <w:t>maintaining</w:t>
      </w:r>
      <w:r w:rsidRPr="386B4101" w:rsidR="7B6A172C">
        <w:rPr>
          <w:noProof w:val="0"/>
          <w:lang w:val="en-US"/>
        </w:rPr>
        <w:t xml:space="preserve"> high development standards and ensuring that software solutions align with government digital service requirements. This reflects HMRC’s broader goal of delivering reliable, secure, and accessible public services.</w:t>
      </w:r>
    </w:p>
    <w:p w:rsidR="00497939" w:rsidP="386B4101" w:rsidRDefault="00B9477E" w14:paraId="7AEF4516" w14:textId="3E200813">
      <w:pPr>
        <w:spacing w:before="240" w:beforeAutospacing="off" w:after="240" w:afterAutospacing="off"/>
      </w:pPr>
      <w:r w:rsidRPr="386B4101" w:rsidR="7B6A172C">
        <w:rPr>
          <w:noProof w:val="0"/>
          <w:lang w:val="en-US"/>
        </w:rPr>
        <w:t xml:space="preserve">In contrast, the Searchability Software Engineer advert focuses more heavily on technical </w:t>
      </w:r>
      <w:r w:rsidRPr="386B4101" w:rsidR="7B6A172C">
        <w:rPr>
          <w:noProof w:val="0"/>
          <w:lang w:val="en-US"/>
        </w:rPr>
        <w:t>proficiency</w:t>
      </w:r>
      <w:r w:rsidRPr="386B4101" w:rsidR="7B6A172C">
        <w:rPr>
          <w:noProof w:val="0"/>
          <w:lang w:val="en-US"/>
        </w:rPr>
        <w:t xml:space="preserve"> and specific programming skills. It explicitly requires knowledge of technologies such as ASP.NET, SQL, Git, and Vue.js, </w:t>
      </w:r>
      <w:r w:rsidRPr="386B4101" w:rsidR="7B6A172C">
        <w:rPr>
          <w:noProof w:val="0"/>
          <w:lang w:val="en-US"/>
        </w:rPr>
        <w:t>indicating</w:t>
      </w:r>
      <w:r w:rsidRPr="386B4101" w:rsidR="7B6A172C">
        <w:rPr>
          <w:noProof w:val="0"/>
          <w:lang w:val="en-US"/>
        </w:rPr>
        <w:t xml:space="preserve"> that the role is more technically </w:t>
      </w:r>
      <w:r w:rsidRPr="386B4101" w:rsidR="656E2C60">
        <w:rPr>
          <w:noProof w:val="0"/>
          <w:lang w:val="en-US"/>
        </w:rPr>
        <w:t>specialized</w:t>
      </w:r>
      <w:r w:rsidRPr="386B4101" w:rsidR="7B6A172C">
        <w:rPr>
          <w:noProof w:val="0"/>
          <w:lang w:val="en-US"/>
        </w:rPr>
        <w:t xml:space="preserve"> from the outset. The advert also highlights the opportunity for remote working and flexibility, which reflects modern industry trends and the needs of private-sector companies to attract talent. Additionally, it emphasizes working within a fast-growing development team, suggesting a dynamic environment where developers may need to adapt quickly to changing project requirements and business goals.</w:t>
      </w:r>
    </w:p>
    <w:p w:rsidR="00497939" w:rsidP="386B4101" w:rsidRDefault="00B9477E" w14:paraId="00A48868" w14:textId="1C4A10C3">
      <w:pPr>
        <w:spacing w:before="240" w:beforeAutospacing="off" w:after="240" w:afterAutospacing="off"/>
      </w:pPr>
      <w:r w:rsidRPr="386B4101" w:rsidR="7B6A172C">
        <w:rPr>
          <w:noProof w:val="0"/>
          <w:lang w:val="en-US"/>
        </w:rPr>
        <w:t>Despite these differences in emphasis, both adverts share several important similarities. Each role requires strong programming ability and a solid understanding of software development principles. Teamwork is also a key requirement, as developers must collaborate effectively with colleagues to deliver successful projects. Communication skills are equally important, as both roles involve explaining technical concepts to non-technical stakeholders and contributing to team discussions. Furthermore, both adverts stress the importance of producing high-quality, reliable software that meets user or business needs.</w:t>
      </w:r>
    </w:p>
    <w:p w:rsidR="00497939" w:rsidP="386B4101" w:rsidRDefault="00B9477E" w14:paraId="26ADABAB" w14:textId="59BC4E4A">
      <w:pPr>
        <w:spacing w:before="240" w:beforeAutospacing="off" w:after="240" w:afterAutospacing="off"/>
      </w:pPr>
      <w:r w:rsidRPr="386B4101" w:rsidR="7B6A172C">
        <w:rPr>
          <w:noProof w:val="0"/>
          <w:lang w:val="en-US"/>
        </w:rPr>
        <w:t xml:space="preserve">A key shared skill </w:t>
      </w:r>
      <w:r w:rsidRPr="386B4101" w:rsidR="7B6A172C">
        <w:rPr>
          <w:noProof w:val="0"/>
          <w:lang w:val="en-US"/>
        </w:rPr>
        <w:t>identified</w:t>
      </w:r>
      <w:r w:rsidRPr="386B4101" w:rsidR="7B6A172C">
        <w:rPr>
          <w:noProof w:val="0"/>
          <w:lang w:val="en-US"/>
        </w:rPr>
        <w:t xml:space="preserve"> across both adverts is problem-solving. This skill is essential in the IT profession because developers </w:t>
      </w:r>
      <w:r w:rsidRPr="386B4101" w:rsidR="7B6A172C">
        <w:rPr>
          <w:noProof w:val="0"/>
          <w:lang w:val="en-US"/>
        </w:rPr>
        <w:t>are constantly required to</w:t>
      </w:r>
      <w:r w:rsidRPr="386B4101" w:rsidR="7B6A172C">
        <w:rPr>
          <w:noProof w:val="0"/>
          <w:lang w:val="en-US"/>
        </w:rPr>
        <w:t xml:space="preserve"> </w:t>
      </w:r>
      <w:r w:rsidRPr="386B4101" w:rsidR="7B6A172C">
        <w:rPr>
          <w:noProof w:val="0"/>
          <w:lang w:val="en-US"/>
        </w:rPr>
        <w:t>identify</w:t>
      </w:r>
      <w:r w:rsidRPr="386B4101" w:rsidR="7B6A172C">
        <w:rPr>
          <w:noProof w:val="0"/>
          <w:lang w:val="en-US"/>
        </w:rPr>
        <w:t xml:space="preserve">, </w:t>
      </w:r>
      <w:r w:rsidRPr="386B4101" w:rsidR="56D152AC">
        <w:rPr>
          <w:noProof w:val="0"/>
          <w:lang w:val="en-US"/>
        </w:rPr>
        <w:t>analyze</w:t>
      </w:r>
      <w:r w:rsidRPr="386B4101" w:rsidR="7B6A172C">
        <w:rPr>
          <w:noProof w:val="0"/>
          <w:lang w:val="en-US"/>
        </w:rPr>
        <w:t xml:space="preserve">, and resolve technical issues. Software systems </w:t>
      </w:r>
      <w:r w:rsidRPr="386B4101" w:rsidR="7B6A172C">
        <w:rPr>
          <w:noProof w:val="0"/>
          <w:lang w:val="en-US"/>
        </w:rPr>
        <w:t>frequently</w:t>
      </w:r>
      <w:r w:rsidRPr="386B4101" w:rsidR="7B6A172C">
        <w:rPr>
          <w:noProof w:val="0"/>
          <w:lang w:val="en-US"/>
        </w:rPr>
        <w:t xml:space="preserve"> </w:t>
      </w:r>
      <w:r w:rsidRPr="386B4101" w:rsidR="7B6A172C">
        <w:rPr>
          <w:noProof w:val="0"/>
          <w:lang w:val="en-US"/>
        </w:rPr>
        <w:t>contain</w:t>
      </w:r>
      <w:r w:rsidRPr="386B4101" w:rsidR="7B6A172C">
        <w:rPr>
          <w:noProof w:val="0"/>
          <w:lang w:val="en-US"/>
        </w:rPr>
        <w:t xml:space="preserve"> bugs, inefficiencies, or unexpected behaviors, and developers must apply logical thinking to diagnose and fix these problems efficiently. Beyond fixing issues, problem-solving also enables developers to design innovative and effective solutions that improve system performance and enhance user experience. For example, a developer might need to </w:t>
      </w:r>
      <w:r w:rsidRPr="386B4101" w:rsidR="7B6A172C">
        <w:rPr>
          <w:noProof w:val="0"/>
          <w:lang w:val="en-US"/>
        </w:rPr>
        <w:t>optimize</w:t>
      </w:r>
      <w:r w:rsidRPr="386B4101" w:rsidR="7B6A172C">
        <w:rPr>
          <w:noProof w:val="0"/>
          <w:lang w:val="en-US"/>
        </w:rPr>
        <w:t xml:space="preserve"> a slow database query or redesign part of an application to make it more scalable.</w:t>
      </w:r>
    </w:p>
    <w:p w:rsidR="00497939" w:rsidP="386B4101" w:rsidRDefault="00B9477E" w14:paraId="24F44372" w14:textId="4D5B7C12">
      <w:pPr>
        <w:spacing w:before="240" w:beforeAutospacing="off" w:after="240" w:afterAutospacing="off"/>
      </w:pPr>
      <w:r w:rsidRPr="386B4101" w:rsidR="7B6A172C">
        <w:rPr>
          <w:noProof w:val="0"/>
          <w:lang w:val="en-US"/>
        </w:rPr>
        <w:t>According to the National Careers Service, software developers need strong problem-solving abilities, analytical thinking, and attention to detail. These skills are vital for ensuring that software meets both functional requirements and quality standards. Attention to detail is particularly important, as even small errors in code can lead to significant issues in a live system. Analytical thinking allows developers to break down complex problems into manageable components, making them easier to solve.</w:t>
      </w:r>
    </w:p>
    <w:p w:rsidR="00497939" w:rsidP="386B4101" w:rsidRDefault="00B9477E" w14:paraId="788D8018" w14:textId="54A61FB2">
      <w:pPr>
        <w:spacing w:before="240" w:beforeAutospacing="off" w:after="240" w:afterAutospacing="off"/>
      </w:pPr>
      <w:r w:rsidRPr="386B4101" w:rsidR="7B6A172C">
        <w:rPr>
          <w:noProof w:val="0"/>
          <w:lang w:val="en-US"/>
        </w:rPr>
        <w:t xml:space="preserve">Overall, this comparison </w:t>
      </w:r>
      <w:r w:rsidRPr="386B4101" w:rsidR="7B6A172C">
        <w:rPr>
          <w:noProof w:val="0"/>
          <w:lang w:val="en-US"/>
        </w:rPr>
        <w:t>demonstrates</w:t>
      </w:r>
      <w:r w:rsidRPr="386B4101" w:rsidR="7B6A172C">
        <w:rPr>
          <w:noProof w:val="0"/>
          <w:lang w:val="en-US"/>
        </w:rPr>
        <w:t xml:space="preserve"> that while technical requirements may differ depending on the employer and role, core transferable skills </w:t>
      </w:r>
      <w:r w:rsidRPr="386B4101" w:rsidR="7B6A172C">
        <w:rPr>
          <w:noProof w:val="0"/>
          <w:lang w:val="en-US"/>
        </w:rPr>
        <w:t>remain</w:t>
      </w:r>
      <w:r w:rsidRPr="386B4101" w:rsidR="7B6A172C">
        <w:rPr>
          <w:noProof w:val="0"/>
          <w:lang w:val="en-US"/>
        </w:rPr>
        <w:t xml:space="preserve"> consistent across the IT sector. Public sector roles like HMRC tend to emphasize process, collaboration, and service delivery, </w:t>
      </w:r>
      <w:r w:rsidRPr="386B4101" w:rsidR="7B6A172C">
        <w:rPr>
          <w:noProof w:val="0"/>
          <w:lang w:val="en-US"/>
        </w:rPr>
        <w:t>whereas</w:t>
      </w:r>
      <w:r w:rsidRPr="386B4101" w:rsidR="7B6A172C">
        <w:rPr>
          <w:noProof w:val="0"/>
          <w:lang w:val="en-US"/>
        </w:rPr>
        <w:t xml:space="preserve"> private sector roles like the one advertised by Searchability often </w:t>
      </w:r>
      <w:r w:rsidRPr="386B4101" w:rsidR="45CE0D61">
        <w:rPr>
          <w:noProof w:val="0"/>
          <w:lang w:val="en-US"/>
        </w:rPr>
        <w:t>priorities</w:t>
      </w:r>
      <w:r w:rsidRPr="386B4101" w:rsidR="7B6A172C">
        <w:rPr>
          <w:noProof w:val="0"/>
          <w:lang w:val="en-US"/>
        </w:rPr>
        <w:t xml:space="preserve"> specific technical </w:t>
      </w:r>
      <w:r w:rsidRPr="386B4101" w:rsidR="7B6A172C">
        <w:rPr>
          <w:noProof w:val="0"/>
          <w:lang w:val="en-US"/>
        </w:rPr>
        <w:t>expertise</w:t>
      </w:r>
      <w:r w:rsidRPr="386B4101" w:rsidR="7B6A172C">
        <w:rPr>
          <w:noProof w:val="0"/>
          <w:lang w:val="en-US"/>
        </w:rPr>
        <w:t xml:space="preserve"> and flexibility. However, skills such as problem-solving, communication, teamwork, and adaptability are universally valued and form the foundation of a successful career in software development.</w:t>
      </w:r>
    </w:p>
    <w:p w:rsidR="00497939" w:rsidP="386B4101" w:rsidRDefault="00B9477E" w14:paraId="64A5D18E" w14:textId="38D63472">
      <w:pPr>
        <w:spacing w:before="240" w:beforeAutospacing="off" w:after="240" w:afterAutospacing="off"/>
      </w:pPr>
    </w:p>
    <w:p w:rsidR="00497939" w:rsidP="386B4101" w:rsidRDefault="00B9477E" w14:paraId="4F410B9F" w14:textId="09A1B862">
      <w:pPr>
        <w:spacing w:before="240" w:beforeAutospacing="off" w:after="240" w:afterAutospacing="off"/>
      </w:pPr>
      <w:r w:rsidRPr="386B4101" w:rsidR="7B6A172C">
        <w:rPr>
          <w:noProof w:val="0"/>
          <w:lang w:val="en-US"/>
        </w:rPr>
        <w:t xml:space="preserve"> for more info.</w:t>
      </w:r>
      <w:r w:rsidR="7B6A172C">
        <w:rPr/>
        <w:t xml:space="preserve"> </w:t>
      </w:r>
    </w:p>
    <w:p w:rsidR="00497939" w:rsidP="386B4101" w:rsidRDefault="00B9477E" w14:paraId="4876DC41" w14:textId="33E39F5B">
      <w:pPr>
        <w:pStyle w:val="Heading1"/>
        <w:rPr>
          <w:color w:val="000000" w:themeColor="text1" w:themeTint="FF" w:themeShade="FF"/>
        </w:rPr>
      </w:pPr>
      <w:r w:rsidRPr="386B4101" w:rsidR="00B9477E">
        <w:rPr>
          <w:color w:val="000000" w:themeColor="text1" w:themeTint="FF" w:themeShade="FF"/>
        </w:rPr>
        <w:t xml:space="preserve">Task 2: Self-Assessment and Readiness </w:t>
      </w:r>
    </w:p>
    <w:p w:rsidR="00497939" w:rsidRDefault="00B9477E" w14:paraId="12EC7751" w14:textId="1CC72E42">
      <w:r>
        <w:t>To evaluate my current employability, I conducted a SWOT analysis.</w:t>
      </w:r>
      <w:r>
        <w:br/>
      </w:r>
      <w:r>
        <w:br/>
      </w:r>
      <w:r>
        <w:t>Strengths: One of my key strengths is my strong commitment to learning and self-improvement. I actively engage in my academic studies and strive to understand concepts in depth. I also possess effective communication skills, allowing me to express ideas clearly. Additionally, I have developed foundational technical skills, including programming knowledge and familiarity with digital tools. I can work independently and collaboratively, which is essential in the IT field.</w:t>
      </w:r>
      <w:r>
        <w:br/>
      </w:r>
      <w:r>
        <w:br/>
      </w:r>
      <w:r>
        <w:t>Weaknesses: A significant weakness</w:t>
      </w:r>
      <w:r>
        <w:t xml:space="preserve"> is my time management. Managing multiple deadlines can sometimes be challenging, affecting my productivity. I also lack extensive real-world work experience, which limits my confidence when applying theoretical knowledge. Furthermore, I sometimes </w:t>
      </w:r>
      <w:r w:rsidR="051047BD">
        <w:t>overanalyze</w:t>
      </w:r>
      <w:r>
        <w:t xml:space="preserve"> tasks, which can slow down my decision-making process.</w:t>
      </w:r>
      <w:r>
        <w:br/>
      </w:r>
      <w:r>
        <w:br/>
      </w:r>
      <w:r>
        <w:t>Opportunities: There are numerous opportunities available to enhance my employability. These include internships, online certifications, and workshops that can improve my technical and professiona</w:t>
      </w:r>
      <w:r>
        <w:t>l skills. The increasing demand for software developers in the UK provides strong career prospects. Networking events and career fairs also offer opportunities to connect with industry professionals.</w:t>
      </w:r>
      <w:r>
        <w:br/>
      </w:r>
      <w:r>
        <w:br/>
      </w:r>
      <w:r>
        <w:t>Threats: One major threat is the high level of competition within the IT industry. Many candidates possess advanced skills and experience, making it more difficult to stand out. Additionally, the rapid pace of technological change means that skills can quickly become outdated, requiring continuous learning.</w:t>
      </w:r>
      <w:r>
        <w:br/>
      </w:r>
      <w:r>
        <w:br/>
      </w:r>
      <w:r>
        <w:t>E</w:t>
      </w:r>
      <w:r>
        <w:t>vidence of Readiness: My academic achievements demonstrate my ability to meet deadlines and maintain a consistent standard of work. I have successfully completed coursework and participated in group projects, showing my ability to collaborate effectively.</w:t>
      </w:r>
      <w:r>
        <w:br/>
      </w:r>
      <w:r>
        <w:br/>
      </w:r>
      <w:r>
        <w:t>Although my work experience is limited, I have developed transferable skills such as teamwork, responsibility, and communication through part-time work or volunteering. These experiences have helped me adapt to different environments and work under pressu</w:t>
      </w:r>
      <w:r>
        <w:t>re.</w:t>
      </w:r>
      <w:r>
        <w:br/>
      </w:r>
      <w:r>
        <w:br/>
      </w:r>
      <w:r>
        <w:t>Extracurricular activities have further enhanced my skills. Participation in group tasks and independent projects has strengthened my problem-solving ability and initiative. Feedback from tutors and peers has highlighted my reliability and communication skills while also identifying areas for improvement such as time management.</w:t>
      </w:r>
      <w:r>
        <w:br/>
      </w:r>
      <w:r>
        <w:br/>
      </w:r>
      <w:r>
        <w:t>Overall, this self-assessment highlights that while I have a solid foundation of skills, I need to focus on gaining practical experience and improving time management to enhan</w:t>
      </w:r>
      <w:r>
        <w:t>ce my employability.</w:t>
      </w:r>
    </w:p>
    <w:p w:rsidR="00497939" w:rsidP="386B4101" w:rsidRDefault="00B9477E" w14:paraId="14AA1FC4" w14:textId="5FA2C86D">
      <w:pPr>
        <w:pStyle w:val="Heading1"/>
        <w:rPr>
          <w:color w:val="000000" w:themeColor="text1" w:themeTint="FF" w:themeShade="FF"/>
        </w:rPr>
      </w:pPr>
      <w:r w:rsidRPr="386B4101" w:rsidR="00B9477E">
        <w:rPr>
          <w:color w:val="000000" w:themeColor="text1" w:themeTint="FF" w:themeShade="FF"/>
        </w:rPr>
        <w:t xml:space="preserve">Task 3: Employment Goals </w:t>
      </w:r>
    </w:p>
    <w:p w:rsidR="00497939" w:rsidRDefault="00B9477E" w14:paraId="5D9164AA" w14:textId="5F08D16D">
      <w:r>
        <w:t>Based on my SWOT analysis, I have identified both short-term and long-term employment goals.</w:t>
      </w:r>
      <w:r>
        <w:br/>
      </w:r>
      <w:r>
        <w:br/>
      </w:r>
      <w:r>
        <w:t>Short-term goals: My primary short-term goal is to improve my time management skills. I plan to achieve this by using planning tools and setting clear priorities. Another goal is to gain practical experience through internships or part-time work in the IT sector. Additionally, I aim to improve my technical skills by completing online courses and gaining certifications.</w:t>
      </w:r>
      <w:r>
        <w:br/>
      </w:r>
      <w:r>
        <w:br/>
      </w:r>
      <w:r>
        <w:t>Long-term goals: My long-term goal is to secure a full-time role as a software developer. I aim to work within a collaborative environmen</w:t>
      </w:r>
      <w:r>
        <w:t xml:space="preserve">t where I can continue learning and contributing to meaningful projects. I also plan to </w:t>
      </w:r>
      <w:r w:rsidR="631132D7">
        <w:t>specialize</w:t>
      </w:r>
      <w:r>
        <w:t xml:space="preserve"> in a specific area such as web development or cybersecurity to enhance my career progression.</w:t>
      </w:r>
      <w:r>
        <w:br/>
      </w:r>
      <w:r>
        <w:br/>
      </w:r>
      <w:r>
        <w:t>These goals are important because they address my current weaknesses while supporting my overall career aspirations. By improving my skills and gaining experience, I will become more competitive in the job market and better prepared for professional success.</w:t>
      </w:r>
    </w:p>
    <w:p w:rsidR="00BB5076" w:rsidRDefault="00BB5076" w14:paraId="2A185316" w14:textId="77777777"/>
    <w:p w:rsidRPr="00BB5076" w:rsidR="00BB5076" w:rsidP="00BB5076" w:rsidRDefault="00BB5076" w14:paraId="772F3965" w14:textId="77777777">
      <w:pPr>
        <w:rPr>
          <w:b/>
          <w:bCs/>
          <w:lang w:val="en-GB"/>
        </w:rPr>
      </w:pPr>
      <w:r w:rsidRPr="00BB5076">
        <w:rPr>
          <w:b/>
          <w:bCs/>
          <w:lang w:val="en-GB"/>
        </w:rPr>
        <w:t>SWOT Analysis (Self-Assessment for Employability)</w:t>
      </w:r>
    </w:p>
    <w:p w:rsidRPr="00BB5076" w:rsidR="00BB5076" w:rsidP="00BB5076" w:rsidRDefault="00BB5076" w14:paraId="69B9BD68" w14:textId="77777777">
      <w:pPr>
        <w:rPr>
          <w:b/>
          <w:bCs/>
          <w:lang w:val="en-GB"/>
        </w:rPr>
      </w:pPr>
      <w:r w:rsidRPr="00BB5076">
        <w:rPr>
          <w:b/>
          <w:bCs/>
          <w:lang w:val="en-GB"/>
        </w:rPr>
        <w:t>Strengths</w:t>
      </w:r>
    </w:p>
    <w:p w:rsidRPr="00BB5076" w:rsidR="00BB5076" w:rsidP="00BB5076" w:rsidRDefault="00BB5076" w14:paraId="15A41B9F" w14:textId="77777777">
      <w:pPr>
        <w:rPr>
          <w:lang w:val="en-GB"/>
        </w:rPr>
      </w:pPr>
      <w:r w:rsidRPr="00BB5076">
        <w:rPr>
          <w:lang w:val="en-GB"/>
        </w:rPr>
        <w:t xml:space="preserve">One of my key strengths is my </w:t>
      </w:r>
      <w:r w:rsidRPr="00BB5076">
        <w:rPr>
          <w:b/>
          <w:bCs/>
          <w:lang w:val="en-GB"/>
        </w:rPr>
        <w:t>strong commitment to learning and self-development</w:t>
      </w:r>
      <w:r w:rsidRPr="00BB5076">
        <w:rPr>
          <w:lang w:val="en-GB"/>
        </w:rPr>
        <w:t>. I consistently complete my academic work on time and aim to fully understand topics rather than just memorising them. This helps me build a solid foundation for my future career.</w:t>
      </w:r>
    </w:p>
    <w:p w:rsidRPr="00BB5076" w:rsidR="00BB5076" w:rsidP="00BB5076" w:rsidRDefault="00BB5076" w14:paraId="53C45842" w14:textId="77777777">
      <w:pPr>
        <w:rPr>
          <w:lang w:val="en-GB"/>
        </w:rPr>
      </w:pPr>
      <w:r w:rsidRPr="00BB5076">
        <w:rPr>
          <w:lang w:val="en-GB"/>
        </w:rPr>
        <w:t xml:space="preserve">I also have </w:t>
      </w:r>
      <w:r w:rsidRPr="00BB5076">
        <w:rPr>
          <w:b/>
          <w:bCs/>
          <w:lang w:val="en-GB"/>
        </w:rPr>
        <w:t>good communication skills</w:t>
      </w:r>
      <w:r w:rsidRPr="00BB5076">
        <w:rPr>
          <w:lang w:val="en-GB"/>
        </w:rPr>
        <w:t>, which allow me to clearly express my ideas in both written and verbal formats. This is important in the IT industry, where teamwork and collaboration are essential.</w:t>
      </w:r>
    </w:p>
    <w:p w:rsidRPr="00BB5076" w:rsidR="00BB5076" w:rsidP="00BB5076" w:rsidRDefault="00BB5076" w14:paraId="2E7AD057" w14:textId="77777777">
      <w:pPr>
        <w:rPr>
          <w:lang w:val="en-GB"/>
        </w:rPr>
      </w:pPr>
      <w:r w:rsidRPr="00BB5076">
        <w:rPr>
          <w:lang w:val="en-GB"/>
        </w:rPr>
        <w:t xml:space="preserve">Another strength is my </w:t>
      </w:r>
      <w:r w:rsidRPr="00BB5076">
        <w:rPr>
          <w:b/>
          <w:bCs/>
          <w:lang w:val="en-GB"/>
        </w:rPr>
        <w:t>basic technical knowledge</w:t>
      </w:r>
      <w:r w:rsidRPr="00BB5076">
        <w:rPr>
          <w:lang w:val="en-GB"/>
        </w:rPr>
        <w:t xml:space="preserve">, including familiarity with programming concepts and digital tools. I am also able to work both </w:t>
      </w:r>
      <w:r w:rsidRPr="00BB5076">
        <w:rPr>
          <w:b/>
          <w:bCs/>
          <w:lang w:val="en-GB"/>
        </w:rPr>
        <w:t>independently and as part of a team</w:t>
      </w:r>
      <w:r w:rsidRPr="00BB5076">
        <w:rPr>
          <w:lang w:val="en-GB"/>
        </w:rPr>
        <w:t>, which I have demonstrated through group assignments and collaborative tasks.</w:t>
      </w:r>
    </w:p>
    <w:p w:rsidRPr="00BB5076" w:rsidR="00BB5076" w:rsidP="00BB5076" w:rsidRDefault="00BB5076" w14:paraId="389776D1" w14:textId="77777777">
      <w:pPr>
        <w:rPr>
          <w:lang w:val="en-GB"/>
        </w:rPr>
      </w:pPr>
      <w:r w:rsidRPr="00BB5076">
        <w:rPr>
          <w:lang w:val="en-GB"/>
        </w:rPr>
        <w:t xml:space="preserve">Additionally, I am </w:t>
      </w:r>
      <w:r w:rsidRPr="00BB5076">
        <w:rPr>
          <w:b/>
          <w:bCs/>
          <w:lang w:val="en-GB"/>
        </w:rPr>
        <w:t>adaptable and willing to learn new technologies</w:t>
      </w:r>
      <w:r w:rsidRPr="00BB5076">
        <w:rPr>
          <w:lang w:val="en-GB"/>
        </w:rPr>
        <w:t>, which is important in a fast-changing field like IT.</w:t>
      </w:r>
    </w:p>
    <w:p w:rsidRPr="00BB5076" w:rsidR="00BB5076" w:rsidP="00BB5076" w:rsidRDefault="00B9477E" w14:paraId="25B60845" w14:textId="77777777">
      <w:pPr>
        <w:rPr>
          <w:lang w:val="en-GB"/>
        </w:rPr>
      </w:pPr>
      <w:r>
        <w:rPr>
          <w:lang w:val="en-GB"/>
        </w:rPr>
        <w:pict w14:anchorId="5D9F7933">
          <v:rect id="_x0000_i1025" style="width:0;height:1.5pt" o:hr="t" o:hrstd="t" o:hralign="center" fillcolor="#a0a0a0" stroked="f"/>
        </w:pict>
      </w:r>
    </w:p>
    <w:p w:rsidRPr="00BB5076" w:rsidR="00BB5076" w:rsidP="00BB5076" w:rsidRDefault="00BB5076" w14:paraId="5367F876" w14:textId="77777777">
      <w:pPr>
        <w:rPr>
          <w:b/>
          <w:bCs/>
          <w:lang w:val="en-GB"/>
        </w:rPr>
      </w:pPr>
      <w:r w:rsidRPr="00BB5076">
        <w:rPr>
          <w:b/>
          <w:bCs/>
          <w:lang w:val="en-GB"/>
        </w:rPr>
        <w:t>Weaknesses</w:t>
      </w:r>
    </w:p>
    <w:p w:rsidRPr="00BB5076" w:rsidR="00BB5076" w:rsidP="00BB5076" w:rsidRDefault="00BB5076" w14:paraId="56B3A5F3" w14:textId="77777777">
      <w:pPr>
        <w:rPr>
          <w:lang w:val="en-GB"/>
        </w:rPr>
      </w:pPr>
      <w:r w:rsidRPr="00BB5076">
        <w:rPr>
          <w:lang w:val="en-GB"/>
        </w:rPr>
        <w:t xml:space="preserve">One of my main weaknesses is </w:t>
      </w:r>
      <w:r w:rsidRPr="00BB5076">
        <w:rPr>
          <w:b/>
          <w:bCs/>
          <w:lang w:val="en-GB"/>
        </w:rPr>
        <w:t>time management</w:t>
      </w:r>
      <w:r w:rsidRPr="00BB5076">
        <w:rPr>
          <w:lang w:val="en-GB"/>
        </w:rPr>
        <w:t>. I sometimes find it difficult to balance multiple deadlines, which can lead to stress and reduced productivity.</w:t>
      </w:r>
    </w:p>
    <w:p w:rsidRPr="00BB5076" w:rsidR="00BB5076" w:rsidP="00BB5076" w:rsidRDefault="00BB5076" w14:paraId="44F2485F" w14:textId="77777777">
      <w:pPr>
        <w:rPr>
          <w:lang w:val="en-GB"/>
        </w:rPr>
      </w:pPr>
      <w:r w:rsidRPr="00BB5076">
        <w:rPr>
          <w:lang w:val="en-GB"/>
        </w:rPr>
        <w:t xml:space="preserve">I also have </w:t>
      </w:r>
      <w:r w:rsidRPr="00BB5076">
        <w:rPr>
          <w:b/>
          <w:bCs/>
          <w:lang w:val="en-GB"/>
        </w:rPr>
        <w:t>limited practical work experience</w:t>
      </w:r>
      <w:r w:rsidRPr="00BB5076">
        <w:rPr>
          <w:lang w:val="en-GB"/>
        </w:rPr>
        <w:t xml:space="preserve"> in the IT industry. While I have theoretical knowledge, I need more real-world experience to build confidence and apply my skills effectively.</w:t>
      </w:r>
    </w:p>
    <w:p w:rsidRPr="00BB5076" w:rsidR="00BB5076" w:rsidP="00BB5076" w:rsidRDefault="00BB5076" w14:paraId="1DCF5056" w14:textId="77777777">
      <w:pPr>
        <w:rPr>
          <w:lang w:val="en-GB"/>
        </w:rPr>
      </w:pPr>
      <w:r w:rsidRPr="00BB5076">
        <w:rPr>
          <w:lang w:val="en-GB"/>
        </w:rPr>
        <w:t xml:space="preserve">Another weakness is my tendency to </w:t>
      </w:r>
      <w:r w:rsidRPr="00BB5076">
        <w:rPr>
          <w:b/>
          <w:bCs/>
          <w:lang w:val="en-GB"/>
        </w:rPr>
        <w:t>overthink tasks</w:t>
      </w:r>
      <w:r w:rsidRPr="00BB5076">
        <w:rPr>
          <w:lang w:val="en-GB"/>
        </w:rPr>
        <w:t>, which can slow down my decision-making process. This can affect efficiency, especially when working under pressure.</w:t>
      </w:r>
    </w:p>
    <w:p w:rsidRPr="00BB5076" w:rsidR="00BB5076" w:rsidP="00BB5076" w:rsidRDefault="00BB5076" w14:paraId="3549B554" w14:textId="77777777">
      <w:pPr>
        <w:rPr>
          <w:lang w:val="en-GB"/>
        </w:rPr>
      </w:pPr>
      <w:r w:rsidRPr="00BB5076">
        <w:rPr>
          <w:lang w:val="en-GB"/>
        </w:rPr>
        <w:t xml:space="preserve">I also recognise that I need to improve my </w:t>
      </w:r>
      <w:r w:rsidRPr="00BB5076">
        <w:rPr>
          <w:b/>
          <w:bCs/>
          <w:lang w:val="en-GB"/>
        </w:rPr>
        <w:t>confidence when solving complex problems independently</w:t>
      </w:r>
      <w:r w:rsidRPr="00BB5076">
        <w:rPr>
          <w:lang w:val="en-GB"/>
        </w:rPr>
        <w:t>, as I sometimes rely too much on guidance.</w:t>
      </w:r>
    </w:p>
    <w:p w:rsidRPr="00BB5076" w:rsidR="00BB5076" w:rsidP="00BB5076" w:rsidRDefault="00B9477E" w14:paraId="67BE394C" w14:textId="77777777">
      <w:pPr>
        <w:rPr>
          <w:lang w:val="en-GB"/>
        </w:rPr>
      </w:pPr>
      <w:r>
        <w:rPr>
          <w:lang w:val="en-GB"/>
        </w:rPr>
        <w:pict w14:anchorId="49F9723E">
          <v:rect id="_x0000_i1026" style="width:0;height:1.5pt" o:hr="t" o:hrstd="t" o:hralign="center" fillcolor="#a0a0a0" stroked="f"/>
        </w:pict>
      </w:r>
    </w:p>
    <w:p w:rsidRPr="00BB5076" w:rsidR="00BB5076" w:rsidP="00BB5076" w:rsidRDefault="00BB5076" w14:paraId="07A8F407" w14:textId="77777777">
      <w:pPr>
        <w:rPr>
          <w:b/>
          <w:bCs/>
          <w:lang w:val="en-GB"/>
        </w:rPr>
      </w:pPr>
      <w:r w:rsidRPr="00BB5076">
        <w:rPr>
          <w:b/>
          <w:bCs/>
          <w:lang w:val="en-GB"/>
        </w:rPr>
        <w:t>Opportunities</w:t>
      </w:r>
    </w:p>
    <w:p w:rsidRPr="00BB5076" w:rsidR="00BB5076" w:rsidP="00BB5076" w:rsidRDefault="00BB5076" w14:paraId="77A654BB" w14:textId="77777777">
      <w:pPr>
        <w:rPr>
          <w:lang w:val="en-GB"/>
        </w:rPr>
      </w:pPr>
      <w:r w:rsidRPr="00BB5076">
        <w:rPr>
          <w:lang w:val="en-GB"/>
        </w:rPr>
        <w:t xml:space="preserve">There are many opportunities available to support my development. For example, I can apply for </w:t>
      </w:r>
      <w:r w:rsidRPr="00BB5076">
        <w:rPr>
          <w:b/>
          <w:bCs/>
          <w:lang w:val="en-GB"/>
        </w:rPr>
        <w:t>internships and work placements</w:t>
      </w:r>
      <w:r w:rsidRPr="00BB5076">
        <w:rPr>
          <w:lang w:val="en-GB"/>
        </w:rPr>
        <w:t xml:space="preserve"> to gain practical experience in the IT field.</w:t>
      </w:r>
    </w:p>
    <w:p w:rsidRPr="00BB5076" w:rsidR="00BB5076" w:rsidP="00BB5076" w:rsidRDefault="00BB5076" w14:paraId="430D7FDF" w14:textId="77777777">
      <w:pPr>
        <w:rPr>
          <w:lang w:val="en-GB"/>
        </w:rPr>
      </w:pPr>
      <w:r w:rsidRPr="00BB5076">
        <w:rPr>
          <w:lang w:val="en-GB"/>
        </w:rPr>
        <w:t xml:space="preserve">Online learning platforms provide access to </w:t>
      </w:r>
      <w:r w:rsidRPr="00BB5076">
        <w:rPr>
          <w:b/>
          <w:bCs/>
          <w:lang w:val="en-GB"/>
        </w:rPr>
        <w:t>courses and certifications</w:t>
      </w:r>
      <w:r w:rsidRPr="00BB5076">
        <w:rPr>
          <w:lang w:val="en-GB"/>
        </w:rPr>
        <w:t xml:space="preserve"> that can help me improve my technical skills and stay up to date with industry trends.</w:t>
      </w:r>
    </w:p>
    <w:p w:rsidRPr="00BB5076" w:rsidR="00BB5076" w:rsidP="00BB5076" w:rsidRDefault="00BB5076" w14:paraId="77EF6440" w14:textId="77777777">
      <w:pPr>
        <w:rPr>
          <w:lang w:val="en-GB"/>
        </w:rPr>
      </w:pPr>
      <w:r w:rsidRPr="00BB5076">
        <w:rPr>
          <w:lang w:val="en-GB"/>
        </w:rPr>
        <w:t xml:space="preserve">I can also attend </w:t>
      </w:r>
      <w:r w:rsidRPr="00BB5076">
        <w:rPr>
          <w:b/>
          <w:bCs/>
          <w:lang w:val="en-GB"/>
        </w:rPr>
        <w:t>career fairs, workshops, and networking events</w:t>
      </w:r>
      <w:r w:rsidRPr="00BB5076">
        <w:rPr>
          <w:lang w:val="en-GB"/>
        </w:rPr>
        <w:t>, which will allow me to connect with professionals and learn more about the industry.</w:t>
      </w:r>
    </w:p>
    <w:p w:rsidRPr="00BB5076" w:rsidR="00BB5076" w:rsidP="00BB5076" w:rsidRDefault="00BB5076" w14:paraId="35E5EE13" w14:textId="77777777">
      <w:pPr>
        <w:rPr>
          <w:lang w:val="en-GB"/>
        </w:rPr>
      </w:pPr>
      <w:r w:rsidRPr="00BB5076">
        <w:rPr>
          <w:lang w:val="en-GB"/>
        </w:rPr>
        <w:t xml:space="preserve">Additionally, the </w:t>
      </w:r>
      <w:r w:rsidRPr="00BB5076">
        <w:rPr>
          <w:b/>
          <w:bCs/>
          <w:lang w:val="en-GB"/>
        </w:rPr>
        <w:t>high demand for IT professionals in the UK</w:t>
      </w:r>
      <w:r w:rsidRPr="00BB5076">
        <w:rPr>
          <w:lang w:val="en-GB"/>
        </w:rPr>
        <w:t xml:space="preserve"> creates strong employment opportunities for graduates with the right skills.</w:t>
      </w:r>
    </w:p>
    <w:p w:rsidRPr="00BB5076" w:rsidR="00BB5076" w:rsidP="00BB5076" w:rsidRDefault="00B9477E" w14:paraId="50EB2E6F" w14:textId="77777777">
      <w:pPr>
        <w:rPr>
          <w:lang w:val="en-GB"/>
        </w:rPr>
      </w:pPr>
      <w:r>
        <w:rPr>
          <w:lang w:val="en-GB"/>
        </w:rPr>
        <w:pict w14:anchorId="01A090C4">
          <v:rect id="_x0000_i1027" style="width:0;height:1.5pt" o:hr="t" o:hrstd="t" o:hralign="center" fillcolor="#a0a0a0" stroked="f"/>
        </w:pict>
      </w:r>
    </w:p>
    <w:p w:rsidRPr="00BB5076" w:rsidR="00BB5076" w:rsidP="00BB5076" w:rsidRDefault="00BB5076" w14:paraId="696148DD" w14:textId="77777777">
      <w:pPr>
        <w:rPr>
          <w:b/>
          <w:bCs/>
          <w:lang w:val="en-GB"/>
        </w:rPr>
      </w:pPr>
      <w:r w:rsidRPr="00BB5076">
        <w:rPr>
          <w:b/>
          <w:bCs/>
          <w:lang w:val="en-GB"/>
        </w:rPr>
        <w:t>Threats</w:t>
      </w:r>
    </w:p>
    <w:p w:rsidRPr="00BB5076" w:rsidR="00BB5076" w:rsidP="00BB5076" w:rsidRDefault="00BB5076" w14:paraId="54353FBE" w14:textId="77777777">
      <w:pPr>
        <w:rPr>
          <w:lang w:val="en-GB"/>
        </w:rPr>
      </w:pPr>
      <w:r w:rsidRPr="00BB5076">
        <w:rPr>
          <w:lang w:val="en-GB"/>
        </w:rPr>
        <w:t xml:space="preserve">One of the biggest threats is the </w:t>
      </w:r>
      <w:r w:rsidRPr="00BB5076">
        <w:rPr>
          <w:b/>
          <w:bCs/>
          <w:lang w:val="en-GB"/>
        </w:rPr>
        <w:t>high level of competition</w:t>
      </w:r>
      <w:r w:rsidRPr="00BB5076">
        <w:rPr>
          <w:lang w:val="en-GB"/>
        </w:rPr>
        <w:t xml:space="preserve"> in the job market. Many candidates may have more experience or advanced technical skills.</w:t>
      </w:r>
    </w:p>
    <w:p w:rsidRPr="00BB5076" w:rsidR="00BB5076" w:rsidP="00BB5076" w:rsidRDefault="00BB5076" w14:paraId="19DB46B9" w14:textId="77777777">
      <w:pPr>
        <w:rPr>
          <w:lang w:val="en-GB"/>
        </w:rPr>
      </w:pPr>
      <w:r w:rsidRPr="00BB5076">
        <w:rPr>
          <w:lang w:val="en-GB"/>
        </w:rPr>
        <w:t xml:space="preserve">Another threat is the </w:t>
      </w:r>
      <w:r w:rsidRPr="00BB5076">
        <w:rPr>
          <w:b/>
          <w:bCs/>
          <w:lang w:val="en-GB"/>
        </w:rPr>
        <w:t>rapid pace of technological change</w:t>
      </w:r>
      <w:r w:rsidRPr="00BB5076">
        <w:rPr>
          <w:lang w:val="en-GB"/>
        </w:rPr>
        <w:t>. If I do not continue learning and updating my skills, I may become less competitive.</w:t>
      </w:r>
    </w:p>
    <w:p w:rsidRPr="00BB5076" w:rsidR="00BB5076" w:rsidP="00BB5076" w:rsidRDefault="00BB5076" w14:paraId="0C34F3DD" w14:textId="77777777">
      <w:pPr>
        <w:rPr>
          <w:lang w:val="en-GB"/>
        </w:rPr>
      </w:pPr>
      <w:r w:rsidRPr="00BB5076">
        <w:rPr>
          <w:lang w:val="en-GB"/>
        </w:rPr>
        <w:t xml:space="preserve">There is also the risk of </w:t>
      </w:r>
      <w:r w:rsidRPr="00BB5076">
        <w:rPr>
          <w:b/>
          <w:bCs/>
          <w:lang w:val="en-GB"/>
        </w:rPr>
        <w:t>lack of experience limiting job opportunities</w:t>
      </w:r>
      <w:r w:rsidRPr="00BB5076">
        <w:rPr>
          <w:lang w:val="en-GB"/>
        </w:rPr>
        <w:t>, especially for entry-level roles that still require practical skills.</w:t>
      </w:r>
    </w:p>
    <w:p w:rsidRPr="00BB5076" w:rsidR="00BB5076" w:rsidP="00BB5076" w:rsidRDefault="00BB5076" w14:paraId="667C11CA" w14:textId="77777777">
      <w:pPr>
        <w:rPr>
          <w:lang w:val="en-GB"/>
        </w:rPr>
      </w:pPr>
      <w:r w:rsidRPr="00BB5076">
        <w:rPr>
          <w:lang w:val="en-GB"/>
        </w:rPr>
        <w:t xml:space="preserve">Finally, external factors such as </w:t>
      </w:r>
      <w:r w:rsidRPr="00BB5076">
        <w:rPr>
          <w:b/>
          <w:bCs/>
          <w:lang w:val="en-GB"/>
        </w:rPr>
        <w:t>economic changes or reduced hiring</w:t>
      </w:r>
      <w:r w:rsidRPr="00BB5076">
        <w:rPr>
          <w:lang w:val="en-GB"/>
        </w:rPr>
        <w:t xml:space="preserve"> in certain sectors could impact job availability.</w:t>
      </w:r>
    </w:p>
    <w:p w:rsidRPr="00BB5076" w:rsidR="00BB5076" w:rsidP="00BB5076" w:rsidRDefault="00B9477E" w14:paraId="40C36E8A" w14:textId="77777777">
      <w:pPr>
        <w:rPr>
          <w:lang w:val="en-GB"/>
        </w:rPr>
      </w:pPr>
      <w:r>
        <w:rPr>
          <w:lang w:val="en-GB"/>
        </w:rPr>
        <w:pict w14:anchorId="07DE5353">
          <v:rect id="_x0000_i1028" style="width:0;height:1.5pt" o:hr="t" o:hrstd="t" o:hralign="center" fillcolor="#a0a0a0" stroked="f"/>
        </w:pict>
      </w:r>
    </w:p>
    <w:p w:rsidRPr="00BB5076" w:rsidR="00BB5076" w:rsidP="00BB5076" w:rsidRDefault="00BB5076" w14:paraId="24747D26" w14:textId="77777777">
      <w:pPr>
        <w:rPr>
          <w:b/>
          <w:bCs/>
          <w:lang w:val="en-GB"/>
        </w:rPr>
      </w:pPr>
      <w:r w:rsidRPr="00BB5076">
        <w:rPr>
          <w:b/>
          <w:bCs/>
          <w:lang w:val="en-GB"/>
        </w:rPr>
        <w:t>Conclusion</w:t>
      </w:r>
    </w:p>
    <w:p w:rsidRPr="00BB5076" w:rsidR="00BB5076" w:rsidP="00BB5076" w:rsidRDefault="00BB5076" w14:paraId="23F1EC8E" w14:textId="77777777">
      <w:pPr>
        <w:rPr>
          <w:lang w:val="en-GB"/>
        </w:rPr>
      </w:pPr>
      <w:r w:rsidRPr="00BB5076">
        <w:rPr>
          <w:lang w:val="en-GB"/>
        </w:rPr>
        <w:t>This SWOT analysis shows that while I have strong foundations in learning, communication, and adaptability, I need to focus on improving time management and gaining practical experience. By taking advantage of available opportunities and addressing my weaknesses, I can improve my employability and achieve my career goals.</w:t>
      </w:r>
    </w:p>
    <w:p w:rsidR="00BB5076" w:rsidRDefault="00BB5076" w14:paraId="41D62C6C" w14:textId="77777777">
      <w:pPr>
        <w:rPr>
          <w:lang w:val="en-GB"/>
        </w:rPr>
      </w:pPr>
    </w:p>
    <w:p w:rsidRPr="00BB5076" w:rsidR="004E4EAE" w:rsidRDefault="004E4EAE" w14:paraId="4834ECEE" w14:textId="77777777">
      <w:pPr>
        <w:rPr>
          <w:lang w:val="en-GB"/>
        </w:rPr>
      </w:pPr>
    </w:p>
    <w:p w:rsidR="00497939" w:rsidP="386B4101" w:rsidRDefault="00B9477E" w14:paraId="2DCFAC05" w14:textId="77777777">
      <w:pPr>
        <w:pStyle w:val="Heading1"/>
        <w:rPr>
          <w:b w:val="1"/>
          <w:bCs w:val="1"/>
          <w:color w:val="000000" w:themeColor="text1" w:themeTint="FF" w:themeShade="FF"/>
        </w:rPr>
      </w:pPr>
      <w:r w:rsidRPr="386B4101" w:rsidR="00B9477E">
        <w:rPr>
          <w:b w:val="1"/>
          <w:bCs w:val="1"/>
          <w:color w:val="000000" w:themeColor="text1" w:themeTint="FF" w:themeShade="FF"/>
        </w:rPr>
        <w:t>References</w:t>
      </w:r>
    </w:p>
    <w:p w:rsidR="00497939" w:rsidRDefault="00B9477E" w14:paraId="130702A0" w14:textId="77777777">
      <w:r>
        <w:t>National Careers Service (2026). Software Developer Job Profile.</w:t>
      </w:r>
      <w:r>
        <w:br/>
      </w:r>
      <w:r>
        <w:t>HMRC Careers (2025). Software Developer Job Advert.</w:t>
      </w:r>
      <w:r>
        <w:br/>
      </w:r>
      <w:r>
        <w:t>Searchability (2026). Software Engineer Job Advert.</w:t>
      </w:r>
      <w:r>
        <w:br/>
      </w:r>
      <w:r>
        <w:t>Indeed UK (2025). What does a software developer do?</w:t>
      </w:r>
      <w:r>
        <w:br/>
      </w:r>
      <w:r>
        <w:t>UK Startup Blog (2026). Key Skills for Software Developers.</w:t>
      </w:r>
    </w:p>
    <w:p w:rsidR="00464F1B" w:rsidRDefault="00464F1B" w14:paraId="5AAA21F6" w14:textId="77777777"/>
    <w:p w:rsidR="00464F1B" w:rsidRDefault="00464F1B" w14:paraId="47531A83" w14:textId="2DD0FE59">
      <w:r>
        <w:rPr>
          <w:noProof/>
        </w:rPr>
        <w:drawing>
          <wp:inline distT="0" distB="0" distL="0" distR="0" wp14:anchorId="45BA7832" wp14:editId="5BBEC545">
            <wp:extent cx="5486400" cy="3874135"/>
            <wp:effectExtent l="0" t="0" r="0" b="0"/>
            <wp:docPr id="1824830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830666" name=""/>
                    <pic:cNvPicPr/>
                  </pic:nvPicPr>
                  <pic:blipFill>
                    <a:blip r:embed="rId6"/>
                    <a:stretch>
                      <a:fillRect/>
                    </a:stretch>
                  </pic:blipFill>
                  <pic:spPr>
                    <a:xfrm>
                      <a:off x="0" y="0"/>
                      <a:ext cx="5486400" cy="3874135"/>
                    </a:xfrm>
                    <a:prstGeom prst="rect">
                      <a:avLst/>
                    </a:prstGeom>
                  </pic:spPr>
                </pic:pic>
              </a:graphicData>
            </a:graphic>
          </wp:inline>
        </w:drawing>
      </w:r>
    </w:p>
    <w:sectPr w:rsidR="00464F1B"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1367289922">
    <w:abstractNumId w:val="8"/>
  </w:num>
  <w:num w:numId="2" w16cid:durableId="1057052073">
    <w:abstractNumId w:val="6"/>
  </w:num>
  <w:num w:numId="3" w16cid:durableId="2067678354">
    <w:abstractNumId w:val="5"/>
  </w:num>
  <w:num w:numId="4" w16cid:durableId="1102411039">
    <w:abstractNumId w:val="4"/>
  </w:num>
  <w:num w:numId="5" w16cid:durableId="531966072">
    <w:abstractNumId w:val="7"/>
  </w:num>
  <w:num w:numId="6" w16cid:durableId="643464800">
    <w:abstractNumId w:val="3"/>
  </w:num>
  <w:num w:numId="7" w16cid:durableId="1525628815">
    <w:abstractNumId w:val="2"/>
  </w:num>
  <w:num w:numId="8" w16cid:durableId="1061444805">
    <w:abstractNumId w:val="1"/>
  </w:num>
  <w:num w:numId="9" w16cid:durableId="390881938">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414A"/>
    <w:rsid w:val="0015074B"/>
    <w:rsid w:val="0029639D"/>
    <w:rsid w:val="00326F90"/>
    <w:rsid w:val="003F7740"/>
    <w:rsid w:val="004047AE"/>
    <w:rsid w:val="00464F1B"/>
    <w:rsid w:val="00497939"/>
    <w:rsid w:val="004E4EAE"/>
    <w:rsid w:val="009312D3"/>
    <w:rsid w:val="00AA1D8D"/>
    <w:rsid w:val="00AE2254"/>
    <w:rsid w:val="00B47730"/>
    <w:rsid w:val="00B9477E"/>
    <w:rsid w:val="00BB5076"/>
    <w:rsid w:val="00C23457"/>
    <w:rsid w:val="00CB0664"/>
    <w:rsid w:val="00FC693F"/>
    <w:rsid w:val="00FF7C19"/>
    <w:rsid w:val="051047BD"/>
    <w:rsid w:val="14C0F7E7"/>
    <w:rsid w:val="3779593F"/>
    <w:rsid w:val="379455F5"/>
    <w:rsid w:val="386B4101"/>
    <w:rsid w:val="45CE0D61"/>
    <w:rsid w:val="47C4E9B1"/>
    <w:rsid w:val="48765E69"/>
    <w:rsid w:val="4A55B003"/>
    <w:rsid w:val="4F23334F"/>
    <w:rsid w:val="5047B1E8"/>
    <w:rsid w:val="56D152AC"/>
    <w:rsid w:val="631132D7"/>
    <w:rsid w:val="656E2C60"/>
    <w:rsid w:val="6CCA928B"/>
    <w:rsid w:val="726FED64"/>
    <w:rsid w:val="7B6A172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3DE521"/>
  <w14:defaultImageDpi w14:val="300"/>
  <w15:docId w15:val="{CB0611F9-02FF-4B6E-9741-B856DFE6CC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uiPriority w:val="99"/>
    <w:name w:val="Hyperlink"/>
    <w:basedOn w:val="DefaultParagraphFont"/>
    <w:unhideWhenUsed/>
    <w:rsid w:val="386B41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Juan Francisco Martinez Posada (2439868)</lastModifiedBy>
  <revision>10</revision>
  <dcterms:created xsi:type="dcterms:W3CDTF">2026-04-18T13:21:00.0000000Z</dcterms:created>
  <dcterms:modified xsi:type="dcterms:W3CDTF">2026-04-18T13:32:38.8540309Z</dcterms:modified>
  <category/>
</coreProperties>
</file>