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84972" w14:textId="77777777" w:rsidR="00F15B64" w:rsidRDefault="00000000">
      <w:pPr>
        <w:spacing w:before="1300"/>
        <w:jc w:val="center"/>
      </w:pPr>
      <w:r>
        <w:rPr>
          <w:b/>
          <w:color w:val="247C78"/>
          <w:sz w:val="28"/>
        </w:rPr>
        <w:t>MY LEARNING JOURNEY</w:t>
      </w:r>
    </w:p>
    <w:p w14:paraId="0CD63CE2" w14:textId="77777777" w:rsidR="00F15B64" w:rsidRDefault="00000000">
      <w:pPr>
        <w:pStyle w:val="Title"/>
        <w:jc w:val="center"/>
      </w:pPr>
      <w:r>
        <w:t>Reflective Workbook</w:t>
      </w:r>
    </w:p>
    <w:p w14:paraId="11EA72DC" w14:textId="77777777" w:rsidR="00F15B64" w:rsidRDefault="00000000">
      <w:pPr>
        <w:jc w:val="center"/>
      </w:pPr>
      <w:r>
        <w:rPr>
          <w:color w:val="50646E"/>
          <w:sz w:val="32"/>
        </w:rPr>
        <w:t>Academic skills for Health &amp; Social Care students</w:t>
      </w:r>
    </w:p>
    <w:p w14:paraId="6A4523B5" w14:textId="77777777" w:rsidR="00F15B64" w:rsidRDefault="00F15B64"/>
    <w:tbl>
      <w:tblPr>
        <w:tblStyle w:val="TableGrid"/>
        <w:tblW w:w="0" w:type="auto"/>
        <w:tblLook w:val="04A0" w:firstRow="1" w:lastRow="0" w:firstColumn="1" w:lastColumn="0" w:noHBand="0" w:noVBand="1"/>
      </w:tblPr>
      <w:tblGrid>
        <w:gridCol w:w="4960"/>
        <w:gridCol w:w="4966"/>
      </w:tblGrid>
      <w:tr w:rsidR="00F15B64" w14:paraId="43402D52" w14:textId="77777777">
        <w:tc>
          <w:tcPr>
            <w:tcW w:w="4968" w:type="dxa"/>
            <w:shd w:val="clear" w:color="auto" w:fill="DCECEA"/>
            <w:vAlign w:val="center"/>
          </w:tcPr>
          <w:p w14:paraId="7977C306" w14:textId="77777777" w:rsidR="00F15B64" w:rsidRDefault="00000000">
            <w:pPr>
              <w:spacing w:after="40"/>
            </w:pPr>
            <w:r>
              <w:rPr>
                <w:b/>
                <w:color w:val="174A5B"/>
              </w:rPr>
              <w:t>Student name</w:t>
            </w:r>
          </w:p>
        </w:tc>
        <w:tc>
          <w:tcPr>
            <w:tcW w:w="4968" w:type="dxa"/>
            <w:vAlign w:val="center"/>
          </w:tcPr>
          <w:p w14:paraId="0281A915" w14:textId="77777777" w:rsidR="00F15B64" w:rsidRDefault="00000000">
            <w:pPr>
              <w:spacing w:after="40"/>
            </w:pPr>
            <w:r>
              <w:rPr>
                <w:color w:val="8A999C"/>
              </w:rPr>
              <w:t>________________________________________</w:t>
            </w:r>
          </w:p>
        </w:tc>
      </w:tr>
      <w:tr w:rsidR="00F15B64" w14:paraId="6BE0D501" w14:textId="77777777">
        <w:tc>
          <w:tcPr>
            <w:tcW w:w="4968" w:type="dxa"/>
            <w:shd w:val="clear" w:color="auto" w:fill="DCECEA"/>
            <w:vAlign w:val="center"/>
          </w:tcPr>
          <w:p w14:paraId="10178074" w14:textId="77777777" w:rsidR="00F15B64" w:rsidRDefault="00000000">
            <w:pPr>
              <w:spacing w:after="40"/>
            </w:pPr>
            <w:r>
              <w:rPr>
                <w:b/>
                <w:color w:val="174A5B"/>
              </w:rPr>
              <w:t>Course / group</w:t>
            </w:r>
          </w:p>
        </w:tc>
        <w:tc>
          <w:tcPr>
            <w:tcW w:w="4968" w:type="dxa"/>
            <w:vAlign w:val="center"/>
          </w:tcPr>
          <w:p w14:paraId="70A7AE91" w14:textId="77777777" w:rsidR="00F15B64" w:rsidRDefault="00000000">
            <w:pPr>
              <w:spacing w:after="40"/>
            </w:pPr>
            <w:r>
              <w:rPr>
                <w:color w:val="8A999C"/>
              </w:rPr>
              <w:t>________________________________________</w:t>
            </w:r>
          </w:p>
        </w:tc>
      </w:tr>
      <w:tr w:rsidR="00F15B64" w14:paraId="66997653" w14:textId="77777777">
        <w:tc>
          <w:tcPr>
            <w:tcW w:w="4968" w:type="dxa"/>
            <w:shd w:val="clear" w:color="auto" w:fill="DCECEA"/>
            <w:vAlign w:val="center"/>
          </w:tcPr>
          <w:p w14:paraId="2B586999" w14:textId="77777777" w:rsidR="00F15B64" w:rsidRDefault="00000000">
            <w:pPr>
              <w:spacing w:after="40"/>
            </w:pPr>
            <w:r>
              <w:rPr>
                <w:b/>
                <w:color w:val="174A5B"/>
              </w:rPr>
              <w:t>Module</w:t>
            </w:r>
          </w:p>
        </w:tc>
        <w:tc>
          <w:tcPr>
            <w:tcW w:w="4968" w:type="dxa"/>
            <w:vAlign w:val="center"/>
          </w:tcPr>
          <w:p w14:paraId="79D7CB26" w14:textId="77777777" w:rsidR="00F15B64" w:rsidRDefault="00000000">
            <w:pPr>
              <w:spacing w:after="40"/>
            </w:pPr>
            <w:r>
              <w:rPr>
                <w:color w:val="8A999C"/>
              </w:rPr>
              <w:t>________________________________________</w:t>
            </w:r>
          </w:p>
        </w:tc>
      </w:tr>
      <w:tr w:rsidR="00F15B64" w14:paraId="3AD312D1" w14:textId="77777777">
        <w:tc>
          <w:tcPr>
            <w:tcW w:w="4968" w:type="dxa"/>
            <w:shd w:val="clear" w:color="auto" w:fill="DCECEA"/>
            <w:vAlign w:val="center"/>
          </w:tcPr>
          <w:p w14:paraId="285D425E" w14:textId="77777777" w:rsidR="00F15B64" w:rsidRDefault="00000000">
            <w:pPr>
              <w:spacing w:after="40"/>
            </w:pPr>
            <w:r>
              <w:rPr>
                <w:b/>
                <w:color w:val="174A5B"/>
              </w:rPr>
              <w:t>Tutor</w:t>
            </w:r>
          </w:p>
        </w:tc>
        <w:tc>
          <w:tcPr>
            <w:tcW w:w="4968" w:type="dxa"/>
            <w:vAlign w:val="center"/>
          </w:tcPr>
          <w:p w14:paraId="1CC7DF6D" w14:textId="77777777" w:rsidR="00F15B64" w:rsidRDefault="00000000">
            <w:pPr>
              <w:spacing w:after="40"/>
            </w:pPr>
            <w:r>
              <w:rPr>
                <w:color w:val="8A999C"/>
              </w:rPr>
              <w:t>________________________________________</w:t>
            </w:r>
          </w:p>
        </w:tc>
      </w:tr>
    </w:tbl>
    <w:p w14:paraId="4E85BAEF" w14:textId="77777777" w:rsidR="00F15B64" w:rsidRDefault="00F15B64"/>
    <w:p w14:paraId="7B6148F3" w14:textId="77777777" w:rsidR="00F15B64" w:rsidRDefault="00000000">
      <w:pPr>
        <w:jc w:val="center"/>
      </w:pPr>
      <w:r>
        <w:rPr>
          <w:b/>
          <w:color w:val="247C78"/>
          <w:sz w:val="22"/>
        </w:rPr>
        <w:t>LOOK BACK  •  RECOGNISE GROWTH  •  PLAN NEXT STEPS</w:t>
      </w:r>
    </w:p>
    <w:p w14:paraId="5E388238" w14:textId="77777777" w:rsidR="00F15B64" w:rsidRDefault="00000000">
      <w:pPr>
        <w:spacing w:before="500"/>
        <w:jc w:val="center"/>
      </w:pPr>
      <w:r>
        <w:t>Use this workbook to capture what you have learned, what has changed, and how you will use your skills in future study and practice.</w:t>
      </w:r>
    </w:p>
    <w:p w14:paraId="38E88692" w14:textId="77777777" w:rsidR="00F15B64" w:rsidRDefault="00000000">
      <w:r>
        <w:br w:type="page"/>
      </w:r>
    </w:p>
    <w:p w14:paraId="4B7F5BEA" w14:textId="77777777" w:rsidR="00F15B64" w:rsidRDefault="00000000">
      <w:pPr>
        <w:pStyle w:val="Title"/>
      </w:pPr>
      <w:r>
        <w:lastRenderedPageBreak/>
        <w:t>Welcome to your reflection</w:t>
      </w:r>
    </w:p>
    <w:p w14:paraId="6FF607C8" w14:textId="77777777" w:rsidR="00F15B64" w:rsidRDefault="00000000">
      <w:r>
        <w:t>Reflection is more than describing what happened. It means thinking about what you did, what you learned from it, why it matters, and what you might do differently next time. You do not need to have everything mastered: honest reflection helps you identify progress and useful next steps.</w:t>
      </w:r>
    </w:p>
    <w:p w14:paraId="4C957373" w14:textId="77777777" w:rsidR="00F15B64" w:rsidRDefault="00000000">
      <w:pPr>
        <w:pStyle w:val="Heading2"/>
      </w:pPr>
      <w:r>
        <w:t>How to use this workbook</w:t>
      </w:r>
    </w:p>
    <w:p w14:paraId="1C7ADCEB" w14:textId="77777777" w:rsidR="00F15B64" w:rsidRDefault="00000000">
      <w:pPr>
        <w:pStyle w:val="ListBullet"/>
      </w:pPr>
      <w:r>
        <w:t>Complete the activities across the module, or use them at the end as a structured review.</w:t>
      </w:r>
    </w:p>
    <w:p w14:paraId="3079EA8E" w14:textId="77777777" w:rsidR="00F15B64" w:rsidRDefault="00000000">
      <w:pPr>
        <w:pStyle w:val="ListBullet"/>
      </w:pPr>
      <w:r>
        <w:t>Use specific examples from lessons, assignments, independent study, feedback, group work or presentations.</w:t>
      </w:r>
    </w:p>
    <w:p w14:paraId="5028127E" w14:textId="77777777" w:rsidR="00F15B64" w:rsidRDefault="00000000">
      <w:pPr>
        <w:pStyle w:val="ListBullet"/>
      </w:pPr>
      <w:r>
        <w:t>Be honest and constructive. Identify strengths as well as areas to develop.</w:t>
      </w:r>
    </w:p>
    <w:p w14:paraId="2C5A3B80" w14:textId="77777777" w:rsidR="00F15B64" w:rsidRDefault="00000000">
      <w:pPr>
        <w:pStyle w:val="ListBullet"/>
      </w:pPr>
      <w:r>
        <w:t>When discussing a challenge, focus on what you learned and what support or strategy could help.</w:t>
      </w:r>
    </w:p>
    <w:p w14:paraId="1CA95B2B" w14:textId="77777777" w:rsidR="00F15B64" w:rsidRDefault="00000000">
      <w:pPr>
        <w:pStyle w:val="ListBullet"/>
      </w:pPr>
      <w:r>
        <w:t>Keep personal or confidential information about service users, clients, colleagues and peers out of your examples.</w:t>
      </w:r>
    </w:p>
    <w:p w14:paraId="59A52099" w14:textId="77777777" w:rsidR="00F15B64" w:rsidRDefault="00F15B64"/>
    <w:tbl>
      <w:tblPr>
        <w:tblW w:w="0" w:type="auto"/>
        <w:tblLook w:val="04A0" w:firstRow="1" w:lastRow="0" w:firstColumn="1" w:lastColumn="0" w:noHBand="0" w:noVBand="1"/>
      </w:tblPr>
      <w:tblGrid>
        <w:gridCol w:w="9936"/>
      </w:tblGrid>
      <w:tr w:rsidR="00F15B64" w14:paraId="32F3EEF9" w14:textId="77777777">
        <w:tc>
          <w:tcPr>
            <w:tcW w:w="9936" w:type="dxa"/>
            <w:shd w:val="clear" w:color="auto" w:fill="EEF6F5"/>
          </w:tcPr>
          <w:p w14:paraId="2EE06DF1" w14:textId="77777777" w:rsidR="00F15B64" w:rsidRDefault="00000000">
            <w:pPr>
              <w:spacing w:after="80"/>
            </w:pPr>
            <w:r>
              <w:rPr>
                <w:b/>
                <w:color w:val="174A5B"/>
                <w:sz w:val="22"/>
              </w:rPr>
              <w:t>Before you begin</w:t>
            </w:r>
          </w:p>
          <w:p w14:paraId="72E680A7" w14:textId="77777777" w:rsidR="00F15B64" w:rsidRDefault="00000000">
            <w:pPr>
              <w:spacing w:after="40"/>
            </w:pPr>
            <w:r>
              <w:t>• At the start of this module, how confident did you feel about academic study?</w:t>
            </w:r>
          </w:p>
          <w:p w14:paraId="0FE27929" w14:textId="77777777" w:rsidR="00F15B64" w:rsidRDefault="00000000">
            <w:pPr>
              <w:spacing w:after="40"/>
            </w:pPr>
            <w:r>
              <w:t>• What were you hoping to improve?</w:t>
            </w:r>
          </w:p>
          <w:p w14:paraId="7E4EE259" w14:textId="77777777" w:rsidR="00F15B64" w:rsidRDefault="00000000">
            <w:pPr>
              <w:spacing w:after="40"/>
            </w:pPr>
            <w:r>
              <w:t>• What would progress look like for you?</w:t>
            </w:r>
          </w:p>
          <w:p w14:paraId="334E62F9" w14:textId="77777777" w:rsidR="00F15B64" w:rsidRDefault="00000000">
            <w:pPr>
              <w:spacing w:after="100"/>
            </w:pPr>
            <w:r>
              <w:rPr>
                <w:color w:val="AFBCBE"/>
                <w:sz w:val="18"/>
              </w:rPr>
              <w:t>________________________________________________________________________________</w:t>
            </w:r>
          </w:p>
          <w:p w14:paraId="6137C0FF" w14:textId="77777777" w:rsidR="00F15B64" w:rsidRDefault="00000000">
            <w:pPr>
              <w:spacing w:after="100"/>
            </w:pPr>
            <w:r>
              <w:rPr>
                <w:color w:val="AFBCBE"/>
                <w:sz w:val="18"/>
              </w:rPr>
              <w:t>________________________________________________________________________________</w:t>
            </w:r>
          </w:p>
        </w:tc>
      </w:tr>
    </w:tbl>
    <w:p w14:paraId="5323955B" w14:textId="77777777" w:rsidR="00F15B64" w:rsidRDefault="00F15B64">
      <w:pPr>
        <w:spacing w:after="20"/>
      </w:pPr>
    </w:p>
    <w:p w14:paraId="1725A82A" w14:textId="77777777" w:rsidR="00F15B64" w:rsidRDefault="00000000">
      <w:r>
        <w:br w:type="page"/>
      </w:r>
    </w:p>
    <w:p w14:paraId="1AB12083" w14:textId="77777777" w:rsidR="00F15B64" w:rsidRDefault="00000000">
      <w:pPr>
        <w:pStyle w:val="Title"/>
      </w:pPr>
      <w:r>
        <w:lastRenderedPageBreak/>
        <w:t>1. My starting point</w:t>
      </w:r>
    </w:p>
    <w:p w14:paraId="1838FF7C" w14:textId="77777777" w:rsidR="00F15B64" w:rsidRDefault="00000000">
      <w:r>
        <w:t>Think back to the beginning of the module. This is not a test; it is a baseline to help you notice change.</w:t>
      </w:r>
    </w:p>
    <w:tbl>
      <w:tblPr>
        <w:tblW w:w="0" w:type="auto"/>
        <w:tblLook w:val="04A0" w:firstRow="1" w:lastRow="0" w:firstColumn="1" w:lastColumn="0" w:noHBand="0" w:noVBand="1"/>
      </w:tblPr>
      <w:tblGrid>
        <w:gridCol w:w="9936"/>
      </w:tblGrid>
      <w:tr w:rsidR="00F15B64" w14:paraId="3B9DD962" w14:textId="77777777">
        <w:tc>
          <w:tcPr>
            <w:tcW w:w="9936" w:type="dxa"/>
            <w:shd w:val="clear" w:color="auto" w:fill="EEF6F5"/>
          </w:tcPr>
          <w:p w14:paraId="5DADECDF" w14:textId="77777777" w:rsidR="00F15B64" w:rsidRDefault="00000000">
            <w:pPr>
              <w:spacing w:after="80"/>
            </w:pPr>
            <w:r>
              <w:rPr>
                <w:b/>
                <w:color w:val="174A5B"/>
                <w:sz w:val="22"/>
              </w:rPr>
              <w:t>My confidence at the start</w:t>
            </w:r>
          </w:p>
          <w:p w14:paraId="74650305" w14:textId="77777777" w:rsidR="00F15B64" w:rsidRDefault="00000000">
            <w:pPr>
              <w:spacing w:after="40"/>
            </w:pPr>
            <w:r>
              <w:t>• Which academic skills felt familiar or comfortable?</w:t>
            </w:r>
          </w:p>
          <w:p w14:paraId="6231D91D" w14:textId="77777777" w:rsidR="00F15B64" w:rsidRDefault="00000000">
            <w:pPr>
              <w:spacing w:after="40"/>
            </w:pPr>
            <w:r>
              <w:t>• Which skills felt new, confusing or challenging?</w:t>
            </w:r>
          </w:p>
          <w:p w14:paraId="2D6328F2" w14:textId="77777777" w:rsidR="00F15B64" w:rsidRDefault="00000000">
            <w:pPr>
              <w:spacing w:after="40"/>
            </w:pPr>
            <w:r>
              <w:t>• What did I expect from this module?</w:t>
            </w:r>
          </w:p>
          <w:p w14:paraId="5026859C" w14:textId="77777777" w:rsidR="00F15B64" w:rsidRDefault="00000000">
            <w:pPr>
              <w:spacing w:after="100"/>
            </w:pPr>
            <w:r>
              <w:rPr>
                <w:color w:val="AFBCBE"/>
                <w:sz w:val="18"/>
              </w:rPr>
              <w:t>________________________________________________________________________________</w:t>
            </w:r>
          </w:p>
          <w:p w14:paraId="70E08643" w14:textId="77777777" w:rsidR="00F15B64" w:rsidRDefault="00000000">
            <w:pPr>
              <w:spacing w:after="100"/>
            </w:pPr>
            <w:r>
              <w:rPr>
                <w:color w:val="AFBCBE"/>
                <w:sz w:val="18"/>
              </w:rPr>
              <w:t>________________________________________________________________________________</w:t>
            </w:r>
          </w:p>
          <w:p w14:paraId="708BBB50" w14:textId="77777777" w:rsidR="00F15B64" w:rsidRDefault="00000000">
            <w:pPr>
              <w:spacing w:after="100"/>
            </w:pPr>
            <w:r>
              <w:rPr>
                <w:color w:val="AFBCBE"/>
                <w:sz w:val="18"/>
              </w:rPr>
              <w:t>________________________________________________________________________________</w:t>
            </w:r>
          </w:p>
        </w:tc>
      </w:tr>
    </w:tbl>
    <w:p w14:paraId="31A95F0B" w14:textId="77777777" w:rsidR="00F15B64" w:rsidRDefault="00F15B64">
      <w:pPr>
        <w:spacing w:after="20"/>
      </w:pPr>
    </w:p>
    <w:p w14:paraId="49AFE5B0" w14:textId="77777777" w:rsidR="00F15B64" w:rsidRDefault="00000000">
      <w:pPr>
        <w:pStyle w:val="Heading2"/>
      </w:pPr>
      <w:r>
        <w:t>Confidence check-in</w:t>
      </w:r>
    </w:p>
    <w:p w14:paraId="7C0B6FB8" w14:textId="77777777" w:rsidR="00F15B64" w:rsidRDefault="00000000">
      <w:r>
        <w:t>Rate how confident you felt at the start. Circle or highlight one number for each skill.</w:t>
      </w:r>
    </w:p>
    <w:tbl>
      <w:tblPr>
        <w:tblStyle w:val="TableGrid"/>
        <w:tblW w:w="0" w:type="auto"/>
        <w:tblLook w:val="04A0" w:firstRow="1" w:lastRow="0" w:firstColumn="1" w:lastColumn="0" w:noHBand="0" w:noVBand="1"/>
      </w:tblPr>
      <w:tblGrid>
        <w:gridCol w:w="1656"/>
        <w:gridCol w:w="1654"/>
        <w:gridCol w:w="1654"/>
        <w:gridCol w:w="1654"/>
        <w:gridCol w:w="1654"/>
        <w:gridCol w:w="1654"/>
      </w:tblGrid>
      <w:tr w:rsidR="00F15B64" w14:paraId="295DEDA8" w14:textId="77777777">
        <w:tc>
          <w:tcPr>
            <w:tcW w:w="1656" w:type="dxa"/>
            <w:shd w:val="clear" w:color="auto" w:fill="174A5B"/>
            <w:vAlign w:val="center"/>
          </w:tcPr>
          <w:p w14:paraId="5DC9DD6E" w14:textId="77777777" w:rsidR="00F15B64" w:rsidRDefault="00000000">
            <w:pPr>
              <w:spacing w:after="40"/>
            </w:pPr>
            <w:r>
              <w:rPr>
                <w:b/>
                <w:color w:val="FFFFFF"/>
                <w:sz w:val="16"/>
              </w:rPr>
              <w:t>Skill</w:t>
            </w:r>
          </w:p>
        </w:tc>
        <w:tc>
          <w:tcPr>
            <w:tcW w:w="1656" w:type="dxa"/>
            <w:shd w:val="clear" w:color="auto" w:fill="174A5B"/>
            <w:vAlign w:val="center"/>
          </w:tcPr>
          <w:p w14:paraId="24409AE8" w14:textId="77777777" w:rsidR="00F15B64" w:rsidRDefault="00000000">
            <w:pPr>
              <w:spacing w:after="40"/>
            </w:pPr>
            <w:r>
              <w:rPr>
                <w:b/>
                <w:color w:val="FFFFFF"/>
                <w:sz w:val="16"/>
              </w:rPr>
              <w:t>1</w:t>
            </w:r>
            <w:r>
              <w:rPr>
                <w:b/>
                <w:color w:val="FFFFFF"/>
                <w:sz w:val="16"/>
              </w:rPr>
              <w:br/>
              <w:t>Not yet</w:t>
            </w:r>
          </w:p>
        </w:tc>
        <w:tc>
          <w:tcPr>
            <w:tcW w:w="1656" w:type="dxa"/>
            <w:shd w:val="clear" w:color="auto" w:fill="174A5B"/>
            <w:vAlign w:val="center"/>
          </w:tcPr>
          <w:p w14:paraId="5D8376DE" w14:textId="77777777" w:rsidR="00F15B64" w:rsidRDefault="00000000">
            <w:pPr>
              <w:spacing w:after="40"/>
            </w:pPr>
            <w:r>
              <w:rPr>
                <w:b/>
                <w:color w:val="FFFFFF"/>
                <w:sz w:val="16"/>
              </w:rPr>
              <w:t>2</w:t>
            </w:r>
          </w:p>
        </w:tc>
        <w:tc>
          <w:tcPr>
            <w:tcW w:w="1656" w:type="dxa"/>
            <w:shd w:val="clear" w:color="auto" w:fill="174A5B"/>
            <w:vAlign w:val="center"/>
          </w:tcPr>
          <w:p w14:paraId="17741285" w14:textId="77777777" w:rsidR="00F15B64" w:rsidRDefault="00000000">
            <w:pPr>
              <w:spacing w:after="40"/>
            </w:pPr>
            <w:r>
              <w:rPr>
                <w:b/>
                <w:color w:val="FFFFFF"/>
                <w:sz w:val="16"/>
              </w:rPr>
              <w:t>3</w:t>
            </w:r>
          </w:p>
        </w:tc>
        <w:tc>
          <w:tcPr>
            <w:tcW w:w="1656" w:type="dxa"/>
            <w:shd w:val="clear" w:color="auto" w:fill="174A5B"/>
            <w:vAlign w:val="center"/>
          </w:tcPr>
          <w:p w14:paraId="5AF7330F" w14:textId="77777777" w:rsidR="00F15B64" w:rsidRDefault="00000000">
            <w:pPr>
              <w:spacing w:after="40"/>
            </w:pPr>
            <w:r>
              <w:rPr>
                <w:b/>
                <w:color w:val="FFFFFF"/>
                <w:sz w:val="16"/>
              </w:rPr>
              <w:t>4</w:t>
            </w:r>
          </w:p>
        </w:tc>
        <w:tc>
          <w:tcPr>
            <w:tcW w:w="1656" w:type="dxa"/>
            <w:shd w:val="clear" w:color="auto" w:fill="174A5B"/>
            <w:vAlign w:val="center"/>
          </w:tcPr>
          <w:p w14:paraId="586EAFDF" w14:textId="77777777" w:rsidR="00F15B64" w:rsidRDefault="00000000">
            <w:pPr>
              <w:spacing w:after="40"/>
            </w:pPr>
            <w:r>
              <w:rPr>
                <w:b/>
                <w:color w:val="FFFFFF"/>
                <w:sz w:val="16"/>
              </w:rPr>
              <w:t>5</w:t>
            </w:r>
            <w:r>
              <w:rPr>
                <w:b/>
                <w:color w:val="FFFFFF"/>
                <w:sz w:val="16"/>
              </w:rPr>
              <w:br/>
              <w:t>Very</w:t>
            </w:r>
          </w:p>
        </w:tc>
      </w:tr>
      <w:tr w:rsidR="00F15B64" w14:paraId="5E10B8E9" w14:textId="77777777">
        <w:tc>
          <w:tcPr>
            <w:tcW w:w="1656" w:type="dxa"/>
            <w:vAlign w:val="center"/>
          </w:tcPr>
          <w:p w14:paraId="1373123D" w14:textId="77777777" w:rsidR="00F15B64" w:rsidRDefault="00000000">
            <w:pPr>
              <w:spacing w:after="40"/>
            </w:pPr>
            <w:r>
              <w:rPr>
                <w:color w:val="174A5B"/>
                <w:sz w:val="16"/>
              </w:rPr>
              <w:t>Finding reliable information</w:t>
            </w:r>
          </w:p>
        </w:tc>
        <w:tc>
          <w:tcPr>
            <w:tcW w:w="1656" w:type="dxa"/>
            <w:vAlign w:val="center"/>
          </w:tcPr>
          <w:p w14:paraId="408F5739" w14:textId="77777777" w:rsidR="00F15B64" w:rsidRDefault="00000000">
            <w:pPr>
              <w:spacing w:after="40"/>
            </w:pPr>
            <w:r>
              <w:rPr>
                <w:color w:val="247C78"/>
                <w:sz w:val="24"/>
              </w:rPr>
              <w:t>○</w:t>
            </w:r>
          </w:p>
        </w:tc>
        <w:tc>
          <w:tcPr>
            <w:tcW w:w="1656" w:type="dxa"/>
            <w:vAlign w:val="center"/>
          </w:tcPr>
          <w:p w14:paraId="5611EDDD" w14:textId="77777777" w:rsidR="00F15B64" w:rsidRDefault="00000000">
            <w:pPr>
              <w:spacing w:after="40"/>
            </w:pPr>
            <w:r>
              <w:rPr>
                <w:color w:val="247C78"/>
                <w:sz w:val="24"/>
              </w:rPr>
              <w:t>○</w:t>
            </w:r>
          </w:p>
        </w:tc>
        <w:tc>
          <w:tcPr>
            <w:tcW w:w="1656" w:type="dxa"/>
            <w:vAlign w:val="center"/>
          </w:tcPr>
          <w:p w14:paraId="08DF0E0E" w14:textId="77777777" w:rsidR="00F15B64" w:rsidRDefault="00000000">
            <w:pPr>
              <w:spacing w:after="40"/>
            </w:pPr>
            <w:r>
              <w:rPr>
                <w:color w:val="247C78"/>
                <w:sz w:val="24"/>
              </w:rPr>
              <w:t>○</w:t>
            </w:r>
          </w:p>
        </w:tc>
        <w:tc>
          <w:tcPr>
            <w:tcW w:w="1656" w:type="dxa"/>
            <w:vAlign w:val="center"/>
          </w:tcPr>
          <w:p w14:paraId="702AEF99" w14:textId="77777777" w:rsidR="00F15B64" w:rsidRDefault="00000000">
            <w:pPr>
              <w:spacing w:after="40"/>
            </w:pPr>
            <w:r>
              <w:rPr>
                <w:color w:val="247C78"/>
                <w:sz w:val="24"/>
              </w:rPr>
              <w:t>○</w:t>
            </w:r>
          </w:p>
        </w:tc>
        <w:tc>
          <w:tcPr>
            <w:tcW w:w="1656" w:type="dxa"/>
            <w:vAlign w:val="center"/>
          </w:tcPr>
          <w:p w14:paraId="3A36A97B" w14:textId="77777777" w:rsidR="00F15B64" w:rsidRDefault="00000000">
            <w:pPr>
              <w:spacing w:after="40"/>
            </w:pPr>
            <w:r>
              <w:rPr>
                <w:color w:val="247C78"/>
                <w:sz w:val="24"/>
              </w:rPr>
              <w:t>○</w:t>
            </w:r>
          </w:p>
        </w:tc>
      </w:tr>
      <w:tr w:rsidR="00F15B64" w14:paraId="6F6FD999" w14:textId="77777777">
        <w:tc>
          <w:tcPr>
            <w:tcW w:w="1656" w:type="dxa"/>
            <w:vAlign w:val="center"/>
          </w:tcPr>
          <w:p w14:paraId="4292ABB2" w14:textId="77777777" w:rsidR="00F15B64" w:rsidRDefault="00000000">
            <w:pPr>
              <w:spacing w:after="40"/>
            </w:pPr>
            <w:r>
              <w:rPr>
                <w:color w:val="174A5B"/>
                <w:sz w:val="16"/>
              </w:rPr>
              <w:t>Reading academic texts</w:t>
            </w:r>
          </w:p>
        </w:tc>
        <w:tc>
          <w:tcPr>
            <w:tcW w:w="1656" w:type="dxa"/>
            <w:vAlign w:val="center"/>
          </w:tcPr>
          <w:p w14:paraId="0FD19878" w14:textId="77777777" w:rsidR="00F15B64" w:rsidRDefault="00000000">
            <w:pPr>
              <w:spacing w:after="40"/>
            </w:pPr>
            <w:r>
              <w:rPr>
                <w:color w:val="247C78"/>
                <w:sz w:val="24"/>
              </w:rPr>
              <w:t>○</w:t>
            </w:r>
          </w:p>
        </w:tc>
        <w:tc>
          <w:tcPr>
            <w:tcW w:w="1656" w:type="dxa"/>
            <w:vAlign w:val="center"/>
          </w:tcPr>
          <w:p w14:paraId="76D2EE09" w14:textId="77777777" w:rsidR="00F15B64" w:rsidRDefault="00000000">
            <w:pPr>
              <w:spacing w:after="40"/>
            </w:pPr>
            <w:r>
              <w:rPr>
                <w:color w:val="247C78"/>
                <w:sz w:val="24"/>
              </w:rPr>
              <w:t>○</w:t>
            </w:r>
          </w:p>
        </w:tc>
        <w:tc>
          <w:tcPr>
            <w:tcW w:w="1656" w:type="dxa"/>
            <w:vAlign w:val="center"/>
          </w:tcPr>
          <w:p w14:paraId="1502C330" w14:textId="77777777" w:rsidR="00F15B64" w:rsidRDefault="00000000">
            <w:pPr>
              <w:spacing w:after="40"/>
            </w:pPr>
            <w:r>
              <w:rPr>
                <w:color w:val="247C78"/>
                <w:sz w:val="24"/>
              </w:rPr>
              <w:t>○</w:t>
            </w:r>
          </w:p>
        </w:tc>
        <w:tc>
          <w:tcPr>
            <w:tcW w:w="1656" w:type="dxa"/>
            <w:vAlign w:val="center"/>
          </w:tcPr>
          <w:p w14:paraId="2606BBEA" w14:textId="77777777" w:rsidR="00F15B64" w:rsidRDefault="00000000">
            <w:pPr>
              <w:spacing w:after="40"/>
            </w:pPr>
            <w:r>
              <w:rPr>
                <w:color w:val="247C78"/>
                <w:sz w:val="24"/>
              </w:rPr>
              <w:t>○</w:t>
            </w:r>
          </w:p>
        </w:tc>
        <w:tc>
          <w:tcPr>
            <w:tcW w:w="1656" w:type="dxa"/>
            <w:vAlign w:val="center"/>
          </w:tcPr>
          <w:p w14:paraId="6B63D1AD" w14:textId="77777777" w:rsidR="00F15B64" w:rsidRDefault="00000000">
            <w:pPr>
              <w:spacing w:after="40"/>
            </w:pPr>
            <w:r>
              <w:rPr>
                <w:color w:val="247C78"/>
                <w:sz w:val="24"/>
              </w:rPr>
              <w:t>○</w:t>
            </w:r>
          </w:p>
        </w:tc>
      </w:tr>
      <w:tr w:rsidR="00F15B64" w14:paraId="1F0408FF" w14:textId="77777777">
        <w:tc>
          <w:tcPr>
            <w:tcW w:w="1656" w:type="dxa"/>
            <w:vAlign w:val="center"/>
          </w:tcPr>
          <w:p w14:paraId="30FBB73F" w14:textId="77777777" w:rsidR="00F15B64" w:rsidRDefault="00000000">
            <w:pPr>
              <w:spacing w:after="40"/>
            </w:pPr>
            <w:r>
              <w:rPr>
                <w:color w:val="174A5B"/>
                <w:sz w:val="16"/>
              </w:rPr>
              <w:t>Taking useful notes</w:t>
            </w:r>
          </w:p>
        </w:tc>
        <w:tc>
          <w:tcPr>
            <w:tcW w:w="1656" w:type="dxa"/>
            <w:vAlign w:val="center"/>
          </w:tcPr>
          <w:p w14:paraId="43B1BEAF" w14:textId="77777777" w:rsidR="00F15B64" w:rsidRDefault="00000000">
            <w:pPr>
              <w:spacing w:after="40"/>
            </w:pPr>
            <w:r>
              <w:rPr>
                <w:color w:val="247C78"/>
                <w:sz w:val="24"/>
              </w:rPr>
              <w:t>○</w:t>
            </w:r>
          </w:p>
        </w:tc>
        <w:tc>
          <w:tcPr>
            <w:tcW w:w="1656" w:type="dxa"/>
            <w:vAlign w:val="center"/>
          </w:tcPr>
          <w:p w14:paraId="14ED0E67" w14:textId="77777777" w:rsidR="00F15B64" w:rsidRDefault="00000000">
            <w:pPr>
              <w:spacing w:after="40"/>
            </w:pPr>
            <w:r>
              <w:rPr>
                <w:color w:val="247C78"/>
                <w:sz w:val="24"/>
              </w:rPr>
              <w:t>○</w:t>
            </w:r>
          </w:p>
        </w:tc>
        <w:tc>
          <w:tcPr>
            <w:tcW w:w="1656" w:type="dxa"/>
            <w:vAlign w:val="center"/>
          </w:tcPr>
          <w:p w14:paraId="654E3C30" w14:textId="77777777" w:rsidR="00F15B64" w:rsidRDefault="00000000">
            <w:pPr>
              <w:spacing w:after="40"/>
            </w:pPr>
            <w:r>
              <w:rPr>
                <w:color w:val="247C78"/>
                <w:sz w:val="24"/>
              </w:rPr>
              <w:t>○</w:t>
            </w:r>
          </w:p>
        </w:tc>
        <w:tc>
          <w:tcPr>
            <w:tcW w:w="1656" w:type="dxa"/>
            <w:vAlign w:val="center"/>
          </w:tcPr>
          <w:p w14:paraId="0567F52D" w14:textId="77777777" w:rsidR="00F15B64" w:rsidRDefault="00000000">
            <w:pPr>
              <w:spacing w:after="40"/>
            </w:pPr>
            <w:r>
              <w:rPr>
                <w:color w:val="247C78"/>
                <w:sz w:val="24"/>
              </w:rPr>
              <w:t>○</w:t>
            </w:r>
          </w:p>
        </w:tc>
        <w:tc>
          <w:tcPr>
            <w:tcW w:w="1656" w:type="dxa"/>
            <w:vAlign w:val="center"/>
          </w:tcPr>
          <w:p w14:paraId="00357CDE" w14:textId="77777777" w:rsidR="00F15B64" w:rsidRDefault="00000000">
            <w:pPr>
              <w:spacing w:after="40"/>
            </w:pPr>
            <w:r>
              <w:rPr>
                <w:color w:val="247C78"/>
                <w:sz w:val="24"/>
              </w:rPr>
              <w:t>○</w:t>
            </w:r>
          </w:p>
        </w:tc>
      </w:tr>
      <w:tr w:rsidR="00F15B64" w14:paraId="3B7928CF" w14:textId="77777777">
        <w:tc>
          <w:tcPr>
            <w:tcW w:w="1656" w:type="dxa"/>
            <w:vAlign w:val="center"/>
          </w:tcPr>
          <w:p w14:paraId="78D9E8E4" w14:textId="77777777" w:rsidR="00F15B64" w:rsidRDefault="00000000">
            <w:pPr>
              <w:spacing w:after="40"/>
            </w:pPr>
            <w:r>
              <w:rPr>
                <w:color w:val="174A5B"/>
                <w:sz w:val="16"/>
              </w:rPr>
              <w:t>Planning written assignments</w:t>
            </w:r>
          </w:p>
        </w:tc>
        <w:tc>
          <w:tcPr>
            <w:tcW w:w="1656" w:type="dxa"/>
            <w:vAlign w:val="center"/>
          </w:tcPr>
          <w:p w14:paraId="5AC85B47" w14:textId="77777777" w:rsidR="00F15B64" w:rsidRDefault="00000000">
            <w:pPr>
              <w:spacing w:after="40"/>
            </w:pPr>
            <w:r>
              <w:rPr>
                <w:color w:val="247C78"/>
                <w:sz w:val="24"/>
              </w:rPr>
              <w:t>○</w:t>
            </w:r>
          </w:p>
        </w:tc>
        <w:tc>
          <w:tcPr>
            <w:tcW w:w="1656" w:type="dxa"/>
            <w:vAlign w:val="center"/>
          </w:tcPr>
          <w:p w14:paraId="536294B9" w14:textId="77777777" w:rsidR="00F15B64" w:rsidRDefault="00000000">
            <w:pPr>
              <w:spacing w:after="40"/>
            </w:pPr>
            <w:r>
              <w:rPr>
                <w:color w:val="247C78"/>
                <w:sz w:val="24"/>
              </w:rPr>
              <w:t>○</w:t>
            </w:r>
          </w:p>
        </w:tc>
        <w:tc>
          <w:tcPr>
            <w:tcW w:w="1656" w:type="dxa"/>
            <w:vAlign w:val="center"/>
          </w:tcPr>
          <w:p w14:paraId="07F0668F" w14:textId="77777777" w:rsidR="00F15B64" w:rsidRDefault="00000000">
            <w:pPr>
              <w:spacing w:after="40"/>
            </w:pPr>
            <w:r>
              <w:rPr>
                <w:color w:val="247C78"/>
                <w:sz w:val="24"/>
              </w:rPr>
              <w:t>○</w:t>
            </w:r>
          </w:p>
        </w:tc>
        <w:tc>
          <w:tcPr>
            <w:tcW w:w="1656" w:type="dxa"/>
            <w:vAlign w:val="center"/>
          </w:tcPr>
          <w:p w14:paraId="2C9B3E43" w14:textId="77777777" w:rsidR="00F15B64" w:rsidRDefault="00000000">
            <w:pPr>
              <w:spacing w:after="40"/>
            </w:pPr>
            <w:r>
              <w:rPr>
                <w:color w:val="247C78"/>
                <w:sz w:val="24"/>
              </w:rPr>
              <w:t>○</w:t>
            </w:r>
          </w:p>
        </w:tc>
        <w:tc>
          <w:tcPr>
            <w:tcW w:w="1656" w:type="dxa"/>
            <w:vAlign w:val="center"/>
          </w:tcPr>
          <w:p w14:paraId="5AB060A9" w14:textId="77777777" w:rsidR="00F15B64" w:rsidRDefault="00000000">
            <w:pPr>
              <w:spacing w:after="40"/>
            </w:pPr>
            <w:r>
              <w:rPr>
                <w:color w:val="247C78"/>
                <w:sz w:val="24"/>
              </w:rPr>
              <w:t>○</w:t>
            </w:r>
          </w:p>
        </w:tc>
      </w:tr>
      <w:tr w:rsidR="00F15B64" w14:paraId="367C5B08" w14:textId="77777777">
        <w:tc>
          <w:tcPr>
            <w:tcW w:w="1656" w:type="dxa"/>
            <w:vAlign w:val="center"/>
          </w:tcPr>
          <w:p w14:paraId="321F58E1" w14:textId="77777777" w:rsidR="00F15B64" w:rsidRDefault="00000000">
            <w:pPr>
              <w:spacing w:after="40"/>
            </w:pPr>
            <w:r>
              <w:rPr>
                <w:color w:val="174A5B"/>
                <w:sz w:val="16"/>
              </w:rPr>
              <w:t>Writing in an academic style</w:t>
            </w:r>
          </w:p>
        </w:tc>
        <w:tc>
          <w:tcPr>
            <w:tcW w:w="1656" w:type="dxa"/>
            <w:vAlign w:val="center"/>
          </w:tcPr>
          <w:p w14:paraId="77A174BF" w14:textId="77777777" w:rsidR="00F15B64" w:rsidRDefault="00000000">
            <w:pPr>
              <w:spacing w:after="40"/>
            </w:pPr>
            <w:r>
              <w:rPr>
                <w:color w:val="247C78"/>
                <w:sz w:val="24"/>
              </w:rPr>
              <w:t>○</w:t>
            </w:r>
          </w:p>
        </w:tc>
        <w:tc>
          <w:tcPr>
            <w:tcW w:w="1656" w:type="dxa"/>
            <w:vAlign w:val="center"/>
          </w:tcPr>
          <w:p w14:paraId="0808A865" w14:textId="77777777" w:rsidR="00F15B64" w:rsidRDefault="00000000">
            <w:pPr>
              <w:spacing w:after="40"/>
            </w:pPr>
            <w:r>
              <w:rPr>
                <w:color w:val="247C78"/>
                <w:sz w:val="24"/>
              </w:rPr>
              <w:t>○</w:t>
            </w:r>
          </w:p>
        </w:tc>
        <w:tc>
          <w:tcPr>
            <w:tcW w:w="1656" w:type="dxa"/>
            <w:vAlign w:val="center"/>
          </w:tcPr>
          <w:p w14:paraId="4F30D879" w14:textId="77777777" w:rsidR="00F15B64" w:rsidRDefault="00000000">
            <w:pPr>
              <w:spacing w:after="40"/>
            </w:pPr>
            <w:r>
              <w:rPr>
                <w:color w:val="247C78"/>
                <w:sz w:val="24"/>
              </w:rPr>
              <w:t>○</w:t>
            </w:r>
          </w:p>
        </w:tc>
        <w:tc>
          <w:tcPr>
            <w:tcW w:w="1656" w:type="dxa"/>
            <w:vAlign w:val="center"/>
          </w:tcPr>
          <w:p w14:paraId="1FED7320" w14:textId="77777777" w:rsidR="00F15B64" w:rsidRDefault="00000000">
            <w:pPr>
              <w:spacing w:after="40"/>
            </w:pPr>
            <w:r>
              <w:rPr>
                <w:color w:val="247C78"/>
                <w:sz w:val="24"/>
              </w:rPr>
              <w:t>○</w:t>
            </w:r>
          </w:p>
        </w:tc>
        <w:tc>
          <w:tcPr>
            <w:tcW w:w="1656" w:type="dxa"/>
            <w:vAlign w:val="center"/>
          </w:tcPr>
          <w:p w14:paraId="73664BF1" w14:textId="77777777" w:rsidR="00F15B64" w:rsidRDefault="00000000">
            <w:pPr>
              <w:spacing w:after="40"/>
            </w:pPr>
            <w:r>
              <w:rPr>
                <w:color w:val="247C78"/>
                <w:sz w:val="24"/>
              </w:rPr>
              <w:t>○</w:t>
            </w:r>
          </w:p>
        </w:tc>
      </w:tr>
      <w:tr w:rsidR="00F15B64" w14:paraId="41271F36" w14:textId="77777777">
        <w:tc>
          <w:tcPr>
            <w:tcW w:w="1656" w:type="dxa"/>
            <w:vAlign w:val="center"/>
          </w:tcPr>
          <w:p w14:paraId="5BBD0CC2" w14:textId="77777777" w:rsidR="00F15B64" w:rsidRDefault="00000000">
            <w:pPr>
              <w:spacing w:after="40"/>
            </w:pPr>
            <w:r>
              <w:rPr>
                <w:color w:val="174A5B"/>
                <w:sz w:val="16"/>
              </w:rPr>
              <w:t>Referencing sources</w:t>
            </w:r>
          </w:p>
        </w:tc>
        <w:tc>
          <w:tcPr>
            <w:tcW w:w="1656" w:type="dxa"/>
            <w:vAlign w:val="center"/>
          </w:tcPr>
          <w:p w14:paraId="7E9F59EC" w14:textId="77777777" w:rsidR="00F15B64" w:rsidRDefault="00000000">
            <w:pPr>
              <w:spacing w:after="40"/>
            </w:pPr>
            <w:r>
              <w:rPr>
                <w:color w:val="247C78"/>
                <w:sz w:val="24"/>
              </w:rPr>
              <w:t>○</w:t>
            </w:r>
          </w:p>
        </w:tc>
        <w:tc>
          <w:tcPr>
            <w:tcW w:w="1656" w:type="dxa"/>
            <w:vAlign w:val="center"/>
          </w:tcPr>
          <w:p w14:paraId="42499EB5" w14:textId="77777777" w:rsidR="00F15B64" w:rsidRDefault="00000000">
            <w:pPr>
              <w:spacing w:after="40"/>
            </w:pPr>
            <w:r>
              <w:rPr>
                <w:color w:val="247C78"/>
                <w:sz w:val="24"/>
              </w:rPr>
              <w:t>○</w:t>
            </w:r>
          </w:p>
        </w:tc>
        <w:tc>
          <w:tcPr>
            <w:tcW w:w="1656" w:type="dxa"/>
            <w:vAlign w:val="center"/>
          </w:tcPr>
          <w:p w14:paraId="1D5A55DB" w14:textId="77777777" w:rsidR="00F15B64" w:rsidRDefault="00000000">
            <w:pPr>
              <w:spacing w:after="40"/>
            </w:pPr>
            <w:r>
              <w:rPr>
                <w:color w:val="247C78"/>
                <w:sz w:val="24"/>
              </w:rPr>
              <w:t>○</w:t>
            </w:r>
          </w:p>
        </w:tc>
        <w:tc>
          <w:tcPr>
            <w:tcW w:w="1656" w:type="dxa"/>
            <w:vAlign w:val="center"/>
          </w:tcPr>
          <w:p w14:paraId="2D9C6CB4" w14:textId="77777777" w:rsidR="00F15B64" w:rsidRDefault="00000000">
            <w:pPr>
              <w:spacing w:after="40"/>
            </w:pPr>
            <w:r>
              <w:rPr>
                <w:color w:val="247C78"/>
                <w:sz w:val="24"/>
              </w:rPr>
              <w:t>○</w:t>
            </w:r>
          </w:p>
        </w:tc>
        <w:tc>
          <w:tcPr>
            <w:tcW w:w="1656" w:type="dxa"/>
            <w:vAlign w:val="center"/>
          </w:tcPr>
          <w:p w14:paraId="65030D6E" w14:textId="77777777" w:rsidR="00F15B64" w:rsidRDefault="00000000">
            <w:pPr>
              <w:spacing w:after="40"/>
            </w:pPr>
            <w:r>
              <w:rPr>
                <w:color w:val="247C78"/>
                <w:sz w:val="24"/>
              </w:rPr>
              <w:t>○</w:t>
            </w:r>
          </w:p>
        </w:tc>
      </w:tr>
      <w:tr w:rsidR="00F15B64" w14:paraId="319E9562" w14:textId="77777777">
        <w:tc>
          <w:tcPr>
            <w:tcW w:w="1656" w:type="dxa"/>
            <w:vAlign w:val="center"/>
          </w:tcPr>
          <w:p w14:paraId="14E523D3" w14:textId="77777777" w:rsidR="00F15B64" w:rsidRDefault="00000000">
            <w:pPr>
              <w:spacing w:after="40"/>
            </w:pPr>
            <w:r>
              <w:rPr>
                <w:color w:val="174A5B"/>
                <w:sz w:val="16"/>
              </w:rPr>
              <w:t>Using feedback</w:t>
            </w:r>
          </w:p>
        </w:tc>
        <w:tc>
          <w:tcPr>
            <w:tcW w:w="1656" w:type="dxa"/>
            <w:vAlign w:val="center"/>
          </w:tcPr>
          <w:p w14:paraId="359C1AE3" w14:textId="77777777" w:rsidR="00F15B64" w:rsidRDefault="00000000">
            <w:pPr>
              <w:spacing w:after="40"/>
            </w:pPr>
            <w:r>
              <w:rPr>
                <w:color w:val="247C78"/>
                <w:sz w:val="24"/>
              </w:rPr>
              <w:t>○</w:t>
            </w:r>
          </w:p>
        </w:tc>
        <w:tc>
          <w:tcPr>
            <w:tcW w:w="1656" w:type="dxa"/>
            <w:vAlign w:val="center"/>
          </w:tcPr>
          <w:p w14:paraId="40C04A03" w14:textId="77777777" w:rsidR="00F15B64" w:rsidRDefault="00000000">
            <w:pPr>
              <w:spacing w:after="40"/>
            </w:pPr>
            <w:r>
              <w:rPr>
                <w:color w:val="247C78"/>
                <w:sz w:val="24"/>
              </w:rPr>
              <w:t>○</w:t>
            </w:r>
          </w:p>
        </w:tc>
        <w:tc>
          <w:tcPr>
            <w:tcW w:w="1656" w:type="dxa"/>
            <w:vAlign w:val="center"/>
          </w:tcPr>
          <w:p w14:paraId="2BE41CDF" w14:textId="77777777" w:rsidR="00F15B64" w:rsidRDefault="00000000">
            <w:pPr>
              <w:spacing w:after="40"/>
            </w:pPr>
            <w:r>
              <w:rPr>
                <w:color w:val="247C78"/>
                <w:sz w:val="24"/>
              </w:rPr>
              <w:t>○</w:t>
            </w:r>
          </w:p>
        </w:tc>
        <w:tc>
          <w:tcPr>
            <w:tcW w:w="1656" w:type="dxa"/>
            <w:vAlign w:val="center"/>
          </w:tcPr>
          <w:p w14:paraId="6934714C" w14:textId="77777777" w:rsidR="00F15B64" w:rsidRDefault="00000000">
            <w:pPr>
              <w:spacing w:after="40"/>
            </w:pPr>
            <w:r>
              <w:rPr>
                <w:color w:val="247C78"/>
                <w:sz w:val="24"/>
              </w:rPr>
              <w:t>○</w:t>
            </w:r>
          </w:p>
        </w:tc>
        <w:tc>
          <w:tcPr>
            <w:tcW w:w="1656" w:type="dxa"/>
            <w:vAlign w:val="center"/>
          </w:tcPr>
          <w:p w14:paraId="1BEB6C18" w14:textId="77777777" w:rsidR="00F15B64" w:rsidRDefault="00000000">
            <w:pPr>
              <w:spacing w:after="40"/>
            </w:pPr>
            <w:r>
              <w:rPr>
                <w:color w:val="247C78"/>
                <w:sz w:val="24"/>
              </w:rPr>
              <w:t>○</w:t>
            </w:r>
          </w:p>
        </w:tc>
      </w:tr>
      <w:tr w:rsidR="00F15B64" w14:paraId="0DBFA9FA" w14:textId="77777777">
        <w:tc>
          <w:tcPr>
            <w:tcW w:w="1656" w:type="dxa"/>
            <w:vAlign w:val="center"/>
          </w:tcPr>
          <w:p w14:paraId="2BD5A113" w14:textId="77777777" w:rsidR="00F15B64" w:rsidRDefault="00000000">
            <w:pPr>
              <w:spacing w:after="40"/>
            </w:pPr>
            <w:r>
              <w:rPr>
                <w:color w:val="174A5B"/>
                <w:sz w:val="16"/>
              </w:rPr>
              <w:t>Managing time and independent study</w:t>
            </w:r>
          </w:p>
        </w:tc>
        <w:tc>
          <w:tcPr>
            <w:tcW w:w="1656" w:type="dxa"/>
            <w:vAlign w:val="center"/>
          </w:tcPr>
          <w:p w14:paraId="3D9132E4" w14:textId="77777777" w:rsidR="00F15B64" w:rsidRDefault="00000000">
            <w:pPr>
              <w:spacing w:after="40"/>
            </w:pPr>
            <w:r>
              <w:rPr>
                <w:color w:val="247C78"/>
                <w:sz w:val="24"/>
              </w:rPr>
              <w:t>○</w:t>
            </w:r>
          </w:p>
        </w:tc>
        <w:tc>
          <w:tcPr>
            <w:tcW w:w="1656" w:type="dxa"/>
            <w:vAlign w:val="center"/>
          </w:tcPr>
          <w:p w14:paraId="065A1844" w14:textId="77777777" w:rsidR="00F15B64" w:rsidRDefault="00000000">
            <w:pPr>
              <w:spacing w:after="40"/>
            </w:pPr>
            <w:r>
              <w:rPr>
                <w:color w:val="247C78"/>
                <w:sz w:val="24"/>
              </w:rPr>
              <w:t>○</w:t>
            </w:r>
          </w:p>
        </w:tc>
        <w:tc>
          <w:tcPr>
            <w:tcW w:w="1656" w:type="dxa"/>
            <w:vAlign w:val="center"/>
          </w:tcPr>
          <w:p w14:paraId="4961AE76" w14:textId="77777777" w:rsidR="00F15B64" w:rsidRDefault="00000000">
            <w:pPr>
              <w:spacing w:after="40"/>
            </w:pPr>
            <w:r>
              <w:rPr>
                <w:color w:val="247C78"/>
                <w:sz w:val="24"/>
              </w:rPr>
              <w:t>○</w:t>
            </w:r>
          </w:p>
        </w:tc>
        <w:tc>
          <w:tcPr>
            <w:tcW w:w="1656" w:type="dxa"/>
            <w:vAlign w:val="center"/>
          </w:tcPr>
          <w:p w14:paraId="436EC2D4" w14:textId="77777777" w:rsidR="00F15B64" w:rsidRDefault="00000000">
            <w:pPr>
              <w:spacing w:after="40"/>
            </w:pPr>
            <w:r>
              <w:rPr>
                <w:color w:val="247C78"/>
                <w:sz w:val="24"/>
              </w:rPr>
              <w:t>○</w:t>
            </w:r>
          </w:p>
        </w:tc>
        <w:tc>
          <w:tcPr>
            <w:tcW w:w="1656" w:type="dxa"/>
            <w:vAlign w:val="center"/>
          </w:tcPr>
          <w:p w14:paraId="0B351051" w14:textId="77777777" w:rsidR="00F15B64" w:rsidRDefault="00000000">
            <w:pPr>
              <w:spacing w:after="40"/>
            </w:pPr>
            <w:r>
              <w:rPr>
                <w:color w:val="247C78"/>
                <w:sz w:val="24"/>
              </w:rPr>
              <w:t>○</w:t>
            </w:r>
          </w:p>
        </w:tc>
      </w:tr>
    </w:tbl>
    <w:p w14:paraId="0CE8984A" w14:textId="77777777" w:rsidR="00F15B64" w:rsidRDefault="00000000">
      <w:r>
        <w:t>You can repeat this check-in at the end of the workbook to compare your confidence.</w:t>
      </w:r>
    </w:p>
    <w:tbl>
      <w:tblPr>
        <w:tblW w:w="0" w:type="auto"/>
        <w:tblLook w:val="04A0" w:firstRow="1" w:lastRow="0" w:firstColumn="1" w:lastColumn="0" w:noHBand="0" w:noVBand="1"/>
      </w:tblPr>
      <w:tblGrid>
        <w:gridCol w:w="9936"/>
      </w:tblGrid>
      <w:tr w:rsidR="00F15B64" w14:paraId="172FB913" w14:textId="77777777">
        <w:tc>
          <w:tcPr>
            <w:tcW w:w="9936" w:type="dxa"/>
            <w:shd w:val="clear" w:color="auto" w:fill="EEF6F5"/>
          </w:tcPr>
          <w:p w14:paraId="522718C3" w14:textId="77777777" w:rsidR="00F15B64" w:rsidRDefault="00000000">
            <w:pPr>
              <w:spacing w:after="80"/>
            </w:pPr>
            <w:r>
              <w:rPr>
                <w:b/>
                <w:color w:val="174A5B"/>
                <w:sz w:val="22"/>
              </w:rPr>
              <w:t>What might affect my learning?</w:t>
            </w:r>
          </w:p>
          <w:p w14:paraId="40EDCE6D" w14:textId="77777777" w:rsidR="00F15B64" w:rsidRDefault="00000000">
            <w:pPr>
              <w:spacing w:after="40"/>
            </w:pPr>
            <w:r>
              <w:t>• What habits, responsibilities, resources or support could help me?</w:t>
            </w:r>
          </w:p>
          <w:p w14:paraId="7E15006A" w14:textId="77777777" w:rsidR="00F15B64" w:rsidRDefault="00000000">
            <w:pPr>
              <w:spacing w:after="40"/>
            </w:pPr>
            <w:r>
              <w:t>• What barriers might I need to plan around?</w:t>
            </w:r>
          </w:p>
          <w:p w14:paraId="06BDD407" w14:textId="77777777" w:rsidR="00F15B64" w:rsidRDefault="00000000">
            <w:pPr>
              <w:spacing w:after="100"/>
            </w:pPr>
            <w:r>
              <w:rPr>
                <w:color w:val="AFBCBE"/>
                <w:sz w:val="18"/>
              </w:rPr>
              <w:t>________________________________________________________________________________</w:t>
            </w:r>
          </w:p>
          <w:p w14:paraId="3B7BCB36" w14:textId="77777777" w:rsidR="00F15B64" w:rsidRDefault="00000000">
            <w:pPr>
              <w:spacing w:after="100"/>
            </w:pPr>
            <w:r>
              <w:rPr>
                <w:color w:val="AFBCBE"/>
                <w:sz w:val="18"/>
              </w:rPr>
              <w:t>________________________________________________________________________________</w:t>
            </w:r>
          </w:p>
        </w:tc>
      </w:tr>
    </w:tbl>
    <w:p w14:paraId="1CDBDB4E" w14:textId="77777777" w:rsidR="00F15B64" w:rsidRDefault="00F15B64">
      <w:pPr>
        <w:spacing w:after="20"/>
      </w:pPr>
    </w:p>
    <w:p w14:paraId="39790B2A" w14:textId="77777777" w:rsidR="00F15B64" w:rsidRDefault="00000000">
      <w:r>
        <w:br w:type="page"/>
      </w:r>
    </w:p>
    <w:p w14:paraId="73AE1D33" w14:textId="77777777" w:rsidR="00F15B64" w:rsidRDefault="00000000">
      <w:pPr>
        <w:pStyle w:val="Title"/>
      </w:pPr>
      <w:r>
        <w:lastRenderedPageBreak/>
        <w:t>2. Finding and evaluating information</w:t>
      </w:r>
    </w:p>
    <w:p w14:paraId="79A330A6" w14:textId="77777777" w:rsidR="00F15B64" w:rsidRDefault="00000000">
      <w:r>
        <w:t>Health and social care study often involves using evidence to understand people’s needs, services and practice. Reflect on how you find information and decide whether it is trustworthy and relevant.</w:t>
      </w:r>
    </w:p>
    <w:tbl>
      <w:tblPr>
        <w:tblW w:w="0" w:type="auto"/>
        <w:tblLook w:val="04A0" w:firstRow="1" w:lastRow="0" w:firstColumn="1" w:lastColumn="0" w:noHBand="0" w:noVBand="1"/>
      </w:tblPr>
      <w:tblGrid>
        <w:gridCol w:w="9936"/>
      </w:tblGrid>
      <w:tr w:rsidR="00F15B64" w14:paraId="3CC7B9EF" w14:textId="77777777">
        <w:tc>
          <w:tcPr>
            <w:tcW w:w="9936" w:type="dxa"/>
            <w:shd w:val="clear" w:color="auto" w:fill="EEF6F5"/>
          </w:tcPr>
          <w:p w14:paraId="048E4BB7" w14:textId="77777777" w:rsidR="00F15B64" w:rsidRDefault="00000000">
            <w:pPr>
              <w:spacing w:after="80"/>
            </w:pPr>
            <w:r>
              <w:rPr>
                <w:b/>
                <w:color w:val="174A5B"/>
                <w:sz w:val="22"/>
              </w:rPr>
              <w:t>An example from my learning</w:t>
            </w:r>
          </w:p>
          <w:p w14:paraId="61FB6540" w14:textId="77777777" w:rsidR="00F15B64" w:rsidRDefault="00000000">
            <w:pPr>
              <w:spacing w:after="40"/>
            </w:pPr>
            <w:r>
              <w:t>• Describe a time you searched for information for a class task or assignment.</w:t>
            </w:r>
          </w:p>
          <w:p w14:paraId="046823D1" w14:textId="77777777" w:rsidR="00F15B64" w:rsidRDefault="00000000">
            <w:pPr>
              <w:spacing w:after="40"/>
            </w:pPr>
            <w:r>
              <w:t>• Where did you look? How did you decide which sources to use?</w:t>
            </w:r>
          </w:p>
          <w:p w14:paraId="2A32BB0E" w14:textId="77777777" w:rsidR="00F15B64" w:rsidRDefault="00000000">
            <w:pPr>
              <w:spacing w:after="40"/>
            </w:pPr>
            <w:r>
              <w:t>• What signs helped you judge the source’s authority, relevance, date and evidence?</w:t>
            </w:r>
          </w:p>
          <w:p w14:paraId="773ECF6A" w14:textId="77777777" w:rsidR="00F15B64" w:rsidRDefault="00000000">
            <w:pPr>
              <w:spacing w:after="40"/>
            </w:pPr>
            <w:r>
              <w:t>• What would you do differently next time?</w:t>
            </w:r>
          </w:p>
          <w:p w14:paraId="3FA812B7" w14:textId="77777777" w:rsidR="00F15B64" w:rsidRDefault="00000000">
            <w:pPr>
              <w:spacing w:after="100"/>
            </w:pPr>
            <w:r>
              <w:rPr>
                <w:color w:val="AFBCBE"/>
                <w:sz w:val="18"/>
              </w:rPr>
              <w:t>________________________________________________________________________________</w:t>
            </w:r>
          </w:p>
          <w:p w14:paraId="2DE2BE0A" w14:textId="77777777" w:rsidR="00F15B64" w:rsidRDefault="00000000">
            <w:pPr>
              <w:spacing w:after="100"/>
            </w:pPr>
            <w:r>
              <w:rPr>
                <w:color w:val="AFBCBE"/>
                <w:sz w:val="18"/>
              </w:rPr>
              <w:t>________________________________________________________________________________</w:t>
            </w:r>
          </w:p>
          <w:p w14:paraId="6EA14B04" w14:textId="77777777" w:rsidR="00F15B64" w:rsidRDefault="00000000">
            <w:pPr>
              <w:spacing w:after="100"/>
            </w:pPr>
            <w:r>
              <w:rPr>
                <w:color w:val="AFBCBE"/>
                <w:sz w:val="18"/>
              </w:rPr>
              <w:t>________________________________________________________________________________</w:t>
            </w:r>
          </w:p>
        </w:tc>
      </w:tr>
    </w:tbl>
    <w:p w14:paraId="5534EBCD" w14:textId="77777777" w:rsidR="00F15B64" w:rsidRDefault="00F15B64">
      <w:pPr>
        <w:spacing w:after="20"/>
      </w:pPr>
    </w:p>
    <w:p w14:paraId="6A46F97A" w14:textId="77777777" w:rsidR="00F15B64" w:rsidRDefault="00000000">
      <w:pPr>
        <w:pStyle w:val="Heading2"/>
      </w:pPr>
      <w:r>
        <w:t>Source-check quick list</w:t>
      </w:r>
    </w:p>
    <w:p w14:paraId="3FDDADA3" w14:textId="77777777" w:rsidR="00F15B64" w:rsidRDefault="00000000">
      <w:r>
        <w:t>☐  I can identify who wrote or published the information.</w:t>
      </w:r>
    </w:p>
    <w:p w14:paraId="365B2AC5" w14:textId="77777777" w:rsidR="00F15B64" w:rsidRDefault="00000000">
      <w:r>
        <w:t>☐  I check when it was published or updated.</w:t>
      </w:r>
    </w:p>
    <w:p w14:paraId="62849843" w14:textId="77777777" w:rsidR="00F15B64" w:rsidRDefault="00000000">
      <w:r>
        <w:t>☐  I consider the evidence and whether claims are supported.</w:t>
      </w:r>
    </w:p>
    <w:p w14:paraId="13D2343C" w14:textId="77777777" w:rsidR="00F15B64" w:rsidRDefault="00000000">
      <w:r>
        <w:t>☐  I check whether it is relevant to the question and context.</w:t>
      </w:r>
    </w:p>
    <w:p w14:paraId="022A98E0" w14:textId="77777777" w:rsidR="00F15B64" w:rsidRDefault="00000000">
      <w:r>
        <w:t>☐  I compare important claims with other credible sources.</w:t>
      </w:r>
    </w:p>
    <w:tbl>
      <w:tblPr>
        <w:tblW w:w="0" w:type="auto"/>
        <w:tblLook w:val="04A0" w:firstRow="1" w:lastRow="0" w:firstColumn="1" w:lastColumn="0" w:noHBand="0" w:noVBand="1"/>
      </w:tblPr>
      <w:tblGrid>
        <w:gridCol w:w="9936"/>
      </w:tblGrid>
      <w:tr w:rsidR="00F15B64" w14:paraId="319916C1" w14:textId="77777777">
        <w:tc>
          <w:tcPr>
            <w:tcW w:w="9936" w:type="dxa"/>
            <w:shd w:val="clear" w:color="auto" w:fill="EEF6F5"/>
          </w:tcPr>
          <w:p w14:paraId="373769E5" w14:textId="77777777" w:rsidR="00F15B64" w:rsidRDefault="00000000">
            <w:pPr>
              <w:spacing w:after="80"/>
            </w:pPr>
            <w:r>
              <w:rPr>
                <w:b/>
                <w:color w:val="174A5B"/>
                <w:sz w:val="22"/>
              </w:rPr>
              <w:t>My next step</w:t>
            </w:r>
          </w:p>
          <w:p w14:paraId="63E64996" w14:textId="77777777" w:rsidR="00F15B64" w:rsidRDefault="00000000">
            <w:pPr>
              <w:spacing w:after="40"/>
            </w:pPr>
            <w:r>
              <w:t>• One action I will take to improve how I find or evaluate information is…</w:t>
            </w:r>
          </w:p>
          <w:p w14:paraId="14A1F6B5" w14:textId="77777777" w:rsidR="00F15B64" w:rsidRDefault="00000000">
            <w:pPr>
              <w:spacing w:after="100"/>
            </w:pPr>
            <w:r>
              <w:rPr>
                <w:color w:val="AFBCBE"/>
                <w:sz w:val="18"/>
              </w:rPr>
              <w:t>________________________________________________________________________________</w:t>
            </w:r>
          </w:p>
          <w:p w14:paraId="248230DB" w14:textId="77777777" w:rsidR="00F15B64" w:rsidRDefault="00000000">
            <w:pPr>
              <w:spacing w:after="100"/>
            </w:pPr>
            <w:r>
              <w:rPr>
                <w:color w:val="AFBCBE"/>
                <w:sz w:val="18"/>
              </w:rPr>
              <w:t>________________________________________________________________________________</w:t>
            </w:r>
          </w:p>
        </w:tc>
      </w:tr>
    </w:tbl>
    <w:p w14:paraId="590AB1BE" w14:textId="77777777" w:rsidR="00F15B64" w:rsidRDefault="00F15B64">
      <w:pPr>
        <w:spacing w:after="20"/>
      </w:pPr>
    </w:p>
    <w:p w14:paraId="0A51B8BE" w14:textId="77777777" w:rsidR="00F15B64" w:rsidRDefault="00000000">
      <w:r>
        <w:br w:type="page"/>
      </w:r>
    </w:p>
    <w:p w14:paraId="7C290804" w14:textId="77777777" w:rsidR="00F15B64" w:rsidRDefault="00000000">
      <w:pPr>
        <w:pStyle w:val="Title"/>
      </w:pPr>
      <w:r>
        <w:lastRenderedPageBreak/>
        <w:t>3. Reading, note-taking and understanding</w:t>
      </w:r>
    </w:p>
    <w:p w14:paraId="4D258E18" w14:textId="77777777" w:rsidR="00F15B64" w:rsidRDefault="00000000">
      <w:r>
        <w:t>Academic reading can take time. Effective notes capture key ideas in your own words and help you connect concepts, rather than copying large sections of text.</w:t>
      </w:r>
    </w:p>
    <w:tbl>
      <w:tblPr>
        <w:tblW w:w="0" w:type="auto"/>
        <w:tblLook w:val="04A0" w:firstRow="1" w:lastRow="0" w:firstColumn="1" w:lastColumn="0" w:noHBand="0" w:noVBand="1"/>
      </w:tblPr>
      <w:tblGrid>
        <w:gridCol w:w="9936"/>
      </w:tblGrid>
      <w:tr w:rsidR="00F15B64" w14:paraId="3CC7A629" w14:textId="77777777">
        <w:tc>
          <w:tcPr>
            <w:tcW w:w="9936" w:type="dxa"/>
            <w:shd w:val="clear" w:color="auto" w:fill="EEF6F5"/>
          </w:tcPr>
          <w:p w14:paraId="34C90650" w14:textId="77777777" w:rsidR="00F15B64" w:rsidRDefault="00000000">
            <w:pPr>
              <w:spacing w:after="80"/>
            </w:pPr>
            <w:r>
              <w:rPr>
                <w:b/>
                <w:color w:val="174A5B"/>
                <w:sz w:val="22"/>
              </w:rPr>
              <w:t>Reflect on a reading or learning activity</w:t>
            </w:r>
          </w:p>
          <w:p w14:paraId="1F03EB81" w14:textId="77777777" w:rsidR="00F15B64" w:rsidRDefault="00000000">
            <w:pPr>
              <w:spacing w:after="40"/>
            </w:pPr>
            <w:r>
              <w:t>• What text, article, chapter or resource did I work with?</w:t>
            </w:r>
          </w:p>
          <w:p w14:paraId="746E6F6E" w14:textId="77777777" w:rsidR="00F15B64" w:rsidRDefault="00000000">
            <w:pPr>
              <w:spacing w:after="40"/>
            </w:pPr>
            <w:r>
              <w:t>• How did I identify the main ideas and unfamiliar terms?</w:t>
            </w:r>
          </w:p>
          <w:p w14:paraId="4BB5B84F" w14:textId="77777777" w:rsidR="00F15B64" w:rsidRDefault="00000000">
            <w:pPr>
              <w:spacing w:after="40"/>
            </w:pPr>
            <w:r>
              <w:t>• What note-taking approach did I use? Did it help me remember or explain the content?</w:t>
            </w:r>
          </w:p>
          <w:p w14:paraId="156C9787" w14:textId="77777777" w:rsidR="00F15B64" w:rsidRDefault="00000000">
            <w:pPr>
              <w:spacing w:after="40"/>
            </w:pPr>
            <w:r>
              <w:t>• How did this learning connect to health or social care practice?</w:t>
            </w:r>
          </w:p>
          <w:p w14:paraId="01FDCDF2" w14:textId="77777777" w:rsidR="00F15B64" w:rsidRDefault="00000000">
            <w:pPr>
              <w:spacing w:after="100"/>
            </w:pPr>
            <w:r>
              <w:rPr>
                <w:color w:val="AFBCBE"/>
                <w:sz w:val="18"/>
              </w:rPr>
              <w:t>________________________________________________________________________________</w:t>
            </w:r>
          </w:p>
          <w:p w14:paraId="00D25D5D" w14:textId="77777777" w:rsidR="00F15B64" w:rsidRDefault="00000000">
            <w:pPr>
              <w:spacing w:after="100"/>
            </w:pPr>
            <w:r>
              <w:rPr>
                <w:color w:val="AFBCBE"/>
                <w:sz w:val="18"/>
              </w:rPr>
              <w:t>________________________________________________________________________________</w:t>
            </w:r>
          </w:p>
          <w:p w14:paraId="21545EDA" w14:textId="77777777" w:rsidR="00F15B64" w:rsidRDefault="00000000">
            <w:pPr>
              <w:spacing w:after="100"/>
            </w:pPr>
            <w:r>
              <w:rPr>
                <w:color w:val="AFBCBE"/>
                <w:sz w:val="18"/>
              </w:rPr>
              <w:t>________________________________________________________________________________</w:t>
            </w:r>
          </w:p>
        </w:tc>
      </w:tr>
    </w:tbl>
    <w:p w14:paraId="523E38D7" w14:textId="77777777" w:rsidR="00F15B64" w:rsidRDefault="00F15B64">
      <w:pPr>
        <w:spacing w:after="20"/>
      </w:pPr>
    </w:p>
    <w:p w14:paraId="38176C45" w14:textId="77777777" w:rsidR="00F15B64" w:rsidRDefault="00000000">
      <w:pPr>
        <w:pStyle w:val="Heading2"/>
      </w:pPr>
      <w:r>
        <w:t>A strategy I tried</w:t>
      </w:r>
    </w:p>
    <w:tbl>
      <w:tblPr>
        <w:tblStyle w:val="TableGrid"/>
        <w:tblW w:w="0" w:type="auto"/>
        <w:tblLook w:val="04A0" w:firstRow="1" w:lastRow="0" w:firstColumn="1" w:lastColumn="0" w:noHBand="0" w:noVBand="1"/>
      </w:tblPr>
      <w:tblGrid>
        <w:gridCol w:w="4411"/>
        <w:gridCol w:w="5515"/>
      </w:tblGrid>
      <w:tr w:rsidR="00F15B64" w14:paraId="4A1B139D" w14:textId="77777777">
        <w:tc>
          <w:tcPr>
            <w:tcW w:w="4968" w:type="dxa"/>
            <w:shd w:val="clear" w:color="auto" w:fill="DCECEA"/>
            <w:vAlign w:val="center"/>
          </w:tcPr>
          <w:p w14:paraId="75A15693" w14:textId="77777777" w:rsidR="00F15B64" w:rsidRDefault="00000000">
            <w:pPr>
              <w:spacing w:after="40"/>
            </w:pPr>
            <w:r>
              <w:rPr>
                <w:b/>
                <w:color w:val="174A5B"/>
                <w:sz w:val="18"/>
              </w:rPr>
              <w:t>Strategy used</w:t>
            </w:r>
          </w:p>
        </w:tc>
        <w:tc>
          <w:tcPr>
            <w:tcW w:w="4968" w:type="dxa"/>
            <w:vAlign w:val="center"/>
          </w:tcPr>
          <w:p w14:paraId="4983387E" w14:textId="77777777" w:rsidR="00F15B64" w:rsidRDefault="00000000">
            <w:pPr>
              <w:spacing w:after="40"/>
            </w:pPr>
            <w:r>
              <w:rPr>
                <w:color w:val="8A999C"/>
                <w:sz w:val="18"/>
              </w:rPr>
              <w:t>________________________________________________________________</w:t>
            </w:r>
          </w:p>
        </w:tc>
      </w:tr>
      <w:tr w:rsidR="00F15B64" w14:paraId="766E45AA" w14:textId="77777777">
        <w:tc>
          <w:tcPr>
            <w:tcW w:w="4968" w:type="dxa"/>
            <w:shd w:val="clear" w:color="auto" w:fill="DCECEA"/>
            <w:vAlign w:val="center"/>
          </w:tcPr>
          <w:p w14:paraId="0BCC3FB6" w14:textId="77777777" w:rsidR="00F15B64" w:rsidRDefault="00000000">
            <w:pPr>
              <w:spacing w:after="40"/>
            </w:pPr>
            <w:r>
              <w:rPr>
                <w:b/>
                <w:color w:val="174A5B"/>
                <w:sz w:val="18"/>
              </w:rPr>
              <w:t>What worked / did not work</w:t>
            </w:r>
          </w:p>
        </w:tc>
        <w:tc>
          <w:tcPr>
            <w:tcW w:w="4968" w:type="dxa"/>
            <w:vAlign w:val="center"/>
          </w:tcPr>
          <w:p w14:paraId="35B4DC25" w14:textId="77777777" w:rsidR="00F15B64" w:rsidRDefault="00000000">
            <w:pPr>
              <w:spacing w:after="40"/>
            </w:pPr>
            <w:r>
              <w:rPr>
                <w:color w:val="8A999C"/>
                <w:sz w:val="18"/>
              </w:rPr>
              <w:t>________________________________________________________________</w:t>
            </w:r>
          </w:p>
        </w:tc>
      </w:tr>
      <w:tr w:rsidR="00F15B64" w14:paraId="34FB6286" w14:textId="77777777">
        <w:tc>
          <w:tcPr>
            <w:tcW w:w="4968" w:type="dxa"/>
            <w:shd w:val="clear" w:color="auto" w:fill="DCECEA"/>
            <w:vAlign w:val="center"/>
          </w:tcPr>
          <w:p w14:paraId="7F737CDF" w14:textId="77777777" w:rsidR="00F15B64" w:rsidRDefault="00000000">
            <w:pPr>
              <w:spacing w:after="40"/>
            </w:pPr>
            <w:r>
              <w:rPr>
                <w:b/>
                <w:color w:val="174A5B"/>
                <w:sz w:val="18"/>
              </w:rPr>
              <w:t>What I will try next</w:t>
            </w:r>
          </w:p>
        </w:tc>
        <w:tc>
          <w:tcPr>
            <w:tcW w:w="4968" w:type="dxa"/>
            <w:vAlign w:val="center"/>
          </w:tcPr>
          <w:p w14:paraId="0C8A696E" w14:textId="77777777" w:rsidR="00F15B64" w:rsidRDefault="00000000">
            <w:pPr>
              <w:spacing w:after="40"/>
            </w:pPr>
            <w:r>
              <w:rPr>
                <w:color w:val="8A999C"/>
                <w:sz w:val="18"/>
              </w:rPr>
              <w:t>________________________________________________________________</w:t>
            </w:r>
          </w:p>
        </w:tc>
      </w:tr>
    </w:tbl>
    <w:tbl>
      <w:tblPr>
        <w:tblW w:w="0" w:type="auto"/>
        <w:tblLook w:val="04A0" w:firstRow="1" w:lastRow="0" w:firstColumn="1" w:lastColumn="0" w:noHBand="0" w:noVBand="1"/>
      </w:tblPr>
      <w:tblGrid>
        <w:gridCol w:w="9936"/>
      </w:tblGrid>
      <w:tr w:rsidR="00F15B64" w14:paraId="0E694418" w14:textId="77777777">
        <w:tc>
          <w:tcPr>
            <w:tcW w:w="9936" w:type="dxa"/>
            <w:shd w:val="clear" w:color="auto" w:fill="EEF6F5"/>
          </w:tcPr>
          <w:p w14:paraId="2AFF860C" w14:textId="77777777" w:rsidR="00F15B64" w:rsidRDefault="00000000">
            <w:pPr>
              <w:spacing w:after="80"/>
            </w:pPr>
            <w:r>
              <w:rPr>
                <w:b/>
                <w:color w:val="174A5B"/>
                <w:sz w:val="22"/>
              </w:rPr>
              <w:t>Explain it in my own words</w:t>
            </w:r>
          </w:p>
          <w:p w14:paraId="27C64C42" w14:textId="77777777" w:rsidR="00F15B64" w:rsidRDefault="00000000">
            <w:pPr>
              <w:spacing w:after="40"/>
            </w:pPr>
            <w:r>
              <w:t>• One important idea I learned was…</w:t>
            </w:r>
          </w:p>
          <w:p w14:paraId="7D6847E8" w14:textId="77777777" w:rsidR="00F15B64" w:rsidRDefault="00000000">
            <w:pPr>
              <w:spacing w:after="40"/>
            </w:pPr>
            <w:r>
              <w:t>• It matters in health and social care because…</w:t>
            </w:r>
          </w:p>
          <w:p w14:paraId="249B7782" w14:textId="77777777" w:rsidR="00F15B64" w:rsidRDefault="00000000">
            <w:pPr>
              <w:spacing w:after="100"/>
            </w:pPr>
            <w:r>
              <w:rPr>
                <w:color w:val="AFBCBE"/>
                <w:sz w:val="18"/>
              </w:rPr>
              <w:t>________________________________________________________________________________</w:t>
            </w:r>
          </w:p>
          <w:p w14:paraId="7B44832D" w14:textId="77777777" w:rsidR="00F15B64" w:rsidRDefault="00000000">
            <w:pPr>
              <w:spacing w:after="100"/>
            </w:pPr>
            <w:r>
              <w:rPr>
                <w:color w:val="AFBCBE"/>
                <w:sz w:val="18"/>
              </w:rPr>
              <w:t>________________________________________________________________________________</w:t>
            </w:r>
          </w:p>
        </w:tc>
      </w:tr>
    </w:tbl>
    <w:p w14:paraId="7766122D" w14:textId="77777777" w:rsidR="00F15B64" w:rsidRDefault="00F15B64">
      <w:pPr>
        <w:spacing w:after="20"/>
      </w:pPr>
    </w:p>
    <w:p w14:paraId="21D430CD" w14:textId="77777777" w:rsidR="00F15B64" w:rsidRDefault="00000000">
      <w:r>
        <w:br w:type="page"/>
      </w:r>
    </w:p>
    <w:p w14:paraId="6460E40A" w14:textId="77777777" w:rsidR="00F15B64" w:rsidRDefault="00000000">
      <w:pPr>
        <w:pStyle w:val="Title"/>
      </w:pPr>
      <w:r>
        <w:lastRenderedPageBreak/>
        <w:t>4. Academic writing and assignment planning</w:t>
      </w:r>
    </w:p>
    <w:p w14:paraId="74193CFB" w14:textId="77777777" w:rsidR="00F15B64" w:rsidRDefault="00000000">
      <w:r>
        <w:t>Strong academic work answers the task, develops a clear line of reasoning, uses evidence and is organised so the reader can follow your ideas.</w:t>
      </w:r>
    </w:p>
    <w:tbl>
      <w:tblPr>
        <w:tblW w:w="0" w:type="auto"/>
        <w:tblLook w:val="04A0" w:firstRow="1" w:lastRow="0" w:firstColumn="1" w:lastColumn="0" w:noHBand="0" w:noVBand="1"/>
      </w:tblPr>
      <w:tblGrid>
        <w:gridCol w:w="9936"/>
      </w:tblGrid>
      <w:tr w:rsidR="00F15B64" w14:paraId="1B266418" w14:textId="77777777">
        <w:tc>
          <w:tcPr>
            <w:tcW w:w="9936" w:type="dxa"/>
            <w:shd w:val="clear" w:color="auto" w:fill="EEF6F5"/>
          </w:tcPr>
          <w:p w14:paraId="074551DD" w14:textId="77777777" w:rsidR="00F15B64" w:rsidRDefault="00000000">
            <w:pPr>
              <w:spacing w:after="80"/>
            </w:pPr>
            <w:r>
              <w:rPr>
                <w:b/>
                <w:color w:val="174A5B"/>
                <w:sz w:val="22"/>
              </w:rPr>
              <w:t>Looking back at a piece of work</w:t>
            </w:r>
          </w:p>
          <w:p w14:paraId="09623553" w14:textId="77777777" w:rsidR="00F15B64" w:rsidRDefault="00000000">
            <w:pPr>
              <w:spacing w:after="40"/>
            </w:pPr>
            <w:r>
              <w:t>• What was the assignment asking me to do?</w:t>
            </w:r>
          </w:p>
          <w:p w14:paraId="17A460CF" w14:textId="77777777" w:rsidR="00F15B64" w:rsidRDefault="00000000">
            <w:pPr>
              <w:spacing w:after="40"/>
            </w:pPr>
            <w:r>
              <w:t>• How did I break the task into manageable steps?</w:t>
            </w:r>
          </w:p>
          <w:p w14:paraId="1822ACC2" w14:textId="77777777" w:rsidR="00F15B64" w:rsidRDefault="00000000">
            <w:pPr>
              <w:spacing w:after="40"/>
            </w:pPr>
            <w:r>
              <w:t>• How did I structure my paragraphs and support points with evidence?</w:t>
            </w:r>
          </w:p>
          <w:p w14:paraId="054A53DD" w14:textId="77777777" w:rsidR="00F15B64" w:rsidRDefault="00000000">
            <w:pPr>
              <w:spacing w:after="40"/>
            </w:pPr>
            <w:r>
              <w:t>• What am I pleased with? What would I strengthen if I revised it?</w:t>
            </w:r>
          </w:p>
          <w:p w14:paraId="0F800068" w14:textId="77777777" w:rsidR="00F15B64" w:rsidRDefault="00000000">
            <w:pPr>
              <w:spacing w:after="100"/>
            </w:pPr>
            <w:r>
              <w:rPr>
                <w:color w:val="AFBCBE"/>
                <w:sz w:val="18"/>
              </w:rPr>
              <w:t>________________________________________________________________________________</w:t>
            </w:r>
          </w:p>
          <w:p w14:paraId="3C9C5552" w14:textId="77777777" w:rsidR="00F15B64" w:rsidRDefault="00000000">
            <w:pPr>
              <w:spacing w:after="100"/>
            </w:pPr>
            <w:r>
              <w:rPr>
                <w:color w:val="AFBCBE"/>
                <w:sz w:val="18"/>
              </w:rPr>
              <w:t>________________________________________________________________________________</w:t>
            </w:r>
          </w:p>
          <w:p w14:paraId="548205D3" w14:textId="77777777" w:rsidR="00F15B64" w:rsidRDefault="00000000">
            <w:pPr>
              <w:spacing w:after="100"/>
            </w:pPr>
            <w:r>
              <w:rPr>
                <w:color w:val="AFBCBE"/>
                <w:sz w:val="18"/>
              </w:rPr>
              <w:t>________________________________________________________________________________</w:t>
            </w:r>
          </w:p>
        </w:tc>
      </w:tr>
    </w:tbl>
    <w:p w14:paraId="2ADAAA89" w14:textId="77777777" w:rsidR="00F15B64" w:rsidRDefault="00F15B64">
      <w:pPr>
        <w:spacing w:after="20"/>
      </w:pPr>
    </w:p>
    <w:p w14:paraId="21CD1DFE" w14:textId="77777777" w:rsidR="00F15B64" w:rsidRDefault="00000000">
      <w:pPr>
        <w:pStyle w:val="Heading2"/>
      </w:pPr>
      <w:r>
        <w:t>My writing process</w:t>
      </w:r>
    </w:p>
    <w:p w14:paraId="5504530B" w14:textId="77777777" w:rsidR="00F15B64" w:rsidRDefault="00000000">
      <w:r>
        <w:t>☐  I unpacked the task and key command words.</w:t>
      </w:r>
    </w:p>
    <w:p w14:paraId="21F2A890" w14:textId="77777777" w:rsidR="00F15B64" w:rsidRDefault="00000000">
      <w:r>
        <w:t>☐  I planned a structure before drafting.</w:t>
      </w:r>
    </w:p>
    <w:p w14:paraId="75394E70" w14:textId="77777777" w:rsidR="00F15B64" w:rsidRDefault="00000000">
      <w:r>
        <w:t>☐  I used relevant evidence and explained its significance.</w:t>
      </w:r>
    </w:p>
    <w:p w14:paraId="32830C62" w14:textId="77777777" w:rsidR="00F15B64" w:rsidRDefault="00000000">
      <w:r>
        <w:t>☐  I checked clarity, paragraph flow and academic tone.</w:t>
      </w:r>
    </w:p>
    <w:p w14:paraId="687EE271" w14:textId="77777777" w:rsidR="00F15B64" w:rsidRDefault="00000000">
      <w:r>
        <w:t>☐  I checked referencing and proofread before submitting.</w:t>
      </w:r>
    </w:p>
    <w:tbl>
      <w:tblPr>
        <w:tblW w:w="0" w:type="auto"/>
        <w:tblLook w:val="04A0" w:firstRow="1" w:lastRow="0" w:firstColumn="1" w:lastColumn="0" w:noHBand="0" w:noVBand="1"/>
      </w:tblPr>
      <w:tblGrid>
        <w:gridCol w:w="9936"/>
      </w:tblGrid>
      <w:tr w:rsidR="00F15B64" w14:paraId="2C39997E" w14:textId="77777777">
        <w:tc>
          <w:tcPr>
            <w:tcW w:w="9936" w:type="dxa"/>
            <w:shd w:val="clear" w:color="auto" w:fill="EEF6F5"/>
          </w:tcPr>
          <w:p w14:paraId="66C1F6E5" w14:textId="77777777" w:rsidR="00F15B64" w:rsidRDefault="00000000">
            <w:pPr>
              <w:spacing w:after="80"/>
            </w:pPr>
            <w:r>
              <w:rPr>
                <w:b/>
                <w:color w:val="174A5B"/>
                <w:sz w:val="22"/>
              </w:rPr>
              <w:t>A paragraph I can improve</w:t>
            </w:r>
          </w:p>
          <w:p w14:paraId="3A2993F8" w14:textId="77777777" w:rsidR="00F15B64" w:rsidRDefault="00000000">
            <w:pPr>
              <w:spacing w:after="40"/>
            </w:pPr>
            <w:r>
              <w:t>• What is the main point I want to make?</w:t>
            </w:r>
          </w:p>
          <w:p w14:paraId="681E76B2" w14:textId="77777777" w:rsidR="00F15B64" w:rsidRDefault="00000000">
            <w:pPr>
              <w:spacing w:after="40"/>
            </w:pPr>
            <w:r>
              <w:t>• What evidence supports it, and how will I explain the evidence?</w:t>
            </w:r>
          </w:p>
          <w:p w14:paraId="73BC7030" w14:textId="77777777" w:rsidR="00F15B64" w:rsidRDefault="00000000">
            <w:pPr>
              <w:spacing w:after="40"/>
            </w:pPr>
            <w:r>
              <w:t>• How does this point answer the assignment question?</w:t>
            </w:r>
          </w:p>
          <w:p w14:paraId="1F28E65D" w14:textId="77777777" w:rsidR="00F15B64" w:rsidRDefault="00000000">
            <w:pPr>
              <w:spacing w:after="100"/>
            </w:pPr>
            <w:r>
              <w:rPr>
                <w:color w:val="AFBCBE"/>
                <w:sz w:val="18"/>
              </w:rPr>
              <w:t>________________________________________________________________________________</w:t>
            </w:r>
          </w:p>
          <w:p w14:paraId="7F1A3A40" w14:textId="77777777" w:rsidR="00F15B64" w:rsidRDefault="00000000">
            <w:pPr>
              <w:spacing w:after="100"/>
            </w:pPr>
            <w:r>
              <w:rPr>
                <w:color w:val="AFBCBE"/>
                <w:sz w:val="18"/>
              </w:rPr>
              <w:t>________________________________________________________________________________</w:t>
            </w:r>
          </w:p>
        </w:tc>
      </w:tr>
    </w:tbl>
    <w:p w14:paraId="38C25482" w14:textId="77777777" w:rsidR="00F15B64" w:rsidRDefault="00F15B64">
      <w:pPr>
        <w:spacing w:after="20"/>
      </w:pPr>
    </w:p>
    <w:tbl>
      <w:tblPr>
        <w:tblW w:w="0" w:type="auto"/>
        <w:tblLook w:val="04A0" w:firstRow="1" w:lastRow="0" w:firstColumn="1" w:lastColumn="0" w:noHBand="0" w:noVBand="1"/>
      </w:tblPr>
      <w:tblGrid>
        <w:gridCol w:w="9936"/>
      </w:tblGrid>
      <w:tr w:rsidR="00F15B64" w14:paraId="78EF797C" w14:textId="77777777">
        <w:tc>
          <w:tcPr>
            <w:tcW w:w="9936" w:type="dxa"/>
            <w:shd w:val="clear" w:color="auto" w:fill="EEF6F5"/>
          </w:tcPr>
          <w:p w14:paraId="1230E1FC" w14:textId="77777777" w:rsidR="00F15B64" w:rsidRDefault="00000000">
            <w:pPr>
              <w:spacing w:after="80"/>
            </w:pPr>
            <w:r>
              <w:rPr>
                <w:b/>
                <w:color w:val="174A5B"/>
                <w:sz w:val="22"/>
              </w:rPr>
              <w:t>My next writing goal</w:t>
            </w:r>
          </w:p>
          <w:p w14:paraId="785A4374" w14:textId="77777777" w:rsidR="00F15B64" w:rsidRDefault="00000000">
            <w:pPr>
              <w:spacing w:after="40"/>
            </w:pPr>
            <w:r>
              <w:t>• A specific writing skill I will practise, and how I will practise it…</w:t>
            </w:r>
          </w:p>
          <w:p w14:paraId="39DAC136" w14:textId="77777777" w:rsidR="00F15B64" w:rsidRDefault="00000000">
            <w:pPr>
              <w:spacing w:after="100"/>
            </w:pPr>
            <w:r>
              <w:rPr>
                <w:color w:val="AFBCBE"/>
                <w:sz w:val="18"/>
              </w:rPr>
              <w:t>________________________________________________________________________________</w:t>
            </w:r>
          </w:p>
          <w:p w14:paraId="18330910" w14:textId="77777777" w:rsidR="00F15B64" w:rsidRDefault="00000000">
            <w:pPr>
              <w:spacing w:after="100"/>
            </w:pPr>
            <w:r>
              <w:rPr>
                <w:color w:val="AFBCBE"/>
                <w:sz w:val="18"/>
              </w:rPr>
              <w:t>________________________________________________________________________________</w:t>
            </w:r>
          </w:p>
        </w:tc>
      </w:tr>
    </w:tbl>
    <w:p w14:paraId="16147F9D" w14:textId="77777777" w:rsidR="00F15B64" w:rsidRDefault="00F15B64">
      <w:pPr>
        <w:spacing w:after="20"/>
      </w:pPr>
    </w:p>
    <w:p w14:paraId="2B705D5D" w14:textId="77777777" w:rsidR="00F15B64" w:rsidRDefault="00000000">
      <w:r>
        <w:br w:type="page"/>
      </w:r>
    </w:p>
    <w:p w14:paraId="10BA7C86" w14:textId="77777777" w:rsidR="00F15B64" w:rsidRDefault="00000000">
      <w:pPr>
        <w:pStyle w:val="Title"/>
      </w:pPr>
      <w:r>
        <w:lastRenderedPageBreak/>
        <w:t>5. Referencing, academic integrity and digital tools</w:t>
      </w:r>
    </w:p>
    <w:p w14:paraId="5D47DBF2" w14:textId="77777777" w:rsidR="00F15B64" w:rsidRDefault="00000000">
      <w:r>
        <w:t>Referencing makes it possible for readers to trace your sources and shows how your work builds on existing knowledge. Follow the referencing style and academic integrity guidance required by your course.</w:t>
      </w:r>
    </w:p>
    <w:tbl>
      <w:tblPr>
        <w:tblW w:w="0" w:type="auto"/>
        <w:tblLook w:val="04A0" w:firstRow="1" w:lastRow="0" w:firstColumn="1" w:lastColumn="0" w:noHBand="0" w:noVBand="1"/>
      </w:tblPr>
      <w:tblGrid>
        <w:gridCol w:w="9936"/>
      </w:tblGrid>
      <w:tr w:rsidR="00F15B64" w14:paraId="152BBDA7" w14:textId="77777777">
        <w:tc>
          <w:tcPr>
            <w:tcW w:w="9936" w:type="dxa"/>
            <w:shd w:val="clear" w:color="auto" w:fill="EEF6F5"/>
          </w:tcPr>
          <w:p w14:paraId="28CDC6C1" w14:textId="77777777" w:rsidR="00F15B64" w:rsidRDefault="00000000">
            <w:pPr>
              <w:spacing w:after="80"/>
            </w:pPr>
            <w:r>
              <w:rPr>
                <w:b/>
                <w:color w:val="174A5B"/>
                <w:sz w:val="22"/>
              </w:rPr>
              <w:t>My referencing reflection</w:t>
            </w:r>
          </w:p>
          <w:p w14:paraId="794EACE8" w14:textId="77777777" w:rsidR="00F15B64" w:rsidRDefault="00000000">
            <w:pPr>
              <w:spacing w:after="40"/>
            </w:pPr>
            <w:r>
              <w:t>• What did I find difficult about citations, reference lists or paraphrasing?</w:t>
            </w:r>
          </w:p>
          <w:p w14:paraId="5A4C3578" w14:textId="77777777" w:rsidR="00F15B64" w:rsidRDefault="00000000">
            <w:pPr>
              <w:spacing w:after="40"/>
            </w:pPr>
            <w:r>
              <w:t>• How do I distinguish my own explanation from an author’s ideas?</w:t>
            </w:r>
          </w:p>
          <w:p w14:paraId="38AC19BB" w14:textId="77777777" w:rsidR="00F15B64" w:rsidRDefault="00000000">
            <w:pPr>
              <w:spacing w:after="40"/>
            </w:pPr>
            <w:r>
              <w:t>• How do I record source details while researching?</w:t>
            </w:r>
          </w:p>
          <w:p w14:paraId="3D63EC4E" w14:textId="77777777" w:rsidR="00F15B64" w:rsidRDefault="00000000">
            <w:pPr>
              <w:spacing w:after="40"/>
            </w:pPr>
            <w:r>
              <w:t>• What will I check before submitting my next assignment?</w:t>
            </w:r>
          </w:p>
          <w:p w14:paraId="3D6D5037" w14:textId="77777777" w:rsidR="00F15B64" w:rsidRDefault="00000000">
            <w:pPr>
              <w:spacing w:after="100"/>
            </w:pPr>
            <w:r>
              <w:rPr>
                <w:color w:val="AFBCBE"/>
                <w:sz w:val="18"/>
              </w:rPr>
              <w:t>________________________________________________________________________________</w:t>
            </w:r>
          </w:p>
          <w:p w14:paraId="25AB2CB1" w14:textId="77777777" w:rsidR="00F15B64" w:rsidRDefault="00000000">
            <w:pPr>
              <w:spacing w:after="100"/>
            </w:pPr>
            <w:r>
              <w:rPr>
                <w:color w:val="AFBCBE"/>
                <w:sz w:val="18"/>
              </w:rPr>
              <w:t>________________________________________________________________________________</w:t>
            </w:r>
          </w:p>
          <w:p w14:paraId="32DE4C8E" w14:textId="77777777" w:rsidR="00F15B64" w:rsidRDefault="00000000">
            <w:pPr>
              <w:spacing w:after="100"/>
            </w:pPr>
            <w:r>
              <w:rPr>
                <w:color w:val="AFBCBE"/>
                <w:sz w:val="18"/>
              </w:rPr>
              <w:t>________________________________________________________________________________</w:t>
            </w:r>
          </w:p>
        </w:tc>
      </w:tr>
    </w:tbl>
    <w:p w14:paraId="4A176FE2" w14:textId="77777777" w:rsidR="00F15B64" w:rsidRDefault="00F15B64">
      <w:pPr>
        <w:spacing w:after="20"/>
      </w:pPr>
    </w:p>
    <w:p w14:paraId="002BFE22" w14:textId="77777777" w:rsidR="00F15B64" w:rsidRDefault="00000000">
      <w:pPr>
        <w:pStyle w:val="Heading2"/>
      </w:pPr>
      <w:r>
        <w:t>Before I submit</w:t>
      </w:r>
    </w:p>
    <w:p w14:paraId="32C10757" w14:textId="77777777" w:rsidR="00F15B64" w:rsidRDefault="00000000">
      <w:r>
        <w:t>☐  Every source I used is acknowledged in the required style.</w:t>
      </w:r>
    </w:p>
    <w:p w14:paraId="324355CC" w14:textId="77777777" w:rsidR="00F15B64" w:rsidRDefault="00000000">
      <w:r>
        <w:t>☐  Direct quotations are clearly marked and cited.</w:t>
      </w:r>
    </w:p>
    <w:p w14:paraId="5C3F3605" w14:textId="77777777" w:rsidR="00F15B64" w:rsidRDefault="00000000">
      <w:r>
        <w:t>☐  Paraphrased ideas are genuinely in my own words and cited.</w:t>
      </w:r>
    </w:p>
    <w:p w14:paraId="00083F87" w14:textId="77777777" w:rsidR="00F15B64" w:rsidRDefault="00000000">
      <w:r>
        <w:t>☐  I have checked the course guidance on collaboration and academic integrity.</w:t>
      </w:r>
    </w:p>
    <w:p w14:paraId="5779CC1F" w14:textId="77777777" w:rsidR="00F15B64" w:rsidRDefault="00000000">
      <w:r>
        <w:t>☐  If I used digital or AI tools, I followed the course rules and declared use where required.</w:t>
      </w:r>
    </w:p>
    <w:p w14:paraId="7698B64C" w14:textId="77777777" w:rsidR="00F15B64" w:rsidRDefault="00000000">
      <w:r>
        <w:t>☐  My work reflects my own understanding and I can explain the ideas in it.</w:t>
      </w:r>
    </w:p>
    <w:tbl>
      <w:tblPr>
        <w:tblW w:w="0" w:type="auto"/>
        <w:tblLook w:val="04A0" w:firstRow="1" w:lastRow="0" w:firstColumn="1" w:lastColumn="0" w:noHBand="0" w:noVBand="1"/>
      </w:tblPr>
      <w:tblGrid>
        <w:gridCol w:w="9936"/>
      </w:tblGrid>
      <w:tr w:rsidR="00F15B64" w14:paraId="22DCF07A" w14:textId="77777777">
        <w:tc>
          <w:tcPr>
            <w:tcW w:w="9936" w:type="dxa"/>
            <w:shd w:val="clear" w:color="auto" w:fill="EEF6F5"/>
          </w:tcPr>
          <w:p w14:paraId="5B9684CF" w14:textId="77777777" w:rsidR="00F15B64" w:rsidRDefault="00000000">
            <w:pPr>
              <w:spacing w:after="80"/>
            </w:pPr>
            <w:r>
              <w:rPr>
                <w:b/>
                <w:color w:val="174A5B"/>
                <w:sz w:val="22"/>
              </w:rPr>
              <w:t>One thing I understand better now</w:t>
            </w:r>
          </w:p>
          <w:p w14:paraId="3871D523" w14:textId="77777777" w:rsidR="00F15B64" w:rsidRDefault="00000000">
            <w:pPr>
              <w:spacing w:after="40"/>
            </w:pPr>
            <w:r>
              <w:t>• Referencing and academic integrity are important because…</w:t>
            </w:r>
          </w:p>
          <w:p w14:paraId="020A74B0" w14:textId="77777777" w:rsidR="00F15B64" w:rsidRDefault="00000000">
            <w:pPr>
              <w:spacing w:after="100"/>
            </w:pPr>
            <w:r>
              <w:rPr>
                <w:color w:val="AFBCBE"/>
                <w:sz w:val="18"/>
              </w:rPr>
              <w:t>________________________________________________________________________________</w:t>
            </w:r>
          </w:p>
          <w:p w14:paraId="662B36A9" w14:textId="77777777" w:rsidR="00F15B64" w:rsidRDefault="00000000">
            <w:pPr>
              <w:spacing w:after="100"/>
            </w:pPr>
            <w:r>
              <w:rPr>
                <w:color w:val="AFBCBE"/>
                <w:sz w:val="18"/>
              </w:rPr>
              <w:t>________________________________________________________________________________</w:t>
            </w:r>
          </w:p>
        </w:tc>
      </w:tr>
    </w:tbl>
    <w:p w14:paraId="11024533" w14:textId="77777777" w:rsidR="00F15B64" w:rsidRDefault="00F15B64">
      <w:pPr>
        <w:spacing w:after="20"/>
      </w:pPr>
    </w:p>
    <w:p w14:paraId="1F2576F1" w14:textId="77777777" w:rsidR="00F15B64" w:rsidRDefault="00000000">
      <w:r>
        <w:br w:type="page"/>
      </w:r>
    </w:p>
    <w:p w14:paraId="7B50C4FA" w14:textId="77777777" w:rsidR="00F15B64" w:rsidRDefault="00000000">
      <w:pPr>
        <w:pStyle w:val="Title"/>
      </w:pPr>
      <w:r>
        <w:lastRenderedPageBreak/>
        <w:t>6. Feedback: turning advice into action</w:t>
      </w:r>
    </w:p>
    <w:p w14:paraId="64A1AB52" w14:textId="77777777" w:rsidR="00F15B64" w:rsidRDefault="00000000">
      <w:r>
        <w:t>Feedback is most useful when you interpret it, choose a manageable action and check whether that action improves your work. You can reflect on written feedback, verbal advice, peer review or feedback from practice activities.</w:t>
      </w:r>
    </w:p>
    <w:tbl>
      <w:tblPr>
        <w:tblStyle w:val="TableGrid"/>
        <w:tblW w:w="0" w:type="auto"/>
        <w:tblLook w:val="04A0" w:firstRow="1" w:lastRow="0" w:firstColumn="1" w:lastColumn="0" w:noHBand="0" w:noVBand="1"/>
      </w:tblPr>
      <w:tblGrid>
        <w:gridCol w:w="4958"/>
        <w:gridCol w:w="4968"/>
      </w:tblGrid>
      <w:tr w:rsidR="00F15B64" w14:paraId="545BED6B" w14:textId="77777777">
        <w:tc>
          <w:tcPr>
            <w:tcW w:w="4968" w:type="dxa"/>
            <w:shd w:val="clear" w:color="auto" w:fill="DCECEA"/>
            <w:vAlign w:val="center"/>
          </w:tcPr>
          <w:p w14:paraId="29365669" w14:textId="77777777" w:rsidR="00F15B64" w:rsidRDefault="00000000">
            <w:pPr>
              <w:spacing w:after="40"/>
            </w:pPr>
            <w:r>
              <w:rPr>
                <w:b/>
                <w:color w:val="174A5B"/>
                <w:sz w:val="18"/>
              </w:rPr>
              <w:t>Feedback I received</w:t>
            </w:r>
          </w:p>
        </w:tc>
        <w:tc>
          <w:tcPr>
            <w:tcW w:w="4968" w:type="dxa"/>
            <w:vAlign w:val="center"/>
          </w:tcPr>
          <w:p w14:paraId="249DCA05" w14:textId="77777777" w:rsidR="00F15B64" w:rsidRDefault="00000000">
            <w:pPr>
              <w:spacing w:after="40"/>
            </w:pPr>
            <w:r>
              <w:rPr>
                <w:sz w:val="18"/>
              </w:rPr>
              <w:t>Summarise the key point without including personal or confidential information.\n\n________________________________________</w:t>
            </w:r>
          </w:p>
        </w:tc>
      </w:tr>
      <w:tr w:rsidR="00F15B64" w14:paraId="3168DF5B" w14:textId="77777777">
        <w:tc>
          <w:tcPr>
            <w:tcW w:w="4968" w:type="dxa"/>
            <w:shd w:val="clear" w:color="auto" w:fill="DCECEA"/>
            <w:vAlign w:val="center"/>
          </w:tcPr>
          <w:p w14:paraId="65B00646" w14:textId="77777777" w:rsidR="00F15B64" w:rsidRDefault="00000000">
            <w:pPr>
              <w:spacing w:after="40"/>
            </w:pPr>
            <w:r>
              <w:rPr>
                <w:b/>
                <w:color w:val="174A5B"/>
                <w:sz w:val="18"/>
              </w:rPr>
              <w:t>What I think it means</w:t>
            </w:r>
          </w:p>
        </w:tc>
        <w:tc>
          <w:tcPr>
            <w:tcW w:w="4968" w:type="dxa"/>
            <w:vAlign w:val="center"/>
          </w:tcPr>
          <w:p w14:paraId="2CED948E" w14:textId="77777777" w:rsidR="00F15B64" w:rsidRDefault="00000000">
            <w:pPr>
              <w:spacing w:after="40"/>
            </w:pPr>
            <w:r>
              <w:rPr>
                <w:sz w:val="18"/>
              </w:rPr>
              <w:t>What strength or development need does it identify?\n\n________________________________________</w:t>
            </w:r>
          </w:p>
        </w:tc>
      </w:tr>
      <w:tr w:rsidR="00F15B64" w14:paraId="6A287E4D" w14:textId="77777777">
        <w:tc>
          <w:tcPr>
            <w:tcW w:w="4968" w:type="dxa"/>
            <w:shd w:val="clear" w:color="auto" w:fill="DCECEA"/>
            <w:vAlign w:val="center"/>
          </w:tcPr>
          <w:p w14:paraId="1F4D82BF" w14:textId="77777777" w:rsidR="00F15B64" w:rsidRDefault="00000000">
            <w:pPr>
              <w:spacing w:after="40"/>
            </w:pPr>
            <w:r>
              <w:rPr>
                <w:b/>
                <w:color w:val="174A5B"/>
                <w:sz w:val="18"/>
              </w:rPr>
              <w:t>What I did in response</w:t>
            </w:r>
          </w:p>
        </w:tc>
        <w:tc>
          <w:tcPr>
            <w:tcW w:w="4968" w:type="dxa"/>
            <w:vAlign w:val="center"/>
          </w:tcPr>
          <w:p w14:paraId="7B9DA74F" w14:textId="77777777" w:rsidR="00F15B64" w:rsidRDefault="00000000">
            <w:pPr>
              <w:spacing w:after="40"/>
            </w:pPr>
            <w:r>
              <w:rPr>
                <w:sz w:val="18"/>
              </w:rPr>
              <w:t>What action did I take, or why have I not acted yet?\n\n________________________________________</w:t>
            </w:r>
          </w:p>
        </w:tc>
      </w:tr>
      <w:tr w:rsidR="00F15B64" w14:paraId="43D09D45" w14:textId="77777777">
        <w:tc>
          <w:tcPr>
            <w:tcW w:w="4968" w:type="dxa"/>
            <w:shd w:val="clear" w:color="auto" w:fill="DCECEA"/>
            <w:vAlign w:val="center"/>
          </w:tcPr>
          <w:p w14:paraId="2E8252E0" w14:textId="77777777" w:rsidR="00F15B64" w:rsidRDefault="00000000">
            <w:pPr>
              <w:spacing w:after="40"/>
            </w:pPr>
            <w:r>
              <w:rPr>
                <w:b/>
                <w:color w:val="174A5B"/>
                <w:sz w:val="18"/>
              </w:rPr>
              <w:t>What changed</w:t>
            </w:r>
          </w:p>
        </w:tc>
        <w:tc>
          <w:tcPr>
            <w:tcW w:w="4968" w:type="dxa"/>
            <w:vAlign w:val="center"/>
          </w:tcPr>
          <w:p w14:paraId="58B21B5D" w14:textId="77777777" w:rsidR="00F15B64" w:rsidRDefault="00000000">
            <w:pPr>
              <w:spacing w:after="40"/>
            </w:pPr>
            <w:r>
              <w:rPr>
                <w:sz w:val="18"/>
              </w:rPr>
              <w:t>What evidence suggests the action helped? What remains to work on?\n\n________________________________________</w:t>
            </w:r>
          </w:p>
        </w:tc>
      </w:tr>
    </w:tbl>
    <w:p w14:paraId="352E3BC8" w14:textId="77777777" w:rsidR="00F15B64" w:rsidRDefault="00F15B64"/>
    <w:tbl>
      <w:tblPr>
        <w:tblW w:w="0" w:type="auto"/>
        <w:tblLook w:val="04A0" w:firstRow="1" w:lastRow="0" w:firstColumn="1" w:lastColumn="0" w:noHBand="0" w:noVBand="1"/>
      </w:tblPr>
      <w:tblGrid>
        <w:gridCol w:w="9936"/>
      </w:tblGrid>
      <w:tr w:rsidR="00F15B64" w14:paraId="6B216883" w14:textId="77777777">
        <w:tc>
          <w:tcPr>
            <w:tcW w:w="9936" w:type="dxa"/>
            <w:shd w:val="clear" w:color="auto" w:fill="EEF6F5"/>
          </w:tcPr>
          <w:p w14:paraId="49B827B8" w14:textId="77777777" w:rsidR="00F15B64" w:rsidRDefault="00000000">
            <w:pPr>
              <w:spacing w:after="80"/>
            </w:pPr>
            <w:r>
              <w:rPr>
                <w:b/>
                <w:color w:val="174A5B"/>
                <w:sz w:val="22"/>
              </w:rPr>
              <w:t>If feedback felt difficult</w:t>
            </w:r>
          </w:p>
          <w:p w14:paraId="38D8A34C" w14:textId="77777777" w:rsidR="00F15B64" w:rsidRDefault="00000000">
            <w:pPr>
              <w:spacing w:after="40"/>
            </w:pPr>
            <w:r>
              <w:t>• How did I respond initially?</w:t>
            </w:r>
          </w:p>
          <w:p w14:paraId="69FD7233" w14:textId="77777777" w:rsidR="00F15B64" w:rsidRDefault="00000000">
            <w:pPr>
              <w:spacing w:after="40"/>
            </w:pPr>
            <w:r>
              <w:t>• What can I learn from it without treating it as a judgement of my ability?</w:t>
            </w:r>
          </w:p>
          <w:p w14:paraId="3B12F554" w14:textId="77777777" w:rsidR="00F15B64" w:rsidRDefault="00000000">
            <w:pPr>
              <w:spacing w:after="40"/>
            </w:pPr>
            <w:r>
              <w:t>• What question could I ask my tutor or a peer to clarify the next step?</w:t>
            </w:r>
          </w:p>
          <w:p w14:paraId="615A7972" w14:textId="77777777" w:rsidR="00F15B64" w:rsidRDefault="00000000">
            <w:pPr>
              <w:spacing w:after="100"/>
            </w:pPr>
            <w:r>
              <w:rPr>
                <w:color w:val="AFBCBE"/>
                <w:sz w:val="18"/>
              </w:rPr>
              <w:t>________________________________________________________________________________</w:t>
            </w:r>
          </w:p>
          <w:p w14:paraId="66F1F3C3" w14:textId="77777777" w:rsidR="00F15B64" w:rsidRDefault="00000000">
            <w:pPr>
              <w:spacing w:after="100"/>
            </w:pPr>
            <w:r>
              <w:rPr>
                <w:color w:val="AFBCBE"/>
                <w:sz w:val="18"/>
              </w:rPr>
              <w:t>________________________________________________________________________________</w:t>
            </w:r>
          </w:p>
        </w:tc>
      </w:tr>
    </w:tbl>
    <w:p w14:paraId="7BB36046" w14:textId="77777777" w:rsidR="00F15B64" w:rsidRDefault="00F15B64">
      <w:pPr>
        <w:spacing w:after="20"/>
      </w:pPr>
    </w:p>
    <w:p w14:paraId="2B8152D8" w14:textId="77777777" w:rsidR="00F15B64" w:rsidRDefault="00000000">
      <w:r>
        <w:br w:type="page"/>
      </w:r>
    </w:p>
    <w:p w14:paraId="1B53F439" w14:textId="77777777" w:rsidR="00F15B64" w:rsidRDefault="00000000">
      <w:pPr>
        <w:pStyle w:val="Title"/>
      </w:pPr>
      <w:r>
        <w:lastRenderedPageBreak/>
        <w:t>7. Independent study, time and help-seeking</w:t>
      </w:r>
    </w:p>
    <w:p w14:paraId="7ECCFAAE" w14:textId="77777777" w:rsidR="00F15B64" w:rsidRDefault="00000000">
      <w:r>
        <w:t>Developing academic skills includes learning how to organise your time, monitor your progress and ask for help early enough to use it.</w:t>
      </w:r>
    </w:p>
    <w:tbl>
      <w:tblPr>
        <w:tblW w:w="0" w:type="auto"/>
        <w:tblLook w:val="04A0" w:firstRow="1" w:lastRow="0" w:firstColumn="1" w:lastColumn="0" w:noHBand="0" w:noVBand="1"/>
      </w:tblPr>
      <w:tblGrid>
        <w:gridCol w:w="9936"/>
      </w:tblGrid>
      <w:tr w:rsidR="00F15B64" w14:paraId="298B8A02" w14:textId="77777777">
        <w:tc>
          <w:tcPr>
            <w:tcW w:w="9936" w:type="dxa"/>
            <w:shd w:val="clear" w:color="auto" w:fill="EEF6F5"/>
          </w:tcPr>
          <w:p w14:paraId="18B9EC76" w14:textId="77777777" w:rsidR="00F15B64" w:rsidRDefault="00000000">
            <w:pPr>
              <w:spacing w:after="80"/>
            </w:pPr>
            <w:r>
              <w:rPr>
                <w:b/>
                <w:color w:val="174A5B"/>
                <w:sz w:val="22"/>
              </w:rPr>
              <w:t>My study habits</w:t>
            </w:r>
          </w:p>
          <w:p w14:paraId="2FB11919" w14:textId="77777777" w:rsidR="00F15B64" w:rsidRDefault="00000000">
            <w:pPr>
              <w:spacing w:after="40"/>
            </w:pPr>
            <w:r>
              <w:t>• How did I organise my time for reading, research and assignments?</w:t>
            </w:r>
          </w:p>
          <w:p w14:paraId="381CB0B2" w14:textId="77777777" w:rsidR="00F15B64" w:rsidRDefault="00000000">
            <w:pPr>
              <w:spacing w:after="40"/>
            </w:pPr>
            <w:r>
              <w:t>• When was I most focused, and what helped?</w:t>
            </w:r>
          </w:p>
          <w:p w14:paraId="3FB3639F" w14:textId="77777777" w:rsidR="00F15B64" w:rsidRDefault="00000000">
            <w:pPr>
              <w:spacing w:after="40"/>
            </w:pPr>
            <w:r>
              <w:t>• What tended to delay or distract me?</w:t>
            </w:r>
          </w:p>
          <w:p w14:paraId="6001A520" w14:textId="77777777" w:rsidR="00F15B64" w:rsidRDefault="00000000">
            <w:pPr>
              <w:spacing w:after="40"/>
            </w:pPr>
            <w:r>
              <w:t>• When did I seek help, and what made that easier or harder?</w:t>
            </w:r>
          </w:p>
          <w:p w14:paraId="3A2898B6" w14:textId="77777777" w:rsidR="00F15B64" w:rsidRDefault="00000000">
            <w:pPr>
              <w:spacing w:after="100"/>
            </w:pPr>
            <w:r>
              <w:rPr>
                <w:color w:val="AFBCBE"/>
                <w:sz w:val="18"/>
              </w:rPr>
              <w:t>________________________________________________________________________________</w:t>
            </w:r>
          </w:p>
          <w:p w14:paraId="42776106" w14:textId="77777777" w:rsidR="00F15B64" w:rsidRDefault="00000000">
            <w:pPr>
              <w:spacing w:after="100"/>
            </w:pPr>
            <w:r>
              <w:rPr>
                <w:color w:val="AFBCBE"/>
                <w:sz w:val="18"/>
              </w:rPr>
              <w:t>________________________________________________________________________________</w:t>
            </w:r>
          </w:p>
          <w:p w14:paraId="78D1F406" w14:textId="77777777" w:rsidR="00F15B64" w:rsidRDefault="00000000">
            <w:pPr>
              <w:spacing w:after="100"/>
            </w:pPr>
            <w:r>
              <w:rPr>
                <w:color w:val="AFBCBE"/>
                <w:sz w:val="18"/>
              </w:rPr>
              <w:t>________________________________________________________________________________</w:t>
            </w:r>
          </w:p>
        </w:tc>
      </w:tr>
    </w:tbl>
    <w:p w14:paraId="693A4411" w14:textId="77777777" w:rsidR="00F15B64" w:rsidRDefault="00F15B64">
      <w:pPr>
        <w:spacing w:after="20"/>
      </w:pPr>
    </w:p>
    <w:p w14:paraId="7B523C1B" w14:textId="77777777" w:rsidR="00F15B64" w:rsidRDefault="00000000">
      <w:pPr>
        <w:pStyle w:val="Heading2"/>
      </w:pPr>
      <w:r>
        <w:t>Make one goal SMART</w:t>
      </w:r>
    </w:p>
    <w:p w14:paraId="1CD8C249" w14:textId="77777777" w:rsidR="00F15B64" w:rsidRDefault="00000000">
      <w:r>
        <w:t>A useful goal is specific, measurable, achievable, relevant and time-bound.</w:t>
      </w:r>
    </w:p>
    <w:tbl>
      <w:tblPr>
        <w:tblStyle w:val="TableGrid"/>
        <w:tblW w:w="0" w:type="auto"/>
        <w:tblLook w:val="04A0" w:firstRow="1" w:lastRow="0" w:firstColumn="1" w:lastColumn="0" w:noHBand="0" w:noVBand="1"/>
      </w:tblPr>
      <w:tblGrid>
        <w:gridCol w:w="4959"/>
        <w:gridCol w:w="4967"/>
      </w:tblGrid>
      <w:tr w:rsidR="00F15B64" w14:paraId="2F785AC0" w14:textId="77777777">
        <w:tc>
          <w:tcPr>
            <w:tcW w:w="4968" w:type="dxa"/>
            <w:shd w:val="clear" w:color="auto" w:fill="DCECEA"/>
            <w:vAlign w:val="center"/>
          </w:tcPr>
          <w:p w14:paraId="42A22257" w14:textId="77777777" w:rsidR="00F15B64" w:rsidRDefault="00000000">
            <w:pPr>
              <w:spacing w:after="40"/>
            </w:pPr>
            <w:r>
              <w:rPr>
                <w:b/>
                <w:color w:val="174A5B"/>
                <w:sz w:val="18"/>
              </w:rPr>
              <w:t>Specific</w:t>
            </w:r>
          </w:p>
        </w:tc>
        <w:tc>
          <w:tcPr>
            <w:tcW w:w="4968" w:type="dxa"/>
            <w:vAlign w:val="center"/>
          </w:tcPr>
          <w:p w14:paraId="610C49CE" w14:textId="77777777" w:rsidR="00F15B64" w:rsidRDefault="00000000">
            <w:pPr>
              <w:spacing w:after="40"/>
            </w:pPr>
            <w:r>
              <w:rPr>
                <w:sz w:val="18"/>
              </w:rPr>
              <w:t>What exactly will I do?\n________________________________________</w:t>
            </w:r>
          </w:p>
        </w:tc>
      </w:tr>
      <w:tr w:rsidR="00F15B64" w14:paraId="24F626A8" w14:textId="77777777">
        <w:tc>
          <w:tcPr>
            <w:tcW w:w="4968" w:type="dxa"/>
            <w:shd w:val="clear" w:color="auto" w:fill="DCECEA"/>
            <w:vAlign w:val="center"/>
          </w:tcPr>
          <w:p w14:paraId="373E3558" w14:textId="77777777" w:rsidR="00F15B64" w:rsidRDefault="00000000">
            <w:pPr>
              <w:spacing w:after="40"/>
            </w:pPr>
            <w:r>
              <w:rPr>
                <w:b/>
                <w:color w:val="174A5B"/>
                <w:sz w:val="18"/>
              </w:rPr>
              <w:t>Measurable</w:t>
            </w:r>
          </w:p>
        </w:tc>
        <w:tc>
          <w:tcPr>
            <w:tcW w:w="4968" w:type="dxa"/>
            <w:vAlign w:val="center"/>
          </w:tcPr>
          <w:p w14:paraId="68913048" w14:textId="77777777" w:rsidR="00F15B64" w:rsidRDefault="00000000">
            <w:pPr>
              <w:spacing w:after="40"/>
            </w:pPr>
            <w:r>
              <w:rPr>
                <w:sz w:val="18"/>
              </w:rPr>
              <w:t>How will I know I have done it?\n________________________________________</w:t>
            </w:r>
          </w:p>
        </w:tc>
      </w:tr>
      <w:tr w:rsidR="00F15B64" w14:paraId="7301DA11" w14:textId="77777777">
        <w:tc>
          <w:tcPr>
            <w:tcW w:w="4968" w:type="dxa"/>
            <w:shd w:val="clear" w:color="auto" w:fill="DCECEA"/>
            <w:vAlign w:val="center"/>
          </w:tcPr>
          <w:p w14:paraId="1235AF1C" w14:textId="77777777" w:rsidR="00F15B64" w:rsidRDefault="00000000">
            <w:pPr>
              <w:spacing w:after="40"/>
            </w:pPr>
            <w:r>
              <w:rPr>
                <w:b/>
                <w:color w:val="174A5B"/>
                <w:sz w:val="18"/>
              </w:rPr>
              <w:t>Achievable</w:t>
            </w:r>
          </w:p>
        </w:tc>
        <w:tc>
          <w:tcPr>
            <w:tcW w:w="4968" w:type="dxa"/>
            <w:vAlign w:val="center"/>
          </w:tcPr>
          <w:p w14:paraId="308B81DD" w14:textId="77777777" w:rsidR="00F15B64" w:rsidRDefault="00000000">
            <w:pPr>
              <w:spacing w:after="40"/>
            </w:pPr>
            <w:r>
              <w:rPr>
                <w:sz w:val="18"/>
              </w:rPr>
              <w:t>What time, resources or support do I need?\n________________________________________</w:t>
            </w:r>
          </w:p>
        </w:tc>
      </w:tr>
      <w:tr w:rsidR="00F15B64" w14:paraId="06C4129D" w14:textId="77777777">
        <w:tc>
          <w:tcPr>
            <w:tcW w:w="4968" w:type="dxa"/>
            <w:shd w:val="clear" w:color="auto" w:fill="DCECEA"/>
            <w:vAlign w:val="center"/>
          </w:tcPr>
          <w:p w14:paraId="2917B5C3" w14:textId="77777777" w:rsidR="00F15B64" w:rsidRDefault="00000000">
            <w:pPr>
              <w:spacing w:after="40"/>
            </w:pPr>
            <w:r>
              <w:rPr>
                <w:b/>
                <w:color w:val="174A5B"/>
                <w:sz w:val="18"/>
              </w:rPr>
              <w:t>Relevant</w:t>
            </w:r>
          </w:p>
        </w:tc>
        <w:tc>
          <w:tcPr>
            <w:tcW w:w="4968" w:type="dxa"/>
            <w:vAlign w:val="center"/>
          </w:tcPr>
          <w:p w14:paraId="0DA4CFC9" w14:textId="77777777" w:rsidR="00F15B64" w:rsidRDefault="00000000">
            <w:pPr>
              <w:spacing w:after="40"/>
            </w:pPr>
            <w:r>
              <w:rPr>
                <w:sz w:val="18"/>
              </w:rPr>
              <w:t>How will this help my learning?\n________________________________________</w:t>
            </w:r>
          </w:p>
        </w:tc>
      </w:tr>
      <w:tr w:rsidR="00F15B64" w14:paraId="59246290" w14:textId="77777777">
        <w:tc>
          <w:tcPr>
            <w:tcW w:w="4968" w:type="dxa"/>
            <w:shd w:val="clear" w:color="auto" w:fill="DCECEA"/>
            <w:vAlign w:val="center"/>
          </w:tcPr>
          <w:p w14:paraId="2B0AB42E" w14:textId="77777777" w:rsidR="00F15B64" w:rsidRDefault="00000000">
            <w:pPr>
              <w:spacing w:after="40"/>
            </w:pPr>
            <w:r>
              <w:rPr>
                <w:b/>
                <w:color w:val="174A5B"/>
                <w:sz w:val="18"/>
              </w:rPr>
              <w:t>Time-bound</w:t>
            </w:r>
          </w:p>
        </w:tc>
        <w:tc>
          <w:tcPr>
            <w:tcW w:w="4968" w:type="dxa"/>
            <w:vAlign w:val="center"/>
          </w:tcPr>
          <w:p w14:paraId="54AF0374" w14:textId="77777777" w:rsidR="00F15B64" w:rsidRDefault="00000000">
            <w:pPr>
              <w:spacing w:after="40"/>
            </w:pPr>
            <w:r>
              <w:rPr>
                <w:sz w:val="18"/>
              </w:rPr>
              <w:t>When will I do it or review it?\n________________________________________</w:t>
            </w:r>
          </w:p>
        </w:tc>
      </w:tr>
    </w:tbl>
    <w:tbl>
      <w:tblPr>
        <w:tblW w:w="0" w:type="auto"/>
        <w:tblLook w:val="04A0" w:firstRow="1" w:lastRow="0" w:firstColumn="1" w:lastColumn="0" w:noHBand="0" w:noVBand="1"/>
      </w:tblPr>
      <w:tblGrid>
        <w:gridCol w:w="9936"/>
      </w:tblGrid>
      <w:tr w:rsidR="00F15B64" w14:paraId="050E32E3" w14:textId="77777777">
        <w:tc>
          <w:tcPr>
            <w:tcW w:w="9936" w:type="dxa"/>
            <w:shd w:val="clear" w:color="auto" w:fill="EEF6F5"/>
          </w:tcPr>
          <w:p w14:paraId="63E61DF4" w14:textId="77777777" w:rsidR="00F15B64" w:rsidRDefault="00000000">
            <w:pPr>
              <w:spacing w:after="80"/>
            </w:pPr>
            <w:r>
              <w:rPr>
                <w:b/>
                <w:color w:val="174A5B"/>
                <w:sz w:val="22"/>
              </w:rPr>
              <w:t>My support plan</w:t>
            </w:r>
          </w:p>
          <w:p w14:paraId="0E180C36" w14:textId="77777777" w:rsidR="00F15B64" w:rsidRDefault="00000000">
            <w:pPr>
              <w:spacing w:after="40"/>
            </w:pPr>
            <w:r>
              <w:t>• A person, service or resource I can use is…</w:t>
            </w:r>
          </w:p>
          <w:p w14:paraId="4B991CAD" w14:textId="77777777" w:rsidR="00F15B64" w:rsidRDefault="00000000">
            <w:pPr>
              <w:spacing w:after="40"/>
            </w:pPr>
            <w:r>
              <w:t>• I will ask for help when…</w:t>
            </w:r>
          </w:p>
          <w:p w14:paraId="4BEE075E" w14:textId="77777777" w:rsidR="00F15B64" w:rsidRDefault="00000000">
            <w:pPr>
              <w:spacing w:after="100"/>
            </w:pPr>
            <w:r>
              <w:rPr>
                <w:color w:val="AFBCBE"/>
                <w:sz w:val="18"/>
              </w:rPr>
              <w:t>________________________________________________________________________________</w:t>
            </w:r>
          </w:p>
          <w:p w14:paraId="059D77EB" w14:textId="77777777" w:rsidR="00F15B64" w:rsidRDefault="00000000">
            <w:pPr>
              <w:spacing w:after="100"/>
            </w:pPr>
            <w:r>
              <w:rPr>
                <w:color w:val="AFBCBE"/>
                <w:sz w:val="18"/>
              </w:rPr>
              <w:t>________________________________________________________________________________</w:t>
            </w:r>
          </w:p>
        </w:tc>
      </w:tr>
    </w:tbl>
    <w:p w14:paraId="0CC2F101" w14:textId="77777777" w:rsidR="00F15B64" w:rsidRDefault="00F15B64">
      <w:pPr>
        <w:spacing w:after="20"/>
      </w:pPr>
    </w:p>
    <w:p w14:paraId="2DA4723B" w14:textId="77777777" w:rsidR="00F15B64" w:rsidRDefault="00000000">
      <w:r>
        <w:br w:type="page"/>
      </w:r>
    </w:p>
    <w:p w14:paraId="18BF041F" w14:textId="77777777" w:rsidR="00F15B64" w:rsidRDefault="00000000">
      <w:pPr>
        <w:pStyle w:val="Title"/>
      </w:pPr>
      <w:r>
        <w:lastRenderedPageBreak/>
        <w:t>8. Putting skills into health and social care context</w:t>
      </w:r>
    </w:p>
    <w:p w14:paraId="730DE60F" w14:textId="77777777" w:rsidR="00F15B64" w:rsidRDefault="00000000">
      <w:r>
        <w:t>Academic skills are not only about passing assignments. They can help you question assumptions, understand evidence, communicate clearly and keep learning in a field that affects people’s lives.</w:t>
      </w:r>
    </w:p>
    <w:tbl>
      <w:tblPr>
        <w:tblW w:w="0" w:type="auto"/>
        <w:tblLook w:val="04A0" w:firstRow="1" w:lastRow="0" w:firstColumn="1" w:lastColumn="0" w:noHBand="0" w:noVBand="1"/>
      </w:tblPr>
      <w:tblGrid>
        <w:gridCol w:w="9936"/>
      </w:tblGrid>
      <w:tr w:rsidR="00F15B64" w14:paraId="4F933DCE" w14:textId="77777777">
        <w:tc>
          <w:tcPr>
            <w:tcW w:w="9936" w:type="dxa"/>
            <w:shd w:val="clear" w:color="auto" w:fill="EEF6F5"/>
          </w:tcPr>
          <w:p w14:paraId="773FD49E" w14:textId="77777777" w:rsidR="00F15B64" w:rsidRDefault="00000000">
            <w:pPr>
              <w:spacing w:after="80"/>
            </w:pPr>
            <w:r>
              <w:rPr>
                <w:b/>
                <w:color w:val="174A5B"/>
                <w:sz w:val="22"/>
              </w:rPr>
              <w:t>Make the connection</w:t>
            </w:r>
          </w:p>
          <w:p w14:paraId="66CCA54F" w14:textId="77777777" w:rsidR="00F15B64" w:rsidRDefault="00000000">
            <w:pPr>
              <w:spacing w:after="40"/>
            </w:pPr>
            <w:r>
              <w:t>• Choose one academic skill you have developed. How could it support safe, respectful, evidence-informed health or social care practice?</w:t>
            </w:r>
          </w:p>
          <w:p w14:paraId="53EEC7E7" w14:textId="77777777" w:rsidR="00F15B64" w:rsidRDefault="00000000">
            <w:pPr>
              <w:spacing w:after="40"/>
            </w:pPr>
            <w:r>
              <w:t>• Why is it important to check information rather than rely on assumptions?</w:t>
            </w:r>
          </w:p>
          <w:p w14:paraId="0A77BA98" w14:textId="77777777" w:rsidR="00F15B64" w:rsidRDefault="00000000">
            <w:pPr>
              <w:spacing w:after="40"/>
            </w:pPr>
            <w:r>
              <w:t>• How can clear communication and accurate information support people’s choices and wellbeing?</w:t>
            </w:r>
          </w:p>
          <w:p w14:paraId="2E3E0C3F" w14:textId="77777777" w:rsidR="00F15B64" w:rsidRDefault="00000000">
            <w:pPr>
              <w:spacing w:after="40"/>
            </w:pPr>
            <w:r>
              <w:t>• Use a general or fictional example. Do not include identifying details about a real person.</w:t>
            </w:r>
          </w:p>
          <w:p w14:paraId="1D689B1D" w14:textId="77777777" w:rsidR="00F15B64" w:rsidRDefault="00000000">
            <w:pPr>
              <w:spacing w:after="100"/>
            </w:pPr>
            <w:r>
              <w:rPr>
                <w:color w:val="AFBCBE"/>
                <w:sz w:val="18"/>
              </w:rPr>
              <w:t>________________________________________________________________________________</w:t>
            </w:r>
          </w:p>
          <w:p w14:paraId="51137349" w14:textId="77777777" w:rsidR="00F15B64" w:rsidRDefault="00000000">
            <w:pPr>
              <w:spacing w:after="100"/>
            </w:pPr>
            <w:r>
              <w:rPr>
                <w:color w:val="AFBCBE"/>
                <w:sz w:val="18"/>
              </w:rPr>
              <w:t>________________________________________________________________________________</w:t>
            </w:r>
          </w:p>
          <w:p w14:paraId="723AA9DB" w14:textId="77777777" w:rsidR="00F15B64" w:rsidRDefault="00000000">
            <w:pPr>
              <w:spacing w:after="100"/>
            </w:pPr>
            <w:r>
              <w:rPr>
                <w:color w:val="AFBCBE"/>
                <w:sz w:val="18"/>
              </w:rPr>
              <w:t>________________________________________________________________________________</w:t>
            </w:r>
          </w:p>
        </w:tc>
      </w:tr>
    </w:tbl>
    <w:p w14:paraId="5EB6DC6E" w14:textId="77777777" w:rsidR="00F15B64" w:rsidRDefault="00F15B64">
      <w:pPr>
        <w:spacing w:after="20"/>
      </w:pPr>
    </w:p>
    <w:p w14:paraId="28334493" w14:textId="77777777" w:rsidR="00F15B64" w:rsidRDefault="00000000">
      <w:pPr>
        <w:pStyle w:val="Heading2"/>
      </w:pPr>
      <w:r>
        <w:t>Skills in practice</w:t>
      </w:r>
    </w:p>
    <w:tbl>
      <w:tblPr>
        <w:tblStyle w:val="TableGrid"/>
        <w:tblW w:w="0" w:type="auto"/>
        <w:tblLook w:val="04A0" w:firstRow="1" w:lastRow="0" w:firstColumn="1" w:lastColumn="0" w:noHBand="0" w:noVBand="1"/>
      </w:tblPr>
      <w:tblGrid>
        <w:gridCol w:w="4963"/>
        <w:gridCol w:w="4963"/>
      </w:tblGrid>
      <w:tr w:rsidR="00F15B64" w14:paraId="7C94441A" w14:textId="77777777">
        <w:tc>
          <w:tcPr>
            <w:tcW w:w="4968" w:type="dxa"/>
            <w:shd w:val="clear" w:color="auto" w:fill="174A5B"/>
            <w:vAlign w:val="center"/>
          </w:tcPr>
          <w:p w14:paraId="51DA825C" w14:textId="77777777" w:rsidR="00F15B64" w:rsidRDefault="00000000">
            <w:pPr>
              <w:spacing w:after="40"/>
            </w:pPr>
            <w:r>
              <w:rPr>
                <w:b/>
                <w:color w:val="FFFFFF"/>
                <w:sz w:val="18"/>
              </w:rPr>
              <w:t>Academic skill</w:t>
            </w:r>
          </w:p>
        </w:tc>
        <w:tc>
          <w:tcPr>
            <w:tcW w:w="4968" w:type="dxa"/>
            <w:shd w:val="clear" w:color="auto" w:fill="174A5B"/>
            <w:vAlign w:val="center"/>
          </w:tcPr>
          <w:p w14:paraId="46C7DDC9" w14:textId="77777777" w:rsidR="00F15B64" w:rsidRDefault="00000000">
            <w:pPr>
              <w:spacing w:after="40"/>
            </w:pPr>
            <w:r>
              <w:rPr>
                <w:b/>
                <w:color w:val="FFFFFF"/>
                <w:sz w:val="18"/>
              </w:rPr>
              <w:t>Possible connection to practice</w:t>
            </w:r>
          </w:p>
        </w:tc>
      </w:tr>
      <w:tr w:rsidR="00F15B64" w14:paraId="13CBCAFC" w14:textId="77777777">
        <w:tc>
          <w:tcPr>
            <w:tcW w:w="4968" w:type="dxa"/>
            <w:vAlign w:val="center"/>
          </w:tcPr>
          <w:p w14:paraId="5F05A2B6" w14:textId="77777777" w:rsidR="00F15B64" w:rsidRDefault="00000000">
            <w:pPr>
              <w:spacing w:after="40"/>
            </w:pPr>
            <w:r>
              <w:rPr>
                <w:b/>
                <w:color w:val="174A5B"/>
                <w:sz w:val="18"/>
              </w:rPr>
              <w:t>Evaluating sources</w:t>
            </w:r>
          </w:p>
        </w:tc>
        <w:tc>
          <w:tcPr>
            <w:tcW w:w="4968" w:type="dxa"/>
            <w:vAlign w:val="center"/>
          </w:tcPr>
          <w:p w14:paraId="76401753" w14:textId="77777777" w:rsidR="00F15B64" w:rsidRDefault="00000000">
            <w:pPr>
              <w:spacing w:after="40"/>
            </w:pPr>
            <w:r>
              <w:rPr>
                <w:sz w:val="18"/>
              </w:rPr>
              <w:t>Questioning claims and checking whether information is current and relevant.</w:t>
            </w:r>
          </w:p>
        </w:tc>
      </w:tr>
      <w:tr w:rsidR="00F15B64" w14:paraId="1C178F26" w14:textId="77777777">
        <w:tc>
          <w:tcPr>
            <w:tcW w:w="4968" w:type="dxa"/>
            <w:vAlign w:val="center"/>
          </w:tcPr>
          <w:p w14:paraId="0C36D488" w14:textId="77777777" w:rsidR="00F15B64" w:rsidRDefault="00000000">
            <w:pPr>
              <w:spacing w:after="40"/>
            </w:pPr>
            <w:r>
              <w:rPr>
                <w:b/>
                <w:color w:val="174A5B"/>
                <w:sz w:val="18"/>
              </w:rPr>
              <w:t>Referencing</w:t>
            </w:r>
          </w:p>
        </w:tc>
        <w:tc>
          <w:tcPr>
            <w:tcW w:w="4968" w:type="dxa"/>
            <w:vAlign w:val="center"/>
          </w:tcPr>
          <w:p w14:paraId="2E84149D" w14:textId="77777777" w:rsidR="00F15B64" w:rsidRDefault="00000000">
            <w:pPr>
              <w:spacing w:after="40"/>
            </w:pPr>
            <w:r>
              <w:rPr>
                <w:sz w:val="18"/>
              </w:rPr>
              <w:t>Making the origin of information transparent and traceable.</w:t>
            </w:r>
          </w:p>
        </w:tc>
      </w:tr>
      <w:tr w:rsidR="00F15B64" w14:paraId="039F992D" w14:textId="77777777">
        <w:tc>
          <w:tcPr>
            <w:tcW w:w="4968" w:type="dxa"/>
            <w:vAlign w:val="center"/>
          </w:tcPr>
          <w:p w14:paraId="4EDB5C8D" w14:textId="77777777" w:rsidR="00F15B64" w:rsidRDefault="00000000">
            <w:pPr>
              <w:spacing w:after="40"/>
            </w:pPr>
            <w:r>
              <w:rPr>
                <w:b/>
                <w:color w:val="174A5B"/>
                <w:sz w:val="18"/>
              </w:rPr>
              <w:t>Clear writing</w:t>
            </w:r>
          </w:p>
        </w:tc>
        <w:tc>
          <w:tcPr>
            <w:tcW w:w="4968" w:type="dxa"/>
            <w:vAlign w:val="center"/>
          </w:tcPr>
          <w:p w14:paraId="507A6C75" w14:textId="77777777" w:rsidR="00F15B64" w:rsidRDefault="00000000">
            <w:pPr>
              <w:spacing w:after="40"/>
            </w:pPr>
            <w:r>
              <w:rPr>
                <w:sz w:val="18"/>
              </w:rPr>
              <w:t>Communicating information in an organised and understandable way.</w:t>
            </w:r>
          </w:p>
        </w:tc>
      </w:tr>
      <w:tr w:rsidR="00F15B64" w14:paraId="5AF67554" w14:textId="77777777">
        <w:tc>
          <w:tcPr>
            <w:tcW w:w="4968" w:type="dxa"/>
            <w:vAlign w:val="center"/>
          </w:tcPr>
          <w:p w14:paraId="1CC41091" w14:textId="77777777" w:rsidR="00F15B64" w:rsidRDefault="00000000">
            <w:pPr>
              <w:spacing w:after="40"/>
            </w:pPr>
            <w:r>
              <w:rPr>
                <w:b/>
                <w:color w:val="174A5B"/>
                <w:sz w:val="18"/>
              </w:rPr>
              <w:t>Reflecting on feedback</w:t>
            </w:r>
          </w:p>
        </w:tc>
        <w:tc>
          <w:tcPr>
            <w:tcW w:w="4968" w:type="dxa"/>
            <w:vAlign w:val="center"/>
          </w:tcPr>
          <w:p w14:paraId="28BC4D83" w14:textId="77777777" w:rsidR="00F15B64" w:rsidRDefault="00000000">
            <w:pPr>
              <w:spacing w:after="40"/>
            </w:pPr>
            <w:r>
              <w:rPr>
                <w:sz w:val="18"/>
              </w:rPr>
              <w:t>Identifying learning needs and continuing professional development.</w:t>
            </w:r>
          </w:p>
        </w:tc>
      </w:tr>
      <w:tr w:rsidR="00F15B64" w14:paraId="6E31342E" w14:textId="77777777">
        <w:tc>
          <w:tcPr>
            <w:tcW w:w="4968" w:type="dxa"/>
            <w:vAlign w:val="center"/>
          </w:tcPr>
          <w:p w14:paraId="3BFFF015" w14:textId="77777777" w:rsidR="00F15B64" w:rsidRDefault="00000000">
            <w:pPr>
              <w:spacing w:after="40"/>
            </w:pPr>
            <w:r>
              <w:rPr>
                <w:b/>
                <w:color w:val="174A5B"/>
                <w:sz w:val="18"/>
              </w:rPr>
              <w:t>Planning and time management</w:t>
            </w:r>
          </w:p>
        </w:tc>
        <w:tc>
          <w:tcPr>
            <w:tcW w:w="4968" w:type="dxa"/>
            <w:vAlign w:val="center"/>
          </w:tcPr>
          <w:p w14:paraId="64AA23ED" w14:textId="77777777" w:rsidR="00F15B64" w:rsidRDefault="00000000">
            <w:pPr>
              <w:spacing w:after="40"/>
            </w:pPr>
            <w:r>
              <w:rPr>
                <w:sz w:val="18"/>
              </w:rPr>
              <w:t>Preparing work carefully and meeting agreed deadlines.</w:t>
            </w:r>
          </w:p>
        </w:tc>
      </w:tr>
    </w:tbl>
    <w:tbl>
      <w:tblPr>
        <w:tblW w:w="0" w:type="auto"/>
        <w:tblLook w:val="04A0" w:firstRow="1" w:lastRow="0" w:firstColumn="1" w:lastColumn="0" w:noHBand="0" w:noVBand="1"/>
      </w:tblPr>
      <w:tblGrid>
        <w:gridCol w:w="9936"/>
      </w:tblGrid>
      <w:tr w:rsidR="00F15B64" w14:paraId="770B3BA9" w14:textId="77777777">
        <w:tc>
          <w:tcPr>
            <w:tcW w:w="9936" w:type="dxa"/>
            <w:shd w:val="clear" w:color="auto" w:fill="EEF6F5"/>
          </w:tcPr>
          <w:p w14:paraId="70ABB6EE" w14:textId="77777777" w:rsidR="00F15B64" w:rsidRDefault="00000000">
            <w:pPr>
              <w:spacing w:after="80"/>
            </w:pPr>
            <w:r>
              <w:rPr>
                <w:b/>
                <w:color w:val="174A5B"/>
                <w:sz w:val="22"/>
              </w:rPr>
              <w:t>What kind of practitioner or student am I working towards becoming?</w:t>
            </w:r>
          </w:p>
          <w:p w14:paraId="0695A9CC" w14:textId="77777777" w:rsidR="00F15B64" w:rsidRDefault="00000000">
            <w:pPr>
              <w:spacing w:after="40"/>
            </w:pPr>
            <w:r>
              <w:t>• Which values or habits do I want my learning to demonstrate?</w:t>
            </w:r>
          </w:p>
          <w:p w14:paraId="369FA8CA" w14:textId="77777777" w:rsidR="00F15B64" w:rsidRDefault="00000000">
            <w:pPr>
              <w:spacing w:after="40"/>
            </w:pPr>
            <w:r>
              <w:t>• What is one action I can take to keep developing?</w:t>
            </w:r>
          </w:p>
          <w:p w14:paraId="261B1145" w14:textId="77777777" w:rsidR="00F15B64" w:rsidRDefault="00000000">
            <w:pPr>
              <w:spacing w:after="100"/>
            </w:pPr>
            <w:r>
              <w:rPr>
                <w:color w:val="AFBCBE"/>
                <w:sz w:val="18"/>
              </w:rPr>
              <w:t>________________________________________________________________________________</w:t>
            </w:r>
          </w:p>
          <w:p w14:paraId="77724D45" w14:textId="77777777" w:rsidR="00F15B64" w:rsidRDefault="00000000">
            <w:pPr>
              <w:spacing w:after="100"/>
            </w:pPr>
            <w:r>
              <w:rPr>
                <w:color w:val="AFBCBE"/>
                <w:sz w:val="18"/>
              </w:rPr>
              <w:t>________________________________________________________________________________</w:t>
            </w:r>
          </w:p>
        </w:tc>
      </w:tr>
    </w:tbl>
    <w:p w14:paraId="04FCBC4F" w14:textId="77777777" w:rsidR="00F15B64" w:rsidRDefault="00F15B64">
      <w:pPr>
        <w:spacing w:after="20"/>
      </w:pPr>
    </w:p>
    <w:p w14:paraId="6ED0C431" w14:textId="77777777" w:rsidR="00F15B64" w:rsidRDefault="00000000">
      <w:r>
        <w:br w:type="page"/>
      </w:r>
    </w:p>
    <w:p w14:paraId="5A036D0E" w14:textId="77777777" w:rsidR="00F15B64" w:rsidRDefault="00000000">
      <w:pPr>
        <w:pStyle w:val="Title"/>
      </w:pPr>
      <w:r>
        <w:lastRenderedPageBreak/>
        <w:t>9. My progress: then and now</w:t>
      </w:r>
    </w:p>
    <w:p w14:paraId="507BA999" w14:textId="77777777" w:rsidR="00F15B64" w:rsidRDefault="00000000">
      <w:r>
        <w:t>Repeat the confidence check from Section 1. Compare your ratings, but remember that confidence can change as your understanding becomes more realistic. Use examples as evidence of progress.</w:t>
      </w:r>
    </w:p>
    <w:tbl>
      <w:tblPr>
        <w:tblStyle w:val="TableGrid"/>
        <w:tblW w:w="0" w:type="auto"/>
        <w:tblLook w:val="04A0" w:firstRow="1" w:lastRow="0" w:firstColumn="1" w:lastColumn="0" w:noHBand="0" w:noVBand="1"/>
      </w:tblPr>
      <w:tblGrid>
        <w:gridCol w:w="2481"/>
        <w:gridCol w:w="2481"/>
        <w:gridCol w:w="2481"/>
        <w:gridCol w:w="2483"/>
      </w:tblGrid>
      <w:tr w:rsidR="00F15B64" w14:paraId="60C40A70" w14:textId="77777777">
        <w:tc>
          <w:tcPr>
            <w:tcW w:w="2484" w:type="dxa"/>
            <w:shd w:val="clear" w:color="auto" w:fill="174A5B"/>
            <w:vAlign w:val="center"/>
          </w:tcPr>
          <w:p w14:paraId="3326218F" w14:textId="77777777" w:rsidR="00F15B64" w:rsidRDefault="00000000">
            <w:pPr>
              <w:spacing w:after="40"/>
            </w:pPr>
            <w:r>
              <w:rPr>
                <w:b/>
                <w:color w:val="FFFFFF"/>
                <w:sz w:val="16"/>
              </w:rPr>
              <w:t>Skill</w:t>
            </w:r>
          </w:p>
        </w:tc>
        <w:tc>
          <w:tcPr>
            <w:tcW w:w="2484" w:type="dxa"/>
            <w:shd w:val="clear" w:color="auto" w:fill="174A5B"/>
            <w:vAlign w:val="center"/>
          </w:tcPr>
          <w:p w14:paraId="58E22FA8" w14:textId="77777777" w:rsidR="00F15B64" w:rsidRDefault="00000000">
            <w:pPr>
              <w:spacing w:after="40"/>
            </w:pPr>
            <w:r>
              <w:rPr>
                <w:b/>
                <w:color w:val="FFFFFF"/>
                <w:sz w:val="16"/>
              </w:rPr>
              <w:t>Start (1–5)</w:t>
            </w:r>
          </w:p>
        </w:tc>
        <w:tc>
          <w:tcPr>
            <w:tcW w:w="2484" w:type="dxa"/>
            <w:shd w:val="clear" w:color="auto" w:fill="174A5B"/>
            <w:vAlign w:val="center"/>
          </w:tcPr>
          <w:p w14:paraId="784B2F85" w14:textId="77777777" w:rsidR="00F15B64" w:rsidRDefault="00000000">
            <w:pPr>
              <w:spacing w:after="40"/>
            </w:pPr>
            <w:r>
              <w:rPr>
                <w:b/>
                <w:color w:val="FFFFFF"/>
                <w:sz w:val="16"/>
              </w:rPr>
              <w:t>Now (1–5)</w:t>
            </w:r>
          </w:p>
        </w:tc>
        <w:tc>
          <w:tcPr>
            <w:tcW w:w="2484" w:type="dxa"/>
            <w:shd w:val="clear" w:color="auto" w:fill="174A5B"/>
            <w:vAlign w:val="center"/>
          </w:tcPr>
          <w:p w14:paraId="776B0C4E" w14:textId="77777777" w:rsidR="00F15B64" w:rsidRDefault="00000000">
            <w:pPr>
              <w:spacing w:after="40"/>
            </w:pPr>
            <w:r>
              <w:rPr>
                <w:b/>
                <w:color w:val="FFFFFF"/>
                <w:sz w:val="16"/>
              </w:rPr>
              <w:t>Evidence / example</w:t>
            </w:r>
          </w:p>
        </w:tc>
      </w:tr>
      <w:tr w:rsidR="00F15B64" w14:paraId="174E6EC1" w14:textId="77777777">
        <w:tc>
          <w:tcPr>
            <w:tcW w:w="2484" w:type="dxa"/>
            <w:vAlign w:val="center"/>
          </w:tcPr>
          <w:p w14:paraId="5BD15F80" w14:textId="77777777" w:rsidR="00F15B64" w:rsidRDefault="00000000">
            <w:pPr>
              <w:spacing w:after="40"/>
            </w:pPr>
            <w:r>
              <w:rPr>
                <w:color w:val="174A5B"/>
                <w:sz w:val="16"/>
              </w:rPr>
              <w:t>Finding reliable information</w:t>
            </w:r>
          </w:p>
        </w:tc>
        <w:tc>
          <w:tcPr>
            <w:tcW w:w="2484" w:type="dxa"/>
            <w:vAlign w:val="center"/>
          </w:tcPr>
          <w:p w14:paraId="0A499229" w14:textId="77777777" w:rsidR="00F15B64" w:rsidRDefault="00000000">
            <w:pPr>
              <w:spacing w:after="40"/>
            </w:pPr>
            <w:r>
              <w:rPr>
                <w:color w:val="8A999C"/>
                <w:sz w:val="18"/>
              </w:rPr>
              <w:t>____</w:t>
            </w:r>
          </w:p>
        </w:tc>
        <w:tc>
          <w:tcPr>
            <w:tcW w:w="2484" w:type="dxa"/>
            <w:vAlign w:val="center"/>
          </w:tcPr>
          <w:p w14:paraId="4378EE82" w14:textId="77777777" w:rsidR="00F15B64" w:rsidRDefault="00000000">
            <w:pPr>
              <w:spacing w:after="40"/>
            </w:pPr>
            <w:r>
              <w:rPr>
                <w:color w:val="8A999C"/>
                <w:sz w:val="18"/>
              </w:rPr>
              <w:t>____</w:t>
            </w:r>
          </w:p>
        </w:tc>
        <w:tc>
          <w:tcPr>
            <w:tcW w:w="2484" w:type="dxa"/>
            <w:vAlign w:val="center"/>
          </w:tcPr>
          <w:p w14:paraId="1162D33C" w14:textId="77777777" w:rsidR="00F15B64" w:rsidRDefault="00000000">
            <w:pPr>
              <w:spacing w:after="40"/>
            </w:pPr>
            <w:r>
              <w:rPr>
                <w:color w:val="8A999C"/>
                <w:sz w:val="16"/>
              </w:rPr>
              <w:t>____________________</w:t>
            </w:r>
          </w:p>
        </w:tc>
      </w:tr>
      <w:tr w:rsidR="00F15B64" w14:paraId="17217DBF" w14:textId="77777777">
        <w:tc>
          <w:tcPr>
            <w:tcW w:w="2484" w:type="dxa"/>
            <w:vAlign w:val="center"/>
          </w:tcPr>
          <w:p w14:paraId="36FBA04E" w14:textId="77777777" w:rsidR="00F15B64" w:rsidRDefault="00000000">
            <w:pPr>
              <w:spacing w:after="40"/>
            </w:pPr>
            <w:r>
              <w:rPr>
                <w:color w:val="174A5B"/>
                <w:sz w:val="16"/>
              </w:rPr>
              <w:t>Reading academic texts</w:t>
            </w:r>
          </w:p>
        </w:tc>
        <w:tc>
          <w:tcPr>
            <w:tcW w:w="2484" w:type="dxa"/>
            <w:vAlign w:val="center"/>
          </w:tcPr>
          <w:p w14:paraId="6E41A108" w14:textId="77777777" w:rsidR="00F15B64" w:rsidRDefault="00000000">
            <w:pPr>
              <w:spacing w:after="40"/>
            </w:pPr>
            <w:r>
              <w:rPr>
                <w:color w:val="8A999C"/>
                <w:sz w:val="18"/>
              </w:rPr>
              <w:t>____</w:t>
            </w:r>
          </w:p>
        </w:tc>
        <w:tc>
          <w:tcPr>
            <w:tcW w:w="2484" w:type="dxa"/>
            <w:vAlign w:val="center"/>
          </w:tcPr>
          <w:p w14:paraId="66CBA1CC" w14:textId="77777777" w:rsidR="00F15B64" w:rsidRDefault="00000000">
            <w:pPr>
              <w:spacing w:after="40"/>
            </w:pPr>
            <w:r>
              <w:rPr>
                <w:color w:val="8A999C"/>
                <w:sz w:val="18"/>
              </w:rPr>
              <w:t>____</w:t>
            </w:r>
          </w:p>
        </w:tc>
        <w:tc>
          <w:tcPr>
            <w:tcW w:w="2484" w:type="dxa"/>
            <w:vAlign w:val="center"/>
          </w:tcPr>
          <w:p w14:paraId="2D0AEC8C" w14:textId="77777777" w:rsidR="00F15B64" w:rsidRDefault="00000000">
            <w:pPr>
              <w:spacing w:after="40"/>
            </w:pPr>
            <w:r>
              <w:rPr>
                <w:color w:val="8A999C"/>
                <w:sz w:val="16"/>
              </w:rPr>
              <w:t>____________________</w:t>
            </w:r>
          </w:p>
        </w:tc>
      </w:tr>
      <w:tr w:rsidR="00F15B64" w14:paraId="2D4C3F64" w14:textId="77777777">
        <w:tc>
          <w:tcPr>
            <w:tcW w:w="2484" w:type="dxa"/>
            <w:vAlign w:val="center"/>
          </w:tcPr>
          <w:p w14:paraId="7AE1B56A" w14:textId="77777777" w:rsidR="00F15B64" w:rsidRDefault="00000000">
            <w:pPr>
              <w:spacing w:after="40"/>
            </w:pPr>
            <w:r>
              <w:rPr>
                <w:color w:val="174A5B"/>
                <w:sz w:val="16"/>
              </w:rPr>
              <w:t>Taking useful notes</w:t>
            </w:r>
          </w:p>
        </w:tc>
        <w:tc>
          <w:tcPr>
            <w:tcW w:w="2484" w:type="dxa"/>
            <w:vAlign w:val="center"/>
          </w:tcPr>
          <w:p w14:paraId="3FF9AA14" w14:textId="77777777" w:rsidR="00F15B64" w:rsidRDefault="00000000">
            <w:pPr>
              <w:spacing w:after="40"/>
            </w:pPr>
            <w:r>
              <w:rPr>
                <w:color w:val="8A999C"/>
                <w:sz w:val="18"/>
              </w:rPr>
              <w:t>____</w:t>
            </w:r>
          </w:p>
        </w:tc>
        <w:tc>
          <w:tcPr>
            <w:tcW w:w="2484" w:type="dxa"/>
            <w:vAlign w:val="center"/>
          </w:tcPr>
          <w:p w14:paraId="67FEA3CB" w14:textId="77777777" w:rsidR="00F15B64" w:rsidRDefault="00000000">
            <w:pPr>
              <w:spacing w:after="40"/>
            </w:pPr>
            <w:r>
              <w:rPr>
                <w:color w:val="8A999C"/>
                <w:sz w:val="18"/>
              </w:rPr>
              <w:t>____</w:t>
            </w:r>
          </w:p>
        </w:tc>
        <w:tc>
          <w:tcPr>
            <w:tcW w:w="2484" w:type="dxa"/>
            <w:vAlign w:val="center"/>
          </w:tcPr>
          <w:p w14:paraId="2EDE9D7B" w14:textId="77777777" w:rsidR="00F15B64" w:rsidRDefault="00000000">
            <w:pPr>
              <w:spacing w:after="40"/>
            </w:pPr>
            <w:r>
              <w:rPr>
                <w:color w:val="8A999C"/>
                <w:sz w:val="16"/>
              </w:rPr>
              <w:t>____________________</w:t>
            </w:r>
          </w:p>
        </w:tc>
      </w:tr>
      <w:tr w:rsidR="00F15B64" w14:paraId="57505671" w14:textId="77777777">
        <w:tc>
          <w:tcPr>
            <w:tcW w:w="2484" w:type="dxa"/>
            <w:vAlign w:val="center"/>
          </w:tcPr>
          <w:p w14:paraId="6128B2A6" w14:textId="77777777" w:rsidR="00F15B64" w:rsidRDefault="00000000">
            <w:pPr>
              <w:spacing w:after="40"/>
            </w:pPr>
            <w:r>
              <w:rPr>
                <w:color w:val="174A5B"/>
                <w:sz w:val="16"/>
              </w:rPr>
              <w:t>Planning written assignments</w:t>
            </w:r>
          </w:p>
        </w:tc>
        <w:tc>
          <w:tcPr>
            <w:tcW w:w="2484" w:type="dxa"/>
            <w:vAlign w:val="center"/>
          </w:tcPr>
          <w:p w14:paraId="715A638B" w14:textId="77777777" w:rsidR="00F15B64" w:rsidRDefault="00000000">
            <w:pPr>
              <w:spacing w:after="40"/>
            </w:pPr>
            <w:r>
              <w:rPr>
                <w:color w:val="8A999C"/>
                <w:sz w:val="18"/>
              </w:rPr>
              <w:t>____</w:t>
            </w:r>
          </w:p>
        </w:tc>
        <w:tc>
          <w:tcPr>
            <w:tcW w:w="2484" w:type="dxa"/>
            <w:vAlign w:val="center"/>
          </w:tcPr>
          <w:p w14:paraId="33A9B226" w14:textId="77777777" w:rsidR="00F15B64" w:rsidRDefault="00000000">
            <w:pPr>
              <w:spacing w:after="40"/>
            </w:pPr>
            <w:r>
              <w:rPr>
                <w:color w:val="8A999C"/>
                <w:sz w:val="18"/>
              </w:rPr>
              <w:t>____</w:t>
            </w:r>
          </w:p>
        </w:tc>
        <w:tc>
          <w:tcPr>
            <w:tcW w:w="2484" w:type="dxa"/>
            <w:vAlign w:val="center"/>
          </w:tcPr>
          <w:p w14:paraId="10242FF4" w14:textId="77777777" w:rsidR="00F15B64" w:rsidRDefault="00000000">
            <w:pPr>
              <w:spacing w:after="40"/>
            </w:pPr>
            <w:r>
              <w:rPr>
                <w:color w:val="8A999C"/>
                <w:sz w:val="16"/>
              </w:rPr>
              <w:t>____________________</w:t>
            </w:r>
          </w:p>
        </w:tc>
      </w:tr>
      <w:tr w:rsidR="00F15B64" w14:paraId="7B82499E" w14:textId="77777777">
        <w:tc>
          <w:tcPr>
            <w:tcW w:w="2484" w:type="dxa"/>
            <w:vAlign w:val="center"/>
          </w:tcPr>
          <w:p w14:paraId="40110CBC" w14:textId="77777777" w:rsidR="00F15B64" w:rsidRDefault="00000000">
            <w:pPr>
              <w:spacing w:after="40"/>
            </w:pPr>
            <w:r>
              <w:rPr>
                <w:color w:val="174A5B"/>
                <w:sz w:val="16"/>
              </w:rPr>
              <w:t>Writing in an academic style</w:t>
            </w:r>
          </w:p>
        </w:tc>
        <w:tc>
          <w:tcPr>
            <w:tcW w:w="2484" w:type="dxa"/>
            <w:vAlign w:val="center"/>
          </w:tcPr>
          <w:p w14:paraId="69226069" w14:textId="77777777" w:rsidR="00F15B64" w:rsidRDefault="00000000">
            <w:pPr>
              <w:spacing w:after="40"/>
            </w:pPr>
            <w:r>
              <w:rPr>
                <w:color w:val="8A999C"/>
                <w:sz w:val="18"/>
              </w:rPr>
              <w:t>____</w:t>
            </w:r>
          </w:p>
        </w:tc>
        <w:tc>
          <w:tcPr>
            <w:tcW w:w="2484" w:type="dxa"/>
            <w:vAlign w:val="center"/>
          </w:tcPr>
          <w:p w14:paraId="66D98D5C" w14:textId="77777777" w:rsidR="00F15B64" w:rsidRDefault="00000000">
            <w:pPr>
              <w:spacing w:after="40"/>
            </w:pPr>
            <w:r>
              <w:rPr>
                <w:color w:val="8A999C"/>
                <w:sz w:val="18"/>
              </w:rPr>
              <w:t>____</w:t>
            </w:r>
          </w:p>
        </w:tc>
        <w:tc>
          <w:tcPr>
            <w:tcW w:w="2484" w:type="dxa"/>
            <w:vAlign w:val="center"/>
          </w:tcPr>
          <w:p w14:paraId="4310EDDF" w14:textId="77777777" w:rsidR="00F15B64" w:rsidRDefault="00000000">
            <w:pPr>
              <w:spacing w:after="40"/>
            </w:pPr>
            <w:r>
              <w:rPr>
                <w:color w:val="8A999C"/>
                <w:sz w:val="16"/>
              </w:rPr>
              <w:t>____________________</w:t>
            </w:r>
          </w:p>
        </w:tc>
      </w:tr>
      <w:tr w:rsidR="00F15B64" w14:paraId="3A4A5F16" w14:textId="77777777">
        <w:tc>
          <w:tcPr>
            <w:tcW w:w="2484" w:type="dxa"/>
            <w:vAlign w:val="center"/>
          </w:tcPr>
          <w:p w14:paraId="504F28C9" w14:textId="77777777" w:rsidR="00F15B64" w:rsidRDefault="00000000">
            <w:pPr>
              <w:spacing w:after="40"/>
            </w:pPr>
            <w:r>
              <w:rPr>
                <w:color w:val="174A5B"/>
                <w:sz w:val="16"/>
              </w:rPr>
              <w:t>Referencing sources</w:t>
            </w:r>
          </w:p>
        </w:tc>
        <w:tc>
          <w:tcPr>
            <w:tcW w:w="2484" w:type="dxa"/>
            <w:vAlign w:val="center"/>
          </w:tcPr>
          <w:p w14:paraId="07DC8090" w14:textId="77777777" w:rsidR="00F15B64" w:rsidRDefault="00000000">
            <w:pPr>
              <w:spacing w:after="40"/>
            </w:pPr>
            <w:r>
              <w:rPr>
                <w:color w:val="8A999C"/>
                <w:sz w:val="18"/>
              </w:rPr>
              <w:t>____</w:t>
            </w:r>
          </w:p>
        </w:tc>
        <w:tc>
          <w:tcPr>
            <w:tcW w:w="2484" w:type="dxa"/>
            <w:vAlign w:val="center"/>
          </w:tcPr>
          <w:p w14:paraId="313CCA1D" w14:textId="77777777" w:rsidR="00F15B64" w:rsidRDefault="00000000">
            <w:pPr>
              <w:spacing w:after="40"/>
            </w:pPr>
            <w:r>
              <w:rPr>
                <w:color w:val="8A999C"/>
                <w:sz w:val="18"/>
              </w:rPr>
              <w:t>____</w:t>
            </w:r>
          </w:p>
        </w:tc>
        <w:tc>
          <w:tcPr>
            <w:tcW w:w="2484" w:type="dxa"/>
            <w:vAlign w:val="center"/>
          </w:tcPr>
          <w:p w14:paraId="04227E0D" w14:textId="77777777" w:rsidR="00F15B64" w:rsidRDefault="00000000">
            <w:pPr>
              <w:spacing w:after="40"/>
            </w:pPr>
            <w:r>
              <w:rPr>
                <w:color w:val="8A999C"/>
                <w:sz w:val="16"/>
              </w:rPr>
              <w:t>____________________</w:t>
            </w:r>
          </w:p>
        </w:tc>
      </w:tr>
      <w:tr w:rsidR="00F15B64" w14:paraId="7B79D797" w14:textId="77777777">
        <w:tc>
          <w:tcPr>
            <w:tcW w:w="2484" w:type="dxa"/>
            <w:vAlign w:val="center"/>
          </w:tcPr>
          <w:p w14:paraId="522EA8D5" w14:textId="77777777" w:rsidR="00F15B64" w:rsidRDefault="00000000">
            <w:pPr>
              <w:spacing w:after="40"/>
            </w:pPr>
            <w:r>
              <w:rPr>
                <w:color w:val="174A5B"/>
                <w:sz w:val="16"/>
              </w:rPr>
              <w:t>Using feedback</w:t>
            </w:r>
          </w:p>
        </w:tc>
        <w:tc>
          <w:tcPr>
            <w:tcW w:w="2484" w:type="dxa"/>
            <w:vAlign w:val="center"/>
          </w:tcPr>
          <w:p w14:paraId="630FC50D" w14:textId="77777777" w:rsidR="00F15B64" w:rsidRDefault="00000000">
            <w:pPr>
              <w:spacing w:after="40"/>
            </w:pPr>
            <w:r>
              <w:rPr>
                <w:color w:val="8A999C"/>
                <w:sz w:val="18"/>
              </w:rPr>
              <w:t>____</w:t>
            </w:r>
          </w:p>
        </w:tc>
        <w:tc>
          <w:tcPr>
            <w:tcW w:w="2484" w:type="dxa"/>
            <w:vAlign w:val="center"/>
          </w:tcPr>
          <w:p w14:paraId="6F075D1C" w14:textId="77777777" w:rsidR="00F15B64" w:rsidRDefault="00000000">
            <w:pPr>
              <w:spacing w:after="40"/>
            </w:pPr>
            <w:r>
              <w:rPr>
                <w:color w:val="8A999C"/>
                <w:sz w:val="18"/>
              </w:rPr>
              <w:t>____</w:t>
            </w:r>
          </w:p>
        </w:tc>
        <w:tc>
          <w:tcPr>
            <w:tcW w:w="2484" w:type="dxa"/>
            <w:vAlign w:val="center"/>
          </w:tcPr>
          <w:p w14:paraId="088BEFC4" w14:textId="77777777" w:rsidR="00F15B64" w:rsidRDefault="00000000">
            <w:pPr>
              <w:spacing w:after="40"/>
            </w:pPr>
            <w:r>
              <w:rPr>
                <w:color w:val="8A999C"/>
                <w:sz w:val="16"/>
              </w:rPr>
              <w:t>____________________</w:t>
            </w:r>
          </w:p>
        </w:tc>
      </w:tr>
      <w:tr w:rsidR="00F15B64" w14:paraId="57A4DD16" w14:textId="77777777">
        <w:tc>
          <w:tcPr>
            <w:tcW w:w="2484" w:type="dxa"/>
            <w:vAlign w:val="center"/>
          </w:tcPr>
          <w:p w14:paraId="0C50AE33" w14:textId="77777777" w:rsidR="00F15B64" w:rsidRDefault="00000000">
            <w:pPr>
              <w:spacing w:after="40"/>
            </w:pPr>
            <w:r>
              <w:rPr>
                <w:color w:val="174A5B"/>
                <w:sz w:val="16"/>
              </w:rPr>
              <w:t>Managing time and independent study</w:t>
            </w:r>
          </w:p>
        </w:tc>
        <w:tc>
          <w:tcPr>
            <w:tcW w:w="2484" w:type="dxa"/>
            <w:vAlign w:val="center"/>
          </w:tcPr>
          <w:p w14:paraId="0E379533" w14:textId="77777777" w:rsidR="00F15B64" w:rsidRDefault="00000000">
            <w:pPr>
              <w:spacing w:after="40"/>
            </w:pPr>
            <w:r>
              <w:rPr>
                <w:color w:val="8A999C"/>
                <w:sz w:val="18"/>
              </w:rPr>
              <w:t>____</w:t>
            </w:r>
          </w:p>
        </w:tc>
        <w:tc>
          <w:tcPr>
            <w:tcW w:w="2484" w:type="dxa"/>
            <w:vAlign w:val="center"/>
          </w:tcPr>
          <w:p w14:paraId="056381A0" w14:textId="77777777" w:rsidR="00F15B64" w:rsidRDefault="00000000">
            <w:pPr>
              <w:spacing w:after="40"/>
            </w:pPr>
            <w:r>
              <w:rPr>
                <w:color w:val="8A999C"/>
                <w:sz w:val="18"/>
              </w:rPr>
              <w:t>____</w:t>
            </w:r>
          </w:p>
        </w:tc>
        <w:tc>
          <w:tcPr>
            <w:tcW w:w="2484" w:type="dxa"/>
            <w:vAlign w:val="center"/>
          </w:tcPr>
          <w:p w14:paraId="55707E29" w14:textId="77777777" w:rsidR="00F15B64" w:rsidRDefault="00000000">
            <w:pPr>
              <w:spacing w:after="40"/>
            </w:pPr>
            <w:r>
              <w:rPr>
                <w:color w:val="8A999C"/>
                <w:sz w:val="16"/>
              </w:rPr>
              <w:t>____________________</w:t>
            </w:r>
          </w:p>
        </w:tc>
      </w:tr>
    </w:tbl>
    <w:p w14:paraId="6AC267EF" w14:textId="77777777" w:rsidR="00F15B64" w:rsidRDefault="00F15B64"/>
    <w:tbl>
      <w:tblPr>
        <w:tblW w:w="0" w:type="auto"/>
        <w:tblLook w:val="04A0" w:firstRow="1" w:lastRow="0" w:firstColumn="1" w:lastColumn="0" w:noHBand="0" w:noVBand="1"/>
      </w:tblPr>
      <w:tblGrid>
        <w:gridCol w:w="9936"/>
      </w:tblGrid>
      <w:tr w:rsidR="00F15B64" w14:paraId="183B44D9" w14:textId="77777777">
        <w:tc>
          <w:tcPr>
            <w:tcW w:w="9936" w:type="dxa"/>
            <w:shd w:val="clear" w:color="auto" w:fill="EEF6F5"/>
          </w:tcPr>
          <w:p w14:paraId="3F1A3EF3" w14:textId="77777777" w:rsidR="00F15B64" w:rsidRDefault="00000000">
            <w:pPr>
              <w:spacing w:after="80"/>
            </w:pPr>
            <w:r>
              <w:rPr>
                <w:b/>
                <w:color w:val="174A5B"/>
                <w:sz w:val="22"/>
              </w:rPr>
              <w:t>My three key developments</w:t>
            </w:r>
          </w:p>
          <w:p w14:paraId="6CEDC52B" w14:textId="77777777" w:rsidR="00F15B64" w:rsidRDefault="00000000">
            <w:pPr>
              <w:spacing w:after="40"/>
            </w:pPr>
            <w:r>
              <w:t>• 1. A skill I have improved is… I know because…</w:t>
            </w:r>
          </w:p>
          <w:p w14:paraId="78B1FB1A" w14:textId="77777777" w:rsidR="00F15B64" w:rsidRDefault="00000000">
            <w:pPr>
              <w:spacing w:after="40"/>
            </w:pPr>
            <w:r>
              <w:t>• 2. A new understanding I have gained is…</w:t>
            </w:r>
          </w:p>
          <w:p w14:paraId="5EFB17A5" w14:textId="77777777" w:rsidR="00F15B64" w:rsidRDefault="00000000">
            <w:pPr>
              <w:spacing w:after="40"/>
            </w:pPr>
            <w:r>
              <w:t>• 3. A challenge I have handled differently is…</w:t>
            </w:r>
          </w:p>
          <w:p w14:paraId="61C6F0E0" w14:textId="77777777" w:rsidR="00F15B64" w:rsidRDefault="00000000">
            <w:pPr>
              <w:spacing w:after="100"/>
            </w:pPr>
            <w:r>
              <w:rPr>
                <w:color w:val="AFBCBE"/>
                <w:sz w:val="18"/>
              </w:rPr>
              <w:t>________________________________________________________________________________</w:t>
            </w:r>
          </w:p>
          <w:p w14:paraId="2813BCB5" w14:textId="77777777" w:rsidR="00F15B64" w:rsidRDefault="00000000">
            <w:pPr>
              <w:spacing w:after="100"/>
            </w:pPr>
            <w:r>
              <w:rPr>
                <w:color w:val="AFBCBE"/>
                <w:sz w:val="18"/>
              </w:rPr>
              <w:t>________________________________________________________________________________</w:t>
            </w:r>
          </w:p>
        </w:tc>
      </w:tr>
    </w:tbl>
    <w:p w14:paraId="34CCEB2F" w14:textId="77777777" w:rsidR="00F15B64" w:rsidRDefault="00F15B64">
      <w:pPr>
        <w:spacing w:after="20"/>
      </w:pPr>
    </w:p>
    <w:tbl>
      <w:tblPr>
        <w:tblW w:w="0" w:type="auto"/>
        <w:tblLook w:val="04A0" w:firstRow="1" w:lastRow="0" w:firstColumn="1" w:lastColumn="0" w:noHBand="0" w:noVBand="1"/>
      </w:tblPr>
      <w:tblGrid>
        <w:gridCol w:w="9936"/>
      </w:tblGrid>
      <w:tr w:rsidR="00F15B64" w14:paraId="44F07389" w14:textId="77777777">
        <w:tc>
          <w:tcPr>
            <w:tcW w:w="9936" w:type="dxa"/>
            <w:shd w:val="clear" w:color="auto" w:fill="EEF6F5"/>
          </w:tcPr>
          <w:p w14:paraId="34674650" w14:textId="77777777" w:rsidR="00F15B64" w:rsidRDefault="00000000">
            <w:pPr>
              <w:spacing w:after="80"/>
            </w:pPr>
            <w:r>
              <w:rPr>
                <w:b/>
                <w:color w:val="174A5B"/>
                <w:sz w:val="22"/>
              </w:rPr>
              <w:t>Something I still need to work on</w:t>
            </w:r>
          </w:p>
          <w:p w14:paraId="7901358A" w14:textId="77777777" w:rsidR="00F15B64" w:rsidRDefault="00000000">
            <w:pPr>
              <w:spacing w:after="40"/>
            </w:pPr>
            <w:r>
              <w:t>• What is the skill or knowledge gap?</w:t>
            </w:r>
          </w:p>
          <w:p w14:paraId="3E6FDE1A" w14:textId="77777777" w:rsidR="00F15B64" w:rsidRDefault="00000000">
            <w:pPr>
              <w:spacing w:after="40"/>
            </w:pPr>
            <w:r>
              <w:t>• What is one realistic action I can take next?</w:t>
            </w:r>
          </w:p>
          <w:p w14:paraId="64A865BB" w14:textId="77777777" w:rsidR="00F15B64" w:rsidRDefault="00000000">
            <w:pPr>
              <w:spacing w:after="100"/>
            </w:pPr>
            <w:r>
              <w:rPr>
                <w:color w:val="AFBCBE"/>
                <w:sz w:val="18"/>
              </w:rPr>
              <w:t>________________________________________________________________________________</w:t>
            </w:r>
          </w:p>
          <w:p w14:paraId="2B53B26B" w14:textId="77777777" w:rsidR="00F15B64" w:rsidRDefault="00000000">
            <w:pPr>
              <w:spacing w:after="100"/>
            </w:pPr>
            <w:r>
              <w:rPr>
                <w:color w:val="AFBCBE"/>
                <w:sz w:val="18"/>
              </w:rPr>
              <w:t>________________________________________________________________________________</w:t>
            </w:r>
          </w:p>
        </w:tc>
      </w:tr>
    </w:tbl>
    <w:p w14:paraId="578D1F3E" w14:textId="77777777" w:rsidR="00F15B64" w:rsidRDefault="00F15B64">
      <w:pPr>
        <w:spacing w:after="20"/>
      </w:pPr>
    </w:p>
    <w:p w14:paraId="5BF46A82" w14:textId="77777777" w:rsidR="00F15B64" w:rsidRDefault="00000000">
      <w:r>
        <w:br w:type="page"/>
      </w:r>
    </w:p>
    <w:p w14:paraId="4AA6E706" w14:textId="77777777" w:rsidR="00F15B64" w:rsidRDefault="00000000">
      <w:pPr>
        <w:pStyle w:val="Title"/>
      </w:pPr>
      <w:r>
        <w:lastRenderedPageBreak/>
        <w:t>10. Final reflection and action plan</w:t>
      </w:r>
    </w:p>
    <w:p w14:paraId="7FF9BD4C" w14:textId="77777777" w:rsidR="00F15B64" w:rsidRDefault="00000000">
      <w:r>
        <w:t>Use the questions below to bring together your learning across the module. Aim to explain your development with specific examples rather than simply saying that you have improved.</w:t>
      </w:r>
    </w:p>
    <w:tbl>
      <w:tblPr>
        <w:tblW w:w="0" w:type="auto"/>
        <w:tblLook w:val="04A0" w:firstRow="1" w:lastRow="0" w:firstColumn="1" w:lastColumn="0" w:noHBand="0" w:noVBand="1"/>
      </w:tblPr>
      <w:tblGrid>
        <w:gridCol w:w="9936"/>
      </w:tblGrid>
      <w:tr w:rsidR="00F15B64" w14:paraId="34110E5C" w14:textId="77777777">
        <w:tc>
          <w:tcPr>
            <w:tcW w:w="9936" w:type="dxa"/>
            <w:shd w:val="clear" w:color="auto" w:fill="EEF6F5"/>
          </w:tcPr>
          <w:p w14:paraId="2AE010EF" w14:textId="77777777" w:rsidR="00F15B64" w:rsidRDefault="00000000">
            <w:pPr>
              <w:spacing w:after="80"/>
            </w:pPr>
            <w:r>
              <w:rPr>
                <w:b/>
                <w:color w:val="174A5B"/>
                <w:sz w:val="22"/>
              </w:rPr>
              <w:t>My overall reflection</w:t>
            </w:r>
          </w:p>
          <w:p w14:paraId="70F67245" w14:textId="77777777" w:rsidR="00F15B64" w:rsidRDefault="00000000">
            <w:pPr>
              <w:spacing w:after="40"/>
            </w:pPr>
            <w:r>
              <w:t>• What have I learned about myself as a learner?</w:t>
            </w:r>
          </w:p>
          <w:p w14:paraId="398AABEA" w14:textId="77777777" w:rsidR="00F15B64" w:rsidRDefault="00000000">
            <w:pPr>
              <w:spacing w:after="40"/>
            </w:pPr>
            <w:r>
              <w:t>• Which academic skill has made the biggest difference to how I approach study, and why?</w:t>
            </w:r>
          </w:p>
          <w:p w14:paraId="17F20AC0" w14:textId="77777777" w:rsidR="00F15B64" w:rsidRDefault="00000000">
            <w:pPr>
              <w:spacing w:after="40"/>
            </w:pPr>
            <w:r>
              <w:t>• What was challenging, and what helped me move forward?</w:t>
            </w:r>
          </w:p>
          <w:p w14:paraId="3B9319F4" w14:textId="77777777" w:rsidR="00F15B64" w:rsidRDefault="00000000">
            <w:pPr>
              <w:spacing w:after="40"/>
            </w:pPr>
            <w:r>
              <w:t>• What feedback or evidence shows my development?</w:t>
            </w:r>
          </w:p>
          <w:p w14:paraId="155773F2" w14:textId="77777777" w:rsidR="00F15B64" w:rsidRDefault="00000000">
            <w:pPr>
              <w:spacing w:after="40"/>
            </w:pPr>
            <w:r>
              <w:t>• How will I use these skills in my next module, placement preparation or future work?</w:t>
            </w:r>
          </w:p>
          <w:p w14:paraId="5707B745" w14:textId="77777777" w:rsidR="00F15B64" w:rsidRDefault="00000000">
            <w:pPr>
              <w:spacing w:after="100"/>
            </w:pPr>
            <w:r>
              <w:rPr>
                <w:color w:val="AFBCBE"/>
                <w:sz w:val="18"/>
              </w:rPr>
              <w:t>________________________________________________________________________________</w:t>
            </w:r>
          </w:p>
          <w:p w14:paraId="5E0EC049" w14:textId="77777777" w:rsidR="00F15B64" w:rsidRDefault="00000000">
            <w:pPr>
              <w:spacing w:after="100"/>
            </w:pPr>
            <w:r>
              <w:rPr>
                <w:color w:val="AFBCBE"/>
                <w:sz w:val="18"/>
              </w:rPr>
              <w:t>________________________________________________________________________________</w:t>
            </w:r>
          </w:p>
          <w:p w14:paraId="76F391C6" w14:textId="77777777" w:rsidR="00F15B64" w:rsidRDefault="00000000">
            <w:pPr>
              <w:spacing w:after="100"/>
            </w:pPr>
            <w:r>
              <w:rPr>
                <w:color w:val="AFBCBE"/>
                <w:sz w:val="18"/>
              </w:rPr>
              <w:t>________________________________________________________________________________</w:t>
            </w:r>
          </w:p>
          <w:p w14:paraId="792C504A" w14:textId="77777777" w:rsidR="00F15B64" w:rsidRDefault="00000000">
            <w:pPr>
              <w:spacing w:after="100"/>
            </w:pPr>
            <w:r>
              <w:rPr>
                <w:color w:val="AFBCBE"/>
                <w:sz w:val="18"/>
              </w:rPr>
              <w:t>________________________________________________________________________________</w:t>
            </w:r>
          </w:p>
        </w:tc>
      </w:tr>
    </w:tbl>
    <w:p w14:paraId="0D60B36B" w14:textId="77777777" w:rsidR="00F15B64" w:rsidRDefault="00F15B64">
      <w:pPr>
        <w:spacing w:after="20"/>
      </w:pPr>
    </w:p>
    <w:p w14:paraId="51CFDB19" w14:textId="77777777" w:rsidR="00F15B64" w:rsidRDefault="00000000">
      <w:pPr>
        <w:pStyle w:val="Heading2"/>
      </w:pPr>
      <w:r>
        <w:t>My next steps</w:t>
      </w:r>
    </w:p>
    <w:tbl>
      <w:tblPr>
        <w:tblStyle w:val="TableGrid"/>
        <w:tblW w:w="0" w:type="auto"/>
        <w:tblLook w:val="04A0" w:firstRow="1" w:lastRow="0" w:firstColumn="1" w:lastColumn="0" w:noHBand="0" w:noVBand="1"/>
      </w:tblPr>
      <w:tblGrid>
        <w:gridCol w:w="2482"/>
        <w:gridCol w:w="2482"/>
        <w:gridCol w:w="2481"/>
        <w:gridCol w:w="2481"/>
      </w:tblGrid>
      <w:tr w:rsidR="00F15B64" w14:paraId="344AE39D" w14:textId="77777777">
        <w:tc>
          <w:tcPr>
            <w:tcW w:w="2484" w:type="dxa"/>
            <w:shd w:val="clear" w:color="auto" w:fill="174A5B"/>
            <w:vAlign w:val="center"/>
          </w:tcPr>
          <w:p w14:paraId="2E153602" w14:textId="77777777" w:rsidR="00F15B64" w:rsidRDefault="00000000">
            <w:pPr>
              <w:spacing w:after="40"/>
            </w:pPr>
            <w:r>
              <w:rPr>
                <w:b/>
                <w:color w:val="FFFFFF"/>
                <w:sz w:val="16"/>
              </w:rPr>
              <w:t>Priority</w:t>
            </w:r>
          </w:p>
        </w:tc>
        <w:tc>
          <w:tcPr>
            <w:tcW w:w="2484" w:type="dxa"/>
            <w:shd w:val="clear" w:color="auto" w:fill="174A5B"/>
            <w:vAlign w:val="center"/>
          </w:tcPr>
          <w:p w14:paraId="7EC5C217" w14:textId="77777777" w:rsidR="00F15B64" w:rsidRDefault="00000000">
            <w:pPr>
              <w:spacing w:after="40"/>
            </w:pPr>
            <w:r>
              <w:rPr>
                <w:b/>
                <w:color w:val="FFFFFF"/>
                <w:sz w:val="16"/>
              </w:rPr>
              <w:t>Action I will take</w:t>
            </w:r>
          </w:p>
        </w:tc>
        <w:tc>
          <w:tcPr>
            <w:tcW w:w="2484" w:type="dxa"/>
            <w:shd w:val="clear" w:color="auto" w:fill="174A5B"/>
            <w:vAlign w:val="center"/>
          </w:tcPr>
          <w:p w14:paraId="03B3E49F" w14:textId="77777777" w:rsidR="00F15B64" w:rsidRDefault="00000000">
            <w:pPr>
              <w:spacing w:after="40"/>
            </w:pPr>
            <w:r>
              <w:rPr>
                <w:b/>
                <w:color w:val="FFFFFF"/>
                <w:sz w:val="16"/>
              </w:rPr>
              <w:t>Support / resources</w:t>
            </w:r>
          </w:p>
        </w:tc>
        <w:tc>
          <w:tcPr>
            <w:tcW w:w="2484" w:type="dxa"/>
            <w:shd w:val="clear" w:color="auto" w:fill="174A5B"/>
            <w:vAlign w:val="center"/>
          </w:tcPr>
          <w:p w14:paraId="27564968" w14:textId="77777777" w:rsidR="00F15B64" w:rsidRDefault="00000000">
            <w:pPr>
              <w:spacing w:after="40"/>
            </w:pPr>
            <w:r>
              <w:rPr>
                <w:b/>
                <w:color w:val="FFFFFF"/>
                <w:sz w:val="16"/>
              </w:rPr>
              <w:t>Review date</w:t>
            </w:r>
          </w:p>
        </w:tc>
      </w:tr>
      <w:tr w:rsidR="00F15B64" w14:paraId="42C9DC71" w14:textId="77777777">
        <w:tc>
          <w:tcPr>
            <w:tcW w:w="2484" w:type="dxa"/>
            <w:vAlign w:val="center"/>
          </w:tcPr>
          <w:p w14:paraId="380AC6CB" w14:textId="77777777" w:rsidR="00F15B64" w:rsidRDefault="00000000">
            <w:pPr>
              <w:spacing w:after="40"/>
            </w:pPr>
            <w:r>
              <w:rPr>
                <w:color w:val="8A999C"/>
                <w:sz w:val="16"/>
              </w:rPr>
              <w:t>\n____________________\n</w:t>
            </w:r>
          </w:p>
        </w:tc>
        <w:tc>
          <w:tcPr>
            <w:tcW w:w="2484" w:type="dxa"/>
            <w:vAlign w:val="center"/>
          </w:tcPr>
          <w:p w14:paraId="10791B89" w14:textId="77777777" w:rsidR="00F15B64" w:rsidRDefault="00000000">
            <w:pPr>
              <w:spacing w:after="40"/>
            </w:pPr>
            <w:r>
              <w:rPr>
                <w:color w:val="8A999C"/>
                <w:sz w:val="16"/>
              </w:rPr>
              <w:t>\n____________________\n</w:t>
            </w:r>
          </w:p>
        </w:tc>
        <w:tc>
          <w:tcPr>
            <w:tcW w:w="2484" w:type="dxa"/>
            <w:vAlign w:val="center"/>
          </w:tcPr>
          <w:p w14:paraId="11221CAE" w14:textId="77777777" w:rsidR="00F15B64" w:rsidRDefault="00000000">
            <w:pPr>
              <w:spacing w:after="40"/>
            </w:pPr>
            <w:r>
              <w:rPr>
                <w:color w:val="8A999C"/>
                <w:sz w:val="16"/>
              </w:rPr>
              <w:t>\n____________________\n</w:t>
            </w:r>
          </w:p>
        </w:tc>
        <w:tc>
          <w:tcPr>
            <w:tcW w:w="2484" w:type="dxa"/>
            <w:vAlign w:val="center"/>
          </w:tcPr>
          <w:p w14:paraId="64B304BE" w14:textId="77777777" w:rsidR="00F15B64" w:rsidRDefault="00000000">
            <w:pPr>
              <w:spacing w:after="40"/>
            </w:pPr>
            <w:r>
              <w:rPr>
                <w:color w:val="8A999C"/>
                <w:sz w:val="16"/>
              </w:rPr>
              <w:t>\n____________________\n</w:t>
            </w:r>
          </w:p>
        </w:tc>
      </w:tr>
      <w:tr w:rsidR="00F15B64" w14:paraId="1A74A0A9" w14:textId="77777777">
        <w:tc>
          <w:tcPr>
            <w:tcW w:w="2484" w:type="dxa"/>
            <w:vAlign w:val="center"/>
          </w:tcPr>
          <w:p w14:paraId="551AB8B6" w14:textId="77777777" w:rsidR="00F15B64" w:rsidRDefault="00000000">
            <w:pPr>
              <w:spacing w:after="40"/>
            </w:pPr>
            <w:r>
              <w:rPr>
                <w:color w:val="8A999C"/>
                <w:sz w:val="16"/>
              </w:rPr>
              <w:t>\n____________________\n</w:t>
            </w:r>
          </w:p>
        </w:tc>
        <w:tc>
          <w:tcPr>
            <w:tcW w:w="2484" w:type="dxa"/>
            <w:vAlign w:val="center"/>
          </w:tcPr>
          <w:p w14:paraId="7D2CF9E7" w14:textId="77777777" w:rsidR="00F15B64" w:rsidRDefault="00000000">
            <w:pPr>
              <w:spacing w:after="40"/>
            </w:pPr>
            <w:r>
              <w:rPr>
                <w:color w:val="8A999C"/>
                <w:sz w:val="16"/>
              </w:rPr>
              <w:t>\n____________________\n</w:t>
            </w:r>
          </w:p>
        </w:tc>
        <w:tc>
          <w:tcPr>
            <w:tcW w:w="2484" w:type="dxa"/>
            <w:vAlign w:val="center"/>
          </w:tcPr>
          <w:p w14:paraId="417C0050" w14:textId="77777777" w:rsidR="00F15B64" w:rsidRDefault="00000000">
            <w:pPr>
              <w:spacing w:after="40"/>
            </w:pPr>
            <w:r>
              <w:rPr>
                <w:color w:val="8A999C"/>
                <w:sz w:val="16"/>
              </w:rPr>
              <w:t>\n____________________\n</w:t>
            </w:r>
          </w:p>
        </w:tc>
        <w:tc>
          <w:tcPr>
            <w:tcW w:w="2484" w:type="dxa"/>
            <w:vAlign w:val="center"/>
          </w:tcPr>
          <w:p w14:paraId="4D24DE65" w14:textId="77777777" w:rsidR="00F15B64" w:rsidRDefault="00000000">
            <w:pPr>
              <w:spacing w:after="40"/>
            </w:pPr>
            <w:r>
              <w:rPr>
                <w:color w:val="8A999C"/>
                <w:sz w:val="16"/>
              </w:rPr>
              <w:t>\n____________________\n</w:t>
            </w:r>
          </w:p>
        </w:tc>
      </w:tr>
      <w:tr w:rsidR="00F15B64" w14:paraId="7125C466" w14:textId="77777777">
        <w:tc>
          <w:tcPr>
            <w:tcW w:w="2484" w:type="dxa"/>
            <w:vAlign w:val="center"/>
          </w:tcPr>
          <w:p w14:paraId="07443051" w14:textId="77777777" w:rsidR="00F15B64" w:rsidRDefault="00000000">
            <w:pPr>
              <w:spacing w:after="40"/>
            </w:pPr>
            <w:r>
              <w:rPr>
                <w:color w:val="8A999C"/>
                <w:sz w:val="16"/>
              </w:rPr>
              <w:t>\n____________________\n</w:t>
            </w:r>
          </w:p>
        </w:tc>
        <w:tc>
          <w:tcPr>
            <w:tcW w:w="2484" w:type="dxa"/>
            <w:vAlign w:val="center"/>
          </w:tcPr>
          <w:p w14:paraId="5DFE3A63" w14:textId="77777777" w:rsidR="00F15B64" w:rsidRDefault="00000000">
            <w:pPr>
              <w:spacing w:after="40"/>
            </w:pPr>
            <w:r>
              <w:rPr>
                <w:color w:val="8A999C"/>
                <w:sz w:val="16"/>
              </w:rPr>
              <w:t>\n____________________\n</w:t>
            </w:r>
          </w:p>
        </w:tc>
        <w:tc>
          <w:tcPr>
            <w:tcW w:w="2484" w:type="dxa"/>
            <w:vAlign w:val="center"/>
          </w:tcPr>
          <w:p w14:paraId="7D12D32F" w14:textId="77777777" w:rsidR="00F15B64" w:rsidRDefault="00000000">
            <w:pPr>
              <w:spacing w:after="40"/>
            </w:pPr>
            <w:r>
              <w:rPr>
                <w:color w:val="8A999C"/>
                <w:sz w:val="16"/>
              </w:rPr>
              <w:t>\n____________________\n</w:t>
            </w:r>
          </w:p>
        </w:tc>
        <w:tc>
          <w:tcPr>
            <w:tcW w:w="2484" w:type="dxa"/>
            <w:vAlign w:val="center"/>
          </w:tcPr>
          <w:p w14:paraId="563CAF81" w14:textId="77777777" w:rsidR="00F15B64" w:rsidRDefault="00000000">
            <w:pPr>
              <w:spacing w:after="40"/>
            </w:pPr>
            <w:r>
              <w:rPr>
                <w:color w:val="8A999C"/>
                <w:sz w:val="16"/>
              </w:rPr>
              <w:t>\n____________________\n</w:t>
            </w:r>
          </w:p>
        </w:tc>
      </w:tr>
    </w:tbl>
    <w:p w14:paraId="50EC6368" w14:textId="77777777" w:rsidR="00F15B64" w:rsidRDefault="00F15B64"/>
    <w:tbl>
      <w:tblPr>
        <w:tblW w:w="0" w:type="auto"/>
        <w:tblLook w:val="04A0" w:firstRow="1" w:lastRow="0" w:firstColumn="1" w:lastColumn="0" w:noHBand="0" w:noVBand="1"/>
      </w:tblPr>
      <w:tblGrid>
        <w:gridCol w:w="9936"/>
      </w:tblGrid>
      <w:tr w:rsidR="00F15B64" w14:paraId="790747A8" w14:textId="77777777">
        <w:tc>
          <w:tcPr>
            <w:tcW w:w="9936" w:type="dxa"/>
            <w:shd w:val="clear" w:color="auto" w:fill="EEF6F5"/>
          </w:tcPr>
          <w:p w14:paraId="17AE6B6B" w14:textId="77777777" w:rsidR="00F15B64" w:rsidRDefault="00000000">
            <w:pPr>
              <w:spacing w:after="80"/>
            </w:pPr>
            <w:r>
              <w:rPr>
                <w:b/>
                <w:color w:val="174A5B"/>
                <w:sz w:val="22"/>
              </w:rPr>
              <w:t>A message to my future self</w:t>
            </w:r>
          </w:p>
          <w:p w14:paraId="195BAB29" w14:textId="77777777" w:rsidR="00F15B64" w:rsidRDefault="00000000">
            <w:pPr>
              <w:spacing w:after="40"/>
            </w:pPr>
            <w:r>
              <w:t>• One thing I want to remember about this module is…</w:t>
            </w:r>
          </w:p>
          <w:p w14:paraId="6CC1FBB7" w14:textId="77777777" w:rsidR="00F15B64" w:rsidRDefault="00000000">
            <w:pPr>
              <w:spacing w:after="40"/>
            </w:pPr>
            <w:r>
              <w:t>• When I find academic work difficult, I will…</w:t>
            </w:r>
          </w:p>
          <w:p w14:paraId="68E281AE" w14:textId="77777777" w:rsidR="00F15B64" w:rsidRDefault="00000000">
            <w:pPr>
              <w:spacing w:after="40"/>
            </w:pPr>
            <w:r>
              <w:t>• I am proud that I…</w:t>
            </w:r>
          </w:p>
          <w:p w14:paraId="5495E71F" w14:textId="77777777" w:rsidR="00F15B64" w:rsidRDefault="00000000">
            <w:pPr>
              <w:spacing w:after="100"/>
            </w:pPr>
            <w:r>
              <w:rPr>
                <w:color w:val="AFBCBE"/>
                <w:sz w:val="18"/>
              </w:rPr>
              <w:t>________________________________________________________________________________</w:t>
            </w:r>
          </w:p>
          <w:p w14:paraId="15D07438" w14:textId="77777777" w:rsidR="00F15B64" w:rsidRDefault="00000000">
            <w:pPr>
              <w:spacing w:after="100"/>
            </w:pPr>
            <w:r>
              <w:rPr>
                <w:color w:val="AFBCBE"/>
                <w:sz w:val="18"/>
              </w:rPr>
              <w:t>________________________________________________________________________________</w:t>
            </w:r>
          </w:p>
        </w:tc>
      </w:tr>
    </w:tbl>
    <w:p w14:paraId="2754E487" w14:textId="77777777" w:rsidR="00F15B64" w:rsidRDefault="00F15B64">
      <w:pPr>
        <w:spacing w:after="20"/>
      </w:pPr>
    </w:p>
    <w:p w14:paraId="7ECFE97A" w14:textId="77777777" w:rsidR="00F15B64" w:rsidRDefault="00000000">
      <w:r>
        <w:br w:type="page"/>
      </w:r>
    </w:p>
    <w:p w14:paraId="093CF6BE" w14:textId="77777777" w:rsidR="00F15B64" w:rsidRDefault="00000000">
      <w:pPr>
        <w:pStyle w:val="Title"/>
      </w:pPr>
      <w:r>
        <w:lastRenderedPageBreak/>
        <w:t>Optional: reflection sentence starters</w:t>
      </w:r>
    </w:p>
    <w:p w14:paraId="02D28F99" w14:textId="77777777" w:rsidR="00F15B64" w:rsidRDefault="00000000">
      <w:r>
        <w:t>Use these prompts if you are unsure how to begin. Choose the ones that help you explain your own experience.</w:t>
      </w:r>
    </w:p>
    <w:p w14:paraId="62DB9960" w14:textId="77777777" w:rsidR="00F15B64" w:rsidRDefault="00000000">
      <w:pPr>
        <w:pStyle w:val="Heading2"/>
      </w:pPr>
      <w:r>
        <w:t>Describing</w:t>
      </w:r>
    </w:p>
    <w:p w14:paraId="1D97EBF2" w14:textId="77777777" w:rsidR="00F15B64" w:rsidRDefault="00000000">
      <w:pPr>
        <w:pStyle w:val="ListBullet"/>
      </w:pPr>
      <w:r>
        <w:t>At the beginning of the module, I…</w:t>
      </w:r>
    </w:p>
    <w:p w14:paraId="684354E4" w14:textId="77777777" w:rsidR="00F15B64" w:rsidRDefault="00000000">
      <w:pPr>
        <w:pStyle w:val="ListBullet"/>
      </w:pPr>
      <w:r>
        <w:t>One activity that helped me learn was…</w:t>
      </w:r>
    </w:p>
    <w:p w14:paraId="7A1C8E95" w14:textId="77777777" w:rsidR="00F15B64" w:rsidRDefault="00000000">
      <w:pPr>
        <w:pStyle w:val="ListBullet"/>
      </w:pPr>
      <w:r>
        <w:t>The task I found most challenging was…</w:t>
      </w:r>
    </w:p>
    <w:p w14:paraId="3496EF94" w14:textId="77777777" w:rsidR="00F15B64" w:rsidRDefault="00000000">
      <w:pPr>
        <w:pStyle w:val="Heading2"/>
      </w:pPr>
      <w:r>
        <w:t>Exploring</w:t>
      </w:r>
    </w:p>
    <w:p w14:paraId="1D71C793" w14:textId="77777777" w:rsidR="00F15B64" w:rsidRDefault="00000000">
      <w:pPr>
        <w:pStyle w:val="ListBullet"/>
      </w:pPr>
      <w:r>
        <w:t>I think this happened because…</w:t>
      </w:r>
    </w:p>
    <w:p w14:paraId="31021ED5" w14:textId="77777777" w:rsidR="00F15B64" w:rsidRDefault="00000000">
      <w:pPr>
        <w:pStyle w:val="ListBullet"/>
      </w:pPr>
      <w:r>
        <w:t>One strategy that helped was…</w:t>
      </w:r>
    </w:p>
    <w:p w14:paraId="39658F58" w14:textId="77777777" w:rsidR="00F15B64" w:rsidRDefault="00000000">
      <w:pPr>
        <w:pStyle w:val="ListBullet"/>
      </w:pPr>
      <w:r>
        <w:t>I found this difficult when…</w:t>
      </w:r>
    </w:p>
    <w:p w14:paraId="08390521" w14:textId="77777777" w:rsidR="00F15B64" w:rsidRDefault="00000000">
      <w:pPr>
        <w:pStyle w:val="Heading2"/>
      </w:pPr>
      <w:r>
        <w:t>Learning</w:t>
      </w:r>
    </w:p>
    <w:p w14:paraId="0E867485" w14:textId="77777777" w:rsidR="00F15B64" w:rsidRDefault="00000000">
      <w:pPr>
        <w:pStyle w:val="ListBullet"/>
      </w:pPr>
      <w:r>
        <w:t>This experience helped me understand…</w:t>
      </w:r>
    </w:p>
    <w:p w14:paraId="5730C844" w14:textId="77777777" w:rsidR="00F15B64" w:rsidRDefault="00000000">
      <w:pPr>
        <w:pStyle w:val="ListBullet"/>
      </w:pPr>
      <w:r>
        <w:t>I had assumed that…, but now I recognise…</w:t>
      </w:r>
    </w:p>
    <w:p w14:paraId="057FAA27" w14:textId="77777777" w:rsidR="00F15B64" w:rsidRDefault="00000000">
      <w:pPr>
        <w:pStyle w:val="ListBullet"/>
      </w:pPr>
      <w:r>
        <w:t>The feedback made me think about…</w:t>
      </w:r>
    </w:p>
    <w:p w14:paraId="0DAF5EA8" w14:textId="77777777" w:rsidR="00F15B64" w:rsidRDefault="00000000">
      <w:pPr>
        <w:pStyle w:val="Heading2"/>
      </w:pPr>
      <w:r>
        <w:t>Planning action</w:t>
      </w:r>
    </w:p>
    <w:p w14:paraId="1BCF0742" w14:textId="77777777" w:rsidR="00F15B64" w:rsidRDefault="00000000">
      <w:pPr>
        <w:pStyle w:val="ListBullet"/>
      </w:pPr>
      <w:r>
        <w:t>Next time, I will…</w:t>
      </w:r>
    </w:p>
    <w:p w14:paraId="7056399A" w14:textId="77777777" w:rsidR="00F15B64" w:rsidRDefault="00000000">
      <w:pPr>
        <w:pStyle w:val="ListBullet"/>
      </w:pPr>
      <w:r>
        <w:t>To improve this skill, I need to…</w:t>
      </w:r>
    </w:p>
    <w:p w14:paraId="36ECC5DA" w14:textId="77777777" w:rsidR="00F15B64" w:rsidRDefault="00000000">
      <w:pPr>
        <w:pStyle w:val="ListBullet"/>
      </w:pPr>
      <w:r>
        <w:t>I will know I have made progress when…</w:t>
      </w:r>
    </w:p>
    <w:p w14:paraId="346F0E3E" w14:textId="77777777" w:rsidR="00F15B64" w:rsidRDefault="00000000">
      <w:pPr>
        <w:pStyle w:val="Heading2"/>
      </w:pPr>
      <w:r>
        <w:t>Connecting to practice</w:t>
      </w:r>
    </w:p>
    <w:p w14:paraId="23823665" w14:textId="77777777" w:rsidR="00F15B64" w:rsidRDefault="00000000">
      <w:pPr>
        <w:pStyle w:val="ListBullet"/>
      </w:pPr>
      <w:r>
        <w:t>This skill could be useful in health and social care because…</w:t>
      </w:r>
    </w:p>
    <w:p w14:paraId="556D7A4F" w14:textId="77777777" w:rsidR="00F15B64" w:rsidRDefault="00000000">
      <w:pPr>
        <w:pStyle w:val="ListBullet"/>
      </w:pPr>
      <w:r>
        <w:t>Checking evidence matters because…</w:t>
      </w:r>
    </w:p>
    <w:p w14:paraId="63FA1CB0" w14:textId="77777777" w:rsidR="00F15B64" w:rsidRDefault="00000000">
      <w:pPr>
        <w:pStyle w:val="ListBullet"/>
      </w:pPr>
      <w:r>
        <w:t>Clear, respectful communication can help…</w:t>
      </w:r>
    </w:p>
    <w:p w14:paraId="0D2B6CAC" w14:textId="77777777" w:rsidR="00F15B64" w:rsidRDefault="00000000">
      <w:pPr>
        <w:pStyle w:val="Heading1"/>
      </w:pPr>
      <w:r>
        <w:t>Final check</w:t>
      </w:r>
    </w:p>
    <w:p w14:paraId="55F4C911" w14:textId="77777777" w:rsidR="00F15B64" w:rsidRDefault="00000000">
      <w:r>
        <w:t>☐  I have included examples from my own learning.</w:t>
      </w:r>
    </w:p>
    <w:p w14:paraId="2AD26F10" w14:textId="77777777" w:rsidR="00F15B64" w:rsidRDefault="00000000">
      <w:r>
        <w:t>☐  I have reflected on both strengths and areas to develop.</w:t>
      </w:r>
    </w:p>
    <w:p w14:paraId="65FB8324" w14:textId="77777777" w:rsidR="00F15B64" w:rsidRDefault="00000000">
      <w:r>
        <w:t>☐  I have explained what I learned, not only what I did.</w:t>
      </w:r>
    </w:p>
    <w:p w14:paraId="7CE2DD1B" w14:textId="77777777" w:rsidR="00F15B64" w:rsidRDefault="00000000">
      <w:r>
        <w:t>☐  I have identified specific and realistic next steps.</w:t>
      </w:r>
    </w:p>
    <w:p w14:paraId="26495DA1" w14:textId="77777777" w:rsidR="00F15B64" w:rsidRDefault="00000000">
      <w:r>
        <w:t>☐  I have avoided including confidential or identifying information.</w:t>
      </w:r>
    </w:p>
    <w:p w14:paraId="6799B709" w14:textId="77777777" w:rsidR="00F15B64" w:rsidRDefault="00000000">
      <w:pPr>
        <w:spacing w:before="200"/>
      </w:pPr>
      <w:r>
        <w:rPr>
          <w:b/>
          <w:color w:val="247C78"/>
        </w:rPr>
        <w:t>Remember: progress is not always a straight line. The aim is to notice what is changing, understand what helps you learn, and choose your next step.</w:t>
      </w:r>
    </w:p>
    <w:sectPr w:rsidR="00F15B64" w:rsidSect="00034616">
      <w:footerReference w:type="default" r:id="rId8"/>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1CCE4" w14:textId="77777777" w:rsidR="00D86848" w:rsidRDefault="00D86848">
      <w:pPr>
        <w:spacing w:after="0" w:line="240" w:lineRule="auto"/>
      </w:pPr>
      <w:r>
        <w:separator/>
      </w:r>
    </w:p>
  </w:endnote>
  <w:endnote w:type="continuationSeparator" w:id="0">
    <w:p w14:paraId="009E9022" w14:textId="77777777" w:rsidR="00D86848" w:rsidRDefault="00D86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81F49" w14:textId="77777777" w:rsidR="00F15B64" w:rsidRDefault="00000000">
    <w:pPr>
      <w:pStyle w:val="Footer"/>
      <w:jc w:val="center"/>
    </w:pPr>
    <w:r>
      <w:rPr>
        <w:color w:val="5F787D"/>
        <w:sz w:val="16"/>
      </w:rPr>
      <w:t>REFLECTIVE WORKBOOK  •  HEALTH &amp; SOCIAL CARE  •  A space to notice progress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F3BC7" w14:textId="77777777" w:rsidR="00D86848" w:rsidRDefault="00D86848">
      <w:pPr>
        <w:spacing w:after="0" w:line="240" w:lineRule="auto"/>
      </w:pPr>
      <w:r>
        <w:separator/>
      </w:r>
    </w:p>
  </w:footnote>
  <w:footnote w:type="continuationSeparator" w:id="0">
    <w:p w14:paraId="2BD53FDD" w14:textId="77777777" w:rsidR="00D86848" w:rsidRDefault="00D86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86296707">
    <w:abstractNumId w:val="8"/>
  </w:num>
  <w:num w:numId="2" w16cid:durableId="762336063">
    <w:abstractNumId w:val="6"/>
  </w:num>
  <w:num w:numId="3" w16cid:durableId="2142529684">
    <w:abstractNumId w:val="5"/>
  </w:num>
  <w:num w:numId="4" w16cid:durableId="1904832402">
    <w:abstractNumId w:val="4"/>
  </w:num>
  <w:num w:numId="5" w16cid:durableId="1897928827">
    <w:abstractNumId w:val="7"/>
  </w:num>
  <w:num w:numId="6" w16cid:durableId="1509826280">
    <w:abstractNumId w:val="3"/>
  </w:num>
  <w:num w:numId="7" w16cid:durableId="913321313">
    <w:abstractNumId w:val="2"/>
  </w:num>
  <w:num w:numId="8" w16cid:durableId="942153277">
    <w:abstractNumId w:val="1"/>
  </w:num>
  <w:num w:numId="9" w16cid:durableId="90421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52537"/>
    <w:rsid w:val="007C67F0"/>
    <w:rsid w:val="008D2A61"/>
    <w:rsid w:val="00A71745"/>
    <w:rsid w:val="00AA1D8D"/>
    <w:rsid w:val="00B47730"/>
    <w:rsid w:val="00CB0664"/>
    <w:rsid w:val="00CE5B87"/>
    <w:rsid w:val="00D86848"/>
    <w:rsid w:val="00F15B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35E38B"/>
  <w14:defaultImageDpi w14:val="300"/>
  <w15:docId w15:val="{389110BE-37ED-4565-A0DE-5B03B585F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D3741"/>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4A5B"/>
      <w:sz w:val="4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47C78"/>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74A5B"/>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4A5B"/>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Stephanie John</cp:lastModifiedBy>
  <cp:revision>5</cp:revision>
  <dcterms:created xsi:type="dcterms:W3CDTF">2026-10-03T09:13:00Z</dcterms:created>
  <dcterms:modified xsi:type="dcterms:W3CDTF">2026-10-03T09:16:00Z</dcterms:modified>
  <cp:category/>
</cp:coreProperties>
</file>