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7227222"/>
        <w:docPartObj>
          <w:docPartGallery w:val="Cover Pages"/>
          <w:docPartUnique/>
        </w:docPartObj>
      </w:sdtPr>
      <w:sdtEndPr/>
      <w:sdtContent>
        <w:p w14:paraId="14FC1691" w14:textId="66B9CBE3" w:rsidR="00691E35" w:rsidRDefault="00691E35">
          <w:r>
            <w:rPr>
              <w:noProof/>
            </w:rPr>
            <mc:AlternateContent>
              <mc:Choice Requires="wpg">
                <w:drawing>
                  <wp:anchor distT="0" distB="0" distL="114300" distR="114300" simplePos="0" relativeHeight="251659264" behindDoc="0" locked="0" layoutInCell="1" allowOverlap="1" wp14:anchorId="25FA79DE" wp14:editId="3B9EDE7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663B8A" id="Group 157"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6192" behindDoc="0" locked="0" layoutInCell="1" allowOverlap="1" wp14:anchorId="51BAF47C" wp14:editId="74B6E452">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815D20" w14:textId="5E468CAA" w:rsidR="00691E35" w:rsidRDefault="001B046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B3BC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BAF47C" id="_x0000_t202" coordsize="21600,21600" o:spt="202" path="m,l,21600r21600,l21600,xe">
                    <v:stroke joinstyle="miter"/>
                    <v:path gradientshapeok="t" o:connecttype="rect"/>
                  </v:shapetype>
                  <v:shape id="Text Box 159" o:spid="_x0000_s1026" type="#_x0000_t202" style="position:absolute;margin-left:0;margin-top:0;width:8in;height:1in;z-index:25165619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0815D20" w14:textId="5E468CAA" w:rsidR="00691E35" w:rsidRDefault="001B046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B3BC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7216" behindDoc="0" locked="0" layoutInCell="1" allowOverlap="1" wp14:anchorId="60A44010" wp14:editId="276217ED">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E7881" w14:textId="69CBF961" w:rsidR="00691E35" w:rsidRDefault="003A14A6">
                                <w:pPr>
                                  <w:pStyle w:val="NoSpacing"/>
                                  <w:jc w:val="right"/>
                                  <w:rPr>
                                    <w:color w:val="4F81BD" w:themeColor="accent1"/>
                                    <w:sz w:val="28"/>
                                    <w:szCs w:val="28"/>
                                  </w:rPr>
                                </w:pPr>
                                <w:r>
                                  <w:rPr>
                                    <w:color w:val="4F81BD" w:themeColor="accent1"/>
                                    <w:sz w:val="28"/>
                                    <w:szCs w:val="28"/>
                                    <w:lang w:val="en-GB"/>
                                  </w:rPr>
                                  <w:t>Date 16/07/2026</w:t>
                                </w:r>
                              </w:p>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AC1CB93" w14:textId="510A3ABE" w:rsidR="00691E35" w:rsidRDefault="002B3BC9" w:rsidP="005B55E2">
                                    <w:pPr>
                                      <w:pStyle w:val="NoSpacing"/>
                                      <w:jc w:val="right"/>
                                      <w:rPr>
                                        <w:color w:val="595959" w:themeColor="text1" w:themeTint="A6"/>
                                        <w:sz w:val="20"/>
                                        <w:szCs w:val="20"/>
                                      </w:rPr>
                                    </w:pPr>
                                    <w:r w:rsidRPr="002B3BC9">
                                      <w:rPr>
                                        <w:color w:val="404040" w:themeColor="text1" w:themeTint="BF"/>
                                        <w:sz w:val="36"/>
                                        <w:szCs w:val="36"/>
                                      </w:rPr>
                                      <w:t>- Name: Leonardo Iwasaki</w:t>
                                    </w:r>
                                    <w:r w:rsidRPr="002B3BC9">
                                      <w:rPr>
                                        <w:color w:val="404040" w:themeColor="text1" w:themeTint="BF"/>
                                        <w:sz w:val="36"/>
                                        <w:szCs w:val="36"/>
                                      </w:rPr>
                                      <w:br/>
                                      <w:t>- Student ID: 2531571</w:t>
                                    </w:r>
                                    <w:r w:rsidRPr="002B3BC9">
                                      <w:rPr>
                                        <w:color w:val="404040" w:themeColor="text1" w:themeTint="BF"/>
                                        <w:sz w:val="36"/>
                                        <w:szCs w:val="36"/>
                                      </w:rPr>
                                      <w:br/>
                                      <w:t xml:space="preserve">- Module: ACCA4023  </w:t>
                                    </w:r>
                                    <w:r w:rsidRPr="002B3BC9">
                                      <w:rPr>
                                        <w:color w:val="404040" w:themeColor="text1" w:themeTint="BF"/>
                                        <w:sz w:val="36"/>
                                        <w:szCs w:val="36"/>
                                      </w:rPr>
                                      <w:br/>
                                      <w:t>- Lecturer: Anum Paracha</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0A44010" id="Text Box 161" o:spid="_x0000_s1027" type="#_x0000_t202" style="position:absolute;margin-left:0;margin-top:0;width:8in;height:79.5pt;z-index:25165721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DDE7881" w14:textId="69CBF961" w:rsidR="00691E35" w:rsidRDefault="003A14A6">
                          <w:pPr>
                            <w:pStyle w:val="NoSpacing"/>
                            <w:jc w:val="right"/>
                            <w:rPr>
                              <w:color w:val="4F81BD" w:themeColor="accent1"/>
                              <w:sz w:val="28"/>
                              <w:szCs w:val="28"/>
                            </w:rPr>
                          </w:pPr>
                          <w:r>
                            <w:rPr>
                              <w:color w:val="4F81BD" w:themeColor="accent1"/>
                              <w:sz w:val="28"/>
                              <w:szCs w:val="28"/>
                              <w:lang w:val="en-GB"/>
                            </w:rPr>
                            <w:t>Date 16/07/2026</w:t>
                          </w:r>
                        </w:p>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AC1CB93" w14:textId="510A3ABE" w:rsidR="00691E35" w:rsidRDefault="002B3BC9" w:rsidP="005B55E2">
                              <w:pPr>
                                <w:pStyle w:val="NoSpacing"/>
                                <w:jc w:val="right"/>
                                <w:rPr>
                                  <w:color w:val="595959" w:themeColor="text1" w:themeTint="A6"/>
                                  <w:sz w:val="20"/>
                                  <w:szCs w:val="20"/>
                                </w:rPr>
                              </w:pPr>
                              <w:r w:rsidRPr="002B3BC9">
                                <w:rPr>
                                  <w:color w:val="404040" w:themeColor="text1" w:themeTint="BF"/>
                                  <w:sz w:val="36"/>
                                  <w:szCs w:val="36"/>
                                </w:rPr>
                                <w:t>- Name: Leonardo Iwasaki</w:t>
                              </w:r>
                              <w:r w:rsidRPr="002B3BC9">
                                <w:rPr>
                                  <w:color w:val="404040" w:themeColor="text1" w:themeTint="BF"/>
                                  <w:sz w:val="36"/>
                                  <w:szCs w:val="36"/>
                                </w:rPr>
                                <w:br/>
                                <w:t>- Student ID: 2531571</w:t>
                              </w:r>
                              <w:r w:rsidRPr="002B3BC9">
                                <w:rPr>
                                  <w:color w:val="404040" w:themeColor="text1" w:themeTint="BF"/>
                                  <w:sz w:val="36"/>
                                  <w:szCs w:val="36"/>
                                </w:rPr>
                                <w:br/>
                                <w:t xml:space="preserve">- Module: ACCA4023  </w:t>
                              </w:r>
                              <w:r w:rsidRPr="002B3BC9">
                                <w:rPr>
                                  <w:color w:val="404040" w:themeColor="text1" w:themeTint="BF"/>
                                  <w:sz w:val="36"/>
                                  <w:szCs w:val="36"/>
                                </w:rPr>
                                <w:br/>
                                <w:t>- Lecturer: Anum Paracha</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4144" behindDoc="0" locked="0" layoutInCell="1" allowOverlap="1" wp14:anchorId="193FA453" wp14:editId="7A603C6E">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D95719" w14:textId="6FE2950E" w:rsidR="00691E35" w:rsidRDefault="001B046A">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B55E2" w:rsidRPr="005B55E2">
                                      <w:rPr>
                                        <w:caps/>
                                        <w:color w:val="4F81BD" w:themeColor="accent1"/>
                                        <w:sz w:val="64"/>
                                        <w:szCs w:val="64"/>
                                      </w:rPr>
                                      <w:t>CertHE Computing Skills for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BEF1A4C" w14:textId="33733371" w:rsidR="00691E35" w:rsidRDefault="005D7A61">
                                    <w:pPr>
                                      <w:jc w:val="right"/>
                                      <w:rPr>
                                        <w:smallCaps/>
                                        <w:color w:val="404040" w:themeColor="text1" w:themeTint="BF"/>
                                        <w:sz w:val="36"/>
                                        <w:szCs w:val="36"/>
                                      </w:rPr>
                                    </w:pPr>
                                    <w:r>
                                      <w:rPr>
                                        <w:color w:val="404040" w:themeColor="text1" w:themeTint="BF"/>
                                        <w:sz w:val="36"/>
                                        <w:szCs w:val="36"/>
                                      </w:rPr>
                                      <w:t>Introduction to Web and Database Concepts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3FA453" id="Text Box 163" o:spid="_x0000_s1028" type="#_x0000_t202" style="position:absolute;margin-left:0;margin-top:0;width:8in;height:286.5pt;z-index:2516541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BD95719" w14:textId="6FE2950E" w:rsidR="00691E35" w:rsidRDefault="001B046A">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B55E2" w:rsidRPr="005B55E2">
                                <w:rPr>
                                  <w:caps/>
                                  <w:color w:val="4F81BD" w:themeColor="accent1"/>
                                  <w:sz w:val="64"/>
                                  <w:szCs w:val="64"/>
                                </w:rPr>
                                <w:t>CertHE Computing Skills for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BEF1A4C" w14:textId="33733371" w:rsidR="00691E35" w:rsidRDefault="005D7A61">
                              <w:pPr>
                                <w:jc w:val="right"/>
                                <w:rPr>
                                  <w:smallCaps/>
                                  <w:color w:val="404040" w:themeColor="text1" w:themeTint="BF"/>
                                  <w:sz w:val="36"/>
                                  <w:szCs w:val="36"/>
                                </w:rPr>
                              </w:pPr>
                              <w:r>
                                <w:rPr>
                                  <w:color w:val="404040" w:themeColor="text1" w:themeTint="BF"/>
                                  <w:sz w:val="36"/>
                                  <w:szCs w:val="36"/>
                                </w:rPr>
                                <w:t>Introduction to Web and Database Concepts</w:t>
                              </w:r>
                            </w:p>
                          </w:sdtContent>
                        </w:sdt>
                      </w:txbxContent>
                    </v:textbox>
                    <w10:wrap type="square" anchorx="page" anchory="page"/>
                  </v:shape>
                </w:pict>
              </mc:Fallback>
            </mc:AlternateContent>
          </w:r>
        </w:p>
        <w:p w14:paraId="2A8C20BB" w14:textId="0A46B4F4" w:rsidR="00691E35" w:rsidRDefault="00691E35">
          <w:pPr>
            <w:rPr>
              <w:rFonts w:asciiTheme="majorHAnsi" w:eastAsiaTheme="majorEastAsia" w:hAnsiTheme="majorHAnsi" w:cstheme="majorBidi"/>
              <w:color w:val="17365D" w:themeColor="text2" w:themeShade="BF"/>
              <w:spacing w:val="5"/>
              <w:kern w:val="28"/>
              <w:sz w:val="52"/>
              <w:szCs w:val="52"/>
            </w:rPr>
          </w:pPr>
          <w:r>
            <w:br w:type="page"/>
          </w:r>
        </w:p>
      </w:sdtContent>
    </w:sdt>
    <w:p w14:paraId="1F50EE3E" w14:textId="7D04F7DE" w:rsidR="003A14A6" w:rsidRDefault="00D74D74">
      <w:bookmarkStart w:id="0" w:name="_Toc235453743"/>
      <w:r w:rsidRPr="009154DB">
        <w:rPr>
          <w:rStyle w:val="Heading1Char"/>
        </w:rPr>
        <w:lastRenderedPageBreak/>
        <w:t>Table of Contents</w:t>
      </w:r>
      <w:bookmarkEnd w:id="0"/>
      <w:r w:rsidRPr="009154DB">
        <w:rPr>
          <w:rStyle w:val="Heading1Char"/>
        </w:rPr>
        <w:br/>
      </w:r>
    </w:p>
    <w:sdt>
      <w:sdtPr>
        <w:rPr>
          <w:rFonts w:asciiTheme="minorHAnsi" w:eastAsiaTheme="minorEastAsia" w:hAnsiTheme="minorHAnsi" w:cstheme="minorBidi"/>
          <w:b w:val="0"/>
          <w:bCs w:val="0"/>
          <w:color w:val="auto"/>
          <w:sz w:val="22"/>
          <w:szCs w:val="22"/>
        </w:rPr>
        <w:id w:val="-959724914"/>
        <w:docPartObj>
          <w:docPartGallery w:val="Table of Contents"/>
          <w:docPartUnique/>
        </w:docPartObj>
      </w:sdtPr>
      <w:sdtEndPr>
        <w:rPr>
          <w:noProof/>
        </w:rPr>
      </w:sdtEndPr>
      <w:sdtContent>
        <w:p w14:paraId="08DCC2A2" w14:textId="66D4620B" w:rsidR="00D11367" w:rsidRDefault="00D11367">
          <w:pPr>
            <w:pStyle w:val="TOCHeading"/>
          </w:pPr>
          <w:r>
            <w:t>Contents</w:t>
          </w:r>
        </w:p>
        <w:p w14:paraId="19192BFE" w14:textId="413931DA" w:rsidR="00FB71DF" w:rsidRDefault="00D11367">
          <w:pPr>
            <w:pStyle w:val="TOC1"/>
            <w:tabs>
              <w:tab w:val="right" w:leader="dot" w:pos="8630"/>
            </w:tabs>
            <w:rPr>
              <w:noProof/>
              <w:kern w:val="2"/>
              <w:sz w:val="24"/>
              <w:szCs w:val="24"/>
              <w:lang w:val="en-GB" w:eastAsia="zh-CN"/>
              <w14:ligatures w14:val="standardContextual"/>
            </w:rPr>
          </w:pPr>
          <w:r>
            <w:fldChar w:fldCharType="begin"/>
          </w:r>
          <w:r>
            <w:instrText xml:space="preserve"> TOC \o "1-3" \h \z \u </w:instrText>
          </w:r>
          <w:r>
            <w:fldChar w:fldCharType="separate"/>
          </w:r>
          <w:hyperlink w:anchor="_Toc235453743" w:history="1">
            <w:r w:rsidR="00FB71DF" w:rsidRPr="00A04E36">
              <w:rPr>
                <w:rStyle w:val="Hyperlink"/>
                <w:noProof/>
              </w:rPr>
              <w:t>Table of Contents</w:t>
            </w:r>
            <w:r w:rsidR="00FB71DF">
              <w:rPr>
                <w:noProof/>
                <w:webHidden/>
              </w:rPr>
              <w:tab/>
            </w:r>
            <w:r w:rsidR="00FB71DF">
              <w:rPr>
                <w:noProof/>
                <w:webHidden/>
              </w:rPr>
              <w:fldChar w:fldCharType="begin"/>
            </w:r>
            <w:r w:rsidR="00FB71DF">
              <w:rPr>
                <w:noProof/>
                <w:webHidden/>
              </w:rPr>
              <w:instrText xml:space="preserve"> PAGEREF _Toc235453743 \h </w:instrText>
            </w:r>
            <w:r w:rsidR="00FB71DF">
              <w:rPr>
                <w:noProof/>
                <w:webHidden/>
              </w:rPr>
            </w:r>
            <w:r w:rsidR="00FB71DF">
              <w:rPr>
                <w:noProof/>
                <w:webHidden/>
              </w:rPr>
              <w:fldChar w:fldCharType="separate"/>
            </w:r>
            <w:r w:rsidR="00FB71DF">
              <w:rPr>
                <w:noProof/>
                <w:webHidden/>
              </w:rPr>
              <w:t>1</w:t>
            </w:r>
            <w:r w:rsidR="00FB71DF">
              <w:rPr>
                <w:noProof/>
                <w:webHidden/>
              </w:rPr>
              <w:fldChar w:fldCharType="end"/>
            </w:r>
          </w:hyperlink>
        </w:p>
        <w:p w14:paraId="75B960F3" w14:textId="3B2A8C47" w:rsidR="00FB71DF" w:rsidRDefault="00FB71DF">
          <w:pPr>
            <w:pStyle w:val="TOC1"/>
            <w:tabs>
              <w:tab w:val="right" w:leader="dot" w:pos="8630"/>
            </w:tabs>
            <w:rPr>
              <w:noProof/>
              <w:kern w:val="2"/>
              <w:sz w:val="24"/>
              <w:szCs w:val="24"/>
              <w:lang w:val="en-GB" w:eastAsia="zh-CN"/>
              <w14:ligatures w14:val="standardContextual"/>
            </w:rPr>
          </w:pPr>
          <w:hyperlink w:anchor="_Toc235453744" w:history="1">
            <w:r w:rsidRPr="00A04E36">
              <w:rPr>
                <w:rStyle w:val="Hyperlink"/>
                <w:noProof/>
              </w:rPr>
              <w:t>Introduction</w:t>
            </w:r>
            <w:r>
              <w:rPr>
                <w:noProof/>
                <w:webHidden/>
              </w:rPr>
              <w:tab/>
            </w:r>
            <w:r>
              <w:rPr>
                <w:noProof/>
                <w:webHidden/>
              </w:rPr>
              <w:fldChar w:fldCharType="begin"/>
            </w:r>
            <w:r>
              <w:rPr>
                <w:noProof/>
                <w:webHidden/>
              </w:rPr>
              <w:instrText xml:space="preserve"> PAGEREF _Toc235453744 \h </w:instrText>
            </w:r>
            <w:r>
              <w:rPr>
                <w:noProof/>
                <w:webHidden/>
              </w:rPr>
            </w:r>
            <w:r>
              <w:rPr>
                <w:noProof/>
                <w:webHidden/>
              </w:rPr>
              <w:fldChar w:fldCharType="separate"/>
            </w:r>
            <w:r>
              <w:rPr>
                <w:noProof/>
                <w:webHidden/>
              </w:rPr>
              <w:t>2</w:t>
            </w:r>
            <w:r>
              <w:rPr>
                <w:noProof/>
                <w:webHidden/>
              </w:rPr>
              <w:fldChar w:fldCharType="end"/>
            </w:r>
          </w:hyperlink>
        </w:p>
        <w:p w14:paraId="63C93486" w14:textId="3FCBDB5D" w:rsidR="00FB71DF" w:rsidRDefault="00FB71DF">
          <w:pPr>
            <w:pStyle w:val="TOC1"/>
            <w:tabs>
              <w:tab w:val="right" w:leader="dot" w:pos="8630"/>
            </w:tabs>
            <w:rPr>
              <w:noProof/>
              <w:kern w:val="2"/>
              <w:sz w:val="24"/>
              <w:szCs w:val="24"/>
              <w:lang w:val="en-GB" w:eastAsia="zh-CN"/>
              <w14:ligatures w14:val="standardContextual"/>
            </w:rPr>
          </w:pPr>
          <w:hyperlink w:anchor="_Toc235453745" w:history="1">
            <w:r w:rsidRPr="00A04E36">
              <w:rPr>
                <w:rStyle w:val="Hyperlink"/>
                <w:noProof/>
              </w:rPr>
              <w:t>Scenario Analysis</w:t>
            </w:r>
            <w:r>
              <w:rPr>
                <w:noProof/>
                <w:webHidden/>
              </w:rPr>
              <w:tab/>
            </w:r>
            <w:r>
              <w:rPr>
                <w:noProof/>
                <w:webHidden/>
              </w:rPr>
              <w:fldChar w:fldCharType="begin"/>
            </w:r>
            <w:r>
              <w:rPr>
                <w:noProof/>
                <w:webHidden/>
              </w:rPr>
              <w:instrText xml:space="preserve"> PAGEREF _Toc235453745 \h </w:instrText>
            </w:r>
            <w:r>
              <w:rPr>
                <w:noProof/>
                <w:webHidden/>
              </w:rPr>
            </w:r>
            <w:r>
              <w:rPr>
                <w:noProof/>
                <w:webHidden/>
              </w:rPr>
              <w:fldChar w:fldCharType="separate"/>
            </w:r>
            <w:r>
              <w:rPr>
                <w:noProof/>
                <w:webHidden/>
              </w:rPr>
              <w:t>2</w:t>
            </w:r>
            <w:r>
              <w:rPr>
                <w:noProof/>
                <w:webHidden/>
              </w:rPr>
              <w:fldChar w:fldCharType="end"/>
            </w:r>
          </w:hyperlink>
        </w:p>
        <w:p w14:paraId="38F0E866" w14:textId="677A0611" w:rsidR="00FB71DF" w:rsidRDefault="00FB71DF">
          <w:pPr>
            <w:pStyle w:val="TOC1"/>
            <w:tabs>
              <w:tab w:val="right" w:leader="dot" w:pos="8630"/>
            </w:tabs>
            <w:rPr>
              <w:noProof/>
              <w:kern w:val="2"/>
              <w:sz w:val="24"/>
              <w:szCs w:val="24"/>
              <w:lang w:val="en-GB" w:eastAsia="zh-CN"/>
              <w14:ligatures w14:val="standardContextual"/>
            </w:rPr>
          </w:pPr>
          <w:hyperlink w:anchor="_Toc235453746" w:history="1">
            <w:r w:rsidRPr="00A04E36">
              <w:rPr>
                <w:rStyle w:val="Hyperlink"/>
                <w:noProof/>
              </w:rPr>
              <w:t>Entity Relationship Diagram (ERD)</w:t>
            </w:r>
            <w:r>
              <w:rPr>
                <w:noProof/>
                <w:webHidden/>
              </w:rPr>
              <w:tab/>
            </w:r>
            <w:r>
              <w:rPr>
                <w:noProof/>
                <w:webHidden/>
              </w:rPr>
              <w:fldChar w:fldCharType="begin"/>
            </w:r>
            <w:r>
              <w:rPr>
                <w:noProof/>
                <w:webHidden/>
              </w:rPr>
              <w:instrText xml:space="preserve"> PAGEREF _Toc235453746 \h </w:instrText>
            </w:r>
            <w:r>
              <w:rPr>
                <w:noProof/>
                <w:webHidden/>
              </w:rPr>
            </w:r>
            <w:r>
              <w:rPr>
                <w:noProof/>
                <w:webHidden/>
              </w:rPr>
              <w:fldChar w:fldCharType="separate"/>
            </w:r>
            <w:r>
              <w:rPr>
                <w:noProof/>
                <w:webHidden/>
              </w:rPr>
              <w:t>4</w:t>
            </w:r>
            <w:r>
              <w:rPr>
                <w:noProof/>
                <w:webHidden/>
              </w:rPr>
              <w:fldChar w:fldCharType="end"/>
            </w:r>
          </w:hyperlink>
        </w:p>
        <w:p w14:paraId="0D10643B" w14:textId="0AA3F0FF" w:rsidR="00FB71DF" w:rsidRDefault="00FB71DF">
          <w:pPr>
            <w:pStyle w:val="TOC2"/>
            <w:tabs>
              <w:tab w:val="right" w:leader="dot" w:pos="8630"/>
            </w:tabs>
            <w:rPr>
              <w:noProof/>
              <w:kern w:val="2"/>
              <w:sz w:val="24"/>
              <w:szCs w:val="24"/>
              <w:lang w:val="en-GB" w:eastAsia="zh-CN"/>
              <w14:ligatures w14:val="standardContextual"/>
            </w:rPr>
          </w:pPr>
          <w:hyperlink w:anchor="_Toc235453747" w:history="1">
            <w:r w:rsidRPr="00A04E36">
              <w:rPr>
                <w:rStyle w:val="Hyperlink"/>
                <w:noProof/>
              </w:rPr>
              <w:t>Conceptual</w:t>
            </w:r>
            <w:r>
              <w:rPr>
                <w:noProof/>
                <w:webHidden/>
              </w:rPr>
              <w:tab/>
            </w:r>
            <w:r>
              <w:rPr>
                <w:noProof/>
                <w:webHidden/>
              </w:rPr>
              <w:fldChar w:fldCharType="begin"/>
            </w:r>
            <w:r>
              <w:rPr>
                <w:noProof/>
                <w:webHidden/>
              </w:rPr>
              <w:instrText xml:space="preserve"> PAGEREF _Toc235453747 \h </w:instrText>
            </w:r>
            <w:r>
              <w:rPr>
                <w:noProof/>
                <w:webHidden/>
              </w:rPr>
            </w:r>
            <w:r>
              <w:rPr>
                <w:noProof/>
                <w:webHidden/>
              </w:rPr>
              <w:fldChar w:fldCharType="separate"/>
            </w:r>
            <w:r>
              <w:rPr>
                <w:noProof/>
                <w:webHidden/>
              </w:rPr>
              <w:t>4</w:t>
            </w:r>
            <w:r>
              <w:rPr>
                <w:noProof/>
                <w:webHidden/>
              </w:rPr>
              <w:fldChar w:fldCharType="end"/>
            </w:r>
          </w:hyperlink>
        </w:p>
        <w:p w14:paraId="48E1D05F" w14:textId="7DF73EEB" w:rsidR="00FB71DF" w:rsidRDefault="00FB71DF">
          <w:pPr>
            <w:pStyle w:val="TOC2"/>
            <w:tabs>
              <w:tab w:val="right" w:leader="dot" w:pos="8630"/>
            </w:tabs>
            <w:rPr>
              <w:noProof/>
              <w:kern w:val="2"/>
              <w:sz w:val="24"/>
              <w:szCs w:val="24"/>
              <w:lang w:val="en-GB" w:eastAsia="zh-CN"/>
              <w14:ligatures w14:val="standardContextual"/>
            </w:rPr>
          </w:pPr>
          <w:hyperlink w:anchor="_Toc235453748" w:history="1">
            <w:r w:rsidRPr="00A04E36">
              <w:rPr>
                <w:rStyle w:val="Hyperlink"/>
                <w:noProof/>
              </w:rPr>
              <w:t>Logical</w:t>
            </w:r>
            <w:r>
              <w:rPr>
                <w:noProof/>
                <w:webHidden/>
              </w:rPr>
              <w:tab/>
            </w:r>
            <w:r>
              <w:rPr>
                <w:noProof/>
                <w:webHidden/>
              </w:rPr>
              <w:fldChar w:fldCharType="begin"/>
            </w:r>
            <w:r>
              <w:rPr>
                <w:noProof/>
                <w:webHidden/>
              </w:rPr>
              <w:instrText xml:space="preserve"> PAGEREF _Toc235453748 \h </w:instrText>
            </w:r>
            <w:r>
              <w:rPr>
                <w:noProof/>
                <w:webHidden/>
              </w:rPr>
            </w:r>
            <w:r>
              <w:rPr>
                <w:noProof/>
                <w:webHidden/>
              </w:rPr>
              <w:fldChar w:fldCharType="separate"/>
            </w:r>
            <w:r>
              <w:rPr>
                <w:noProof/>
                <w:webHidden/>
              </w:rPr>
              <w:t>8</w:t>
            </w:r>
            <w:r>
              <w:rPr>
                <w:noProof/>
                <w:webHidden/>
              </w:rPr>
              <w:fldChar w:fldCharType="end"/>
            </w:r>
          </w:hyperlink>
        </w:p>
        <w:p w14:paraId="1A03BB69" w14:textId="571DD1E8" w:rsidR="00FB71DF" w:rsidRDefault="00FB71DF">
          <w:pPr>
            <w:pStyle w:val="TOC2"/>
            <w:tabs>
              <w:tab w:val="right" w:leader="dot" w:pos="8630"/>
            </w:tabs>
            <w:rPr>
              <w:noProof/>
              <w:kern w:val="2"/>
              <w:sz w:val="24"/>
              <w:szCs w:val="24"/>
              <w:lang w:val="en-GB" w:eastAsia="zh-CN"/>
              <w14:ligatures w14:val="standardContextual"/>
            </w:rPr>
          </w:pPr>
          <w:hyperlink w:anchor="_Toc235453749" w:history="1">
            <w:r w:rsidRPr="00A04E36">
              <w:rPr>
                <w:rStyle w:val="Hyperlink"/>
                <w:noProof/>
              </w:rPr>
              <w:t>Physical</w:t>
            </w:r>
            <w:r>
              <w:rPr>
                <w:noProof/>
                <w:webHidden/>
              </w:rPr>
              <w:tab/>
            </w:r>
            <w:r>
              <w:rPr>
                <w:noProof/>
                <w:webHidden/>
              </w:rPr>
              <w:fldChar w:fldCharType="begin"/>
            </w:r>
            <w:r>
              <w:rPr>
                <w:noProof/>
                <w:webHidden/>
              </w:rPr>
              <w:instrText xml:space="preserve"> PAGEREF _Toc235453749 \h </w:instrText>
            </w:r>
            <w:r>
              <w:rPr>
                <w:noProof/>
                <w:webHidden/>
              </w:rPr>
            </w:r>
            <w:r>
              <w:rPr>
                <w:noProof/>
                <w:webHidden/>
              </w:rPr>
              <w:fldChar w:fldCharType="separate"/>
            </w:r>
            <w:r>
              <w:rPr>
                <w:noProof/>
                <w:webHidden/>
              </w:rPr>
              <w:t>9</w:t>
            </w:r>
            <w:r>
              <w:rPr>
                <w:noProof/>
                <w:webHidden/>
              </w:rPr>
              <w:fldChar w:fldCharType="end"/>
            </w:r>
          </w:hyperlink>
        </w:p>
        <w:p w14:paraId="1C395807" w14:textId="68C0F0D1" w:rsidR="00FB71DF" w:rsidRDefault="00FB71DF">
          <w:pPr>
            <w:pStyle w:val="TOC1"/>
            <w:tabs>
              <w:tab w:val="right" w:leader="dot" w:pos="8630"/>
            </w:tabs>
            <w:rPr>
              <w:noProof/>
              <w:kern w:val="2"/>
              <w:sz w:val="24"/>
              <w:szCs w:val="24"/>
              <w:lang w:val="en-GB" w:eastAsia="zh-CN"/>
              <w14:ligatures w14:val="standardContextual"/>
            </w:rPr>
          </w:pPr>
          <w:hyperlink w:anchor="_Toc235453750" w:history="1">
            <w:r w:rsidRPr="00A04E36">
              <w:rPr>
                <w:rStyle w:val="Hyperlink"/>
                <w:noProof/>
              </w:rPr>
              <w:t>Data Structure Design</w:t>
            </w:r>
            <w:r>
              <w:rPr>
                <w:noProof/>
                <w:webHidden/>
              </w:rPr>
              <w:tab/>
            </w:r>
            <w:r>
              <w:rPr>
                <w:noProof/>
                <w:webHidden/>
              </w:rPr>
              <w:fldChar w:fldCharType="begin"/>
            </w:r>
            <w:r>
              <w:rPr>
                <w:noProof/>
                <w:webHidden/>
              </w:rPr>
              <w:instrText xml:space="preserve"> PAGEREF _Toc235453750 \h </w:instrText>
            </w:r>
            <w:r>
              <w:rPr>
                <w:noProof/>
                <w:webHidden/>
              </w:rPr>
            </w:r>
            <w:r>
              <w:rPr>
                <w:noProof/>
                <w:webHidden/>
              </w:rPr>
              <w:fldChar w:fldCharType="separate"/>
            </w:r>
            <w:r>
              <w:rPr>
                <w:noProof/>
                <w:webHidden/>
              </w:rPr>
              <w:t>10</w:t>
            </w:r>
            <w:r>
              <w:rPr>
                <w:noProof/>
                <w:webHidden/>
              </w:rPr>
              <w:fldChar w:fldCharType="end"/>
            </w:r>
          </w:hyperlink>
        </w:p>
        <w:p w14:paraId="5EF2D6D0" w14:textId="4A2D1566" w:rsidR="00FB71DF" w:rsidRDefault="00FB71DF">
          <w:pPr>
            <w:pStyle w:val="TOC2"/>
            <w:tabs>
              <w:tab w:val="right" w:leader="dot" w:pos="8630"/>
            </w:tabs>
            <w:rPr>
              <w:noProof/>
              <w:kern w:val="2"/>
              <w:sz w:val="24"/>
              <w:szCs w:val="24"/>
              <w:lang w:val="en-GB" w:eastAsia="zh-CN"/>
              <w14:ligatures w14:val="standardContextual"/>
            </w:rPr>
          </w:pPr>
          <w:hyperlink w:anchor="_Toc235453751" w:history="1">
            <w:r w:rsidRPr="00A04E36">
              <w:rPr>
                <w:rStyle w:val="Hyperlink"/>
                <w:noProof/>
                <w:lang w:val="en-GB"/>
              </w:rPr>
              <w:t>Entities, attributes and datatype</w:t>
            </w:r>
            <w:r>
              <w:rPr>
                <w:noProof/>
                <w:webHidden/>
              </w:rPr>
              <w:tab/>
            </w:r>
            <w:r>
              <w:rPr>
                <w:noProof/>
                <w:webHidden/>
              </w:rPr>
              <w:fldChar w:fldCharType="begin"/>
            </w:r>
            <w:r>
              <w:rPr>
                <w:noProof/>
                <w:webHidden/>
              </w:rPr>
              <w:instrText xml:space="preserve"> PAGEREF _Toc235453751 \h </w:instrText>
            </w:r>
            <w:r>
              <w:rPr>
                <w:noProof/>
                <w:webHidden/>
              </w:rPr>
            </w:r>
            <w:r>
              <w:rPr>
                <w:noProof/>
                <w:webHidden/>
              </w:rPr>
              <w:fldChar w:fldCharType="separate"/>
            </w:r>
            <w:r>
              <w:rPr>
                <w:noProof/>
                <w:webHidden/>
              </w:rPr>
              <w:t>10</w:t>
            </w:r>
            <w:r>
              <w:rPr>
                <w:noProof/>
                <w:webHidden/>
              </w:rPr>
              <w:fldChar w:fldCharType="end"/>
            </w:r>
          </w:hyperlink>
        </w:p>
        <w:p w14:paraId="2527D456" w14:textId="540086DA" w:rsidR="00FB71DF" w:rsidRDefault="00FB71DF">
          <w:pPr>
            <w:pStyle w:val="TOC2"/>
            <w:tabs>
              <w:tab w:val="right" w:leader="dot" w:pos="8630"/>
            </w:tabs>
            <w:rPr>
              <w:noProof/>
              <w:kern w:val="2"/>
              <w:sz w:val="24"/>
              <w:szCs w:val="24"/>
              <w:lang w:val="en-GB" w:eastAsia="zh-CN"/>
              <w14:ligatures w14:val="standardContextual"/>
            </w:rPr>
          </w:pPr>
          <w:hyperlink w:anchor="_Toc235453752" w:history="1">
            <w:r w:rsidRPr="00A04E36">
              <w:rPr>
                <w:rStyle w:val="Hyperlink"/>
                <w:noProof/>
              </w:rPr>
              <w:t>Relationships and constraints</w:t>
            </w:r>
            <w:r>
              <w:rPr>
                <w:noProof/>
                <w:webHidden/>
              </w:rPr>
              <w:tab/>
            </w:r>
            <w:r>
              <w:rPr>
                <w:noProof/>
                <w:webHidden/>
              </w:rPr>
              <w:fldChar w:fldCharType="begin"/>
            </w:r>
            <w:r>
              <w:rPr>
                <w:noProof/>
                <w:webHidden/>
              </w:rPr>
              <w:instrText xml:space="preserve"> PAGEREF _Toc235453752 \h </w:instrText>
            </w:r>
            <w:r>
              <w:rPr>
                <w:noProof/>
                <w:webHidden/>
              </w:rPr>
            </w:r>
            <w:r>
              <w:rPr>
                <w:noProof/>
                <w:webHidden/>
              </w:rPr>
              <w:fldChar w:fldCharType="separate"/>
            </w:r>
            <w:r>
              <w:rPr>
                <w:noProof/>
                <w:webHidden/>
              </w:rPr>
              <w:t>14</w:t>
            </w:r>
            <w:r>
              <w:rPr>
                <w:noProof/>
                <w:webHidden/>
              </w:rPr>
              <w:fldChar w:fldCharType="end"/>
            </w:r>
          </w:hyperlink>
        </w:p>
        <w:p w14:paraId="0409BADE" w14:textId="0ECF04E2" w:rsidR="00FB71DF" w:rsidRDefault="00FB71DF">
          <w:pPr>
            <w:pStyle w:val="TOC1"/>
            <w:tabs>
              <w:tab w:val="right" w:leader="dot" w:pos="8630"/>
            </w:tabs>
            <w:rPr>
              <w:noProof/>
              <w:kern w:val="2"/>
              <w:sz w:val="24"/>
              <w:szCs w:val="24"/>
              <w:lang w:val="en-GB" w:eastAsia="zh-CN"/>
              <w14:ligatures w14:val="standardContextual"/>
            </w:rPr>
          </w:pPr>
          <w:hyperlink w:anchor="_Toc235453753" w:history="1">
            <w:r w:rsidRPr="00A04E36">
              <w:rPr>
                <w:rStyle w:val="Hyperlink"/>
                <w:noProof/>
              </w:rPr>
              <w:t>Normalization (Up to 3NF)</w:t>
            </w:r>
            <w:r>
              <w:rPr>
                <w:noProof/>
                <w:webHidden/>
              </w:rPr>
              <w:tab/>
            </w:r>
            <w:r>
              <w:rPr>
                <w:noProof/>
                <w:webHidden/>
              </w:rPr>
              <w:fldChar w:fldCharType="begin"/>
            </w:r>
            <w:r>
              <w:rPr>
                <w:noProof/>
                <w:webHidden/>
              </w:rPr>
              <w:instrText xml:space="preserve"> PAGEREF _Toc235453753 \h </w:instrText>
            </w:r>
            <w:r>
              <w:rPr>
                <w:noProof/>
                <w:webHidden/>
              </w:rPr>
            </w:r>
            <w:r>
              <w:rPr>
                <w:noProof/>
                <w:webHidden/>
              </w:rPr>
              <w:fldChar w:fldCharType="separate"/>
            </w:r>
            <w:r>
              <w:rPr>
                <w:noProof/>
                <w:webHidden/>
              </w:rPr>
              <w:t>14</w:t>
            </w:r>
            <w:r>
              <w:rPr>
                <w:noProof/>
                <w:webHidden/>
              </w:rPr>
              <w:fldChar w:fldCharType="end"/>
            </w:r>
          </w:hyperlink>
        </w:p>
        <w:p w14:paraId="04527F0A" w14:textId="57DDE741" w:rsidR="00FB71DF" w:rsidRDefault="00FB71DF">
          <w:pPr>
            <w:pStyle w:val="TOC2"/>
            <w:tabs>
              <w:tab w:val="right" w:leader="dot" w:pos="8630"/>
            </w:tabs>
            <w:rPr>
              <w:noProof/>
              <w:kern w:val="2"/>
              <w:sz w:val="24"/>
              <w:szCs w:val="24"/>
              <w:lang w:val="en-GB" w:eastAsia="zh-CN"/>
              <w14:ligatures w14:val="standardContextual"/>
            </w:rPr>
          </w:pPr>
          <w:hyperlink w:anchor="_Toc235453754" w:history="1">
            <w:r w:rsidRPr="00A04E36">
              <w:rPr>
                <w:rStyle w:val="Hyperlink"/>
                <w:noProof/>
              </w:rPr>
              <w:t>First Normal Form (1NF)</w:t>
            </w:r>
            <w:r>
              <w:rPr>
                <w:noProof/>
                <w:webHidden/>
              </w:rPr>
              <w:tab/>
            </w:r>
            <w:r>
              <w:rPr>
                <w:noProof/>
                <w:webHidden/>
              </w:rPr>
              <w:fldChar w:fldCharType="begin"/>
            </w:r>
            <w:r>
              <w:rPr>
                <w:noProof/>
                <w:webHidden/>
              </w:rPr>
              <w:instrText xml:space="preserve"> PAGEREF _Toc235453754 \h </w:instrText>
            </w:r>
            <w:r>
              <w:rPr>
                <w:noProof/>
                <w:webHidden/>
              </w:rPr>
            </w:r>
            <w:r>
              <w:rPr>
                <w:noProof/>
                <w:webHidden/>
              </w:rPr>
              <w:fldChar w:fldCharType="separate"/>
            </w:r>
            <w:r>
              <w:rPr>
                <w:noProof/>
                <w:webHidden/>
              </w:rPr>
              <w:t>15</w:t>
            </w:r>
            <w:r>
              <w:rPr>
                <w:noProof/>
                <w:webHidden/>
              </w:rPr>
              <w:fldChar w:fldCharType="end"/>
            </w:r>
          </w:hyperlink>
        </w:p>
        <w:p w14:paraId="6BE0526F" w14:textId="789635E2" w:rsidR="00FB71DF" w:rsidRDefault="00FB71DF">
          <w:pPr>
            <w:pStyle w:val="TOC2"/>
            <w:tabs>
              <w:tab w:val="right" w:leader="dot" w:pos="8630"/>
            </w:tabs>
            <w:rPr>
              <w:noProof/>
              <w:kern w:val="2"/>
              <w:sz w:val="24"/>
              <w:szCs w:val="24"/>
              <w:lang w:val="en-GB" w:eastAsia="zh-CN"/>
              <w14:ligatures w14:val="standardContextual"/>
            </w:rPr>
          </w:pPr>
          <w:hyperlink w:anchor="_Toc235453755" w:history="1">
            <w:r w:rsidRPr="00A04E36">
              <w:rPr>
                <w:rStyle w:val="Hyperlink"/>
                <w:noProof/>
              </w:rPr>
              <w:t>Second Normal Form (2NF)</w:t>
            </w:r>
            <w:r>
              <w:rPr>
                <w:noProof/>
                <w:webHidden/>
              </w:rPr>
              <w:tab/>
            </w:r>
            <w:r>
              <w:rPr>
                <w:noProof/>
                <w:webHidden/>
              </w:rPr>
              <w:fldChar w:fldCharType="begin"/>
            </w:r>
            <w:r>
              <w:rPr>
                <w:noProof/>
                <w:webHidden/>
              </w:rPr>
              <w:instrText xml:space="preserve"> PAGEREF _Toc235453755 \h </w:instrText>
            </w:r>
            <w:r>
              <w:rPr>
                <w:noProof/>
                <w:webHidden/>
              </w:rPr>
            </w:r>
            <w:r>
              <w:rPr>
                <w:noProof/>
                <w:webHidden/>
              </w:rPr>
              <w:fldChar w:fldCharType="separate"/>
            </w:r>
            <w:r>
              <w:rPr>
                <w:noProof/>
                <w:webHidden/>
              </w:rPr>
              <w:t>17</w:t>
            </w:r>
            <w:r>
              <w:rPr>
                <w:noProof/>
                <w:webHidden/>
              </w:rPr>
              <w:fldChar w:fldCharType="end"/>
            </w:r>
          </w:hyperlink>
        </w:p>
        <w:p w14:paraId="17C7682F" w14:textId="0ED03D54" w:rsidR="00FB71DF" w:rsidRDefault="00FB71DF">
          <w:pPr>
            <w:pStyle w:val="TOC2"/>
            <w:tabs>
              <w:tab w:val="right" w:leader="dot" w:pos="8630"/>
            </w:tabs>
            <w:rPr>
              <w:noProof/>
              <w:kern w:val="2"/>
              <w:sz w:val="24"/>
              <w:szCs w:val="24"/>
              <w:lang w:val="en-GB" w:eastAsia="zh-CN"/>
              <w14:ligatures w14:val="standardContextual"/>
            </w:rPr>
          </w:pPr>
          <w:hyperlink w:anchor="_Toc235453756" w:history="1">
            <w:r w:rsidRPr="00A04E36">
              <w:rPr>
                <w:rStyle w:val="Hyperlink"/>
                <w:noProof/>
              </w:rPr>
              <w:t>Third Normal Form (3NF)</w:t>
            </w:r>
            <w:r>
              <w:rPr>
                <w:noProof/>
                <w:webHidden/>
              </w:rPr>
              <w:tab/>
            </w:r>
            <w:r>
              <w:rPr>
                <w:noProof/>
                <w:webHidden/>
              </w:rPr>
              <w:fldChar w:fldCharType="begin"/>
            </w:r>
            <w:r>
              <w:rPr>
                <w:noProof/>
                <w:webHidden/>
              </w:rPr>
              <w:instrText xml:space="preserve"> PAGEREF _Toc235453756 \h </w:instrText>
            </w:r>
            <w:r>
              <w:rPr>
                <w:noProof/>
                <w:webHidden/>
              </w:rPr>
            </w:r>
            <w:r>
              <w:rPr>
                <w:noProof/>
                <w:webHidden/>
              </w:rPr>
              <w:fldChar w:fldCharType="separate"/>
            </w:r>
            <w:r>
              <w:rPr>
                <w:noProof/>
                <w:webHidden/>
              </w:rPr>
              <w:t>20</w:t>
            </w:r>
            <w:r>
              <w:rPr>
                <w:noProof/>
                <w:webHidden/>
              </w:rPr>
              <w:fldChar w:fldCharType="end"/>
            </w:r>
          </w:hyperlink>
        </w:p>
        <w:p w14:paraId="57F4904A" w14:textId="142BFE2F" w:rsidR="00FB71DF" w:rsidRDefault="00FB71DF">
          <w:pPr>
            <w:pStyle w:val="TOC1"/>
            <w:tabs>
              <w:tab w:val="right" w:leader="dot" w:pos="8630"/>
            </w:tabs>
            <w:rPr>
              <w:noProof/>
              <w:kern w:val="2"/>
              <w:sz w:val="24"/>
              <w:szCs w:val="24"/>
              <w:lang w:val="en-GB" w:eastAsia="zh-CN"/>
              <w14:ligatures w14:val="standardContextual"/>
            </w:rPr>
          </w:pPr>
          <w:hyperlink w:anchor="_Toc235453757" w:history="1">
            <w:r w:rsidRPr="00A04E36">
              <w:rPr>
                <w:rStyle w:val="Hyperlink"/>
                <w:noProof/>
              </w:rPr>
              <w:t>Sample Data</w:t>
            </w:r>
            <w:r>
              <w:rPr>
                <w:noProof/>
                <w:webHidden/>
              </w:rPr>
              <w:tab/>
            </w:r>
            <w:r>
              <w:rPr>
                <w:noProof/>
                <w:webHidden/>
              </w:rPr>
              <w:fldChar w:fldCharType="begin"/>
            </w:r>
            <w:r>
              <w:rPr>
                <w:noProof/>
                <w:webHidden/>
              </w:rPr>
              <w:instrText xml:space="preserve"> PAGEREF _Toc235453757 \h </w:instrText>
            </w:r>
            <w:r>
              <w:rPr>
                <w:noProof/>
                <w:webHidden/>
              </w:rPr>
            </w:r>
            <w:r>
              <w:rPr>
                <w:noProof/>
                <w:webHidden/>
              </w:rPr>
              <w:fldChar w:fldCharType="separate"/>
            </w:r>
            <w:r>
              <w:rPr>
                <w:noProof/>
                <w:webHidden/>
              </w:rPr>
              <w:t>20</w:t>
            </w:r>
            <w:r>
              <w:rPr>
                <w:noProof/>
                <w:webHidden/>
              </w:rPr>
              <w:fldChar w:fldCharType="end"/>
            </w:r>
          </w:hyperlink>
        </w:p>
        <w:p w14:paraId="5C505015" w14:textId="3358BDF9" w:rsidR="00FB71DF" w:rsidRDefault="00FB71DF">
          <w:pPr>
            <w:pStyle w:val="TOC1"/>
            <w:tabs>
              <w:tab w:val="right" w:leader="dot" w:pos="8630"/>
            </w:tabs>
            <w:rPr>
              <w:noProof/>
              <w:kern w:val="2"/>
              <w:sz w:val="24"/>
              <w:szCs w:val="24"/>
              <w:lang w:val="en-GB" w:eastAsia="zh-CN"/>
              <w14:ligatures w14:val="standardContextual"/>
            </w:rPr>
          </w:pPr>
          <w:hyperlink w:anchor="_Toc235453758" w:history="1">
            <w:r w:rsidRPr="00A04E36">
              <w:rPr>
                <w:rStyle w:val="Hyperlink"/>
                <w:noProof/>
              </w:rPr>
              <w:t>Queries</w:t>
            </w:r>
            <w:r>
              <w:rPr>
                <w:noProof/>
                <w:webHidden/>
              </w:rPr>
              <w:tab/>
            </w:r>
            <w:r>
              <w:rPr>
                <w:noProof/>
                <w:webHidden/>
              </w:rPr>
              <w:fldChar w:fldCharType="begin"/>
            </w:r>
            <w:r>
              <w:rPr>
                <w:noProof/>
                <w:webHidden/>
              </w:rPr>
              <w:instrText xml:space="preserve"> PAGEREF _Toc235453758 \h </w:instrText>
            </w:r>
            <w:r>
              <w:rPr>
                <w:noProof/>
                <w:webHidden/>
              </w:rPr>
            </w:r>
            <w:r>
              <w:rPr>
                <w:noProof/>
                <w:webHidden/>
              </w:rPr>
              <w:fldChar w:fldCharType="separate"/>
            </w:r>
            <w:r>
              <w:rPr>
                <w:noProof/>
                <w:webHidden/>
              </w:rPr>
              <w:t>23</w:t>
            </w:r>
            <w:r>
              <w:rPr>
                <w:noProof/>
                <w:webHidden/>
              </w:rPr>
              <w:fldChar w:fldCharType="end"/>
            </w:r>
          </w:hyperlink>
        </w:p>
        <w:p w14:paraId="101D105F" w14:textId="4355F837" w:rsidR="00FB71DF" w:rsidRDefault="00FB71DF">
          <w:pPr>
            <w:pStyle w:val="TOC1"/>
            <w:tabs>
              <w:tab w:val="right" w:leader="dot" w:pos="8630"/>
            </w:tabs>
            <w:rPr>
              <w:noProof/>
              <w:kern w:val="2"/>
              <w:sz w:val="24"/>
              <w:szCs w:val="24"/>
              <w:lang w:val="en-GB" w:eastAsia="zh-CN"/>
              <w14:ligatures w14:val="standardContextual"/>
            </w:rPr>
          </w:pPr>
          <w:hyperlink w:anchor="_Toc235453759" w:history="1">
            <w:r w:rsidRPr="00A04E36">
              <w:rPr>
                <w:rStyle w:val="Hyperlink"/>
                <w:noProof/>
              </w:rPr>
              <w:t>Forms and Reports</w:t>
            </w:r>
            <w:r>
              <w:rPr>
                <w:noProof/>
                <w:webHidden/>
              </w:rPr>
              <w:tab/>
            </w:r>
            <w:r>
              <w:rPr>
                <w:noProof/>
                <w:webHidden/>
              </w:rPr>
              <w:fldChar w:fldCharType="begin"/>
            </w:r>
            <w:r>
              <w:rPr>
                <w:noProof/>
                <w:webHidden/>
              </w:rPr>
              <w:instrText xml:space="preserve"> PAGEREF _Toc235453759 \h </w:instrText>
            </w:r>
            <w:r>
              <w:rPr>
                <w:noProof/>
                <w:webHidden/>
              </w:rPr>
            </w:r>
            <w:r>
              <w:rPr>
                <w:noProof/>
                <w:webHidden/>
              </w:rPr>
              <w:fldChar w:fldCharType="separate"/>
            </w:r>
            <w:r>
              <w:rPr>
                <w:noProof/>
                <w:webHidden/>
              </w:rPr>
              <w:t>25</w:t>
            </w:r>
            <w:r>
              <w:rPr>
                <w:noProof/>
                <w:webHidden/>
              </w:rPr>
              <w:fldChar w:fldCharType="end"/>
            </w:r>
          </w:hyperlink>
        </w:p>
        <w:p w14:paraId="4609BEB7" w14:textId="72F6D007" w:rsidR="00FB71DF" w:rsidRDefault="00FB71DF">
          <w:pPr>
            <w:pStyle w:val="TOC2"/>
            <w:tabs>
              <w:tab w:val="right" w:leader="dot" w:pos="8630"/>
            </w:tabs>
            <w:rPr>
              <w:noProof/>
              <w:kern w:val="2"/>
              <w:sz w:val="24"/>
              <w:szCs w:val="24"/>
              <w:lang w:val="en-GB" w:eastAsia="zh-CN"/>
              <w14:ligatures w14:val="standardContextual"/>
            </w:rPr>
          </w:pPr>
          <w:hyperlink w:anchor="_Toc235453760" w:history="1">
            <w:r w:rsidRPr="00A04E36">
              <w:rPr>
                <w:rStyle w:val="Hyperlink"/>
                <w:noProof/>
              </w:rPr>
              <w:t>Forms</w:t>
            </w:r>
            <w:r>
              <w:rPr>
                <w:noProof/>
                <w:webHidden/>
              </w:rPr>
              <w:tab/>
            </w:r>
            <w:r>
              <w:rPr>
                <w:noProof/>
                <w:webHidden/>
              </w:rPr>
              <w:fldChar w:fldCharType="begin"/>
            </w:r>
            <w:r>
              <w:rPr>
                <w:noProof/>
                <w:webHidden/>
              </w:rPr>
              <w:instrText xml:space="preserve"> PAGEREF _Toc235453760 \h </w:instrText>
            </w:r>
            <w:r>
              <w:rPr>
                <w:noProof/>
                <w:webHidden/>
              </w:rPr>
            </w:r>
            <w:r>
              <w:rPr>
                <w:noProof/>
                <w:webHidden/>
              </w:rPr>
              <w:fldChar w:fldCharType="separate"/>
            </w:r>
            <w:r>
              <w:rPr>
                <w:noProof/>
                <w:webHidden/>
              </w:rPr>
              <w:t>25</w:t>
            </w:r>
            <w:r>
              <w:rPr>
                <w:noProof/>
                <w:webHidden/>
              </w:rPr>
              <w:fldChar w:fldCharType="end"/>
            </w:r>
          </w:hyperlink>
        </w:p>
        <w:p w14:paraId="7EE640C7" w14:textId="2C0F8F0E" w:rsidR="00FB71DF" w:rsidRDefault="00FB71DF">
          <w:pPr>
            <w:pStyle w:val="TOC2"/>
            <w:tabs>
              <w:tab w:val="right" w:leader="dot" w:pos="8630"/>
            </w:tabs>
            <w:rPr>
              <w:noProof/>
              <w:kern w:val="2"/>
              <w:sz w:val="24"/>
              <w:szCs w:val="24"/>
              <w:lang w:val="en-GB" w:eastAsia="zh-CN"/>
              <w14:ligatures w14:val="standardContextual"/>
            </w:rPr>
          </w:pPr>
          <w:hyperlink w:anchor="_Toc235453761" w:history="1">
            <w:r w:rsidRPr="00A04E36">
              <w:rPr>
                <w:rStyle w:val="Hyperlink"/>
                <w:noProof/>
              </w:rPr>
              <w:t>Reports</w:t>
            </w:r>
            <w:r>
              <w:rPr>
                <w:noProof/>
                <w:webHidden/>
              </w:rPr>
              <w:tab/>
            </w:r>
            <w:r>
              <w:rPr>
                <w:noProof/>
                <w:webHidden/>
              </w:rPr>
              <w:fldChar w:fldCharType="begin"/>
            </w:r>
            <w:r>
              <w:rPr>
                <w:noProof/>
                <w:webHidden/>
              </w:rPr>
              <w:instrText xml:space="preserve"> PAGEREF _Toc235453761 \h </w:instrText>
            </w:r>
            <w:r>
              <w:rPr>
                <w:noProof/>
                <w:webHidden/>
              </w:rPr>
            </w:r>
            <w:r>
              <w:rPr>
                <w:noProof/>
                <w:webHidden/>
              </w:rPr>
              <w:fldChar w:fldCharType="separate"/>
            </w:r>
            <w:r>
              <w:rPr>
                <w:noProof/>
                <w:webHidden/>
              </w:rPr>
              <w:t>26</w:t>
            </w:r>
            <w:r>
              <w:rPr>
                <w:noProof/>
                <w:webHidden/>
              </w:rPr>
              <w:fldChar w:fldCharType="end"/>
            </w:r>
          </w:hyperlink>
        </w:p>
        <w:p w14:paraId="62500B60" w14:textId="6B3B0A74" w:rsidR="00FB71DF" w:rsidRDefault="00FB71DF">
          <w:pPr>
            <w:pStyle w:val="TOC1"/>
            <w:tabs>
              <w:tab w:val="right" w:leader="dot" w:pos="8630"/>
            </w:tabs>
            <w:rPr>
              <w:noProof/>
              <w:kern w:val="2"/>
              <w:sz w:val="24"/>
              <w:szCs w:val="24"/>
              <w:lang w:val="en-GB" w:eastAsia="zh-CN"/>
              <w14:ligatures w14:val="standardContextual"/>
            </w:rPr>
          </w:pPr>
          <w:hyperlink w:anchor="_Toc235453762" w:history="1">
            <w:r w:rsidRPr="00A04E36">
              <w:rPr>
                <w:rStyle w:val="Hyperlink"/>
                <w:noProof/>
              </w:rPr>
              <w:t>Validation and Testing</w:t>
            </w:r>
            <w:r>
              <w:rPr>
                <w:noProof/>
                <w:webHidden/>
              </w:rPr>
              <w:tab/>
            </w:r>
            <w:r>
              <w:rPr>
                <w:noProof/>
                <w:webHidden/>
              </w:rPr>
              <w:fldChar w:fldCharType="begin"/>
            </w:r>
            <w:r>
              <w:rPr>
                <w:noProof/>
                <w:webHidden/>
              </w:rPr>
              <w:instrText xml:space="preserve"> PAGEREF _Toc235453762 \h </w:instrText>
            </w:r>
            <w:r>
              <w:rPr>
                <w:noProof/>
                <w:webHidden/>
              </w:rPr>
            </w:r>
            <w:r>
              <w:rPr>
                <w:noProof/>
                <w:webHidden/>
              </w:rPr>
              <w:fldChar w:fldCharType="separate"/>
            </w:r>
            <w:r>
              <w:rPr>
                <w:noProof/>
                <w:webHidden/>
              </w:rPr>
              <w:t>27</w:t>
            </w:r>
            <w:r>
              <w:rPr>
                <w:noProof/>
                <w:webHidden/>
              </w:rPr>
              <w:fldChar w:fldCharType="end"/>
            </w:r>
          </w:hyperlink>
        </w:p>
        <w:p w14:paraId="33D15018" w14:textId="32531969" w:rsidR="00FB71DF" w:rsidRDefault="00FB71DF">
          <w:pPr>
            <w:pStyle w:val="TOC1"/>
            <w:tabs>
              <w:tab w:val="right" w:leader="dot" w:pos="8630"/>
            </w:tabs>
            <w:rPr>
              <w:noProof/>
              <w:kern w:val="2"/>
              <w:sz w:val="24"/>
              <w:szCs w:val="24"/>
              <w:lang w:val="en-GB" w:eastAsia="zh-CN"/>
              <w14:ligatures w14:val="standardContextual"/>
            </w:rPr>
          </w:pPr>
          <w:hyperlink w:anchor="_Toc235453763" w:history="1">
            <w:r w:rsidRPr="00A04E36">
              <w:rPr>
                <w:rStyle w:val="Hyperlink"/>
                <w:noProof/>
              </w:rPr>
              <w:t>Reflection</w:t>
            </w:r>
            <w:r>
              <w:rPr>
                <w:noProof/>
                <w:webHidden/>
              </w:rPr>
              <w:tab/>
            </w:r>
            <w:r>
              <w:rPr>
                <w:noProof/>
                <w:webHidden/>
              </w:rPr>
              <w:fldChar w:fldCharType="begin"/>
            </w:r>
            <w:r>
              <w:rPr>
                <w:noProof/>
                <w:webHidden/>
              </w:rPr>
              <w:instrText xml:space="preserve"> PAGEREF _Toc235453763 \h </w:instrText>
            </w:r>
            <w:r>
              <w:rPr>
                <w:noProof/>
                <w:webHidden/>
              </w:rPr>
            </w:r>
            <w:r>
              <w:rPr>
                <w:noProof/>
                <w:webHidden/>
              </w:rPr>
              <w:fldChar w:fldCharType="separate"/>
            </w:r>
            <w:r>
              <w:rPr>
                <w:noProof/>
                <w:webHidden/>
              </w:rPr>
              <w:t>27</w:t>
            </w:r>
            <w:r>
              <w:rPr>
                <w:noProof/>
                <w:webHidden/>
              </w:rPr>
              <w:fldChar w:fldCharType="end"/>
            </w:r>
          </w:hyperlink>
        </w:p>
        <w:p w14:paraId="7FFA89F9" w14:textId="355B033F" w:rsidR="00FB71DF" w:rsidRDefault="00FB71DF">
          <w:pPr>
            <w:pStyle w:val="TOC1"/>
            <w:tabs>
              <w:tab w:val="right" w:leader="dot" w:pos="8630"/>
            </w:tabs>
            <w:rPr>
              <w:noProof/>
              <w:kern w:val="2"/>
              <w:sz w:val="24"/>
              <w:szCs w:val="24"/>
              <w:lang w:val="en-GB" w:eastAsia="zh-CN"/>
              <w14:ligatures w14:val="standardContextual"/>
            </w:rPr>
          </w:pPr>
          <w:hyperlink w:anchor="_Toc235453764" w:history="1">
            <w:r w:rsidRPr="00A04E36">
              <w:rPr>
                <w:rStyle w:val="Hyperlink"/>
                <w:noProof/>
              </w:rPr>
              <w:t>13. Conclusion</w:t>
            </w:r>
            <w:r>
              <w:rPr>
                <w:noProof/>
                <w:webHidden/>
              </w:rPr>
              <w:tab/>
            </w:r>
            <w:r>
              <w:rPr>
                <w:noProof/>
                <w:webHidden/>
              </w:rPr>
              <w:fldChar w:fldCharType="begin"/>
            </w:r>
            <w:r>
              <w:rPr>
                <w:noProof/>
                <w:webHidden/>
              </w:rPr>
              <w:instrText xml:space="preserve"> PAGEREF _Toc235453764 \h </w:instrText>
            </w:r>
            <w:r>
              <w:rPr>
                <w:noProof/>
                <w:webHidden/>
              </w:rPr>
            </w:r>
            <w:r>
              <w:rPr>
                <w:noProof/>
                <w:webHidden/>
              </w:rPr>
              <w:fldChar w:fldCharType="separate"/>
            </w:r>
            <w:r>
              <w:rPr>
                <w:noProof/>
                <w:webHidden/>
              </w:rPr>
              <w:t>28</w:t>
            </w:r>
            <w:r>
              <w:rPr>
                <w:noProof/>
                <w:webHidden/>
              </w:rPr>
              <w:fldChar w:fldCharType="end"/>
            </w:r>
          </w:hyperlink>
        </w:p>
        <w:p w14:paraId="498C0CD1" w14:textId="13CA4FAB" w:rsidR="00FB71DF" w:rsidRDefault="00FB71DF">
          <w:pPr>
            <w:pStyle w:val="TOC1"/>
            <w:tabs>
              <w:tab w:val="right" w:leader="dot" w:pos="8630"/>
            </w:tabs>
            <w:rPr>
              <w:noProof/>
              <w:kern w:val="2"/>
              <w:sz w:val="24"/>
              <w:szCs w:val="24"/>
              <w:lang w:val="en-GB" w:eastAsia="zh-CN"/>
              <w14:ligatures w14:val="standardContextual"/>
            </w:rPr>
          </w:pPr>
          <w:hyperlink w:anchor="_Toc235453765" w:history="1">
            <w:r w:rsidRPr="00A04E36">
              <w:rPr>
                <w:rStyle w:val="Hyperlink"/>
                <w:noProof/>
              </w:rPr>
              <w:t>14. References</w:t>
            </w:r>
            <w:r>
              <w:rPr>
                <w:noProof/>
                <w:webHidden/>
              </w:rPr>
              <w:tab/>
            </w:r>
            <w:r>
              <w:rPr>
                <w:noProof/>
                <w:webHidden/>
              </w:rPr>
              <w:fldChar w:fldCharType="begin"/>
            </w:r>
            <w:r>
              <w:rPr>
                <w:noProof/>
                <w:webHidden/>
              </w:rPr>
              <w:instrText xml:space="preserve"> PAGEREF _Toc235453765 \h </w:instrText>
            </w:r>
            <w:r>
              <w:rPr>
                <w:noProof/>
                <w:webHidden/>
              </w:rPr>
            </w:r>
            <w:r>
              <w:rPr>
                <w:noProof/>
                <w:webHidden/>
              </w:rPr>
              <w:fldChar w:fldCharType="separate"/>
            </w:r>
            <w:r>
              <w:rPr>
                <w:noProof/>
                <w:webHidden/>
              </w:rPr>
              <w:t>28</w:t>
            </w:r>
            <w:r>
              <w:rPr>
                <w:noProof/>
                <w:webHidden/>
              </w:rPr>
              <w:fldChar w:fldCharType="end"/>
            </w:r>
          </w:hyperlink>
        </w:p>
        <w:p w14:paraId="18236BF0" w14:textId="1CD49567" w:rsidR="00D11367" w:rsidRDefault="00D11367">
          <w:r>
            <w:rPr>
              <w:b/>
              <w:bCs/>
              <w:noProof/>
            </w:rPr>
            <w:fldChar w:fldCharType="end"/>
          </w:r>
        </w:p>
      </w:sdtContent>
    </w:sdt>
    <w:p w14:paraId="7366B62F" w14:textId="77777777" w:rsidR="009154DB" w:rsidRDefault="009154DB"/>
    <w:p w14:paraId="4D8F3037" w14:textId="77777777" w:rsidR="003A14A6" w:rsidRDefault="003A14A6">
      <w:r>
        <w:br w:type="page"/>
      </w:r>
    </w:p>
    <w:p w14:paraId="2498E1B6" w14:textId="72DC479F" w:rsidR="00F04D68" w:rsidRDefault="00D74D74" w:rsidP="003A14A6">
      <w:pPr>
        <w:pStyle w:val="Heading1"/>
      </w:pPr>
      <w:bookmarkStart w:id="1" w:name="_Toc235453744"/>
      <w:r>
        <w:lastRenderedPageBreak/>
        <w:t>Introduction</w:t>
      </w:r>
      <w:bookmarkEnd w:id="1"/>
    </w:p>
    <w:p w14:paraId="47323333" w14:textId="0C289D92" w:rsidR="00E83AE0" w:rsidRPr="00665B74" w:rsidRDefault="00D74D74" w:rsidP="00F04D68">
      <w:pPr>
        <w:jc w:val="both"/>
        <w:rPr>
          <w:rFonts w:ascii="Arial" w:hAnsi="Arial" w:cs="Arial"/>
          <w:sz w:val="24"/>
          <w:szCs w:val="24"/>
        </w:rPr>
      </w:pPr>
      <w:r>
        <w:br/>
      </w:r>
      <w:r w:rsidR="00ED281F" w:rsidRPr="00665B74">
        <w:rPr>
          <w:rFonts w:ascii="Arial" w:hAnsi="Arial" w:cs="Arial"/>
          <w:sz w:val="24"/>
          <w:szCs w:val="24"/>
        </w:rPr>
        <w:t xml:space="preserve">The proposal of this assignment is to build a database to storage </w:t>
      </w:r>
      <w:r w:rsidR="00B872F4" w:rsidRPr="00665B74">
        <w:rPr>
          <w:rFonts w:ascii="Arial" w:hAnsi="Arial" w:cs="Arial"/>
          <w:sz w:val="24"/>
          <w:szCs w:val="24"/>
        </w:rPr>
        <w:t>information</w:t>
      </w:r>
      <w:r w:rsidR="00ED281F" w:rsidRPr="00665B74">
        <w:rPr>
          <w:rFonts w:ascii="Arial" w:hAnsi="Arial" w:cs="Arial"/>
          <w:sz w:val="24"/>
          <w:szCs w:val="24"/>
        </w:rPr>
        <w:t xml:space="preserve"> for </w:t>
      </w:r>
      <w:r w:rsidR="00665B74">
        <w:rPr>
          <w:rFonts w:ascii="Arial" w:hAnsi="Arial" w:cs="Arial"/>
          <w:sz w:val="24"/>
          <w:szCs w:val="24"/>
        </w:rPr>
        <w:t xml:space="preserve">car </w:t>
      </w:r>
      <w:r w:rsidR="001136BB" w:rsidRPr="00665B74">
        <w:rPr>
          <w:rFonts w:ascii="Arial" w:hAnsi="Arial" w:cs="Arial"/>
          <w:sz w:val="24"/>
          <w:szCs w:val="24"/>
        </w:rPr>
        <w:t>p</w:t>
      </w:r>
      <w:r w:rsidR="00ED281F" w:rsidRPr="00665B74">
        <w:rPr>
          <w:rFonts w:ascii="Arial" w:hAnsi="Arial" w:cs="Arial"/>
          <w:sz w:val="24"/>
          <w:szCs w:val="24"/>
        </w:rPr>
        <w:t xml:space="preserve">arking </w:t>
      </w:r>
      <w:r w:rsidR="00665B74" w:rsidRPr="00665B74">
        <w:rPr>
          <w:rFonts w:ascii="Arial" w:hAnsi="Arial" w:cs="Arial"/>
          <w:sz w:val="24"/>
          <w:szCs w:val="24"/>
        </w:rPr>
        <w:t>applications</w:t>
      </w:r>
      <w:r w:rsidR="0011584A" w:rsidRPr="00665B74">
        <w:rPr>
          <w:rFonts w:ascii="Arial" w:hAnsi="Arial" w:cs="Arial"/>
          <w:sz w:val="24"/>
          <w:szCs w:val="24"/>
        </w:rPr>
        <w:t xml:space="preserve">. For this task we </w:t>
      </w:r>
      <w:r w:rsidR="00E83AE0" w:rsidRPr="00665B74">
        <w:rPr>
          <w:rFonts w:ascii="Arial" w:hAnsi="Arial" w:cs="Arial"/>
          <w:sz w:val="24"/>
          <w:szCs w:val="24"/>
        </w:rPr>
        <w:t>have received</w:t>
      </w:r>
      <w:r w:rsidR="0011584A" w:rsidRPr="00665B74">
        <w:rPr>
          <w:rFonts w:ascii="Arial" w:hAnsi="Arial" w:cs="Arial"/>
          <w:sz w:val="24"/>
          <w:szCs w:val="24"/>
        </w:rPr>
        <w:t xml:space="preserve"> some </w:t>
      </w:r>
      <w:r w:rsidR="00A27B97" w:rsidRPr="00665B74">
        <w:rPr>
          <w:rFonts w:ascii="Arial" w:hAnsi="Arial" w:cs="Arial"/>
          <w:sz w:val="24"/>
          <w:szCs w:val="24"/>
        </w:rPr>
        <w:t>requests</w:t>
      </w:r>
      <w:r w:rsidR="0011584A" w:rsidRPr="00665B74">
        <w:rPr>
          <w:rFonts w:ascii="Arial" w:hAnsi="Arial" w:cs="Arial"/>
          <w:sz w:val="24"/>
          <w:szCs w:val="24"/>
        </w:rPr>
        <w:t xml:space="preserve"> about what the customer </w:t>
      </w:r>
      <w:r w:rsidR="00A27B97" w:rsidRPr="00665B74">
        <w:rPr>
          <w:rFonts w:ascii="Arial" w:hAnsi="Arial" w:cs="Arial"/>
          <w:sz w:val="24"/>
          <w:szCs w:val="24"/>
        </w:rPr>
        <w:t xml:space="preserve">needs </w:t>
      </w:r>
      <w:r w:rsidR="0011584A" w:rsidRPr="00665B74">
        <w:rPr>
          <w:rFonts w:ascii="Arial" w:hAnsi="Arial" w:cs="Arial"/>
          <w:sz w:val="24"/>
          <w:szCs w:val="24"/>
        </w:rPr>
        <w:t xml:space="preserve">and </w:t>
      </w:r>
      <w:r w:rsidR="00E83AE0" w:rsidRPr="00665B74">
        <w:rPr>
          <w:rFonts w:ascii="Arial" w:hAnsi="Arial" w:cs="Arial"/>
          <w:sz w:val="24"/>
          <w:szCs w:val="24"/>
        </w:rPr>
        <w:t xml:space="preserve">we will create </w:t>
      </w:r>
      <w:r w:rsidR="00665B74" w:rsidRPr="00665B74">
        <w:rPr>
          <w:rFonts w:ascii="Arial" w:hAnsi="Arial" w:cs="Arial"/>
          <w:sz w:val="24"/>
          <w:szCs w:val="24"/>
        </w:rPr>
        <w:t>tables</w:t>
      </w:r>
      <w:r w:rsidR="00665B74">
        <w:rPr>
          <w:rFonts w:ascii="Arial" w:hAnsi="Arial" w:cs="Arial"/>
          <w:sz w:val="24"/>
          <w:szCs w:val="24"/>
        </w:rPr>
        <w:t xml:space="preserve">, </w:t>
      </w:r>
      <w:r w:rsidR="000646C5" w:rsidRPr="00665B74">
        <w:rPr>
          <w:rFonts w:ascii="Arial" w:hAnsi="Arial" w:cs="Arial"/>
          <w:sz w:val="24"/>
          <w:szCs w:val="24"/>
        </w:rPr>
        <w:t xml:space="preserve">attributes </w:t>
      </w:r>
      <w:r w:rsidR="00665B74">
        <w:rPr>
          <w:rFonts w:ascii="Arial" w:hAnsi="Arial" w:cs="Arial"/>
          <w:sz w:val="24"/>
          <w:szCs w:val="24"/>
        </w:rPr>
        <w:t>and</w:t>
      </w:r>
      <w:r w:rsidR="00436565" w:rsidRPr="00665B74">
        <w:rPr>
          <w:rFonts w:ascii="Arial" w:hAnsi="Arial" w:cs="Arial"/>
          <w:sz w:val="24"/>
          <w:szCs w:val="24"/>
        </w:rPr>
        <w:t xml:space="preserve"> </w:t>
      </w:r>
      <w:r w:rsidR="00665B74" w:rsidRPr="00665B74">
        <w:rPr>
          <w:rFonts w:ascii="Arial" w:hAnsi="Arial" w:cs="Arial"/>
          <w:sz w:val="24"/>
          <w:szCs w:val="24"/>
        </w:rPr>
        <w:t>relationships</w:t>
      </w:r>
      <w:r w:rsidR="00436565" w:rsidRPr="00665B74">
        <w:rPr>
          <w:rFonts w:ascii="Arial" w:hAnsi="Arial" w:cs="Arial"/>
          <w:sz w:val="24"/>
          <w:szCs w:val="24"/>
        </w:rPr>
        <w:t xml:space="preserve"> </w:t>
      </w:r>
      <w:r w:rsidR="000646C5" w:rsidRPr="00665B74">
        <w:rPr>
          <w:rFonts w:ascii="Arial" w:hAnsi="Arial" w:cs="Arial"/>
          <w:sz w:val="24"/>
          <w:szCs w:val="24"/>
        </w:rPr>
        <w:t>for applications.</w:t>
      </w:r>
      <w:r w:rsidR="001136BB" w:rsidRPr="00665B74">
        <w:rPr>
          <w:rFonts w:ascii="Arial" w:hAnsi="Arial" w:cs="Arial"/>
          <w:sz w:val="24"/>
          <w:szCs w:val="24"/>
        </w:rPr>
        <w:t xml:space="preserve"> We are going to</w:t>
      </w:r>
      <w:r w:rsidR="00EE2DE1" w:rsidRPr="00665B74">
        <w:rPr>
          <w:rFonts w:ascii="Arial" w:hAnsi="Arial" w:cs="Arial"/>
          <w:sz w:val="24"/>
          <w:szCs w:val="24"/>
        </w:rPr>
        <w:t xml:space="preserve"> create all documentation </w:t>
      </w:r>
      <w:r w:rsidR="00F04D68" w:rsidRPr="00665B74">
        <w:rPr>
          <w:rFonts w:ascii="Arial" w:hAnsi="Arial" w:cs="Arial"/>
          <w:sz w:val="24"/>
          <w:szCs w:val="24"/>
        </w:rPr>
        <w:t>for</w:t>
      </w:r>
      <w:r w:rsidR="00EE2DE1" w:rsidRPr="00665B74">
        <w:rPr>
          <w:rFonts w:ascii="Arial" w:hAnsi="Arial" w:cs="Arial"/>
          <w:sz w:val="24"/>
          <w:szCs w:val="24"/>
        </w:rPr>
        <w:t xml:space="preserve"> this database, </w:t>
      </w:r>
      <w:r w:rsidR="00010562" w:rsidRPr="00665B74">
        <w:rPr>
          <w:rFonts w:ascii="Arial" w:hAnsi="Arial" w:cs="Arial"/>
          <w:sz w:val="24"/>
          <w:szCs w:val="24"/>
        </w:rPr>
        <w:t>such as</w:t>
      </w:r>
      <w:r w:rsidR="00EE2DE1" w:rsidRPr="00665B74">
        <w:rPr>
          <w:rFonts w:ascii="Arial" w:hAnsi="Arial" w:cs="Arial"/>
          <w:sz w:val="24"/>
          <w:szCs w:val="24"/>
        </w:rPr>
        <w:t xml:space="preserve"> diagrams, descriptions, </w:t>
      </w:r>
      <w:r w:rsidR="005A5550" w:rsidRPr="00665B74">
        <w:rPr>
          <w:rFonts w:ascii="Arial" w:hAnsi="Arial" w:cs="Arial"/>
          <w:sz w:val="24"/>
          <w:szCs w:val="24"/>
        </w:rPr>
        <w:t xml:space="preserve">print </w:t>
      </w:r>
      <w:r w:rsidR="00665B74" w:rsidRPr="00665B74">
        <w:rPr>
          <w:rFonts w:ascii="Arial" w:hAnsi="Arial" w:cs="Arial"/>
          <w:sz w:val="24"/>
          <w:szCs w:val="24"/>
        </w:rPr>
        <w:t>screens</w:t>
      </w:r>
      <w:r w:rsidR="005A5550" w:rsidRPr="00665B74">
        <w:rPr>
          <w:rFonts w:ascii="Arial" w:hAnsi="Arial" w:cs="Arial"/>
          <w:sz w:val="24"/>
          <w:szCs w:val="24"/>
        </w:rPr>
        <w:t xml:space="preserve"> and </w:t>
      </w:r>
      <w:r w:rsidR="00010562" w:rsidRPr="00665B74">
        <w:rPr>
          <w:rFonts w:ascii="Arial" w:hAnsi="Arial" w:cs="Arial"/>
          <w:sz w:val="24"/>
          <w:szCs w:val="24"/>
        </w:rPr>
        <w:t>specifications</w:t>
      </w:r>
      <w:r w:rsidR="005A5550" w:rsidRPr="00665B74">
        <w:rPr>
          <w:rFonts w:ascii="Arial" w:hAnsi="Arial" w:cs="Arial"/>
          <w:sz w:val="24"/>
          <w:szCs w:val="24"/>
        </w:rPr>
        <w:t xml:space="preserve"> </w:t>
      </w:r>
      <w:r w:rsidR="00F04D68" w:rsidRPr="00665B74">
        <w:rPr>
          <w:rFonts w:ascii="Arial" w:hAnsi="Arial" w:cs="Arial"/>
          <w:sz w:val="24"/>
          <w:szCs w:val="24"/>
        </w:rPr>
        <w:t>of field</w:t>
      </w:r>
      <w:r w:rsidR="00010562" w:rsidRPr="00665B74">
        <w:rPr>
          <w:rFonts w:ascii="Arial" w:hAnsi="Arial" w:cs="Arial"/>
          <w:sz w:val="24"/>
          <w:szCs w:val="24"/>
        </w:rPr>
        <w:t>s</w:t>
      </w:r>
      <w:r w:rsidR="00F04D68" w:rsidRPr="00665B74">
        <w:rPr>
          <w:rFonts w:ascii="Arial" w:hAnsi="Arial" w:cs="Arial"/>
          <w:sz w:val="24"/>
          <w:szCs w:val="24"/>
        </w:rPr>
        <w:t xml:space="preserve">. </w:t>
      </w:r>
      <w:r w:rsidR="00ED38CB" w:rsidRPr="00665B74">
        <w:rPr>
          <w:rFonts w:ascii="Arial" w:hAnsi="Arial" w:cs="Arial"/>
          <w:sz w:val="24"/>
          <w:szCs w:val="24"/>
        </w:rPr>
        <w:t xml:space="preserve"> </w:t>
      </w:r>
    </w:p>
    <w:p w14:paraId="630FD0A9" w14:textId="0883955E" w:rsidR="00AD6B23" w:rsidRPr="00665B74" w:rsidRDefault="00AD6B23" w:rsidP="00F04D68">
      <w:pPr>
        <w:jc w:val="both"/>
        <w:rPr>
          <w:rFonts w:ascii="Arial" w:hAnsi="Arial" w:cs="Arial"/>
          <w:sz w:val="24"/>
          <w:szCs w:val="24"/>
        </w:rPr>
      </w:pPr>
      <w:r w:rsidRPr="00665B74">
        <w:rPr>
          <w:rFonts w:ascii="Arial" w:hAnsi="Arial" w:cs="Arial"/>
          <w:sz w:val="24"/>
          <w:szCs w:val="24"/>
        </w:rPr>
        <w:t>The DBMS is going to be MS Access</w:t>
      </w:r>
      <w:r w:rsidR="00F9124A" w:rsidRPr="00665B74">
        <w:rPr>
          <w:rFonts w:ascii="Arial" w:hAnsi="Arial" w:cs="Arial"/>
          <w:sz w:val="24"/>
          <w:szCs w:val="24"/>
        </w:rPr>
        <w:t xml:space="preserve"> as the amount of data and performance are not considered in this report. </w:t>
      </w:r>
    </w:p>
    <w:p w14:paraId="38618CEE" w14:textId="3CADBE3C" w:rsidR="0001105B" w:rsidRDefault="00D74D74" w:rsidP="003A14A6">
      <w:pPr>
        <w:pStyle w:val="Heading1"/>
      </w:pPr>
      <w:bookmarkStart w:id="2" w:name="_Toc235453745"/>
      <w:r>
        <w:t>Scenario Analysis</w:t>
      </w:r>
      <w:bookmarkEnd w:id="2"/>
    </w:p>
    <w:p w14:paraId="69241F98" w14:textId="77777777" w:rsidR="0001105B" w:rsidRDefault="0001105B"/>
    <w:p w14:paraId="3323945B" w14:textId="145D6C63" w:rsidR="00010562" w:rsidRPr="00665B74" w:rsidRDefault="0001105B" w:rsidP="00AF5EF5">
      <w:pPr>
        <w:jc w:val="both"/>
        <w:rPr>
          <w:rFonts w:ascii="Arial" w:hAnsi="Arial" w:cs="Arial"/>
          <w:sz w:val="24"/>
          <w:szCs w:val="24"/>
        </w:rPr>
      </w:pPr>
      <w:r w:rsidRPr="00665B74">
        <w:rPr>
          <w:rFonts w:ascii="Arial" w:hAnsi="Arial" w:cs="Arial"/>
          <w:sz w:val="24"/>
          <w:szCs w:val="24"/>
        </w:rPr>
        <w:t>Nowadays, the client manages vehicles on multi plus sites manually and has all information about vehicle entries, parking slots, customer details, and payments. We are going to digitalize</w:t>
      </w:r>
      <w:r w:rsidR="00010562" w:rsidRPr="00665B74">
        <w:rPr>
          <w:rFonts w:ascii="Arial" w:hAnsi="Arial" w:cs="Arial"/>
          <w:sz w:val="24"/>
          <w:szCs w:val="24"/>
        </w:rPr>
        <w:t xml:space="preserve"> </w:t>
      </w:r>
      <w:r w:rsidR="00B40741" w:rsidRPr="00665B74">
        <w:rPr>
          <w:rFonts w:ascii="Arial" w:hAnsi="Arial" w:cs="Arial"/>
          <w:sz w:val="24"/>
          <w:szCs w:val="24"/>
        </w:rPr>
        <w:t xml:space="preserve">this control </w:t>
      </w:r>
      <w:r w:rsidR="00010562" w:rsidRPr="00665B74">
        <w:rPr>
          <w:rFonts w:ascii="Arial" w:hAnsi="Arial" w:cs="Arial"/>
          <w:sz w:val="24"/>
          <w:szCs w:val="24"/>
        </w:rPr>
        <w:t>to the</w:t>
      </w:r>
      <w:r w:rsidRPr="00665B74">
        <w:rPr>
          <w:rFonts w:ascii="Arial" w:hAnsi="Arial" w:cs="Arial"/>
          <w:sz w:val="24"/>
          <w:szCs w:val="24"/>
        </w:rPr>
        <w:t xml:space="preserve"> </w:t>
      </w:r>
      <w:r w:rsidR="00010562" w:rsidRPr="00665B74">
        <w:rPr>
          <w:rFonts w:ascii="Arial" w:hAnsi="Arial" w:cs="Arial"/>
          <w:sz w:val="24"/>
          <w:szCs w:val="24"/>
        </w:rPr>
        <w:t>database</w:t>
      </w:r>
      <w:r w:rsidR="00B40741" w:rsidRPr="00665B74">
        <w:rPr>
          <w:rFonts w:ascii="Arial" w:hAnsi="Arial" w:cs="Arial"/>
          <w:sz w:val="24"/>
          <w:szCs w:val="24"/>
        </w:rPr>
        <w:t xml:space="preserve"> could storage and an </w:t>
      </w:r>
      <w:r w:rsidR="00436565" w:rsidRPr="00665B74">
        <w:rPr>
          <w:rFonts w:ascii="Arial" w:hAnsi="Arial" w:cs="Arial"/>
          <w:sz w:val="24"/>
          <w:szCs w:val="24"/>
        </w:rPr>
        <w:t>application</w:t>
      </w:r>
      <w:r w:rsidR="00B40741" w:rsidRPr="00665B74">
        <w:rPr>
          <w:rFonts w:ascii="Arial" w:hAnsi="Arial" w:cs="Arial"/>
          <w:sz w:val="24"/>
          <w:szCs w:val="24"/>
        </w:rPr>
        <w:t xml:space="preserve"> </w:t>
      </w:r>
      <w:r w:rsidR="00AF5EF5" w:rsidRPr="00665B74">
        <w:rPr>
          <w:rFonts w:ascii="Arial" w:hAnsi="Arial" w:cs="Arial"/>
          <w:sz w:val="24"/>
          <w:szCs w:val="24"/>
        </w:rPr>
        <w:t>can access easily</w:t>
      </w:r>
      <w:r w:rsidRPr="00665B74">
        <w:rPr>
          <w:rFonts w:ascii="Arial" w:hAnsi="Arial" w:cs="Arial"/>
          <w:sz w:val="24"/>
          <w:szCs w:val="24"/>
        </w:rPr>
        <w:t>.</w:t>
      </w:r>
    </w:p>
    <w:p w14:paraId="452F85ED" w14:textId="0D620BD0" w:rsidR="00FE225D" w:rsidRPr="00665B74" w:rsidRDefault="00AF5EF5" w:rsidP="00AF5EF5">
      <w:pPr>
        <w:jc w:val="both"/>
        <w:rPr>
          <w:rFonts w:ascii="Arial" w:hAnsi="Arial" w:cs="Arial"/>
          <w:sz w:val="24"/>
          <w:szCs w:val="24"/>
        </w:rPr>
      </w:pPr>
      <w:r w:rsidRPr="00665B74">
        <w:rPr>
          <w:rFonts w:ascii="Arial" w:hAnsi="Arial" w:cs="Arial"/>
          <w:sz w:val="24"/>
          <w:szCs w:val="24"/>
        </w:rPr>
        <w:t xml:space="preserve">Some requests </w:t>
      </w:r>
      <w:r w:rsidR="00060903" w:rsidRPr="00665B74">
        <w:rPr>
          <w:rFonts w:ascii="Arial" w:hAnsi="Arial" w:cs="Arial"/>
          <w:sz w:val="24"/>
          <w:szCs w:val="24"/>
        </w:rPr>
        <w:t xml:space="preserve">will be implemented to </w:t>
      </w:r>
      <w:r w:rsidR="00436565" w:rsidRPr="00665B74">
        <w:rPr>
          <w:rFonts w:ascii="Arial" w:hAnsi="Arial" w:cs="Arial"/>
          <w:sz w:val="24"/>
          <w:szCs w:val="24"/>
        </w:rPr>
        <w:t>enforce</w:t>
      </w:r>
      <w:r w:rsidR="00060903" w:rsidRPr="00665B74">
        <w:rPr>
          <w:rFonts w:ascii="Arial" w:hAnsi="Arial" w:cs="Arial"/>
          <w:sz w:val="24"/>
          <w:szCs w:val="24"/>
        </w:rPr>
        <w:t xml:space="preserve"> </w:t>
      </w:r>
      <w:r w:rsidR="00E221CA" w:rsidRPr="00665B74">
        <w:rPr>
          <w:rFonts w:ascii="Arial" w:hAnsi="Arial" w:cs="Arial"/>
          <w:sz w:val="24"/>
          <w:szCs w:val="24"/>
        </w:rPr>
        <w:t xml:space="preserve">the control of the car </w:t>
      </w:r>
      <w:r w:rsidR="00436565" w:rsidRPr="00665B74">
        <w:rPr>
          <w:rFonts w:ascii="Arial" w:hAnsi="Arial" w:cs="Arial"/>
          <w:sz w:val="24"/>
          <w:szCs w:val="24"/>
        </w:rPr>
        <w:t>park</w:t>
      </w:r>
      <w:r w:rsidR="00E221CA" w:rsidRPr="00665B74">
        <w:rPr>
          <w:rFonts w:ascii="Arial" w:hAnsi="Arial" w:cs="Arial"/>
          <w:sz w:val="24"/>
          <w:szCs w:val="24"/>
        </w:rPr>
        <w:t>.</w:t>
      </w:r>
      <w:r w:rsidR="005625B6" w:rsidRPr="00665B74">
        <w:rPr>
          <w:rFonts w:ascii="Arial" w:hAnsi="Arial" w:cs="Arial"/>
          <w:sz w:val="24"/>
          <w:szCs w:val="24"/>
        </w:rPr>
        <w:t xml:space="preserve"> A</w:t>
      </w:r>
      <w:r w:rsidR="00B669B0" w:rsidRPr="00665B74">
        <w:rPr>
          <w:rFonts w:ascii="Arial" w:hAnsi="Arial" w:cs="Arial"/>
          <w:sz w:val="24"/>
          <w:szCs w:val="24"/>
        </w:rPr>
        <w:t xml:space="preserve"> </w:t>
      </w:r>
      <w:r w:rsidR="00FA1E13" w:rsidRPr="00665B74">
        <w:rPr>
          <w:rFonts w:ascii="Arial" w:hAnsi="Arial" w:cs="Arial"/>
          <w:sz w:val="24"/>
          <w:szCs w:val="24"/>
        </w:rPr>
        <w:t xml:space="preserve">process </w:t>
      </w:r>
      <w:r w:rsidR="00B669B0" w:rsidRPr="00665B74">
        <w:rPr>
          <w:rFonts w:ascii="Arial" w:hAnsi="Arial" w:cs="Arial"/>
          <w:sz w:val="24"/>
          <w:szCs w:val="24"/>
        </w:rPr>
        <w:t>through a centralized database system that accurately records and monitors vehicle movements, slot availability, and payment transactions in real-time.</w:t>
      </w:r>
      <w:r w:rsidR="00FE225D" w:rsidRPr="00665B74">
        <w:rPr>
          <w:rFonts w:ascii="Arial" w:hAnsi="Arial" w:cs="Arial"/>
          <w:sz w:val="24"/>
          <w:szCs w:val="24"/>
        </w:rPr>
        <w:t xml:space="preserve"> </w:t>
      </w:r>
    </w:p>
    <w:p w14:paraId="67266355" w14:textId="60E811F6" w:rsidR="00AF5EF5" w:rsidRPr="00665B74" w:rsidRDefault="00FE225D" w:rsidP="00AF5EF5">
      <w:pPr>
        <w:jc w:val="both"/>
        <w:rPr>
          <w:rFonts w:ascii="Arial" w:hAnsi="Arial" w:cs="Arial"/>
          <w:sz w:val="24"/>
          <w:szCs w:val="24"/>
        </w:rPr>
      </w:pPr>
      <w:r w:rsidRPr="00665B74">
        <w:rPr>
          <w:rFonts w:ascii="Arial" w:hAnsi="Arial" w:cs="Arial"/>
          <w:sz w:val="24"/>
          <w:szCs w:val="24"/>
        </w:rPr>
        <w:t xml:space="preserve">The database will control the parking slots, </w:t>
      </w:r>
      <w:r w:rsidR="00436565" w:rsidRPr="00665B74">
        <w:rPr>
          <w:rFonts w:ascii="Arial" w:hAnsi="Arial" w:cs="Arial"/>
          <w:sz w:val="24"/>
          <w:szCs w:val="24"/>
        </w:rPr>
        <w:t>customers,</w:t>
      </w:r>
      <w:r w:rsidRPr="00665B74">
        <w:rPr>
          <w:rFonts w:ascii="Arial" w:hAnsi="Arial" w:cs="Arial"/>
          <w:sz w:val="24"/>
          <w:szCs w:val="24"/>
        </w:rPr>
        <w:t xml:space="preserve"> vehicles, bookings, and payments</w:t>
      </w:r>
      <w:r w:rsidR="006C39E7" w:rsidRPr="00665B74">
        <w:rPr>
          <w:rFonts w:ascii="Arial" w:hAnsi="Arial" w:cs="Arial"/>
          <w:sz w:val="24"/>
          <w:szCs w:val="24"/>
        </w:rPr>
        <w:t xml:space="preserve">. </w:t>
      </w:r>
    </w:p>
    <w:p w14:paraId="6CCE89AA" w14:textId="7AE02348" w:rsidR="00C14E56" w:rsidRPr="00665B74" w:rsidRDefault="00B6608E" w:rsidP="00AF5EF5">
      <w:pPr>
        <w:jc w:val="both"/>
        <w:rPr>
          <w:rFonts w:ascii="Arial" w:hAnsi="Arial" w:cs="Arial"/>
          <w:sz w:val="24"/>
          <w:szCs w:val="24"/>
        </w:rPr>
      </w:pPr>
      <w:r w:rsidRPr="00665B74">
        <w:rPr>
          <w:rFonts w:ascii="Arial" w:hAnsi="Arial" w:cs="Arial"/>
          <w:sz w:val="24"/>
          <w:szCs w:val="24"/>
        </w:rPr>
        <w:t xml:space="preserve">We will use MS Access as Database Manager </w:t>
      </w:r>
      <w:r w:rsidR="00C43CC4" w:rsidRPr="00665B74">
        <w:rPr>
          <w:rFonts w:ascii="Arial" w:hAnsi="Arial" w:cs="Arial"/>
          <w:sz w:val="24"/>
          <w:szCs w:val="24"/>
        </w:rPr>
        <w:t xml:space="preserve">and create template reports to </w:t>
      </w:r>
      <w:r w:rsidR="00C14E56" w:rsidRPr="00665B74">
        <w:rPr>
          <w:rFonts w:ascii="Arial" w:hAnsi="Arial" w:cs="Arial"/>
          <w:sz w:val="24"/>
          <w:szCs w:val="24"/>
        </w:rPr>
        <w:t xml:space="preserve">the manager to control the car </w:t>
      </w:r>
      <w:r w:rsidR="00436565" w:rsidRPr="00665B74">
        <w:rPr>
          <w:rFonts w:ascii="Arial" w:hAnsi="Arial" w:cs="Arial"/>
          <w:sz w:val="24"/>
          <w:szCs w:val="24"/>
        </w:rPr>
        <w:t>park</w:t>
      </w:r>
      <w:r w:rsidR="005304BA">
        <w:rPr>
          <w:rFonts w:ascii="Arial" w:hAnsi="Arial" w:cs="Arial"/>
          <w:sz w:val="24"/>
          <w:szCs w:val="24"/>
        </w:rPr>
        <w:t>ing</w:t>
      </w:r>
      <w:r w:rsidR="00C14E56" w:rsidRPr="00665B74">
        <w:rPr>
          <w:rFonts w:ascii="Arial" w:hAnsi="Arial" w:cs="Arial"/>
          <w:sz w:val="24"/>
          <w:szCs w:val="24"/>
        </w:rPr>
        <w:t xml:space="preserve">. </w:t>
      </w:r>
    </w:p>
    <w:p w14:paraId="1A00638A" w14:textId="5DA4AA33" w:rsidR="00663C89" w:rsidRDefault="00855CE8" w:rsidP="00665B74">
      <w:pPr>
        <w:jc w:val="both"/>
        <w:rPr>
          <w:rFonts w:ascii="Arial" w:hAnsi="Arial" w:cs="Arial"/>
          <w:sz w:val="24"/>
          <w:szCs w:val="24"/>
        </w:rPr>
      </w:pPr>
      <w:r w:rsidRPr="00665B74">
        <w:rPr>
          <w:rFonts w:ascii="Arial" w:hAnsi="Arial" w:cs="Arial"/>
          <w:sz w:val="24"/>
          <w:szCs w:val="24"/>
        </w:rPr>
        <w:t xml:space="preserve">To exemplify the analyses </w:t>
      </w:r>
      <w:r w:rsidR="00436565" w:rsidRPr="00665B74">
        <w:rPr>
          <w:rFonts w:ascii="Arial" w:hAnsi="Arial" w:cs="Arial"/>
          <w:sz w:val="24"/>
          <w:szCs w:val="24"/>
        </w:rPr>
        <w:t>to</w:t>
      </w:r>
      <w:r w:rsidR="006949F8" w:rsidRPr="00665B74">
        <w:rPr>
          <w:rFonts w:ascii="Arial" w:hAnsi="Arial" w:cs="Arial"/>
          <w:sz w:val="24"/>
          <w:szCs w:val="24"/>
        </w:rPr>
        <w:t xml:space="preserve"> accomplish </w:t>
      </w:r>
      <w:r w:rsidR="00C105FA" w:rsidRPr="00665B74">
        <w:rPr>
          <w:rFonts w:ascii="Arial" w:hAnsi="Arial" w:cs="Arial"/>
          <w:sz w:val="24"/>
          <w:szCs w:val="24"/>
        </w:rPr>
        <w:t xml:space="preserve">this task </w:t>
      </w:r>
      <w:r w:rsidR="00436565" w:rsidRPr="00665B74">
        <w:rPr>
          <w:rFonts w:ascii="Arial" w:hAnsi="Arial" w:cs="Arial"/>
          <w:sz w:val="24"/>
          <w:szCs w:val="24"/>
        </w:rPr>
        <w:t>the following</w:t>
      </w:r>
      <w:r w:rsidR="00F05510" w:rsidRPr="00665B74">
        <w:rPr>
          <w:rFonts w:ascii="Arial" w:hAnsi="Arial" w:cs="Arial"/>
          <w:sz w:val="24"/>
          <w:szCs w:val="24"/>
        </w:rPr>
        <w:t xml:space="preserve"> </w:t>
      </w:r>
      <w:r w:rsidR="00436565" w:rsidRPr="00665B74">
        <w:rPr>
          <w:rFonts w:ascii="Arial" w:hAnsi="Arial" w:cs="Arial"/>
          <w:sz w:val="24"/>
          <w:szCs w:val="24"/>
        </w:rPr>
        <w:t>list of information</w:t>
      </w:r>
      <w:r w:rsidR="00C105FA" w:rsidRPr="00665B74">
        <w:rPr>
          <w:rFonts w:ascii="Arial" w:hAnsi="Arial" w:cs="Arial"/>
          <w:sz w:val="24"/>
          <w:szCs w:val="24"/>
        </w:rPr>
        <w:t xml:space="preserve"> will be created </w:t>
      </w:r>
      <w:r w:rsidR="00436565" w:rsidRPr="00665B74">
        <w:rPr>
          <w:rFonts w:ascii="Arial" w:hAnsi="Arial" w:cs="Arial"/>
          <w:sz w:val="24"/>
          <w:szCs w:val="24"/>
        </w:rPr>
        <w:t xml:space="preserve">as resources to queries, forms and reports. </w:t>
      </w:r>
    </w:p>
    <w:p w14:paraId="07A19F78" w14:textId="77777777" w:rsidR="00DA2C24" w:rsidRPr="00665B74" w:rsidRDefault="00DA2C24" w:rsidP="00665B74">
      <w:pPr>
        <w:jc w:val="both"/>
        <w:rPr>
          <w:rFonts w:ascii="Arial" w:hAnsi="Arial" w:cs="Arial"/>
          <w:sz w:val="24"/>
          <w:szCs w:val="24"/>
        </w:rPr>
      </w:pPr>
    </w:p>
    <w:tbl>
      <w:tblPr>
        <w:tblW w:w="357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573"/>
      </w:tblGrid>
      <w:tr w:rsidR="00436565" w:rsidRPr="00665B74" w14:paraId="306956EF" w14:textId="77777777" w:rsidTr="00436565">
        <w:trPr>
          <w:trHeight w:val="300"/>
        </w:trPr>
        <w:tc>
          <w:tcPr>
            <w:tcW w:w="3573" w:type="dxa"/>
            <w:noWrap/>
            <w:vAlign w:val="center"/>
            <w:hideMark/>
          </w:tcPr>
          <w:p w14:paraId="79A7AB73" w14:textId="77777777"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t>CUSTOMERS</w:t>
            </w:r>
          </w:p>
        </w:tc>
      </w:tr>
      <w:tr w:rsidR="00436565" w:rsidRPr="00665B74" w14:paraId="2625D4BA" w14:textId="77777777" w:rsidTr="00436565">
        <w:trPr>
          <w:trHeight w:val="300"/>
        </w:trPr>
        <w:tc>
          <w:tcPr>
            <w:tcW w:w="3573" w:type="dxa"/>
            <w:noWrap/>
            <w:vAlign w:val="center"/>
            <w:hideMark/>
          </w:tcPr>
          <w:p w14:paraId="5438E7EA" w14:textId="49A92A04"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Name</w:t>
            </w:r>
          </w:p>
        </w:tc>
      </w:tr>
      <w:tr w:rsidR="00436565" w:rsidRPr="00665B74" w14:paraId="0C3174E5" w14:textId="77777777" w:rsidTr="00436565">
        <w:trPr>
          <w:trHeight w:val="300"/>
        </w:trPr>
        <w:tc>
          <w:tcPr>
            <w:tcW w:w="3573" w:type="dxa"/>
            <w:noWrap/>
            <w:vAlign w:val="center"/>
            <w:hideMark/>
          </w:tcPr>
          <w:p w14:paraId="145E9972"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Contact Number</w:t>
            </w:r>
          </w:p>
        </w:tc>
      </w:tr>
      <w:tr w:rsidR="00436565" w:rsidRPr="00665B74" w14:paraId="1A759553" w14:textId="77777777" w:rsidTr="00436565">
        <w:trPr>
          <w:trHeight w:val="300"/>
        </w:trPr>
        <w:tc>
          <w:tcPr>
            <w:tcW w:w="3573" w:type="dxa"/>
            <w:noWrap/>
            <w:vAlign w:val="center"/>
            <w:hideMark/>
          </w:tcPr>
          <w:p w14:paraId="605E3DCC"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Post code</w:t>
            </w:r>
          </w:p>
        </w:tc>
      </w:tr>
      <w:tr w:rsidR="00436565" w:rsidRPr="00665B74" w14:paraId="72CAF81E" w14:textId="77777777" w:rsidTr="00436565">
        <w:trPr>
          <w:trHeight w:val="300"/>
        </w:trPr>
        <w:tc>
          <w:tcPr>
            <w:tcW w:w="3573" w:type="dxa"/>
            <w:noWrap/>
            <w:vAlign w:val="center"/>
            <w:hideMark/>
          </w:tcPr>
          <w:p w14:paraId="2BEE5F4E"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address</w:t>
            </w:r>
          </w:p>
        </w:tc>
      </w:tr>
      <w:tr w:rsidR="00436565" w:rsidRPr="00665B74" w14:paraId="0A44E302" w14:textId="77777777" w:rsidTr="00436565">
        <w:trPr>
          <w:trHeight w:val="300"/>
        </w:trPr>
        <w:tc>
          <w:tcPr>
            <w:tcW w:w="3573" w:type="dxa"/>
            <w:noWrap/>
            <w:vAlign w:val="center"/>
            <w:hideMark/>
          </w:tcPr>
          <w:p w14:paraId="6F9D8D5C"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city</w:t>
            </w:r>
          </w:p>
        </w:tc>
      </w:tr>
      <w:tr w:rsidR="00436565" w:rsidRPr="00665B74" w14:paraId="26440E83" w14:textId="77777777" w:rsidTr="00436565">
        <w:trPr>
          <w:trHeight w:val="300"/>
        </w:trPr>
        <w:tc>
          <w:tcPr>
            <w:tcW w:w="3573" w:type="dxa"/>
            <w:noWrap/>
            <w:vAlign w:val="center"/>
            <w:hideMark/>
          </w:tcPr>
          <w:p w14:paraId="0FC57C73"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genre</w:t>
            </w:r>
          </w:p>
        </w:tc>
      </w:tr>
      <w:tr w:rsidR="00436565" w:rsidRPr="00665B74" w14:paraId="00E31DD0" w14:textId="77777777" w:rsidTr="00436565">
        <w:trPr>
          <w:trHeight w:val="300"/>
        </w:trPr>
        <w:tc>
          <w:tcPr>
            <w:tcW w:w="3573" w:type="dxa"/>
            <w:noWrap/>
            <w:vAlign w:val="bottom"/>
            <w:hideMark/>
          </w:tcPr>
          <w:p w14:paraId="1BED7D0D"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p>
        </w:tc>
      </w:tr>
      <w:tr w:rsidR="00436565" w:rsidRPr="00665B74" w14:paraId="0003CB9A" w14:textId="77777777" w:rsidTr="00436565">
        <w:trPr>
          <w:trHeight w:val="300"/>
        </w:trPr>
        <w:tc>
          <w:tcPr>
            <w:tcW w:w="3573" w:type="dxa"/>
            <w:noWrap/>
            <w:vAlign w:val="center"/>
            <w:hideMark/>
          </w:tcPr>
          <w:p w14:paraId="23FB6FFC" w14:textId="77777777"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lastRenderedPageBreak/>
              <w:t>VEHICLES</w:t>
            </w:r>
          </w:p>
        </w:tc>
      </w:tr>
      <w:tr w:rsidR="00436565" w:rsidRPr="00665B74" w14:paraId="0AEE8571" w14:textId="77777777" w:rsidTr="00436565">
        <w:trPr>
          <w:trHeight w:val="300"/>
        </w:trPr>
        <w:tc>
          <w:tcPr>
            <w:tcW w:w="3573" w:type="dxa"/>
            <w:noWrap/>
            <w:vAlign w:val="center"/>
            <w:hideMark/>
          </w:tcPr>
          <w:p w14:paraId="2CA682A4" w14:textId="79BDC194"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Plate</w:t>
            </w:r>
          </w:p>
        </w:tc>
      </w:tr>
      <w:tr w:rsidR="00436565" w:rsidRPr="00665B74" w14:paraId="44FAC19C" w14:textId="77777777" w:rsidTr="00436565">
        <w:trPr>
          <w:trHeight w:val="300"/>
        </w:trPr>
        <w:tc>
          <w:tcPr>
            <w:tcW w:w="3573" w:type="dxa"/>
            <w:noWrap/>
            <w:vAlign w:val="center"/>
            <w:hideMark/>
          </w:tcPr>
          <w:p w14:paraId="7B81FE03" w14:textId="107C8496" w:rsidR="00436565" w:rsidRPr="00665B74" w:rsidRDefault="00665B74"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Colour</w:t>
            </w:r>
          </w:p>
        </w:tc>
      </w:tr>
      <w:tr w:rsidR="00436565" w:rsidRPr="00665B74" w14:paraId="1FFF115E" w14:textId="77777777" w:rsidTr="00436565">
        <w:trPr>
          <w:trHeight w:val="300"/>
        </w:trPr>
        <w:tc>
          <w:tcPr>
            <w:tcW w:w="3573" w:type="dxa"/>
            <w:noWrap/>
            <w:vAlign w:val="center"/>
            <w:hideMark/>
          </w:tcPr>
          <w:p w14:paraId="62E255B6" w14:textId="13F72A10"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Model</w:t>
            </w:r>
          </w:p>
        </w:tc>
      </w:tr>
      <w:tr w:rsidR="00436565" w:rsidRPr="00665B74" w14:paraId="0EC8C44C" w14:textId="77777777" w:rsidTr="00436565">
        <w:trPr>
          <w:trHeight w:val="300"/>
        </w:trPr>
        <w:tc>
          <w:tcPr>
            <w:tcW w:w="3573" w:type="dxa"/>
            <w:noWrap/>
            <w:vAlign w:val="center"/>
            <w:hideMark/>
          </w:tcPr>
          <w:p w14:paraId="174A0C5B" w14:textId="0C156ACD"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Description</w:t>
            </w:r>
          </w:p>
        </w:tc>
      </w:tr>
      <w:tr w:rsidR="00436565" w:rsidRPr="00665B74" w14:paraId="159EE788" w14:textId="77777777" w:rsidTr="00436565">
        <w:trPr>
          <w:trHeight w:val="300"/>
        </w:trPr>
        <w:tc>
          <w:tcPr>
            <w:tcW w:w="3573" w:type="dxa"/>
            <w:noWrap/>
            <w:vAlign w:val="center"/>
            <w:hideMark/>
          </w:tcPr>
          <w:p w14:paraId="471F44CB"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p>
        </w:tc>
      </w:tr>
      <w:tr w:rsidR="00436565" w:rsidRPr="00665B74" w14:paraId="028A9200" w14:textId="77777777" w:rsidTr="00436565">
        <w:trPr>
          <w:trHeight w:val="300"/>
        </w:trPr>
        <w:tc>
          <w:tcPr>
            <w:tcW w:w="3573" w:type="dxa"/>
            <w:noWrap/>
            <w:vAlign w:val="center"/>
            <w:hideMark/>
          </w:tcPr>
          <w:p w14:paraId="0C250056" w14:textId="77777777"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t>BOOKINGS</w:t>
            </w:r>
          </w:p>
        </w:tc>
      </w:tr>
      <w:tr w:rsidR="00436565" w:rsidRPr="00665B74" w14:paraId="0DDEAC3D" w14:textId="77777777" w:rsidTr="00436565">
        <w:trPr>
          <w:trHeight w:val="300"/>
        </w:trPr>
        <w:tc>
          <w:tcPr>
            <w:tcW w:w="3573" w:type="dxa"/>
            <w:noWrap/>
            <w:vAlign w:val="center"/>
            <w:hideMark/>
          </w:tcPr>
          <w:p w14:paraId="190FCAAA" w14:textId="7C3E0825"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Status</w:t>
            </w:r>
            <w:r w:rsidR="00665B74">
              <w:rPr>
                <w:rFonts w:ascii="Arial" w:eastAsia="Times New Roman" w:hAnsi="Arial" w:cs="Arial"/>
                <w:color w:val="000000"/>
                <w:sz w:val="24"/>
                <w:szCs w:val="24"/>
                <w:lang w:val="en-GB" w:eastAsia="zh-CN"/>
              </w:rPr>
              <w:t xml:space="preserve"> </w:t>
            </w:r>
            <w:r w:rsidR="00DA2C24">
              <w:rPr>
                <w:rFonts w:ascii="Arial" w:eastAsia="Times New Roman" w:hAnsi="Arial" w:cs="Arial"/>
                <w:color w:val="000000"/>
                <w:sz w:val="24"/>
                <w:szCs w:val="24"/>
                <w:lang w:val="en-GB" w:eastAsia="zh-CN"/>
              </w:rPr>
              <w:t>Active / Finished</w:t>
            </w:r>
          </w:p>
        </w:tc>
      </w:tr>
      <w:tr w:rsidR="00436565" w:rsidRPr="00665B74" w14:paraId="4AFADAF7" w14:textId="77777777" w:rsidTr="00436565">
        <w:trPr>
          <w:trHeight w:val="300"/>
        </w:trPr>
        <w:tc>
          <w:tcPr>
            <w:tcW w:w="3573" w:type="dxa"/>
            <w:noWrap/>
            <w:vAlign w:val="center"/>
            <w:hideMark/>
          </w:tcPr>
          <w:p w14:paraId="3282476C" w14:textId="5AC1598C"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D</w:t>
            </w:r>
            <w:r w:rsidR="00436565" w:rsidRPr="00665B74">
              <w:rPr>
                <w:rFonts w:ascii="Arial" w:eastAsia="Times New Roman" w:hAnsi="Arial" w:cs="Arial"/>
                <w:color w:val="000000"/>
                <w:sz w:val="24"/>
                <w:szCs w:val="24"/>
                <w:lang w:val="en-GB" w:eastAsia="zh-CN"/>
              </w:rPr>
              <w:t>ate</w:t>
            </w:r>
          </w:p>
        </w:tc>
      </w:tr>
      <w:tr w:rsidR="00436565" w:rsidRPr="00665B74" w14:paraId="1DD224BC" w14:textId="77777777" w:rsidTr="00436565">
        <w:trPr>
          <w:trHeight w:val="300"/>
        </w:trPr>
        <w:tc>
          <w:tcPr>
            <w:tcW w:w="3573" w:type="dxa"/>
            <w:noWrap/>
            <w:vAlign w:val="center"/>
            <w:hideMark/>
          </w:tcPr>
          <w:p w14:paraId="14AF22AE" w14:textId="0F4D5A0F"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S</w:t>
            </w:r>
            <w:r w:rsidR="00436565" w:rsidRPr="00665B74">
              <w:rPr>
                <w:rFonts w:ascii="Arial" w:eastAsia="Times New Roman" w:hAnsi="Arial" w:cs="Arial"/>
                <w:color w:val="000000"/>
                <w:sz w:val="24"/>
                <w:szCs w:val="24"/>
                <w:lang w:val="en-GB" w:eastAsia="zh-CN"/>
              </w:rPr>
              <w:t>tart time</w:t>
            </w:r>
          </w:p>
        </w:tc>
      </w:tr>
      <w:tr w:rsidR="00436565" w:rsidRPr="00665B74" w14:paraId="781C7D27" w14:textId="77777777" w:rsidTr="00436565">
        <w:trPr>
          <w:trHeight w:val="300"/>
        </w:trPr>
        <w:tc>
          <w:tcPr>
            <w:tcW w:w="3573" w:type="dxa"/>
            <w:noWrap/>
            <w:vAlign w:val="center"/>
            <w:hideMark/>
          </w:tcPr>
          <w:p w14:paraId="21D80AA1" w14:textId="6DF13BAC"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E</w:t>
            </w:r>
            <w:r w:rsidR="00436565" w:rsidRPr="00665B74">
              <w:rPr>
                <w:rFonts w:ascii="Arial" w:eastAsia="Times New Roman" w:hAnsi="Arial" w:cs="Arial"/>
                <w:color w:val="000000"/>
                <w:sz w:val="24"/>
                <w:szCs w:val="24"/>
                <w:lang w:val="en-GB" w:eastAsia="zh-CN"/>
              </w:rPr>
              <w:t>nd time</w:t>
            </w:r>
          </w:p>
        </w:tc>
      </w:tr>
      <w:tr w:rsidR="00436565" w:rsidRPr="00665B74" w14:paraId="57F53C76" w14:textId="77777777" w:rsidTr="00436565">
        <w:trPr>
          <w:trHeight w:val="300"/>
        </w:trPr>
        <w:tc>
          <w:tcPr>
            <w:tcW w:w="3573" w:type="dxa"/>
            <w:noWrap/>
            <w:vAlign w:val="center"/>
            <w:hideMark/>
          </w:tcPr>
          <w:p w14:paraId="77FA49FC" w14:textId="5A8B1A09"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Pre value</w:t>
            </w:r>
          </w:p>
        </w:tc>
      </w:tr>
      <w:tr w:rsidR="00436565" w:rsidRPr="00665B74" w14:paraId="5E47756D" w14:textId="77777777" w:rsidTr="00436565">
        <w:trPr>
          <w:trHeight w:val="300"/>
        </w:trPr>
        <w:tc>
          <w:tcPr>
            <w:tcW w:w="3573" w:type="dxa"/>
            <w:noWrap/>
            <w:vAlign w:val="center"/>
            <w:hideMark/>
          </w:tcPr>
          <w:p w14:paraId="761D54B4" w14:textId="155724A2"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F</w:t>
            </w:r>
            <w:r w:rsidR="00436565" w:rsidRPr="00665B74">
              <w:rPr>
                <w:rFonts w:ascii="Arial" w:eastAsia="Times New Roman" w:hAnsi="Arial" w:cs="Arial"/>
                <w:color w:val="000000"/>
                <w:sz w:val="24"/>
                <w:szCs w:val="24"/>
                <w:lang w:val="en-GB" w:eastAsia="zh-CN"/>
              </w:rPr>
              <w:t>inal Value</w:t>
            </w:r>
          </w:p>
        </w:tc>
      </w:tr>
      <w:tr w:rsidR="00436565" w:rsidRPr="00665B74" w14:paraId="5C220AE0" w14:textId="77777777" w:rsidTr="00436565">
        <w:trPr>
          <w:trHeight w:val="300"/>
        </w:trPr>
        <w:tc>
          <w:tcPr>
            <w:tcW w:w="3573" w:type="dxa"/>
            <w:noWrap/>
            <w:vAlign w:val="center"/>
            <w:hideMark/>
          </w:tcPr>
          <w:p w14:paraId="7670B022" w14:textId="474C26A2"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S</w:t>
            </w:r>
            <w:r w:rsidR="00DA2C24">
              <w:rPr>
                <w:rFonts w:ascii="Arial" w:eastAsia="Times New Roman" w:hAnsi="Arial" w:cs="Arial"/>
                <w:color w:val="000000"/>
                <w:sz w:val="24"/>
                <w:szCs w:val="24"/>
                <w:lang w:val="en-GB" w:eastAsia="zh-CN"/>
              </w:rPr>
              <w:t>l</w:t>
            </w:r>
            <w:r w:rsidRPr="00665B74">
              <w:rPr>
                <w:rFonts w:ascii="Arial" w:eastAsia="Times New Roman" w:hAnsi="Arial" w:cs="Arial"/>
                <w:color w:val="000000"/>
                <w:sz w:val="24"/>
                <w:szCs w:val="24"/>
                <w:lang w:val="en-GB" w:eastAsia="zh-CN"/>
              </w:rPr>
              <w:t>ot reserve</w:t>
            </w:r>
          </w:p>
        </w:tc>
      </w:tr>
      <w:tr w:rsidR="00436565" w:rsidRPr="00665B74" w14:paraId="4F5CACB8" w14:textId="77777777" w:rsidTr="00436565">
        <w:trPr>
          <w:trHeight w:val="300"/>
        </w:trPr>
        <w:tc>
          <w:tcPr>
            <w:tcW w:w="3573" w:type="dxa"/>
            <w:noWrap/>
            <w:vAlign w:val="bottom"/>
            <w:hideMark/>
          </w:tcPr>
          <w:p w14:paraId="21081D67"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p>
        </w:tc>
      </w:tr>
      <w:tr w:rsidR="00436565" w:rsidRPr="00665B74" w14:paraId="0661217A" w14:textId="77777777" w:rsidTr="00436565">
        <w:trPr>
          <w:trHeight w:val="300"/>
        </w:trPr>
        <w:tc>
          <w:tcPr>
            <w:tcW w:w="3573" w:type="dxa"/>
            <w:noWrap/>
            <w:vAlign w:val="center"/>
            <w:hideMark/>
          </w:tcPr>
          <w:p w14:paraId="315AE071" w14:textId="77777777"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t>SITES</w:t>
            </w:r>
          </w:p>
        </w:tc>
      </w:tr>
      <w:tr w:rsidR="00436565" w:rsidRPr="00665B74" w14:paraId="642F08B6" w14:textId="77777777" w:rsidTr="00436565">
        <w:trPr>
          <w:trHeight w:val="300"/>
        </w:trPr>
        <w:tc>
          <w:tcPr>
            <w:tcW w:w="3573" w:type="dxa"/>
            <w:noWrap/>
            <w:vAlign w:val="center"/>
            <w:hideMark/>
          </w:tcPr>
          <w:p w14:paraId="574DF14D" w14:textId="2E51CE87"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N</w:t>
            </w:r>
            <w:r w:rsidR="00436565" w:rsidRPr="00665B74">
              <w:rPr>
                <w:rFonts w:ascii="Arial" w:eastAsia="Times New Roman" w:hAnsi="Arial" w:cs="Arial"/>
                <w:color w:val="000000"/>
                <w:sz w:val="24"/>
                <w:szCs w:val="24"/>
                <w:lang w:val="en-GB" w:eastAsia="zh-CN"/>
              </w:rPr>
              <w:t>ame</w:t>
            </w:r>
          </w:p>
        </w:tc>
      </w:tr>
      <w:tr w:rsidR="00436565" w:rsidRPr="00665B74" w14:paraId="4B67234F" w14:textId="77777777" w:rsidTr="00436565">
        <w:trPr>
          <w:trHeight w:val="300"/>
        </w:trPr>
        <w:tc>
          <w:tcPr>
            <w:tcW w:w="3573" w:type="dxa"/>
            <w:noWrap/>
            <w:vAlign w:val="center"/>
            <w:hideMark/>
          </w:tcPr>
          <w:p w14:paraId="7B6E23FA" w14:textId="0AF70255"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A</w:t>
            </w:r>
            <w:r w:rsidR="00436565" w:rsidRPr="00665B74">
              <w:rPr>
                <w:rFonts w:ascii="Arial" w:eastAsia="Times New Roman" w:hAnsi="Arial" w:cs="Arial"/>
                <w:color w:val="000000"/>
                <w:sz w:val="24"/>
                <w:szCs w:val="24"/>
                <w:lang w:val="en-GB" w:eastAsia="zh-CN"/>
              </w:rPr>
              <w:t xml:space="preserve">ddress </w:t>
            </w:r>
          </w:p>
        </w:tc>
      </w:tr>
      <w:tr w:rsidR="00436565" w:rsidRPr="00665B74" w14:paraId="11F6F739" w14:textId="77777777" w:rsidTr="00436565">
        <w:trPr>
          <w:trHeight w:val="300"/>
        </w:trPr>
        <w:tc>
          <w:tcPr>
            <w:tcW w:w="3573" w:type="dxa"/>
            <w:noWrap/>
            <w:vAlign w:val="center"/>
            <w:hideMark/>
          </w:tcPr>
          <w:p w14:paraId="4EC26058" w14:textId="7C83EF09"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M</w:t>
            </w:r>
            <w:r w:rsidR="00436565" w:rsidRPr="00665B74">
              <w:rPr>
                <w:rFonts w:ascii="Arial" w:eastAsia="Times New Roman" w:hAnsi="Arial" w:cs="Arial"/>
                <w:color w:val="000000"/>
                <w:sz w:val="24"/>
                <w:szCs w:val="24"/>
                <w:lang w:val="en-GB" w:eastAsia="zh-CN"/>
              </w:rPr>
              <w:t>anager</w:t>
            </w:r>
          </w:p>
        </w:tc>
      </w:tr>
      <w:tr w:rsidR="00436565" w:rsidRPr="00665B74" w14:paraId="52FCFDD4" w14:textId="77777777" w:rsidTr="00436565">
        <w:trPr>
          <w:trHeight w:val="300"/>
        </w:trPr>
        <w:tc>
          <w:tcPr>
            <w:tcW w:w="3573" w:type="dxa"/>
            <w:noWrap/>
            <w:vAlign w:val="center"/>
            <w:hideMark/>
          </w:tcPr>
          <w:p w14:paraId="4A7704B9" w14:textId="5F84E877"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C</w:t>
            </w:r>
            <w:r w:rsidR="00436565" w:rsidRPr="00665B74">
              <w:rPr>
                <w:rFonts w:ascii="Arial" w:eastAsia="Times New Roman" w:hAnsi="Arial" w:cs="Arial"/>
                <w:color w:val="000000"/>
                <w:sz w:val="24"/>
                <w:szCs w:val="24"/>
                <w:lang w:val="en-GB" w:eastAsia="zh-CN"/>
              </w:rPr>
              <w:t>ontact</w:t>
            </w:r>
          </w:p>
        </w:tc>
      </w:tr>
      <w:tr w:rsidR="00436565" w:rsidRPr="00665B74" w14:paraId="4ED210BE" w14:textId="77777777" w:rsidTr="00436565">
        <w:trPr>
          <w:trHeight w:val="300"/>
        </w:trPr>
        <w:tc>
          <w:tcPr>
            <w:tcW w:w="3573" w:type="dxa"/>
            <w:noWrap/>
            <w:vAlign w:val="bottom"/>
            <w:hideMark/>
          </w:tcPr>
          <w:p w14:paraId="4EA298F0"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p>
        </w:tc>
      </w:tr>
      <w:tr w:rsidR="00436565" w:rsidRPr="00665B74" w14:paraId="06F5691D" w14:textId="77777777" w:rsidTr="00436565">
        <w:trPr>
          <w:trHeight w:val="300"/>
        </w:trPr>
        <w:tc>
          <w:tcPr>
            <w:tcW w:w="3573" w:type="dxa"/>
            <w:noWrap/>
            <w:vAlign w:val="center"/>
            <w:hideMark/>
          </w:tcPr>
          <w:p w14:paraId="6BD935E4" w14:textId="77777777"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t>SLOTS</w:t>
            </w:r>
          </w:p>
        </w:tc>
      </w:tr>
      <w:tr w:rsidR="00436565" w:rsidRPr="00665B74" w14:paraId="7286256B" w14:textId="77777777" w:rsidTr="00436565">
        <w:trPr>
          <w:trHeight w:val="300"/>
        </w:trPr>
        <w:tc>
          <w:tcPr>
            <w:tcW w:w="3573" w:type="dxa"/>
            <w:noWrap/>
            <w:vAlign w:val="center"/>
            <w:hideMark/>
          </w:tcPr>
          <w:p w14:paraId="0FCE25A0" w14:textId="08D6FEB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Identification</w:t>
            </w:r>
          </w:p>
        </w:tc>
      </w:tr>
      <w:tr w:rsidR="00436565" w:rsidRPr="00665B74" w14:paraId="77C586ED" w14:textId="77777777" w:rsidTr="00436565">
        <w:trPr>
          <w:trHeight w:val="300"/>
        </w:trPr>
        <w:tc>
          <w:tcPr>
            <w:tcW w:w="3573" w:type="dxa"/>
            <w:noWrap/>
            <w:vAlign w:val="center"/>
            <w:hideMark/>
          </w:tcPr>
          <w:p w14:paraId="4FA7E9EA" w14:textId="2AF46145" w:rsidR="00436565" w:rsidRPr="00665B74" w:rsidRDefault="00436565" w:rsidP="00DA2C24">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Status</w:t>
            </w:r>
            <w:r w:rsidR="00DA2C24">
              <w:rPr>
                <w:rFonts w:ascii="Arial" w:eastAsia="Times New Roman" w:hAnsi="Arial" w:cs="Arial"/>
                <w:color w:val="000000"/>
                <w:sz w:val="24"/>
                <w:szCs w:val="24"/>
                <w:lang w:val="en-GB" w:eastAsia="zh-CN"/>
              </w:rPr>
              <w:t xml:space="preserve"> used</w:t>
            </w:r>
            <w:r w:rsidR="00781EE7">
              <w:rPr>
                <w:rFonts w:ascii="Arial" w:eastAsia="Times New Roman" w:hAnsi="Arial" w:cs="Arial"/>
                <w:color w:val="000000"/>
                <w:sz w:val="24"/>
                <w:szCs w:val="24"/>
                <w:lang w:val="en-GB" w:eastAsia="zh-CN"/>
              </w:rPr>
              <w:t>/not used</w:t>
            </w:r>
          </w:p>
        </w:tc>
      </w:tr>
      <w:tr w:rsidR="00436565" w:rsidRPr="00665B74" w14:paraId="08517A58" w14:textId="77777777" w:rsidTr="00436565">
        <w:trPr>
          <w:trHeight w:val="300"/>
        </w:trPr>
        <w:tc>
          <w:tcPr>
            <w:tcW w:w="3573" w:type="dxa"/>
            <w:noWrap/>
            <w:vAlign w:val="center"/>
            <w:hideMark/>
          </w:tcPr>
          <w:p w14:paraId="6FD638E4" w14:textId="1F9D0AB1"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Reserve</w:t>
            </w:r>
            <w:r w:rsidRPr="00665B74">
              <w:rPr>
                <w:rFonts w:ascii="Arial" w:eastAsia="Times New Roman" w:hAnsi="Arial" w:cs="Arial"/>
                <w:color w:val="000000"/>
                <w:sz w:val="24"/>
                <w:szCs w:val="24"/>
                <w:lang w:val="en-GB" w:eastAsia="zh-CN"/>
              </w:rPr>
              <w:t xml:space="preserve"> Book</w:t>
            </w:r>
          </w:p>
        </w:tc>
      </w:tr>
      <w:tr w:rsidR="00DA2C24" w:rsidRPr="00665B74" w14:paraId="424D6B27" w14:textId="77777777" w:rsidTr="00436565">
        <w:trPr>
          <w:trHeight w:val="300"/>
        </w:trPr>
        <w:tc>
          <w:tcPr>
            <w:tcW w:w="3573" w:type="dxa"/>
            <w:noWrap/>
            <w:vAlign w:val="center"/>
          </w:tcPr>
          <w:p w14:paraId="6D2512C1" w14:textId="77777777" w:rsidR="00DA2C24"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p>
        </w:tc>
      </w:tr>
      <w:tr w:rsidR="00436565" w:rsidRPr="00665B74" w14:paraId="7EA43AB5" w14:textId="77777777" w:rsidTr="00436565">
        <w:trPr>
          <w:trHeight w:val="300"/>
        </w:trPr>
        <w:tc>
          <w:tcPr>
            <w:tcW w:w="3573" w:type="dxa"/>
            <w:noWrap/>
            <w:vAlign w:val="center"/>
            <w:hideMark/>
          </w:tcPr>
          <w:p w14:paraId="38CF2AA8" w14:textId="77777777"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t>PAYMENTS</w:t>
            </w:r>
          </w:p>
        </w:tc>
      </w:tr>
      <w:tr w:rsidR="00436565" w:rsidRPr="00665B74" w14:paraId="5E0339B4" w14:textId="77777777" w:rsidTr="00436565">
        <w:trPr>
          <w:trHeight w:val="300"/>
        </w:trPr>
        <w:tc>
          <w:tcPr>
            <w:tcW w:w="3573" w:type="dxa"/>
            <w:noWrap/>
            <w:vAlign w:val="center"/>
            <w:hideMark/>
          </w:tcPr>
          <w:p w14:paraId="7D6D1D1F" w14:textId="0165EFC8"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 xml:space="preserve">Payment Type </w:t>
            </w:r>
          </w:p>
        </w:tc>
      </w:tr>
      <w:tr w:rsidR="00436565" w:rsidRPr="00665B74" w14:paraId="1AAFCEC8" w14:textId="77777777" w:rsidTr="00436565">
        <w:trPr>
          <w:trHeight w:val="300"/>
        </w:trPr>
        <w:tc>
          <w:tcPr>
            <w:tcW w:w="3573" w:type="dxa"/>
            <w:noWrap/>
            <w:vAlign w:val="center"/>
            <w:hideMark/>
          </w:tcPr>
          <w:p w14:paraId="3CC98994" w14:textId="5E6BEE07"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D</w:t>
            </w:r>
            <w:r w:rsidR="00436565" w:rsidRPr="00665B74">
              <w:rPr>
                <w:rFonts w:ascii="Arial" w:eastAsia="Times New Roman" w:hAnsi="Arial" w:cs="Arial"/>
                <w:color w:val="000000"/>
                <w:sz w:val="24"/>
                <w:szCs w:val="24"/>
                <w:lang w:val="en-GB" w:eastAsia="zh-CN"/>
              </w:rPr>
              <w:t>ate</w:t>
            </w:r>
          </w:p>
        </w:tc>
      </w:tr>
      <w:tr w:rsidR="00436565" w:rsidRPr="00665B74" w14:paraId="4089A067" w14:textId="77777777" w:rsidTr="00436565">
        <w:trPr>
          <w:trHeight w:val="300"/>
        </w:trPr>
        <w:tc>
          <w:tcPr>
            <w:tcW w:w="3573" w:type="dxa"/>
            <w:noWrap/>
            <w:vAlign w:val="center"/>
            <w:hideMark/>
          </w:tcPr>
          <w:p w14:paraId="659C843A" w14:textId="3752A301"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 xml:space="preserve">Time </w:t>
            </w:r>
            <w:r w:rsidR="00436565" w:rsidRPr="00665B74">
              <w:rPr>
                <w:rFonts w:ascii="Arial" w:eastAsia="Times New Roman" w:hAnsi="Arial" w:cs="Arial"/>
                <w:color w:val="000000"/>
                <w:sz w:val="24"/>
                <w:szCs w:val="24"/>
                <w:lang w:val="en-GB" w:eastAsia="zh-CN"/>
              </w:rPr>
              <w:t>Start</w:t>
            </w:r>
          </w:p>
        </w:tc>
      </w:tr>
      <w:tr w:rsidR="00436565" w:rsidRPr="00665B74" w14:paraId="4E451BF1" w14:textId="77777777" w:rsidTr="00436565">
        <w:trPr>
          <w:trHeight w:val="300"/>
        </w:trPr>
        <w:tc>
          <w:tcPr>
            <w:tcW w:w="3573" w:type="dxa"/>
            <w:noWrap/>
            <w:vAlign w:val="center"/>
            <w:hideMark/>
          </w:tcPr>
          <w:p w14:paraId="7ADB6881" w14:textId="1C24A7A1"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Time</w:t>
            </w:r>
            <w:r w:rsidR="00436565" w:rsidRPr="00665B74">
              <w:rPr>
                <w:rFonts w:ascii="Arial" w:eastAsia="Times New Roman" w:hAnsi="Arial" w:cs="Arial"/>
                <w:color w:val="000000"/>
                <w:sz w:val="24"/>
                <w:szCs w:val="24"/>
                <w:lang w:val="en-GB" w:eastAsia="zh-CN"/>
              </w:rPr>
              <w:t xml:space="preserve"> End</w:t>
            </w:r>
          </w:p>
        </w:tc>
      </w:tr>
      <w:tr w:rsidR="00436565" w:rsidRPr="00665B74" w14:paraId="5F1CB7DC" w14:textId="77777777" w:rsidTr="00436565">
        <w:trPr>
          <w:trHeight w:val="300"/>
        </w:trPr>
        <w:tc>
          <w:tcPr>
            <w:tcW w:w="3573" w:type="dxa"/>
            <w:noWrap/>
            <w:vAlign w:val="center"/>
            <w:hideMark/>
          </w:tcPr>
          <w:p w14:paraId="4C4DC8C9"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Payment final value</w:t>
            </w:r>
          </w:p>
        </w:tc>
      </w:tr>
    </w:tbl>
    <w:p w14:paraId="4E5ED107" w14:textId="77777777" w:rsidR="00436565" w:rsidRDefault="00436565"/>
    <w:tbl>
      <w:tblPr>
        <w:tblpPr w:leftFromText="180" w:rightFromText="180" w:vertAnchor="text" w:horzAnchor="margin" w:tblpY="24"/>
        <w:tblOverlap w:val="never"/>
        <w:tblW w:w="5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tblGrid>
      <w:tr w:rsidR="00436565" w:rsidRPr="00665B74" w14:paraId="48C7ED91" w14:textId="77777777" w:rsidTr="00665B74">
        <w:trPr>
          <w:trHeight w:val="300"/>
        </w:trPr>
        <w:tc>
          <w:tcPr>
            <w:tcW w:w="5778" w:type="dxa"/>
            <w:noWrap/>
            <w:vAlign w:val="center"/>
          </w:tcPr>
          <w:p w14:paraId="16C1ADF6" w14:textId="3CD4A8E3"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t xml:space="preserve">Relationships between entities </w:t>
            </w:r>
          </w:p>
          <w:p w14:paraId="1F3B80C6" w14:textId="5E6F615C" w:rsidR="00436565" w:rsidRPr="00665B74" w:rsidRDefault="00436565" w:rsidP="00436565">
            <w:pPr>
              <w:spacing w:after="0" w:line="240" w:lineRule="auto"/>
              <w:rPr>
                <w:rFonts w:ascii="Arial" w:eastAsia="Times New Roman" w:hAnsi="Arial" w:cs="Arial"/>
                <w:b/>
                <w:bCs/>
                <w:color w:val="000000"/>
                <w:sz w:val="24"/>
                <w:szCs w:val="24"/>
                <w:lang w:val="en-GB" w:eastAsia="zh-CN"/>
              </w:rPr>
            </w:pPr>
          </w:p>
        </w:tc>
      </w:tr>
      <w:tr w:rsidR="00436565" w:rsidRPr="00665B74" w14:paraId="2B46EADE" w14:textId="77777777" w:rsidTr="00665B74">
        <w:trPr>
          <w:trHeight w:val="300"/>
        </w:trPr>
        <w:tc>
          <w:tcPr>
            <w:tcW w:w="5778" w:type="dxa"/>
            <w:noWrap/>
            <w:vAlign w:val="center"/>
            <w:hideMark/>
          </w:tcPr>
          <w:p w14:paraId="38F1B203" w14:textId="453F86AF" w:rsidR="00436565" w:rsidRPr="00665B74" w:rsidRDefault="00436565" w:rsidP="00436565">
            <w:pPr>
              <w:pStyle w:val="ListParagraph"/>
              <w:numPr>
                <w:ilvl w:val="0"/>
                <w:numId w:val="17"/>
              </w:numPr>
              <w:spacing w:after="0" w:line="240" w:lineRule="auto"/>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 xml:space="preserve">CUSTOMERS own many VEHICLES registered </w:t>
            </w:r>
          </w:p>
        </w:tc>
      </w:tr>
      <w:tr w:rsidR="00436565" w:rsidRPr="00665B74" w14:paraId="3C238B58" w14:textId="77777777" w:rsidTr="00665B74">
        <w:trPr>
          <w:trHeight w:val="300"/>
        </w:trPr>
        <w:tc>
          <w:tcPr>
            <w:tcW w:w="5778" w:type="dxa"/>
            <w:noWrap/>
            <w:vAlign w:val="center"/>
            <w:hideMark/>
          </w:tcPr>
          <w:p w14:paraId="5AAD0EF4" w14:textId="6256FE5B" w:rsidR="00436565" w:rsidRPr="00665B74" w:rsidRDefault="00436565" w:rsidP="00436565">
            <w:pPr>
              <w:pStyle w:val="ListParagraph"/>
              <w:numPr>
                <w:ilvl w:val="0"/>
                <w:numId w:val="17"/>
              </w:numPr>
              <w:spacing w:after="0" w:line="240" w:lineRule="auto"/>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CUSTOMER VEHICLE can make a single BOOKINGS</w:t>
            </w:r>
          </w:p>
        </w:tc>
      </w:tr>
      <w:tr w:rsidR="00436565" w:rsidRPr="00665B74" w14:paraId="7C363697" w14:textId="77777777" w:rsidTr="00665B74">
        <w:trPr>
          <w:trHeight w:val="300"/>
        </w:trPr>
        <w:tc>
          <w:tcPr>
            <w:tcW w:w="5778" w:type="dxa"/>
            <w:noWrap/>
            <w:vAlign w:val="center"/>
            <w:hideMark/>
          </w:tcPr>
          <w:p w14:paraId="3AA58D9B" w14:textId="3E68DA80" w:rsidR="00436565" w:rsidRPr="00665B74" w:rsidRDefault="00436565" w:rsidP="00436565">
            <w:pPr>
              <w:pStyle w:val="ListParagraph"/>
              <w:numPr>
                <w:ilvl w:val="0"/>
                <w:numId w:val="17"/>
              </w:numPr>
              <w:spacing w:after="0" w:line="240" w:lineRule="auto"/>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 xml:space="preserve">Each SITES have its own SLOTS </w:t>
            </w:r>
          </w:p>
        </w:tc>
      </w:tr>
      <w:tr w:rsidR="00436565" w:rsidRPr="00665B74" w14:paraId="17FBACB3" w14:textId="77777777" w:rsidTr="00665B74">
        <w:trPr>
          <w:trHeight w:val="300"/>
        </w:trPr>
        <w:tc>
          <w:tcPr>
            <w:tcW w:w="5778" w:type="dxa"/>
            <w:noWrap/>
            <w:vAlign w:val="center"/>
            <w:hideMark/>
          </w:tcPr>
          <w:p w14:paraId="46D94367" w14:textId="77777777" w:rsidR="00436565" w:rsidRPr="00665B74" w:rsidRDefault="00436565" w:rsidP="00436565">
            <w:pPr>
              <w:pStyle w:val="ListParagraph"/>
              <w:numPr>
                <w:ilvl w:val="0"/>
                <w:numId w:val="17"/>
              </w:numPr>
              <w:spacing w:after="0" w:line="240" w:lineRule="auto"/>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 xml:space="preserve">CUSTOMER VEHICLES make PAYMENTS to financial control </w:t>
            </w:r>
          </w:p>
        </w:tc>
      </w:tr>
      <w:tr w:rsidR="00436565" w:rsidRPr="00665B74" w14:paraId="4C9CC48B" w14:textId="77777777" w:rsidTr="00665B74">
        <w:trPr>
          <w:trHeight w:val="300"/>
        </w:trPr>
        <w:tc>
          <w:tcPr>
            <w:tcW w:w="5778" w:type="dxa"/>
            <w:noWrap/>
            <w:vAlign w:val="center"/>
            <w:hideMark/>
          </w:tcPr>
          <w:p w14:paraId="2D1D002F" w14:textId="77777777" w:rsidR="00436565" w:rsidRPr="00665B74" w:rsidRDefault="00436565" w:rsidP="00436565">
            <w:pPr>
              <w:pStyle w:val="ListParagraph"/>
              <w:numPr>
                <w:ilvl w:val="0"/>
                <w:numId w:val="17"/>
              </w:numPr>
              <w:spacing w:after="0" w:line="240" w:lineRule="auto"/>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lastRenderedPageBreak/>
              <w:t>Every SLOTS are reserved in PAYMENTS when a vehicle start its session</w:t>
            </w:r>
          </w:p>
        </w:tc>
      </w:tr>
      <w:tr w:rsidR="00DA2C24" w:rsidRPr="00665B74" w14:paraId="60F569F6" w14:textId="77777777" w:rsidTr="00665B74">
        <w:trPr>
          <w:trHeight w:val="300"/>
        </w:trPr>
        <w:tc>
          <w:tcPr>
            <w:tcW w:w="5778" w:type="dxa"/>
            <w:noWrap/>
            <w:vAlign w:val="center"/>
          </w:tcPr>
          <w:p w14:paraId="4637AD05" w14:textId="77777777" w:rsidR="00DA2C24" w:rsidRPr="00665B74" w:rsidRDefault="00DA2C24" w:rsidP="00436565">
            <w:pPr>
              <w:pStyle w:val="ListParagraph"/>
              <w:numPr>
                <w:ilvl w:val="0"/>
                <w:numId w:val="17"/>
              </w:numPr>
              <w:spacing w:after="0" w:line="240" w:lineRule="auto"/>
              <w:rPr>
                <w:rFonts w:ascii="Arial" w:eastAsia="Times New Roman" w:hAnsi="Arial" w:cs="Arial"/>
                <w:color w:val="000000"/>
                <w:sz w:val="24"/>
                <w:szCs w:val="24"/>
                <w:lang w:val="en-GB" w:eastAsia="zh-CN"/>
              </w:rPr>
            </w:pPr>
          </w:p>
        </w:tc>
      </w:tr>
    </w:tbl>
    <w:p w14:paraId="75A9982D" w14:textId="77777777" w:rsidR="00436565" w:rsidRDefault="00436565"/>
    <w:p w14:paraId="512A98BF" w14:textId="77777777" w:rsidR="00FC1E24" w:rsidRDefault="00FC1E24"/>
    <w:p w14:paraId="1D78D3AE" w14:textId="1F09ECF3" w:rsidR="00430097" w:rsidRPr="00065295" w:rsidRDefault="00D74D74" w:rsidP="00DA2C24">
      <w:pPr>
        <w:pStyle w:val="Heading1"/>
        <w:rPr>
          <w:rFonts w:ascii="Arial" w:eastAsiaTheme="minorEastAsia" w:hAnsi="Arial" w:cs="Arial"/>
          <w:b w:val="0"/>
          <w:bCs w:val="0"/>
          <w:color w:val="auto"/>
          <w:sz w:val="24"/>
          <w:szCs w:val="24"/>
        </w:rPr>
      </w:pPr>
      <w:r>
        <w:br/>
      </w:r>
      <w:bookmarkStart w:id="3" w:name="_Toc235453746"/>
      <w:r>
        <w:t>Entity Relationship Diagram (ERD)</w:t>
      </w:r>
      <w:bookmarkEnd w:id="3"/>
      <w:r>
        <w:br/>
      </w:r>
    </w:p>
    <w:p w14:paraId="18EA56DC" w14:textId="0E7033DB" w:rsidR="003978BB" w:rsidRDefault="00065295" w:rsidP="00065295">
      <w:pPr>
        <w:jc w:val="both"/>
        <w:rPr>
          <w:rFonts w:ascii="Arial" w:hAnsi="Arial" w:cs="Arial"/>
          <w:sz w:val="24"/>
          <w:szCs w:val="24"/>
        </w:rPr>
      </w:pPr>
      <w:r w:rsidRPr="00065295">
        <w:rPr>
          <w:rFonts w:ascii="Arial" w:hAnsi="Arial" w:cs="Arial"/>
          <w:sz w:val="24"/>
          <w:szCs w:val="24"/>
        </w:rPr>
        <w:t xml:space="preserve">An entity relationship diagram </w:t>
      </w:r>
      <w:r w:rsidR="003978BB">
        <w:rPr>
          <w:rFonts w:ascii="Arial" w:hAnsi="Arial" w:cs="Arial"/>
          <w:sz w:val="24"/>
          <w:szCs w:val="24"/>
        </w:rPr>
        <w:t xml:space="preserve">(ERD) </w:t>
      </w:r>
      <w:r w:rsidRPr="00065295">
        <w:rPr>
          <w:rFonts w:ascii="Arial" w:hAnsi="Arial" w:cs="Arial"/>
          <w:sz w:val="24"/>
          <w:szCs w:val="24"/>
        </w:rPr>
        <w:t>is a visual representation of how items</w:t>
      </w:r>
      <w:r w:rsidR="003978BB">
        <w:rPr>
          <w:rFonts w:ascii="Arial" w:hAnsi="Arial" w:cs="Arial"/>
          <w:sz w:val="24"/>
          <w:szCs w:val="24"/>
        </w:rPr>
        <w:t xml:space="preserve"> relate between each other</w:t>
      </w:r>
      <w:r w:rsidRPr="00065295">
        <w:rPr>
          <w:rFonts w:ascii="Arial" w:hAnsi="Arial" w:cs="Arial"/>
          <w:sz w:val="24"/>
          <w:szCs w:val="24"/>
        </w:rPr>
        <w:t xml:space="preserve"> in </w:t>
      </w:r>
      <w:r w:rsidR="003978BB" w:rsidRPr="00065295">
        <w:rPr>
          <w:rFonts w:ascii="Arial" w:hAnsi="Arial" w:cs="Arial"/>
          <w:sz w:val="24"/>
          <w:szCs w:val="24"/>
        </w:rPr>
        <w:t>database</w:t>
      </w:r>
      <w:r w:rsidRPr="00065295">
        <w:rPr>
          <w:rFonts w:ascii="Arial" w:hAnsi="Arial" w:cs="Arial"/>
          <w:sz w:val="24"/>
          <w:szCs w:val="24"/>
        </w:rPr>
        <w:t xml:space="preserve"> </w:t>
      </w:r>
      <w:r w:rsidR="003978BB">
        <w:rPr>
          <w:rFonts w:ascii="Arial" w:hAnsi="Arial" w:cs="Arial"/>
          <w:sz w:val="24"/>
          <w:szCs w:val="24"/>
        </w:rPr>
        <w:t>architecture</w:t>
      </w:r>
      <w:r w:rsidRPr="00065295">
        <w:rPr>
          <w:rFonts w:ascii="Arial" w:hAnsi="Arial" w:cs="Arial"/>
          <w:sz w:val="24"/>
          <w:szCs w:val="24"/>
        </w:rPr>
        <w:t xml:space="preserve">. ERDs </w:t>
      </w:r>
      <w:r w:rsidR="003978BB">
        <w:rPr>
          <w:rFonts w:ascii="Arial" w:hAnsi="Arial" w:cs="Arial"/>
          <w:sz w:val="24"/>
          <w:szCs w:val="24"/>
        </w:rPr>
        <w:t xml:space="preserve">use data modeling to represent </w:t>
      </w:r>
      <w:r w:rsidR="00A94AE3" w:rsidRPr="00065295">
        <w:rPr>
          <w:rFonts w:ascii="Arial" w:hAnsi="Arial" w:cs="Arial"/>
          <w:sz w:val="24"/>
          <w:szCs w:val="24"/>
        </w:rPr>
        <w:t>a</w:t>
      </w:r>
      <w:r w:rsidRPr="00065295">
        <w:rPr>
          <w:rFonts w:ascii="Arial" w:hAnsi="Arial" w:cs="Arial"/>
          <w:sz w:val="24"/>
          <w:szCs w:val="24"/>
        </w:rPr>
        <w:t xml:space="preserve"> flowchart that conveys the relationship types between different entities within a system</w:t>
      </w:r>
      <w:r w:rsidR="003978BB" w:rsidRPr="00065295">
        <w:rPr>
          <w:rFonts w:ascii="Arial" w:hAnsi="Arial" w:cs="Arial"/>
          <w:sz w:val="24"/>
          <w:szCs w:val="24"/>
        </w:rPr>
        <w:t>.</w:t>
      </w:r>
      <w:r w:rsidR="003978BB">
        <w:rPr>
          <w:rFonts w:ascii="Arial" w:hAnsi="Arial" w:cs="Arial"/>
          <w:sz w:val="24"/>
          <w:szCs w:val="24"/>
        </w:rPr>
        <w:t xml:space="preserve"> </w:t>
      </w:r>
      <w:sdt>
        <w:sdtPr>
          <w:rPr>
            <w:rFonts w:ascii="Arial" w:hAnsi="Arial" w:cs="Arial"/>
            <w:sz w:val="24"/>
            <w:szCs w:val="24"/>
          </w:rPr>
          <w:id w:val="-1249119955"/>
          <w:citation/>
        </w:sdtPr>
        <w:sdtEndPr/>
        <w:sdtContent>
          <w:r w:rsidR="003978BB">
            <w:rPr>
              <w:rFonts w:ascii="Arial" w:hAnsi="Arial" w:cs="Arial"/>
              <w:sz w:val="24"/>
              <w:szCs w:val="24"/>
            </w:rPr>
            <w:fldChar w:fldCharType="begin"/>
          </w:r>
          <w:r w:rsidR="003978BB" w:rsidRPr="00065295">
            <w:rPr>
              <w:rFonts w:ascii="Arial" w:hAnsi="Arial" w:cs="Arial"/>
              <w:sz w:val="24"/>
              <w:szCs w:val="24"/>
              <w:lang w:val="en-GB"/>
            </w:rPr>
            <w:instrText xml:space="preserve"> CITATION Iva26 \l 1046 </w:instrText>
          </w:r>
          <w:r w:rsidR="003978BB">
            <w:rPr>
              <w:rFonts w:ascii="Arial" w:hAnsi="Arial" w:cs="Arial"/>
              <w:sz w:val="24"/>
              <w:szCs w:val="24"/>
            </w:rPr>
            <w:fldChar w:fldCharType="separate"/>
          </w:r>
          <w:r w:rsidR="003978BB" w:rsidRPr="00065295">
            <w:rPr>
              <w:rFonts w:ascii="Arial" w:hAnsi="Arial" w:cs="Arial"/>
              <w:noProof/>
              <w:sz w:val="24"/>
              <w:szCs w:val="24"/>
              <w:lang w:val="en-GB"/>
            </w:rPr>
            <w:t>[1]</w:t>
          </w:r>
          <w:r w:rsidR="003978BB">
            <w:rPr>
              <w:rFonts w:ascii="Arial" w:hAnsi="Arial" w:cs="Arial"/>
              <w:sz w:val="24"/>
              <w:szCs w:val="24"/>
            </w:rPr>
            <w:fldChar w:fldCharType="end"/>
          </w:r>
        </w:sdtContent>
      </w:sdt>
    </w:p>
    <w:p w14:paraId="55AB5312" w14:textId="34CD3681" w:rsidR="00065295" w:rsidRDefault="00A94AE3" w:rsidP="00065295">
      <w:pPr>
        <w:jc w:val="both"/>
        <w:rPr>
          <w:rFonts w:ascii="Arial" w:hAnsi="Arial" w:cs="Arial"/>
          <w:sz w:val="24"/>
          <w:szCs w:val="24"/>
        </w:rPr>
      </w:pPr>
      <w:r>
        <w:rPr>
          <w:rFonts w:ascii="Arial" w:hAnsi="Arial" w:cs="Arial"/>
          <w:sz w:val="24"/>
          <w:szCs w:val="24"/>
        </w:rPr>
        <w:t xml:space="preserve">It </w:t>
      </w:r>
      <w:r w:rsidR="00065295" w:rsidRPr="00065295">
        <w:rPr>
          <w:rFonts w:ascii="Arial" w:hAnsi="Arial" w:cs="Arial"/>
          <w:sz w:val="24"/>
          <w:szCs w:val="24"/>
        </w:rPr>
        <w:t>use</w:t>
      </w:r>
      <w:r>
        <w:rPr>
          <w:rFonts w:ascii="Arial" w:hAnsi="Arial" w:cs="Arial"/>
          <w:sz w:val="24"/>
          <w:szCs w:val="24"/>
        </w:rPr>
        <w:t>s</w:t>
      </w:r>
      <w:r w:rsidR="00065295" w:rsidRPr="00065295">
        <w:rPr>
          <w:rFonts w:ascii="Arial" w:hAnsi="Arial" w:cs="Arial"/>
          <w:sz w:val="24"/>
          <w:szCs w:val="24"/>
        </w:rPr>
        <w:t xml:space="preserve"> a defined set of symbols, including rectangles, ovals and diamonds, and </w:t>
      </w:r>
      <w:r w:rsidR="00103BA9" w:rsidRPr="00065295">
        <w:rPr>
          <w:rFonts w:ascii="Arial" w:hAnsi="Arial" w:cs="Arial"/>
          <w:sz w:val="24"/>
          <w:szCs w:val="24"/>
        </w:rPr>
        <w:t>links</w:t>
      </w:r>
      <w:r w:rsidR="00065295" w:rsidRPr="00065295">
        <w:rPr>
          <w:rFonts w:ascii="Arial" w:hAnsi="Arial" w:cs="Arial"/>
          <w:sz w:val="24"/>
          <w:szCs w:val="24"/>
        </w:rPr>
        <w:t xml:space="preserve"> them with connecting lines</w:t>
      </w:r>
    </w:p>
    <w:p w14:paraId="69A6F67B" w14:textId="0CFC667F" w:rsidR="00065295" w:rsidRDefault="00065295" w:rsidP="00065295">
      <w:pPr>
        <w:jc w:val="both"/>
        <w:rPr>
          <w:rFonts w:ascii="Arial" w:hAnsi="Arial" w:cs="Arial"/>
          <w:sz w:val="24"/>
          <w:szCs w:val="24"/>
        </w:rPr>
      </w:pPr>
      <w:r>
        <w:rPr>
          <w:rFonts w:ascii="Arial" w:hAnsi="Arial" w:cs="Arial"/>
          <w:sz w:val="24"/>
          <w:szCs w:val="24"/>
        </w:rPr>
        <w:t>There are 3 main</w:t>
      </w:r>
      <w:r w:rsidR="00103BA9">
        <w:rPr>
          <w:rFonts w:ascii="Arial" w:hAnsi="Arial" w:cs="Arial"/>
          <w:sz w:val="24"/>
          <w:szCs w:val="24"/>
        </w:rPr>
        <w:t xml:space="preserve"> models of</w:t>
      </w:r>
      <w:r>
        <w:rPr>
          <w:rFonts w:ascii="Arial" w:hAnsi="Arial" w:cs="Arial"/>
          <w:sz w:val="24"/>
          <w:szCs w:val="24"/>
        </w:rPr>
        <w:t xml:space="preserve"> diagrams </w:t>
      </w:r>
      <w:r w:rsidR="003978BB">
        <w:rPr>
          <w:rFonts w:ascii="Arial" w:hAnsi="Arial" w:cs="Arial"/>
          <w:sz w:val="24"/>
          <w:szCs w:val="24"/>
        </w:rPr>
        <w:t xml:space="preserve">– Conceptual, Logical and Physical - </w:t>
      </w:r>
      <w:r>
        <w:rPr>
          <w:rFonts w:ascii="Arial" w:hAnsi="Arial" w:cs="Arial"/>
          <w:sz w:val="24"/>
          <w:szCs w:val="24"/>
        </w:rPr>
        <w:t>which we will demonstrate</w:t>
      </w:r>
      <w:r w:rsidR="003978BB">
        <w:rPr>
          <w:rFonts w:ascii="Arial" w:hAnsi="Arial" w:cs="Arial"/>
          <w:sz w:val="24"/>
          <w:szCs w:val="24"/>
        </w:rPr>
        <w:t xml:space="preserve"> and explain in this chapter. </w:t>
      </w:r>
    </w:p>
    <w:p w14:paraId="39C05D2D" w14:textId="77777777" w:rsidR="00DA2C24" w:rsidRDefault="00DA2C24" w:rsidP="00DA2C24"/>
    <w:p w14:paraId="347EE69B" w14:textId="4193DCF5" w:rsidR="00430097" w:rsidRDefault="00034F53" w:rsidP="00065295">
      <w:pPr>
        <w:pStyle w:val="Heading2"/>
      </w:pPr>
      <w:bookmarkStart w:id="4" w:name="_Toc235453747"/>
      <w:r>
        <w:t>Conceptual</w:t>
      </w:r>
      <w:bookmarkEnd w:id="4"/>
      <w:r>
        <w:t xml:space="preserve"> </w:t>
      </w:r>
    </w:p>
    <w:p w14:paraId="23542DA8" w14:textId="77777777" w:rsidR="00065295" w:rsidRDefault="00065295" w:rsidP="00065295"/>
    <w:p w14:paraId="7278EE15" w14:textId="3C2961AB" w:rsidR="00065295" w:rsidRDefault="00A94AE3" w:rsidP="00A94AE3">
      <w:pPr>
        <w:jc w:val="both"/>
        <w:rPr>
          <w:rFonts w:ascii="Arial" w:hAnsi="Arial" w:cs="Arial"/>
          <w:sz w:val="24"/>
          <w:szCs w:val="24"/>
        </w:rPr>
      </w:pPr>
      <w:r>
        <w:rPr>
          <w:rFonts w:ascii="Arial" w:hAnsi="Arial" w:cs="Arial"/>
          <w:sz w:val="24"/>
          <w:szCs w:val="24"/>
        </w:rPr>
        <w:t>A Conceptual diagram is</w:t>
      </w:r>
      <w:r w:rsidR="00E17864">
        <w:rPr>
          <w:rFonts w:ascii="Arial" w:hAnsi="Arial" w:cs="Arial"/>
          <w:sz w:val="24"/>
          <w:szCs w:val="24"/>
        </w:rPr>
        <w:t xml:space="preserve"> a high-level diagram to help</w:t>
      </w:r>
      <w:r>
        <w:rPr>
          <w:rFonts w:ascii="Arial" w:hAnsi="Arial" w:cs="Arial"/>
          <w:sz w:val="24"/>
          <w:szCs w:val="24"/>
        </w:rPr>
        <w:t xml:space="preserve"> to understand the necessities in an overview perspective between the </w:t>
      </w:r>
      <w:r w:rsidR="00E17864">
        <w:rPr>
          <w:rFonts w:ascii="Arial" w:hAnsi="Arial" w:cs="Arial"/>
          <w:sz w:val="24"/>
          <w:szCs w:val="24"/>
        </w:rPr>
        <w:t>analysts</w:t>
      </w:r>
      <w:r>
        <w:rPr>
          <w:rFonts w:ascii="Arial" w:hAnsi="Arial" w:cs="Arial"/>
          <w:sz w:val="24"/>
          <w:szCs w:val="24"/>
        </w:rPr>
        <w:t xml:space="preserve"> and business. It contains how the data set relates to each other.</w:t>
      </w:r>
    </w:p>
    <w:p w14:paraId="75EF21FE" w14:textId="1D318EB4" w:rsidR="00DE6C3B" w:rsidRDefault="00DE6C3B" w:rsidP="00DE6C3B">
      <w:pPr>
        <w:jc w:val="both"/>
        <w:rPr>
          <w:rFonts w:ascii="Arial" w:hAnsi="Arial" w:cs="Arial"/>
          <w:sz w:val="24"/>
          <w:szCs w:val="24"/>
        </w:rPr>
      </w:pPr>
      <w:r>
        <w:rPr>
          <w:rFonts w:ascii="Arial" w:hAnsi="Arial" w:cs="Arial"/>
          <w:sz w:val="24"/>
          <w:szCs w:val="24"/>
        </w:rPr>
        <w:t>For the car park the necessity of controlling park slots defines the relation between the entities</w:t>
      </w:r>
      <w:r w:rsidR="00E17864">
        <w:rPr>
          <w:rFonts w:ascii="Arial" w:hAnsi="Arial" w:cs="Arial"/>
          <w:sz w:val="24"/>
          <w:szCs w:val="24"/>
        </w:rPr>
        <w:t xml:space="preserve">, their actions and data flow. </w:t>
      </w:r>
    </w:p>
    <w:p w14:paraId="4C77E5EC" w14:textId="77777777" w:rsidR="00E17864" w:rsidRDefault="00E17864" w:rsidP="00DE6C3B">
      <w:pPr>
        <w:jc w:val="both"/>
        <w:rPr>
          <w:rFonts w:ascii="Arial" w:hAnsi="Arial" w:cs="Arial"/>
          <w:sz w:val="24"/>
          <w:szCs w:val="24"/>
        </w:rPr>
      </w:pPr>
    </w:p>
    <w:p w14:paraId="4CB8EE2E" w14:textId="211C69AF" w:rsidR="008B42E5" w:rsidRDefault="008B42E5" w:rsidP="00DE6C3B">
      <w:pPr>
        <w:jc w:val="both"/>
        <w:rPr>
          <w:rFonts w:ascii="Arial" w:hAnsi="Arial" w:cs="Arial"/>
          <w:sz w:val="24"/>
          <w:szCs w:val="24"/>
        </w:rPr>
      </w:pPr>
      <w:r>
        <w:rPr>
          <w:noProof/>
        </w:rPr>
        <w:lastRenderedPageBreak/>
        <w:drawing>
          <wp:inline distT="0" distB="0" distL="0" distR="0" wp14:anchorId="5A0F236C" wp14:editId="76960287">
            <wp:extent cx="6085840" cy="4330525"/>
            <wp:effectExtent l="0" t="0" r="0" b="0"/>
            <wp:docPr id="11162212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322492" name=""/>
                    <pic:cNvPicPr/>
                  </pic:nvPicPr>
                  <pic:blipFill>
                    <a:blip r:embed="rId11"/>
                    <a:stretch>
                      <a:fillRect/>
                    </a:stretch>
                  </pic:blipFill>
                  <pic:spPr>
                    <a:xfrm>
                      <a:off x="0" y="0"/>
                      <a:ext cx="6091351" cy="4334446"/>
                    </a:xfrm>
                    <a:prstGeom prst="rect">
                      <a:avLst/>
                    </a:prstGeom>
                  </pic:spPr>
                </pic:pic>
              </a:graphicData>
            </a:graphic>
          </wp:inline>
        </w:drawing>
      </w:r>
    </w:p>
    <w:p w14:paraId="15BC5AAB" w14:textId="77777777" w:rsidR="00DE6C3B" w:rsidRDefault="00DE6C3B" w:rsidP="00A94AE3">
      <w:pPr>
        <w:jc w:val="both"/>
        <w:rPr>
          <w:rFonts w:ascii="Arial" w:hAnsi="Arial" w:cs="Arial"/>
          <w:sz w:val="24"/>
          <w:szCs w:val="24"/>
        </w:rPr>
      </w:pPr>
    </w:p>
    <w:p w14:paraId="0CEF3E80" w14:textId="77777777" w:rsidR="008B42E5" w:rsidRDefault="008B42E5" w:rsidP="00A94AE3">
      <w:pPr>
        <w:jc w:val="both"/>
        <w:rPr>
          <w:rFonts w:ascii="Arial" w:hAnsi="Arial" w:cs="Arial"/>
          <w:sz w:val="24"/>
          <w:szCs w:val="24"/>
        </w:rPr>
      </w:pPr>
    </w:p>
    <w:p w14:paraId="0923F3B6" w14:textId="0C229116" w:rsidR="008B42E5" w:rsidRDefault="008B42E5" w:rsidP="008B42E5">
      <w:pPr>
        <w:jc w:val="both"/>
        <w:rPr>
          <w:rFonts w:ascii="Arial" w:hAnsi="Arial" w:cs="Arial"/>
          <w:sz w:val="24"/>
          <w:szCs w:val="24"/>
        </w:rPr>
      </w:pPr>
      <w:r>
        <w:rPr>
          <w:rFonts w:ascii="Arial" w:hAnsi="Arial" w:cs="Arial"/>
          <w:sz w:val="24"/>
          <w:szCs w:val="24"/>
        </w:rPr>
        <w:lastRenderedPageBreak/>
        <w:t>Over view</w:t>
      </w:r>
      <w:r>
        <w:rPr>
          <w:noProof/>
        </w:rPr>
        <w:drawing>
          <wp:inline distT="0" distB="0" distL="0" distR="0" wp14:anchorId="0A1CA5C7" wp14:editId="08108742">
            <wp:extent cx="3575182" cy="3174215"/>
            <wp:effectExtent l="0" t="0" r="6350" b="7620"/>
            <wp:docPr id="2099337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33785" name=""/>
                    <pic:cNvPicPr/>
                  </pic:nvPicPr>
                  <pic:blipFill>
                    <a:blip r:embed="rId12"/>
                    <a:stretch>
                      <a:fillRect/>
                    </a:stretch>
                  </pic:blipFill>
                  <pic:spPr>
                    <a:xfrm>
                      <a:off x="0" y="0"/>
                      <a:ext cx="3591559" cy="3188755"/>
                    </a:xfrm>
                    <a:prstGeom prst="rect">
                      <a:avLst/>
                    </a:prstGeom>
                  </pic:spPr>
                </pic:pic>
              </a:graphicData>
            </a:graphic>
          </wp:inline>
        </w:drawing>
      </w:r>
    </w:p>
    <w:p w14:paraId="3285E300" w14:textId="348A95A7" w:rsidR="002131A2" w:rsidRDefault="002131A2" w:rsidP="008B42E5">
      <w:pPr>
        <w:jc w:val="both"/>
      </w:pPr>
    </w:p>
    <w:p w14:paraId="0E5DF1BE" w14:textId="77777777" w:rsidR="00DE6C3B" w:rsidRDefault="00DE6C3B"/>
    <w:p w14:paraId="064F408E" w14:textId="77777777" w:rsidR="00DE6C3B" w:rsidRDefault="00DE6C3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81"/>
        <w:gridCol w:w="2475"/>
      </w:tblGrid>
      <w:tr w:rsidR="00DE6C3B" w14:paraId="57A8BB17" w14:textId="77777777" w:rsidTr="001D0808">
        <w:tc>
          <w:tcPr>
            <w:tcW w:w="4428" w:type="dxa"/>
            <w:tcBorders>
              <w:bottom w:val="single" w:sz="4" w:space="0" w:color="auto"/>
            </w:tcBorders>
          </w:tcPr>
          <w:p w14:paraId="24F92EFE" w14:textId="72DFC135" w:rsidR="00DE6C3B" w:rsidRDefault="00DE6C3B" w:rsidP="00DE6C3B">
            <w:pPr>
              <w:jc w:val="center"/>
            </w:pPr>
            <w:r>
              <w:rPr>
                <w:noProof/>
              </w:rPr>
              <w:drawing>
                <wp:inline distT="0" distB="0" distL="0" distR="0" wp14:anchorId="0D040338" wp14:editId="6DFC43A6">
                  <wp:extent cx="1504950" cy="3114675"/>
                  <wp:effectExtent l="0" t="0" r="0" b="9525"/>
                  <wp:docPr id="15925097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09739" name=""/>
                          <pic:cNvPicPr/>
                        </pic:nvPicPr>
                        <pic:blipFill>
                          <a:blip r:embed="rId13"/>
                          <a:stretch>
                            <a:fillRect/>
                          </a:stretch>
                        </pic:blipFill>
                        <pic:spPr>
                          <a:xfrm>
                            <a:off x="0" y="0"/>
                            <a:ext cx="1504950" cy="3114675"/>
                          </a:xfrm>
                          <a:prstGeom prst="rect">
                            <a:avLst/>
                          </a:prstGeom>
                        </pic:spPr>
                      </pic:pic>
                    </a:graphicData>
                  </a:graphic>
                </wp:inline>
              </w:drawing>
            </w:r>
          </w:p>
        </w:tc>
        <w:tc>
          <w:tcPr>
            <w:tcW w:w="4428" w:type="dxa"/>
            <w:tcBorders>
              <w:bottom w:val="single" w:sz="4" w:space="0" w:color="auto"/>
            </w:tcBorders>
          </w:tcPr>
          <w:p w14:paraId="037E7108" w14:textId="77777777" w:rsidR="00DE6C3B" w:rsidRPr="00DE6C3B" w:rsidRDefault="00DE6C3B" w:rsidP="00DE6C3B">
            <w:pPr>
              <w:jc w:val="center"/>
              <w:rPr>
                <w:rFonts w:ascii="Arial" w:hAnsi="Arial" w:cs="Arial"/>
                <w:sz w:val="24"/>
                <w:szCs w:val="24"/>
              </w:rPr>
            </w:pPr>
          </w:p>
          <w:p w14:paraId="66C61F59" w14:textId="77777777" w:rsidR="00DE6C3B" w:rsidRPr="00DE6C3B" w:rsidRDefault="00DE6C3B" w:rsidP="00DE6C3B">
            <w:pPr>
              <w:jc w:val="center"/>
              <w:rPr>
                <w:rFonts w:ascii="Arial" w:hAnsi="Arial" w:cs="Arial"/>
                <w:sz w:val="24"/>
                <w:szCs w:val="24"/>
              </w:rPr>
            </w:pPr>
          </w:p>
          <w:p w14:paraId="32AA6EC7" w14:textId="21FF2387" w:rsidR="00DE6C3B" w:rsidRPr="00DE6C3B" w:rsidRDefault="00DE6C3B" w:rsidP="00DE6C3B">
            <w:pPr>
              <w:jc w:val="center"/>
              <w:rPr>
                <w:rFonts w:ascii="Arial" w:hAnsi="Arial" w:cs="Arial"/>
                <w:sz w:val="24"/>
                <w:szCs w:val="24"/>
              </w:rPr>
            </w:pPr>
            <w:r w:rsidRPr="00DE6C3B">
              <w:rPr>
                <w:rFonts w:ascii="Arial" w:hAnsi="Arial" w:cs="Arial"/>
                <w:sz w:val="24"/>
                <w:szCs w:val="24"/>
              </w:rPr>
              <w:t>Every site address has its own park slots</w:t>
            </w:r>
            <w:r w:rsidR="001D0808">
              <w:rPr>
                <w:rFonts w:ascii="Arial" w:hAnsi="Arial" w:cs="Arial"/>
                <w:sz w:val="24"/>
                <w:szCs w:val="24"/>
              </w:rPr>
              <w:t>.</w:t>
            </w:r>
          </w:p>
          <w:p w14:paraId="068C83CB" w14:textId="479071BC" w:rsidR="00DE6C3B" w:rsidRPr="00DE6C3B" w:rsidRDefault="00DE6C3B" w:rsidP="00DE6C3B">
            <w:pPr>
              <w:jc w:val="center"/>
              <w:rPr>
                <w:rFonts w:ascii="Arial" w:hAnsi="Arial" w:cs="Arial"/>
                <w:sz w:val="24"/>
                <w:szCs w:val="24"/>
              </w:rPr>
            </w:pPr>
          </w:p>
        </w:tc>
      </w:tr>
      <w:tr w:rsidR="00DE6C3B" w14:paraId="0F1F326D" w14:textId="77777777" w:rsidTr="001D0808">
        <w:tc>
          <w:tcPr>
            <w:tcW w:w="4428" w:type="dxa"/>
            <w:tcBorders>
              <w:top w:val="single" w:sz="4" w:space="0" w:color="auto"/>
              <w:bottom w:val="single" w:sz="4" w:space="0" w:color="auto"/>
            </w:tcBorders>
          </w:tcPr>
          <w:p w14:paraId="6E80AB69" w14:textId="413D78FE" w:rsidR="00DE6C3B" w:rsidRDefault="001D0808" w:rsidP="00DE6C3B">
            <w:pPr>
              <w:jc w:val="center"/>
              <w:rPr>
                <w:noProof/>
              </w:rPr>
            </w:pPr>
            <w:r>
              <w:object w:dxaOrig="6165" w:dyaOrig="3885" w14:anchorId="3EEA65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25pt;height:194.25pt" o:ole="">
                  <v:imagedata r:id="rId14" o:title=""/>
                </v:shape>
                <o:OLEObject Type="Embed" ProgID="PBrush" ShapeID="_x0000_i1025" DrawAspect="Content" ObjectID="_1846071047" r:id="rId15"/>
              </w:object>
            </w:r>
          </w:p>
        </w:tc>
        <w:tc>
          <w:tcPr>
            <w:tcW w:w="4428" w:type="dxa"/>
            <w:tcBorders>
              <w:top w:val="single" w:sz="4" w:space="0" w:color="auto"/>
              <w:bottom w:val="single" w:sz="4" w:space="0" w:color="auto"/>
            </w:tcBorders>
          </w:tcPr>
          <w:p w14:paraId="7161A26D" w14:textId="77777777" w:rsidR="00DE6C3B" w:rsidRPr="001D0808" w:rsidRDefault="00DE6C3B" w:rsidP="00DE6C3B">
            <w:pPr>
              <w:jc w:val="center"/>
              <w:rPr>
                <w:rFonts w:ascii="Arial" w:hAnsi="Arial" w:cs="Arial"/>
                <w:sz w:val="24"/>
                <w:szCs w:val="24"/>
              </w:rPr>
            </w:pPr>
          </w:p>
          <w:p w14:paraId="192E5561" w14:textId="77777777" w:rsidR="001D0808" w:rsidRDefault="001D0808" w:rsidP="00DE6C3B">
            <w:pPr>
              <w:jc w:val="center"/>
              <w:rPr>
                <w:rFonts w:ascii="Arial" w:hAnsi="Arial" w:cs="Arial"/>
                <w:sz w:val="24"/>
                <w:szCs w:val="24"/>
              </w:rPr>
            </w:pPr>
          </w:p>
          <w:p w14:paraId="593CDE0B" w14:textId="2492A591" w:rsidR="001D0808" w:rsidRPr="001D0808" w:rsidRDefault="001D0808" w:rsidP="00DE6C3B">
            <w:pPr>
              <w:jc w:val="center"/>
              <w:rPr>
                <w:rFonts w:ascii="Arial" w:hAnsi="Arial" w:cs="Arial"/>
                <w:sz w:val="24"/>
                <w:szCs w:val="24"/>
              </w:rPr>
            </w:pPr>
            <w:r w:rsidRPr="001D0808">
              <w:rPr>
                <w:rFonts w:ascii="Arial" w:hAnsi="Arial" w:cs="Arial"/>
                <w:sz w:val="24"/>
                <w:szCs w:val="24"/>
              </w:rPr>
              <w:t>Book</w:t>
            </w:r>
            <w:r>
              <w:rPr>
                <w:rFonts w:ascii="Arial" w:hAnsi="Arial" w:cs="Arial"/>
                <w:sz w:val="24"/>
                <w:szCs w:val="24"/>
              </w:rPr>
              <w:t xml:space="preserve">ing a date and time reserve Slot and guarantee a place when a </w:t>
            </w:r>
            <w:r w:rsidR="00AA0150">
              <w:rPr>
                <w:rFonts w:ascii="Arial" w:hAnsi="Arial" w:cs="Arial"/>
                <w:sz w:val="24"/>
                <w:szCs w:val="24"/>
              </w:rPr>
              <w:t>customer</w:t>
            </w:r>
            <w:r>
              <w:rPr>
                <w:rFonts w:ascii="Arial" w:hAnsi="Arial" w:cs="Arial"/>
                <w:sz w:val="24"/>
                <w:szCs w:val="24"/>
              </w:rPr>
              <w:t xml:space="preserve"> arrives. </w:t>
            </w:r>
          </w:p>
        </w:tc>
      </w:tr>
      <w:tr w:rsidR="001D0808" w14:paraId="46AD39CF" w14:textId="77777777" w:rsidTr="001D0808">
        <w:tc>
          <w:tcPr>
            <w:tcW w:w="4428" w:type="dxa"/>
            <w:tcBorders>
              <w:top w:val="single" w:sz="4" w:space="0" w:color="auto"/>
              <w:bottom w:val="single" w:sz="4" w:space="0" w:color="auto"/>
            </w:tcBorders>
          </w:tcPr>
          <w:p w14:paraId="391BBED9" w14:textId="3AB99A59" w:rsidR="001D0808" w:rsidRDefault="001D0808" w:rsidP="00DE6C3B">
            <w:pPr>
              <w:jc w:val="center"/>
            </w:pPr>
            <w:r>
              <w:object w:dxaOrig="5385" w:dyaOrig="3240" w14:anchorId="6C4F5696">
                <v:shape id="_x0000_i1026" type="#_x0000_t75" style="width:269.25pt;height:162pt" o:ole="">
                  <v:imagedata r:id="rId16" o:title=""/>
                </v:shape>
                <o:OLEObject Type="Embed" ProgID="PBrush" ShapeID="_x0000_i1026" DrawAspect="Content" ObjectID="_1846071048" r:id="rId17"/>
              </w:object>
            </w:r>
          </w:p>
        </w:tc>
        <w:tc>
          <w:tcPr>
            <w:tcW w:w="4428" w:type="dxa"/>
            <w:tcBorders>
              <w:top w:val="single" w:sz="4" w:space="0" w:color="auto"/>
              <w:bottom w:val="single" w:sz="4" w:space="0" w:color="auto"/>
            </w:tcBorders>
          </w:tcPr>
          <w:p w14:paraId="61DB7E56" w14:textId="77777777" w:rsidR="001D0808" w:rsidRDefault="001D0808" w:rsidP="00DE6C3B">
            <w:pPr>
              <w:jc w:val="center"/>
              <w:rPr>
                <w:rFonts w:ascii="Arial" w:hAnsi="Arial" w:cs="Arial"/>
                <w:sz w:val="24"/>
                <w:szCs w:val="24"/>
              </w:rPr>
            </w:pPr>
          </w:p>
          <w:p w14:paraId="2C7F8403" w14:textId="77777777" w:rsidR="001D0808" w:rsidRDefault="001D0808" w:rsidP="00DE6C3B">
            <w:pPr>
              <w:jc w:val="center"/>
              <w:rPr>
                <w:rFonts w:ascii="Arial" w:hAnsi="Arial" w:cs="Arial"/>
                <w:sz w:val="24"/>
                <w:szCs w:val="24"/>
              </w:rPr>
            </w:pPr>
          </w:p>
          <w:p w14:paraId="78754A38" w14:textId="17C1BEC9" w:rsidR="001D0808" w:rsidRPr="001D0808" w:rsidRDefault="001D0808" w:rsidP="00DE6C3B">
            <w:pPr>
              <w:jc w:val="center"/>
              <w:rPr>
                <w:rFonts w:ascii="Arial" w:hAnsi="Arial" w:cs="Arial"/>
                <w:sz w:val="24"/>
                <w:szCs w:val="24"/>
              </w:rPr>
            </w:pPr>
            <w:r>
              <w:rPr>
                <w:rFonts w:ascii="Arial" w:hAnsi="Arial" w:cs="Arial"/>
                <w:sz w:val="24"/>
                <w:szCs w:val="24"/>
              </w:rPr>
              <w:t>Customer can book in advanced a date and time slot.</w:t>
            </w:r>
          </w:p>
        </w:tc>
      </w:tr>
      <w:tr w:rsidR="001D0808" w14:paraId="0E55F706" w14:textId="77777777" w:rsidTr="001D0808">
        <w:tc>
          <w:tcPr>
            <w:tcW w:w="4428" w:type="dxa"/>
            <w:tcBorders>
              <w:top w:val="single" w:sz="4" w:space="0" w:color="auto"/>
              <w:bottom w:val="single" w:sz="4" w:space="0" w:color="auto"/>
            </w:tcBorders>
          </w:tcPr>
          <w:p w14:paraId="2CE37C70" w14:textId="38AC1437" w:rsidR="001D0808" w:rsidRDefault="001D0808" w:rsidP="00DE6C3B">
            <w:pPr>
              <w:jc w:val="center"/>
            </w:pPr>
            <w:r>
              <w:object w:dxaOrig="2415" w:dyaOrig="4845" w14:anchorId="1E3D81DF">
                <v:shape id="_x0000_i1027" type="#_x0000_t75" style="width:120.75pt;height:242.25pt" o:ole="">
                  <v:imagedata r:id="rId18" o:title=""/>
                </v:shape>
                <o:OLEObject Type="Embed" ProgID="PBrush" ShapeID="_x0000_i1027" DrawAspect="Content" ObjectID="_1846071049" r:id="rId19"/>
              </w:object>
            </w:r>
          </w:p>
        </w:tc>
        <w:tc>
          <w:tcPr>
            <w:tcW w:w="4428" w:type="dxa"/>
            <w:tcBorders>
              <w:top w:val="single" w:sz="4" w:space="0" w:color="auto"/>
              <w:bottom w:val="single" w:sz="4" w:space="0" w:color="auto"/>
            </w:tcBorders>
          </w:tcPr>
          <w:p w14:paraId="3DEDDC7D" w14:textId="77777777" w:rsidR="001D0808" w:rsidRDefault="001D0808" w:rsidP="00DE6C3B">
            <w:pPr>
              <w:jc w:val="center"/>
              <w:rPr>
                <w:rFonts w:ascii="Arial" w:hAnsi="Arial" w:cs="Arial"/>
                <w:sz w:val="24"/>
                <w:szCs w:val="24"/>
              </w:rPr>
            </w:pPr>
          </w:p>
          <w:p w14:paraId="019C8B4D" w14:textId="77777777" w:rsidR="001D0808" w:rsidRDefault="001D0808" w:rsidP="00DE6C3B">
            <w:pPr>
              <w:jc w:val="center"/>
              <w:rPr>
                <w:rFonts w:ascii="Arial" w:hAnsi="Arial" w:cs="Arial"/>
                <w:sz w:val="24"/>
                <w:szCs w:val="24"/>
              </w:rPr>
            </w:pPr>
          </w:p>
          <w:p w14:paraId="33244553" w14:textId="1C088671" w:rsidR="001D0808" w:rsidRDefault="00AA0150" w:rsidP="00DE6C3B">
            <w:pPr>
              <w:jc w:val="center"/>
              <w:rPr>
                <w:rFonts w:ascii="Arial" w:hAnsi="Arial" w:cs="Arial"/>
                <w:sz w:val="24"/>
                <w:szCs w:val="24"/>
              </w:rPr>
            </w:pPr>
            <w:r>
              <w:rPr>
                <w:rFonts w:ascii="Arial" w:hAnsi="Arial" w:cs="Arial"/>
                <w:sz w:val="24"/>
                <w:szCs w:val="24"/>
              </w:rPr>
              <w:t>Customers</w:t>
            </w:r>
            <w:r w:rsidR="001D0808">
              <w:rPr>
                <w:rFonts w:ascii="Arial" w:hAnsi="Arial" w:cs="Arial"/>
                <w:sz w:val="24"/>
                <w:szCs w:val="24"/>
              </w:rPr>
              <w:t xml:space="preserve"> </w:t>
            </w:r>
            <w:r>
              <w:rPr>
                <w:rFonts w:ascii="Arial" w:hAnsi="Arial" w:cs="Arial"/>
                <w:sz w:val="24"/>
                <w:szCs w:val="24"/>
              </w:rPr>
              <w:t>must</w:t>
            </w:r>
            <w:r w:rsidR="001D0808">
              <w:rPr>
                <w:rFonts w:ascii="Arial" w:hAnsi="Arial" w:cs="Arial"/>
                <w:sz w:val="24"/>
                <w:szCs w:val="24"/>
              </w:rPr>
              <w:t xml:space="preserve"> </w:t>
            </w:r>
            <w:r>
              <w:rPr>
                <w:rFonts w:ascii="Arial" w:hAnsi="Arial" w:cs="Arial"/>
                <w:sz w:val="24"/>
                <w:szCs w:val="24"/>
              </w:rPr>
              <w:t xml:space="preserve">have </w:t>
            </w:r>
            <w:r w:rsidR="001D0808">
              <w:rPr>
                <w:rFonts w:ascii="Arial" w:hAnsi="Arial" w:cs="Arial"/>
                <w:sz w:val="24"/>
                <w:szCs w:val="24"/>
              </w:rPr>
              <w:t>register</w:t>
            </w:r>
            <w:r>
              <w:rPr>
                <w:rFonts w:ascii="Arial" w:hAnsi="Arial" w:cs="Arial"/>
                <w:sz w:val="24"/>
                <w:szCs w:val="24"/>
              </w:rPr>
              <w:t>ed</w:t>
            </w:r>
            <w:r w:rsidR="001D0808">
              <w:rPr>
                <w:rFonts w:ascii="Arial" w:hAnsi="Arial" w:cs="Arial"/>
                <w:sz w:val="24"/>
                <w:szCs w:val="24"/>
              </w:rPr>
              <w:t xml:space="preserve"> their vehicles to have access to </w:t>
            </w:r>
            <w:r>
              <w:rPr>
                <w:rFonts w:ascii="Arial" w:hAnsi="Arial" w:cs="Arial"/>
                <w:sz w:val="24"/>
                <w:szCs w:val="24"/>
              </w:rPr>
              <w:t>the park.</w:t>
            </w:r>
          </w:p>
          <w:p w14:paraId="2E29A2C4" w14:textId="5E10D3E5" w:rsidR="00AA0150" w:rsidRDefault="00AA0150" w:rsidP="00DE6C3B">
            <w:pPr>
              <w:jc w:val="center"/>
              <w:rPr>
                <w:rFonts w:ascii="Arial" w:hAnsi="Arial" w:cs="Arial"/>
                <w:sz w:val="24"/>
                <w:szCs w:val="24"/>
              </w:rPr>
            </w:pPr>
          </w:p>
        </w:tc>
      </w:tr>
      <w:tr w:rsidR="00AA0150" w14:paraId="6777F113" w14:textId="77777777" w:rsidTr="001D0808">
        <w:tc>
          <w:tcPr>
            <w:tcW w:w="4428" w:type="dxa"/>
            <w:tcBorders>
              <w:top w:val="single" w:sz="4" w:space="0" w:color="auto"/>
              <w:bottom w:val="single" w:sz="4" w:space="0" w:color="auto"/>
            </w:tcBorders>
          </w:tcPr>
          <w:p w14:paraId="590CF4F6" w14:textId="0E4BD763" w:rsidR="00AA0150" w:rsidRDefault="00AA0150" w:rsidP="00DE6C3B">
            <w:pPr>
              <w:jc w:val="center"/>
            </w:pPr>
            <w:r>
              <w:object w:dxaOrig="5970" w:dyaOrig="7035" w14:anchorId="6B32935A">
                <v:shape id="_x0000_i1028" type="#_x0000_t75" style="width:298.5pt;height:351.75pt" o:ole="">
                  <v:imagedata r:id="rId20" o:title=""/>
                </v:shape>
                <o:OLEObject Type="Embed" ProgID="PBrush" ShapeID="_x0000_i1028" DrawAspect="Content" ObjectID="_1846071050" r:id="rId21"/>
              </w:object>
            </w:r>
          </w:p>
        </w:tc>
        <w:tc>
          <w:tcPr>
            <w:tcW w:w="4428" w:type="dxa"/>
            <w:tcBorders>
              <w:top w:val="single" w:sz="4" w:space="0" w:color="auto"/>
              <w:bottom w:val="single" w:sz="4" w:space="0" w:color="auto"/>
            </w:tcBorders>
          </w:tcPr>
          <w:p w14:paraId="5D19FAD1" w14:textId="77777777" w:rsidR="00AA0150" w:rsidRDefault="00AA0150" w:rsidP="00DE6C3B">
            <w:pPr>
              <w:jc w:val="center"/>
              <w:rPr>
                <w:rFonts w:ascii="Arial" w:hAnsi="Arial" w:cs="Arial"/>
                <w:sz w:val="24"/>
                <w:szCs w:val="24"/>
              </w:rPr>
            </w:pPr>
          </w:p>
          <w:p w14:paraId="5A1585C1" w14:textId="77777777" w:rsidR="00AA0150" w:rsidRDefault="00AA0150" w:rsidP="00DE6C3B">
            <w:pPr>
              <w:jc w:val="center"/>
              <w:rPr>
                <w:rFonts w:ascii="Arial" w:hAnsi="Arial" w:cs="Arial"/>
                <w:sz w:val="24"/>
                <w:szCs w:val="24"/>
              </w:rPr>
            </w:pPr>
          </w:p>
          <w:p w14:paraId="09B49226" w14:textId="77777777" w:rsidR="00AA0150" w:rsidRDefault="00AA0150" w:rsidP="00DE6C3B">
            <w:pPr>
              <w:jc w:val="center"/>
              <w:rPr>
                <w:rFonts w:ascii="Arial" w:hAnsi="Arial" w:cs="Arial"/>
                <w:sz w:val="24"/>
                <w:szCs w:val="24"/>
              </w:rPr>
            </w:pPr>
          </w:p>
          <w:p w14:paraId="020EE525" w14:textId="567509FD" w:rsidR="00AA0150" w:rsidRDefault="00AA0150" w:rsidP="00DE6C3B">
            <w:pPr>
              <w:jc w:val="center"/>
              <w:rPr>
                <w:rFonts w:ascii="Arial" w:hAnsi="Arial" w:cs="Arial"/>
                <w:sz w:val="24"/>
                <w:szCs w:val="24"/>
              </w:rPr>
            </w:pPr>
            <w:r>
              <w:rPr>
                <w:rFonts w:ascii="Arial" w:hAnsi="Arial" w:cs="Arial"/>
                <w:sz w:val="24"/>
                <w:szCs w:val="24"/>
              </w:rPr>
              <w:t xml:space="preserve">Customers make payments when they check out the park station. </w:t>
            </w:r>
          </w:p>
          <w:p w14:paraId="611E6E3C" w14:textId="584C8469" w:rsidR="00AA0150" w:rsidRDefault="00AA0150" w:rsidP="00DE6C3B">
            <w:pPr>
              <w:jc w:val="center"/>
              <w:rPr>
                <w:rFonts w:ascii="Arial" w:hAnsi="Arial" w:cs="Arial"/>
                <w:sz w:val="24"/>
                <w:szCs w:val="24"/>
              </w:rPr>
            </w:pPr>
          </w:p>
        </w:tc>
      </w:tr>
    </w:tbl>
    <w:p w14:paraId="3AAC4942" w14:textId="77777777" w:rsidR="00DE6C3B" w:rsidRDefault="00DE6C3B"/>
    <w:p w14:paraId="06323E22" w14:textId="711F5C4D" w:rsidR="00AA0150" w:rsidRDefault="00AA0150"/>
    <w:p w14:paraId="4B7F8961" w14:textId="5C21F9EB" w:rsidR="00AA0150" w:rsidRDefault="00AA0150" w:rsidP="00AA0150">
      <w:pPr>
        <w:pStyle w:val="Heading2"/>
      </w:pPr>
      <w:bookmarkStart w:id="5" w:name="_Toc235453748"/>
      <w:r>
        <w:t>Logical</w:t>
      </w:r>
      <w:bookmarkEnd w:id="5"/>
      <w:r>
        <w:t xml:space="preserve"> </w:t>
      </w:r>
    </w:p>
    <w:p w14:paraId="7FCEAE40" w14:textId="77777777" w:rsidR="00AA0150" w:rsidRDefault="00AA0150" w:rsidP="00AA0150"/>
    <w:p w14:paraId="2873AF94" w14:textId="1C3C1D65" w:rsidR="00AA0150" w:rsidRDefault="00AA0150" w:rsidP="00AA0150">
      <w:pPr>
        <w:rPr>
          <w:rFonts w:ascii="Arial" w:hAnsi="Arial" w:cs="Arial"/>
          <w:sz w:val="24"/>
          <w:szCs w:val="24"/>
          <w:lang w:val="en-GB"/>
        </w:rPr>
      </w:pPr>
      <w:r w:rsidRPr="00AA0150">
        <w:rPr>
          <w:rFonts w:ascii="Arial" w:hAnsi="Arial" w:cs="Arial"/>
          <w:sz w:val="24"/>
          <w:szCs w:val="24"/>
          <w:lang w:val="en-GB"/>
        </w:rPr>
        <w:t>A logical diagram expands the details</w:t>
      </w:r>
      <w:r>
        <w:rPr>
          <w:rFonts w:ascii="Arial" w:hAnsi="Arial" w:cs="Arial"/>
          <w:sz w:val="24"/>
          <w:szCs w:val="24"/>
          <w:lang w:val="en-GB"/>
        </w:rPr>
        <w:t xml:space="preserve"> and visualizes attributes and relationships between data points. </w:t>
      </w:r>
      <w:r>
        <w:rPr>
          <w:rFonts w:ascii="Arial" w:hAnsi="Arial" w:cs="Arial"/>
          <w:sz w:val="24"/>
          <w:szCs w:val="24"/>
          <w:lang w:val="en-GB"/>
        </w:rPr>
        <w:tab/>
      </w:r>
    </w:p>
    <w:p w14:paraId="11B5570A" w14:textId="46CA8D53" w:rsidR="00103BA9" w:rsidRDefault="00103BA9" w:rsidP="00AA0150">
      <w:pPr>
        <w:rPr>
          <w:rFonts w:ascii="Arial" w:hAnsi="Arial" w:cs="Arial"/>
          <w:sz w:val="24"/>
          <w:szCs w:val="24"/>
          <w:lang w:val="en-GB"/>
        </w:rPr>
      </w:pPr>
      <w:r>
        <w:rPr>
          <w:rFonts w:ascii="Arial" w:hAnsi="Arial" w:cs="Arial"/>
          <w:sz w:val="24"/>
          <w:szCs w:val="24"/>
          <w:lang w:val="en-GB"/>
        </w:rPr>
        <w:t xml:space="preserve">In this faze we can identify the attributes and names for what is going to be storage. As its </w:t>
      </w:r>
      <w:r w:rsidR="00E17864">
        <w:rPr>
          <w:rFonts w:ascii="Arial" w:hAnsi="Arial" w:cs="Arial"/>
          <w:sz w:val="24"/>
          <w:szCs w:val="24"/>
          <w:lang w:val="en-GB"/>
        </w:rPr>
        <w:t xml:space="preserve">relational </w:t>
      </w:r>
      <w:r>
        <w:rPr>
          <w:rFonts w:ascii="Arial" w:hAnsi="Arial" w:cs="Arial"/>
          <w:sz w:val="24"/>
          <w:szCs w:val="24"/>
          <w:lang w:val="en-GB"/>
        </w:rPr>
        <w:t xml:space="preserve">actions </w:t>
      </w:r>
      <w:r w:rsidR="00E17864">
        <w:rPr>
          <w:rFonts w:ascii="Arial" w:hAnsi="Arial" w:cs="Arial"/>
          <w:sz w:val="24"/>
          <w:szCs w:val="24"/>
          <w:lang w:val="en-GB"/>
        </w:rPr>
        <w:t xml:space="preserve">between the attributes. </w:t>
      </w:r>
    </w:p>
    <w:p w14:paraId="053AA8E2" w14:textId="2D13C1EF" w:rsidR="00E17864" w:rsidRDefault="00E17864" w:rsidP="00AA0150">
      <w:pPr>
        <w:rPr>
          <w:rFonts w:ascii="Arial" w:hAnsi="Arial" w:cs="Arial"/>
          <w:sz w:val="24"/>
          <w:szCs w:val="24"/>
          <w:lang w:val="en-GB"/>
        </w:rPr>
      </w:pPr>
    </w:p>
    <w:p w14:paraId="22182B3B" w14:textId="750C9E25" w:rsidR="00B819FF" w:rsidRPr="00AA0150" w:rsidRDefault="007F5DD0" w:rsidP="00AA0150">
      <w:pPr>
        <w:rPr>
          <w:rFonts w:ascii="Arial" w:hAnsi="Arial" w:cs="Arial"/>
          <w:sz w:val="24"/>
          <w:szCs w:val="24"/>
          <w:lang w:val="en-GB"/>
        </w:rPr>
      </w:pPr>
      <w:r>
        <w:rPr>
          <w:noProof/>
        </w:rPr>
        <w:lastRenderedPageBreak/>
        <w:drawing>
          <wp:inline distT="0" distB="0" distL="0" distR="0" wp14:anchorId="001BD64D" wp14:editId="46F8E7F8">
            <wp:extent cx="5457825" cy="6315075"/>
            <wp:effectExtent l="0" t="0" r="9525" b="9525"/>
            <wp:docPr id="1686187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87129" name=""/>
                    <pic:cNvPicPr/>
                  </pic:nvPicPr>
                  <pic:blipFill>
                    <a:blip r:embed="rId22"/>
                    <a:stretch>
                      <a:fillRect/>
                    </a:stretch>
                  </pic:blipFill>
                  <pic:spPr>
                    <a:xfrm>
                      <a:off x="0" y="0"/>
                      <a:ext cx="5457825" cy="6315075"/>
                    </a:xfrm>
                    <a:prstGeom prst="rect">
                      <a:avLst/>
                    </a:prstGeom>
                  </pic:spPr>
                </pic:pic>
              </a:graphicData>
            </a:graphic>
          </wp:inline>
        </w:drawing>
      </w:r>
    </w:p>
    <w:p w14:paraId="17E786EB" w14:textId="70B81317" w:rsidR="00034F53" w:rsidRDefault="00034F53"/>
    <w:p w14:paraId="022E1D9C" w14:textId="77777777" w:rsidR="00430097" w:rsidRDefault="00430097"/>
    <w:p w14:paraId="39BABBE3" w14:textId="77777777" w:rsidR="00D26165" w:rsidRDefault="00D26165">
      <w:r>
        <w:br w:type="page"/>
      </w:r>
    </w:p>
    <w:p w14:paraId="4D789C1C" w14:textId="0135C49D" w:rsidR="00B73CCC" w:rsidRDefault="00F63153" w:rsidP="0070153D">
      <w:pPr>
        <w:pStyle w:val="Heading2"/>
      </w:pPr>
      <w:r>
        <w:lastRenderedPageBreak/>
        <w:t xml:space="preserve"> </w:t>
      </w:r>
      <w:bookmarkStart w:id="6" w:name="_Toc235453749"/>
      <w:r w:rsidR="0070153D">
        <w:t>P</w:t>
      </w:r>
      <w:r>
        <w:t>h</w:t>
      </w:r>
      <w:r w:rsidR="00CE75CE">
        <w:t>ysi</w:t>
      </w:r>
      <w:r>
        <w:t>cal</w:t>
      </w:r>
      <w:bookmarkEnd w:id="6"/>
    </w:p>
    <w:p w14:paraId="2D5E32D0" w14:textId="77777777" w:rsidR="0070153D" w:rsidRPr="00103BA9" w:rsidRDefault="0070153D" w:rsidP="0070153D">
      <w:pPr>
        <w:rPr>
          <w:rFonts w:ascii="Arial" w:hAnsi="Arial" w:cs="Arial"/>
          <w:sz w:val="24"/>
          <w:szCs w:val="24"/>
          <w:lang w:val="en-GB"/>
        </w:rPr>
      </w:pPr>
    </w:p>
    <w:p w14:paraId="72682CB8" w14:textId="6B0E1746" w:rsidR="0070153D" w:rsidRDefault="00103BA9" w:rsidP="00F451CB">
      <w:pPr>
        <w:jc w:val="both"/>
        <w:rPr>
          <w:rFonts w:ascii="Arial" w:hAnsi="Arial" w:cs="Arial"/>
          <w:sz w:val="24"/>
          <w:szCs w:val="24"/>
          <w:lang w:val="en-GB"/>
        </w:rPr>
      </w:pPr>
      <w:r w:rsidRPr="00103BA9">
        <w:rPr>
          <w:rFonts w:ascii="Arial" w:hAnsi="Arial" w:cs="Arial"/>
          <w:sz w:val="24"/>
          <w:szCs w:val="24"/>
          <w:lang w:val="en-GB"/>
        </w:rPr>
        <w:t xml:space="preserve">The physical diagram is a most complete description of attributes and relationships. Its show </w:t>
      </w:r>
      <w:r>
        <w:rPr>
          <w:rFonts w:ascii="Arial" w:hAnsi="Arial" w:cs="Arial"/>
          <w:sz w:val="24"/>
          <w:szCs w:val="24"/>
          <w:lang w:val="en-GB"/>
        </w:rPr>
        <w:t xml:space="preserve">a real translation of logical diagram into real tables, columns, types, relations, and indexes. </w:t>
      </w:r>
      <w:sdt>
        <w:sdtPr>
          <w:rPr>
            <w:rFonts w:ascii="Arial" w:hAnsi="Arial" w:cs="Arial"/>
            <w:sz w:val="24"/>
            <w:szCs w:val="24"/>
            <w:lang w:val="en-GB"/>
          </w:rPr>
          <w:id w:val="957686430"/>
          <w:citation/>
        </w:sdtPr>
        <w:sdtEndPr/>
        <w:sdtContent>
          <w:r>
            <w:rPr>
              <w:rFonts w:ascii="Arial" w:hAnsi="Arial" w:cs="Arial"/>
              <w:sz w:val="24"/>
              <w:szCs w:val="24"/>
              <w:lang w:val="en-GB"/>
            </w:rPr>
            <w:fldChar w:fldCharType="begin"/>
          </w:r>
          <w:r w:rsidRPr="002A2EE5">
            <w:rPr>
              <w:rFonts w:ascii="Arial" w:hAnsi="Arial" w:cs="Arial"/>
              <w:sz w:val="24"/>
              <w:szCs w:val="24"/>
              <w:lang w:val="en-GB"/>
            </w:rPr>
            <w:instrText xml:space="preserve"> CITATION Ama26 \l 1046 </w:instrText>
          </w:r>
          <w:r>
            <w:rPr>
              <w:rFonts w:ascii="Arial" w:hAnsi="Arial" w:cs="Arial"/>
              <w:sz w:val="24"/>
              <w:szCs w:val="24"/>
              <w:lang w:val="en-GB"/>
            </w:rPr>
            <w:fldChar w:fldCharType="separate"/>
          </w:r>
          <w:r w:rsidRPr="00103BA9">
            <w:rPr>
              <w:rFonts w:ascii="Arial" w:hAnsi="Arial" w:cs="Arial"/>
              <w:noProof/>
              <w:sz w:val="24"/>
              <w:szCs w:val="24"/>
              <w:lang w:val="pt-BR"/>
            </w:rPr>
            <w:t>[2]</w:t>
          </w:r>
          <w:r>
            <w:rPr>
              <w:rFonts w:ascii="Arial" w:hAnsi="Arial" w:cs="Arial"/>
              <w:sz w:val="24"/>
              <w:szCs w:val="24"/>
              <w:lang w:val="en-GB"/>
            </w:rPr>
            <w:fldChar w:fldCharType="end"/>
          </w:r>
        </w:sdtContent>
      </w:sdt>
    </w:p>
    <w:p w14:paraId="0AC2AD92" w14:textId="77777777" w:rsidR="00103BA9" w:rsidRPr="00103BA9" w:rsidRDefault="00103BA9" w:rsidP="0070153D">
      <w:pPr>
        <w:rPr>
          <w:rFonts w:ascii="Arial" w:hAnsi="Arial" w:cs="Arial"/>
          <w:sz w:val="24"/>
          <w:szCs w:val="24"/>
          <w:lang w:val="en-GB"/>
        </w:rPr>
      </w:pPr>
    </w:p>
    <w:p w14:paraId="5F429C7A" w14:textId="079D66E7" w:rsidR="00F63153" w:rsidRDefault="00D26165">
      <w:r>
        <w:rPr>
          <w:noProof/>
        </w:rPr>
        <w:drawing>
          <wp:inline distT="0" distB="0" distL="0" distR="0" wp14:anchorId="3C8165C3" wp14:editId="577E872F">
            <wp:extent cx="5486400" cy="6551295"/>
            <wp:effectExtent l="0" t="0" r="0" b="1905"/>
            <wp:docPr id="6897939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793980" name=""/>
                    <pic:cNvPicPr/>
                  </pic:nvPicPr>
                  <pic:blipFill>
                    <a:blip r:embed="rId23"/>
                    <a:stretch>
                      <a:fillRect/>
                    </a:stretch>
                  </pic:blipFill>
                  <pic:spPr>
                    <a:xfrm>
                      <a:off x="0" y="0"/>
                      <a:ext cx="5486400" cy="6551295"/>
                    </a:xfrm>
                    <a:prstGeom prst="rect">
                      <a:avLst/>
                    </a:prstGeom>
                  </pic:spPr>
                </pic:pic>
              </a:graphicData>
            </a:graphic>
          </wp:inline>
        </w:drawing>
      </w:r>
    </w:p>
    <w:p w14:paraId="146B1448" w14:textId="5E203EFE" w:rsidR="0047458A" w:rsidRDefault="00D74D74" w:rsidP="00F451CB">
      <w:pPr>
        <w:pStyle w:val="Heading1"/>
      </w:pPr>
      <w:bookmarkStart w:id="7" w:name="_Toc235453750"/>
      <w:r>
        <w:lastRenderedPageBreak/>
        <w:t>Data Structure Design</w:t>
      </w:r>
      <w:bookmarkEnd w:id="7"/>
    </w:p>
    <w:p w14:paraId="6D164EDB" w14:textId="77777777" w:rsidR="00F451CB" w:rsidRDefault="00F451CB" w:rsidP="00F451CB"/>
    <w:p w14:paraId="042F0BDA" w14:textId="21ED46B9" w:rsidR="000A26DD" w:rsidRDefault="000A26DD">
      <w:pPr>
        <w:rPr>
          <w:rFonts w:ascii="Arial" w:hAnsi="Arial" w:cs="Arial"/>
          <w:sz w:val="24"/>
          <w:szCs w:val="24"/>
          <w:lang w:val="en-GB"/>
        </w:rPr>
      </w:pPr>
      <w:r>
        <w:rPr>
          <w:rFonts w:ascii="Arial" w:hAnsi="Arial" w:cs="Arial"/>
          <w:sz w:val="24"/>
          <w:szCs w:val="24"/>
          <w:lang w:val="en-GB"/>
        </w:rPr>
        <w:t xml:space="preserve">The data structure design </w:t>
      </w:r>
      <w:r w:rsidR="00A65F71">
        <w:rPr>
          <w:rFonts w:ascii="Arial" w:hAnsi="Arial" w:cs="Arial"/>
          <w:sz w:val="24"/>
          <w:szCs w:val="24"/>
          <w:lang w:val="en-GB"/>
        </w:rPr>
        <w:t xml:space="preserve">is essential part in understand and transform the ERD into the database itself </w:t>
      </w:r>
      <w:r w:rsidR="00970B75">
        <w:rPr>
          <w:rFonts w:ascii="Arial" w:hAnsi="Arial" w:cs="Arial"/>
          <w:sz w:val="24"/>
          <w:szCs w:val="24"/>
          <w:lang w:val="en-GB"/>
        </w:rPr>
        <w:t>creating all tables and its attributes and relationships.</w:t>
      </w:r>
    </w:p>
    <w:p w14:paraId="41E20F20" w14:textId="77777777" w:rsidR="00070581" w:rsidRDefault="00070581">
      <w:pPr>
        <w:rPr>
          <w:rFonts w:ascii="Arial" w:hAnsi="Arial" w:cs="Arial"/>
          <w:sz w:val="24"/>
          <w:szCs w:val="24"/>
          <w:lang w:val="en-GB"/>
        </w:rPr>
      </w:pPr>
    </w:p>
    <w:p w14:paraId="5DE7324D" w14:textId="1DB5D30A" w:rsidR="00070581" w:rsidRDefault="00070581" w:rsidP="00070581">
      <w:pPr>
        <w:pStyle w:val="Heading2"/>
        <w:rPr>
          <w:lang w:val="en-GB"/>
        </w:rPr>
      </w:pPr>
      <w:bookmarkStart w:id="8" w:name="_Toc235453751"/>
      <w:r>
        <w:rPr>
          <w:lang w:val="en-GB"/>
        </w:rPr>
        <w:t>Entities, attributes and datatype</w:t>
      </w:r>
      <w:bookmarkEnd w:id="8"/>
      <w:r>
        <w:rPr>
          <w:lang w:val="en-GB"/>
        </w:rPr>
        <w:t xml:space="preserve"> </w:t>
      </w:r>
    </w:p>
    <w:p w14:paraId="44458B62" w14:textId="77777777" w:rsidR="00070581" w:rsidRPr="00070581" w:rsidRDefault="00070581" w:rsidP="00070581">
      <w:pPr>
        <w:rPr>
          <w:lang w:val="en-GB"/>
        </w:rPr>
      </w:pPr>
    </w:p>
    <w:p w14:paraId="196062BB" w14:textId="7FC42889" w:rsidR="00700DD1" w:rsidRDefault="006D68AB">
      <w:pPr>
        <w:rPr>
          <w:rFonts w:ascii="Arial" w:hAnsi="Arial" w:cs="Arial"/>
          <w:sz w:val="24"/>
          <w:szCs w:val="24"/>
          <w:lang w:val="en-GB"/>
        </w:rPr>
      </w:pPr>
      <w:r>
        <w:rPr>
          <w:rFonts w:ascii="Arial" w:hAnsi="Arial" w:cs="Arial"/>
          <w:sz w:val="24"/>
          <w:szCs w:val="24"/>
          <w:lang w:val="en-GB"/>
        </w:rPr>
        <w:t>T</w:t>
      </w:r>
      <w:r w:rsidR="00161261" w:rsidRPr="00070581">
        <w:rPr>
          <w:rFonts w:ascii="Arial" w:hAnsi="Arial" w:cs="Arial"/>
          <w:sz w:val="24"/>
          <w:szCs w:val="24"/>
          <w:lang w:val="en-GB"/>
        </w:rPr>
        <w:t xml:space="preserve">ables created to </w:t>
      </w:r>
      <w:r w:rsidR="006618D0" w:rsidRPr="00070581">
        <w:rPr>
          <w:rFonts w:ascii="Arial" w:hAnsi="Arial" w:cs="Arial"/>
          <w:sz w:val="24"/>
          <w:szCs w:val="24"/>
          <w:lang w:val="en-GB"/>
        </w:rPr>
        <w:t xml:space="preserve">storage all </w:t>
      </w:r>
      <w:r w:rsidR="00D26165" w:rsidRPr="00070581">
        <w:rPr>
          <w:rFonts w:ascii="Arial" w:hAnsi="Arial" w:cs="Arial"/>
          <w:sz w:val="24"/>
          <w:szCs w:val="24"/>
          <w:lang w:val="en-GB"/>
        </w:rPr>
        <w:t>information</w:t>
      </w:r>
      <w:r w:rsidR="00070581">
        <w:rPr>
          <w:rFonts w:ascii="Arial" w:hAnsi="Arial" w:cs="Arial"/>
          <w:sz w:val="24"/>
          <w:szCs w:val="24"/>
          <w:lang w:val="en-GB"/>
        </w:rPr>
        <w:t xml:space="preserve"> for the car parking system</w:t>
      </w:r>
      <w:r w:rsidR="00700DD1">
        <w:rPr>
          <w:rFonts w:ascii="Arial" w:hAnsi="Arial" w:cs="Arial"/>
          <w:sz w:val="24"/>
          <w:szCs w:val="24"/>
          <w:lang w:val="en-GB"/>
        </w:rPr>
        <w:t xml:space="preserve">. </w:t>
      </w:r>
    </w:p>
    <w:p w14:paraId="6E4F0A77" w14:textId="4A4DD5B4" w:rsidR="00070581" w:rsidRDefault="00700DD1">
      <w:r>
        <w:rPr>
          <w:noProof/>
        </w:rPr>
        <w:drawing>
          <wp:inline distT="0" distB="0" distL="0" distR="0" wp14:anchorId="270C2446" wp14:editId="17D848A8">
            <wp:extent cx="1790700" cy="2105025"/>
            <wp:effectExtent l="0" t="0" r="0" b="9525"/>
            <wp:docPr id="411362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362039" name=""/>
                    <pic:cNvPicPr/>
                  </pic:nvPicPr>
                  <pic:blipFill>
                    <a:blip r:embed="rId24"/>
                    <a:stretch>
                      <a:fillRect/>
                    </a:stretch>
                  </pic:blipFill>
                  <pic:spPr>
                    <a:xfrm>
                      <a:off x="0" y="0"/>
                      <a:ext cx="1790700" cy="2105025"/>
                    </a:xfrm>
                    <a:prstGeom prst="rect">
                      <a:avLst/>
                    </a:prstGeom>
                  </pic:spPr>
                </pic:pic>
              </a:graphicData>
            </a:graphic>
          </wp:inline>
        </w:drawing>
      </w:r>
      <w:r w:rsidR="00D74D74">
        <w:br/>
      </w:r>
    </w:p>
    <w:p w14:paraId="0F659E06" w14:textId="3921FD48" w:rsidR="006D68AB" w:rsidRPr="00066636" w:rsidRDefault="006D68AB">
      <w:pPr>
        <w:rPr>
          <w:rFonts w:ascii="Arial" w:hAnsi="Arial" w:cs="Arial"/>
          <w:sz w:val="24"/>
          <w:szCs w:val="24"/>
          <w:lang w:val="en-GB"/>
        </w:rPr>
      </w:pPr>
      <w:r w:rsidRPr="00066636">
        <w:rPr>
          <w:rFonts w:ascii="Arial" w:hAnsi="Arial" w:cs="Arial"/>
          <w:sz w:val="24"/>
          <w:szCs w:val="24"/>
          <w:lang w:val="en-GB"/>
        </w:rPr>
        <w:t>Entities, attributes</w:t>
      </w:r>
      <w:r w:rsidR="00066636" w:rsidRPr="00066636">
        <w:rPr>
          <w:rFonts w:ascii="Arial" w:hAnsi="Arial" w:cs="Arial"/>
          <w:sz w:val="24"/>
          <w:szCs w:val="24"/>
          <w:lang w:val="en-GB"/>
        </w:rPr>
        <w:t xml:space="preserve">, datatype and description </w:t>
      </w:r>
    </w:p>
    <w:p w14:paraId="1C711503" w14:textId="2F3C04F4" w:rsidR="00D26165" w:rsidRDefault="002F4B14">
      <w:r>
        <w:rPr>
          <w:noProof/>
        </w:rPr>
        <w:drawing>
          <wp:inline distT="0" distB="0" distL="0" distR="0" wp14:anchorId="2C96D4E4" wp14:editId="29D3F423">
            <wp:extent cx="5486400" cy="2864485"/>
            <wp:effectExtent l="0" t="0" r="0" b="0"/>
            <wp:docPr id="19838924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892454" name=""/>
                    <pic:cNvPicPr/>
                  </pic:nvPicPr>
                  <pic:blipFill>
                    <a:blip r:embed="rId25"/>
                    <a:stretch>
                      <a:fillRect/>
                    </a:stretch>
                  </pic:blipFill>
                  <pic:spPr>
                    <a:xfrm>
                      <a:off x="0" y="0"/>
                      <a:ext cx="5486400" cy="2864485"/>
                    </a:xfrm>
                    <a:prstGeom prst="rect">
                      <a:avLst/>
                    </a:prstGeom>
                  </pic:spPr>
                </pic:pic>
              </a:graphicData>
            </a:graphic>
          </wp:inline>
        </w:drawing>
      </w:r>
    </w:p>
    <w:p w14:paraId="0ABEE249" w14:textId="59FF0898" w:rsidR="00D26165" w:rsidRDefault="00D26165">
      <w:r>
        <w:rPr>
          <w:noProof/>
        </w:rPr>
        <w:lastRenderedPageBreak/>
        <w:drawing>
          <wp:inline distT="0" distB="0" distL="0" distR="0" wp14:anchorId="27F99E90" wp14:editId="2E44D102">
            <wp:extent cx="5067300" cy="2257425"/>
            <wp:effectExtent l="0" t="0" r="0" b="9525"/>
            <wp:docPr id="12451989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198915" name=""/>
                    <pic:cNvPicPr/>
                  </pic:nvPicPr>
                  <pic:blipFill>
                    <a:blip r:embed="rId26"/>
                    <a:stretch>
                      <a:fillRect/>
                    </a:stretch>
                  </pic:blipFill>
                  <pic:spPr>
                    <a:xfrm>
                      <a:off x="0" y="0"/>
                      <a:ext cx="5067300" cy="2257425"/>
                    </a:xfrm>
                    <a:prstGeom prst="rect">
                      <a:avLst/>
                    </a:prstGeom>
                  </pic:spPr>
                </pic:pic>
              </a:graphicData>
            </a:graphic>
          </wp:inline>
        </w:drawing>
      </w:r>
    </w:p>
    <w:p w14:paraId="7A54EBDA" w14:textId="73EAFBB4" w:rsidR="00D26165" w:rsidRDefault="002F4B14">
      <w:r>
        <w:rPr>
          <w:noProof/>
        </w:rPr>
        <w:drawing>
          <wp:inline distT="0" distB="0" distL="0" distR="0" wp14:anchorId="18C71CFB" wp14:editId="3B48C858">
            <wp:extent cx="5486400" cy="2836545"/>
            <wp:effectExtent l="0" t="0" r="0" b="1905"/>
            <wp:docPr id="4516709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670954" name=""/>
                    <pic:cNvPicPr/>
                  </pic:nvPicPr>
                  <pic:blipFill>
                    <a:blip r:embed="rId27"/>
                    <a:stretch>
                      <a:fillRect/>
                    </a:stretch>
                  </pic:blipFill>
                  <pic:spPr>
                    <a:xfrm>
                      <a:off x="0" y="0"/>
                      <a:ext cx="5486400" cy="2836545"/>
                    </a:xfrm>
                    <a:prstGeom prst="rect">
                      <a:avLst/>
                    </a:prstGeom>
                  </pic:spPr>
                </pic:pic>
              </a:graphicData>
            </a:graphic>
          </wp:inline>
        </w:drawing>
      </w:r>
    </w:p>
    <w:p w14:paraId="5227607F" w14:textId="7CCB59F9" w:rsidR="00D26165" w:rsidRDefault="00D26165">
      <w:r>
        <w:rPr>
          <w:noProof/>
        </w:rPr>
        <w:drawing>
          <wp:inline distT="0" distB="0" distL="0" distR="0" wp14:anchorId="2047B193" wp14:editId="797421A6">
            <wp:extent cx="4514850" cy="2057400"/>
            <wp:effectExtent l="0" t="0" r="0" b="0"/>
            <wp:docPr id="4807474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747481" name=""/>
                    <pic:cNvPicPr/>
                  </pic:nvPicPr>
                  <pic:blipFill>
                    <a:blip r:embed="rId28"/>
                    <a:stretch>
                      <a:fillRect/>
                    </a:stretch>
                  </pic:blipFill>
                  <pic:spPr>
                    <a:xfrm>
                      <a:off x="0" y="0"/>
                      <a:ext cx="4514850" cy="2057400"/>
                    </a:xfrm>
                    <a:prstGeom prst="rect">
                      <a:avLst/>
                    </a:prstGeom>
                  </pic:spPr>
                </pic:pic>
              </a:graphicData>
            </a:graphic>
          </wp:inline>
        </w:drawing>
      </w:r>
    </w:p>
    <w:p w14:paraId="62EC1185" w14:textId="02016CAA" w:rsidR="00D26165" w:rsidRDefault="00D26165">
      <w:r>
        <w:rPr>
          <w:noProof/>
        </w:rPr>
        <w:lastRenderedPageBreak/>
        <w:drawing>
          <wp:inline distT="0" distB="0" distL="0" distR="0" wp14:anchorId="0BB278AC" wp14:editId="360105C2">
            <wp:extent cx="5486400" cy="2302510"/>
            <wp:effectExtent l="0" t="0" r="0" b="2540"/>
            <wp:docPr id="5881308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130808" name=""/>
                    <pic:cNvPicPr/>
                  </pic:nvPicPr>
                  <pic:blipFill>
                    <a:blip r:embed="rId29"/>
                    <a:stretch>
                      <a:fillRect/>
                    </a:stretch>
                  </pic:blipFill>
                  <pic:spPr>
                    <a:xfrm>
                      <a:off x="0" y="0"/>
                      <a:ext cx="5486400" cy="2302510"/>
                    </a:xfrm>
                    <a:prstGeom prst="rect">
                      <a:avLst/>
                    </a:prstGeom>
                  </pic:spPr>
                </pic:pic>
              </a:graphicData>
            </a:graphic>
          </wp:inline>
        </w:drawing>
      </w:r>
    </w:p>
    <w:p w14:paraId="14A8D74D" w14:textId="2F1ADD14" w:rsidR="00D26165" w:rsidRDefault="00D26165">
      <w:r>
        <w:rPr>
          <w:noProof/>
        </w:rPr>
        <w:drawing>
          <wp:inline distT="0" distB="0" distL="0" distR="0" wp14:anchorId="34A020E8" wp14:editId="32B20E12">
            <wp:extent cx="5486400" cy="2522220"/>
            <wp:effectExtent l="0" t="0" r="0" b="0"/>
            <wp:docPr id="162641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4126" name=""/>
                    <pic:cNvPicPr/>
                  </pic:nvPicPr>
                  <pic:blipFill>
                    <a:blip r:embed="rId30"/>
                    <a:stretch>
                      <a:fillRect/>
                    </a:stretch>
                  </pic:blipFill>
                  <pic:spPr>
                    <a:xfrm>
                      <a:off x="0" y="0"/>
                      <a:ext cx="5486400" cy="2522220"/>
                    </a:xfrm>
                    <a:prstGeom prst="rect">
                      <a:avLst/>
                    </a:prstGeom>
                  </pic:spPr>
                </pic:pic>
              </a:graphicData>
            </a:graphic>
          </wp:inline>
        </w:drawing>
      </w:r>
    </w:p>
    <w:p w14:paraId="7E520B13" w14:textId="77777777" w:rsidR="002F4B14" w:rsidRDefault="002F4B14"/>
    <w:p w14:paraId="3C623FE6" w14:textId="11E9E48B" w:rsidR="002F4B14" w:rsidRDefault="007435DA">
      <w:pPr>
        <w:rPr>
          <w:rStyle w:val="Heading2Char"/>
        </w:rPr>
      </w:pPr>
      <w:r>
        <w:rPr>
          <w:noProof/>
        </w:rPr>
        <w:drawing>
          <wp:inline distT="0" distB="0" distL="0" distR="0" wp14:anchorId="54F17419" wp14:editId="4DFFC77C">
            <wp:extent cx="5133975" cy="1485900"/>
            <wp:effectExtent l="0" t="0" r="9525" b="0"/>
            <wp:docPr id="1270878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878175" name=""/>
                    <pic:cNvPicPr/>
                  </pic:nvPicPr>
                  <pic:blipFill>
                    <a:blip r:embed="rId31"/>
                    <a:stretch>
                      <a:fillRect/>
                    </a:stretch>
                  </pic:blipFill>
                  <pic:spPr>
                    <a:xfrm>
                      <a:off x="0" y="0"/>
                      <a:ext cx="5133975" cy="1485900"/>
                    </a:xfrm>
                    <a:prstGeom prst="rect">
                      <a:avLst/>
                    </a:prstGeom>
                  </pic:spPr>
                </pic:pic>
              </a:graphicData>
            </a:graphic>
          </wp:inline>
        </w:drawing>
      </w:r>
    </w:p>
    <w:p w14:paraId="6CDF1BF3" w14:textId="5B00DC80" w:rsidR="002F4B14" w:rsidRDefault="00A62D70">
      <w:pPr>
        <w:rPr>
          <w:rStyle w:val="Heading2Char"/>
        </w:rPr>
      </w:pPr>
      <w:r>
        <w:rPr>
          <w:noProof/>
        </w:rPr>
        <w:lastRenderedPageBreak/>
        <w:drawing>
          <wp:inline distT="0" distB="0" distL="0" distR="0" wp14:anchorId="4B17F730" wp14:editId="7172BA5C">
            <wp:extent cx="4629150" cy="1304925"/>
            <wp:effectExtent l="0" t="0" r="0" b="9525"/>
            <wp:docPr id="560906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906944" name=""/>
                    <pic:cNvPicPr/>
                  </pic:nvPicPr>
                  <pic:blipFill>
                    <a:blip r:embed="rId32"/>
                    <a:stretch>
                      <a:fillRect/>
                    </a:stretch>
                  </pic:blipFill>
                  <pic:spPr>
                    <a:xfrm>
                      <a:off x="0" y="0"/>
                      <a:ext cx="4629150" cy="1304925"/>
                    </a:xfrm>
                    <a:prstGeom prst="rect">
                      <a:avLst/>
                    </a:prstGeom>
                  </pic:spPr>
                </pic:pic>
              </a:graphicData>
            </a:graphic>
          </wp:inline>
        </w:drawing>
      </w:r>
      <w:r w:rsidR="00D74D74">
        <w:br/>
      </w:r>
    </w:p>
    <w:p w14:paraId="28EFB52C" w14:textId="77777777" w:rsidR="002F4B14" w:rsidRDefault="002F4B14">
      <w:pPr>
        <w:rPr>
          <w:rStyle w:val="Heading2Char"/>
        </w:rPr>
      </w:pPr>
    </w:p>
    <w:p w14:paraId="1161603F" w14:textId="77777777" w:rsidR="002F4B14" w:rsidRDefault="002F4B14">
      <w:pPr>
        <w:rPr>
          <w:rStyle w:val="Heading2Char"/>
        </w:rPr>
      </w:pPr>
    </w:p>
    <w:p w14:paraId="5FB61E23" w14:textId="77777777" w:rsidR="002F4B14" w:rsidRDefault="002F4B14">
      <w:pPr>
        <w:rPr>
          <w:rStyle w:val="Heading2Char"/>
        </w:rPr>
      </w:pPr>
    </w:p>
    <w:p w14:paraId="1DF7ED49" w14:textId="77777777" w:rsidR="002F4B14" w:rsidRDefault="002F4B14">
      <w:pPr>
        <w:rPr>
          <w:rStyle w:val="Heading2Char"/>
        </w:rPr>
      </w:pPr>
      <w:r>
        <w:rPr>
          <w:rStyle w:val="Heading2Char"/>
        </w:rPr>
        <w:br w:type="page"/>
      </w:r>
    </w:p>
    <w:p w14:paraId="59F0B08F" w14:textId="6CDE57BF" w:rsidR="002F4B14" w:rsidRDefault="00D74D74">
      <w:pPr>
        <w:rPr>
          <w:rStyle w:val="Heading2Char"/>
        </w:rPr>
      </w:pPr>
      <w:bookmarkStart w:id="9" w:name="_Toc235453752"/>
      <w:r w:rsidRPr="00070581">
        <w:rPr>
          <w:rStyle w:val="Heading2Char"/>
        </w:rPr>
        <w:lastRenderedPageBreak/>
        <w:t>Relationships and constraints</w:t>
      </w:r>
      <w:bookmarkEnd w:id="9"/>
    </w:p>
    <w:p w14:paraId="3B669E7D" w14:textId="77777777" w:rsidR="00265BBE" w:rsidRDefault="00265BBE">
      <w:pPr>
        <w:rPr>
          <w:rFonts w:ascii="Arial" w:hAnsi="Arial" w:cs="Arial"/>
          <w:sz w:val="24"/>
          <w:szCs w:val="24"/>
          <w:lang w:val="en-GB"/>
        </w:rPr>
      </w:pPr>
      <w:r>
        <w:rPr>
          <w:noProof/>
        </w:rPr>
        <w:drawing>
          <wp:inline distT="0" distB="0" distL="0" distR="0" wp14:anchorId="7D4456CD" wp14:editId="687F8CBC">
            <wp:extent cx="5486400" cy="3417570"/>
            <wp:effectExtent l="0" t="0" r="0" b="0"/>
            <wp:docPr id="10280130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013063" name=""/>
                    <pic:cNvPicPr/>
                  </pic:nvPicPr>
                  <pic:blipFill>
                    <a:blip r:embed="rId33"/>
                    <a:stretch>
                      <a:fillRect/>
                    </a:stretch>
                  </pic:blipFill>
                  <pic:spPr>
                    <a:xfrm>
                      <a:off x="0" y="0"/>
                      <a:ext cx="5486400" cy="3417570"/>
                    </a:xfrm>
                    <a:prstGeom prst="rect">
                      <a:avLst/>
                    </a:prstGeom>
                  </pic:spPr>
                </pic:pic>
              </a:graphicData>
            </a:graphic>
          </wp:inline>
        </w:drawing>
      </w:r>
    </w:p>
    <w:p w14:paraId="4897CE88" w14:textId="0046E909" w:rsidR="006718C3" w:rsidRDefault="00D74D74">
      <w:pPr>
        <w:rPr>
          <w:rFonts w:ascii="Arial" w:hAnsi="Arial" w:cs="Arial"/>
          <w:sz w:val="24"/>
          <w:szCs w:val="24"/>
          <w:lang w:val="en-GB"/>
        </w:rPr>
      </w:pPr>
      <w:r w:rsidRPr="00070581">
        <w:rPr>
          <w:rStyle w:val="Heading2Char"/>
        </w:rPr>
        <w:br/>
      </w:r>
      <w:r w:rsidR="002F4B14">
        <w:rPr>
          <w:rFonts w:ascii="Arial" w:hAnsi="Arial" w:cs="Arial"/>
          <w:sz w:val="24"/>
          <w:szCs w:val="24"/>
          <w:lang w:val="en-GB"/>
        </w:rPr>
        <w:t xml:space="preserve">The relationship and constraints are displayed in this diagram where its possible to see the connections between the entities and its </w:t>
      </w:r>
      <w:r w:rsidR="00265BBE" w:rsidRPr="00265BBE">
        <w:rPr>
          <w:rFonts w:ascii="Arial" w:hAnsi="Arial" w:cs="Arial"/>
          <w:sz w:val="24"/>
          <w:szCs w:val="24"/>
          <w:lang w:val="en-GB"/>
        </w:rPr>
        <w:t>database relationship types</w:t>
      </w:r>
      <w:r w:rsidR="00265BBE">
        <w:rPr>
          <w:rFonts w:ascii="Arial" w:hAnsi="Arial" w:cs="Arial"/>
          <w:sz w:val="24"/>
          <w:szCs w:val="24"/>
          <w:lang w:val="en-GB"/>
        </w:rPr>
        <w:t xml:space="preserve">. </w:t>
      </w:r>
    </w:p>
    <w:p w14:paraId="1481F3B3" w14:textId="77777777" w:rsidR="00265BBE" w:rsidRDefault="00265BBE">
      <w:pPr>
        <w:rPr>
          <w:rFonts w:ascii="Arial" w:hAnsi="Arial" w:cs="Arial"/>
          <w:sz w:val="24"/>
          <w:szCs w:val="24"/>
          <w:lang w:val="en-GB"/>
        </w:rPr>
      </w:pPr>
      <w:r>
        <w:rPr>
          <w:rFonts w:ascii="Arial" w:hAnsi="Arial" w:cs="Arial"/>
          <w:sz w:val="24"/>
          <w:szCs w:val="24"/>
          <w:lang w:val="en-GB"/>
        </w:rPr>
        <w:t xml:space="preserve">As explained its possible to analyse the relation between: </w:t>
      </w:r>
    </w:p>
    <w:p w14:paraId="1DE442FF" w14:textId="3F90C581" w:rsidR="00265BBE" w:rsidRDefault="00265BBE" w:rsidP="00265BBE">
      <w:pPr>
        <w:pStyle w:val="ListParagraph"/>
        <w:numPr>
          <w:ilvl w:val="0"/>
          <w:numId w:val="17"/>
        </w:numPr>
        <w:rPr>
          <w:rFonts w:ascii="Arial" w:hAnsi="Arial" w:cs="Arial"/>
          <w:sz w:val="24"/>
          <w:szCs w:val="24"/>
          <w:lang w:val="en-GB"/>
        </w:rPr>
      </w:pPr>
      <w:r w:rsidRPr="00265BBE">
        <w:rPr>
          <w:rFonts w:ascii="Arial" w:hAnsi="Arial" w:cs="Arial"/>
          <w:sz w:val="24"/>
          <w:szCs w:val="24"/>
          <w:lang w:val="en-GB"/>
        </w:rPr>
        <w:t xml:space="preserve">CUSTOMERS and VEHICES, </w:t>
      </w:r>
      <w:r>
        <w:rPr>
          <w:rFonts w:ascii="Arial" w:hAnsi="Arial" w:cs="Arial"/>
          <w:sz w:val="24"/>
          <w:szCs w:val="24"/>
          <w:lang w:val="en-GB"/>
        </w:rPr>
        <w:t>with a relation of</w:t>
      </w:r>
      <w:r w:rsidRPr="00265BBE">
        <w:rPr>
          <w:rFonts w:ascii="Arial" w:hAnsi="Arial" w:cs="Arial"/>
          <w:sz w:val="24"/>
          <w:szCs w:val="24"/>
          <w:lang w:val="en-GB"/>
        </w:rPr>
        <w:t xml:space="preserve"> ONE customer can have MANY vehicles.  </w:t>
      </w:r>
    </w:p>
    <w:p w14:paraId="548F0145" w14:textId="6F849315" w:rsidR="00265BBE" w:rsidRDefault="00265BBE" w:rsidP="00265BBE">
      <w:pPr>
        <w:pStyle w:val="ListParagraph"/>
        <w:numPr>
          <w:ilvl w:val="0"/>
          <w:numId w:val="17"/>
        </w:numPr>
        <w:rPr>
          <w:rFonts w:ascii="Arial" w:hAnsi="Arial" w:cs="Arial"/>
          <w:sz w:val="24"/>
          <w:szCs w:val="24"/>
          <w:lang w:val="en-GB"/>
        </w:rPr>
      </w:pPr>
      <w:r>
        <w:rPr>
          <w:rFonts w:ascii="Arial" w:hAnsi="Arial" w:cs="Arial"/>
          <w:sz w:val="24"/>
          <w:szCs w:val="24"/>
          <w:lang w:val="en-GB"/>
        </w:rPr>
        <w:t xml:space="preserve">SITES and SLOTS, with a relation of ONE site have MANY slots. </w:t>
      </w:r>
    </w:p>
    <w:p w14:paraId="6DD6CAC9" w14:textId="11E72FC3" w:rsidR="00265BBE" w:rsidRDefault="00265BBE" w:rsidP="00265BBE">
      <w:pPr>
        <w:pStyle w:val="ListParagraph"/>
        <w:numPr>
          <w:ilvl w:val="0"/>
          <w:numId w:val="17"/>
        </w:numPr>
        <w:rPr>
          <w:rFonts w:ascii="Arial" w:hAnsi="Arial" w:cs="Arial"/>
          <w:sz w:val="24"/>
          <w:szCs w:val="24"/>
          <w:lang w:val="en-GB"/>
        </w:rPr>
      </w:pPr>
      <w:r>
        <w:rPr>
          <w:rFonts w:ascii="Arial" w:hAnsi="Arial" w:cs="Arial"/>
          <w:sz w:val="24"/>
          <w:szCs w:val="24"/>
          <w:lang w:val="en-GB"/>
        </w:rPr>
        <w:t>VEHSLOTPAY,</w:t>
      </w:r>
      <w:r w:rsidR="0056190C">
        <w:rPr>
          <w:rFonts w:ascii="Arial" w:hAnsi="Arial" w:cs="Arial"/>
          <w:sz w:val="24"/>
          <w:szCs w:val="24"/>
          <w:lang w:val="en-GB"/>
        </w:rPr>
        <w:t xml:space="preserve"> </w:t>
      </w:r>
      <w:r>
        <w:rPr>
          <w:rFonts w:ascii="Arial" w:hAnsi="Arial" w:cs="Arial"/>
          <w:sz w:val="24"/>
          <w:szCs w:val="24"/>
          <w:lang w:val="en-GB"/>
        </w:rPr>
        <w:t xml:space="preserve">VEHICLES, PAYMENTS and SLOTS, with a relation of ONE payment can be paid by ONE vehicle for ONE slot. </w:t>
      </w:r>
    </w:p>
    <w:p w14:paraId="03027FA3" w14:textId="114FA4A0" w:rsidR="0056190C" w:rsidRPr="00265BBE" w:rsidRDefault="0056190C" w:rsidP="00265BBE">
      <w:pPr>
        <w:pStyle w:val="ListParagraph"/>
        <w:numPr>
          <w:ilvl w:val="0"/>
          <w:numId w:val="17"/>
        </w:numPr>
        <w:rPr>
          <w:rFonts w:ascii="Arial" w:hAnsi="Arial" w:cs="Arial"/>
          <w:sz w:val="24"/>
          <w:szCs w:val="24"/>
          <w:lang w:val="en-GB"/>
        </w:rPr>
      </w:pPr>
      <w:r>
        <w:rPr>
          <w:rFonts w:ascii="Arial" w:hAnsi="Arial" w:cs="Arial"/>
          <w:sz w:val="24"/>
          <w:szCs w:val="24"/>
          <w:lang w:val="en-GB"/>
        </w:rPr>
        <w:t xml:space="preserve">BOOKVEHISLOT, BOOKINGS, VEHICLE and SLOTS, with a relation of ONE vehicle can make MANY bookings in MANY slots. </w:t>
      </w:r>
    </w:p>
    <w:p w14:paraId="2A922DAB" w14:textId="77777777" w:rsidR="0056190C" w:rsidRDefault="0056190C">
      <w:pPr>
        <w:rPr>
          <w:rStyle w:val="Heading1Char"/>
        </w:rPr>
      </w:pPr>
    </w:p>
    <w:p w14:paraId="77872F6D" w14:textId="376B4DBD" w:rsidR="002E0906" w:rsidRDefault="00D74D74">
      <w:pPr>
        <w:rPr>
          <w:rFonts w:ascii="Arial" w:hAnsi="Arial" w:cs="Arial"/>
          <w:sz w:val="24"/>
          <w:szCs w:val="24"/>
          <w:lang w:val="en-GB"/>
        </w:rPr>
      </w:pPr>
      <w:r w:rsidRPr="00070581">
        <w:rPr>
          <w:rStyle w:val="Heading1Char"/>
        </w:rPr>
        <w:t xml:space="preserve"> </w:t>
      </w:r>
      <w:bookmarkStart w:id="10" w:name="_Toc235453753"/>
      <w:r w:rsidR="00492E99" w:rsidRPr="00070581">
        <w:rPr>
          <w:rStyle w:val="Heading1Char"/>
        </w:rPr>
        <w:t>Normalization</w:t>
      </w:r>
      <w:r w:rsidRPr="00070581">
        <w:rPr>
          <w:rStyle w:val="Heading1Char"/>
        </w:rPr>
        <w:t xml:space="preserve"> (Up to 3NF)</w:t>
      </w:r>
      <w:bookmarkEnd w:id="10"/>
      <w:r w:rsidRPr="00070581">
        <w:rPr>
          <w:rStyle w:val="Heading1Char"/>
        </w:rPr>
        <w:br/>
      </w:r>
    </w:p>
    <w:p w14:paraId="41A381CD" w14:textId="4ABEC849" w:rsidR="00070581" w:rsidRDefault="00070581" w:rsidP="008D2AA8">
      <w:pPr>
        <w:jc w:val="both"/>
        <w:rPr>
          <w:rFonts w:ascii="Arial" w:hAnsi="Arial" w:cs="Arial"/>
          <w:sz w:val="24"/>
          <w:szCs w:val="24"/>
          <w:lang w:val="en-GB"/>
        </w:rPr>
      </w:pPr>
      <w:r>
        <w:rPr>
          <w:rFonts w:ascii="Arial" w:hAnsi="Arial" w:cs="Arial"/>
          <w:sz w:val="24"/>
          <w:szCs w:val="24"/>
          <w:lang w:val="en-GB"/>
        </w:rPr>
        <w:t xml:space="preserve">An important </w:t>
      </w:r>
      <w:r w:rsidR="002E0906">
        <w:rPr>
          <w:rFonts w:ascii="Arial" w:hAnsi="Arial" w:cs="Arial"/>
          <w:sz w:val="24"/>
          <w:szCs w:val="24"/>
          <w:lang w:val="en-GB"/>
        </w:rPr>
        <w:t xml:space="preserve">process of database design is the Normalization. It </w:t>
      </w:r>
      <w:r w:rsidR="008D2AA8">
        <w:rPr>
          <w:rFonts w:ascii="Arial" w:hAnsi="Arial" w:cs="Arial"/>
          <w:sz w:val="24"/>
          <w:szCs w:val="24"/>
          <w:lang w:val="en-GB"/>
        </w:rPr>
        <w:t>organizes</w:t>
      </w:r>
      <w:r w:rsidR="002E0906">
        <w:rPr>
          <w:rFonts w:ascii="Arial" w:hAnsi="Arial" w:cs="Arial"/>
          <w:sz w:val="24"/>
          <w:szCs w:val="24"/>
          <w:lang w:val="en-GB"/>
        </w:rPr>
        <w:t xml:space="preserve"> data into specifics tables improving integrity, help to avoid anomalies, reduces redundancy </w:t>
      </w:r>
      <w:r w:rsidR="008D2AA8">
        <w:rPr>
          <w:rFonts w:ascii="Arial" w:hAnsi="Arial" w:cs="Arial"/>
          <w:sz w:val="24"/>
          <w:szCs w:val="24"/>
          <w:lang w:val="en-GB"/>
        </w:rPr>
        <w:t>and</w:t>
      </w:r>
      <w:r w:rsidR="002E0906">
        <w:rPr>
          <w:rFonts w:ascii="Arial" w:hAnsi="Arial" w:cs="Arial"/>
          <w:sz w:val="24"/>
          <w:szCs w:val="24"/>
          <w:lang w:val="en-GB"/>
        </w:rPr>
        <w:t xml:space="preserve"> improve</w:t>
      </w:r>
      <w:r w:rsidR="008D2AA8">
        <w:rPr>
          <w:rFonts w:ascii="Arial" w:hAnsi="Arial" w:cs="Arial"/>
          <w:sz w:val="24"/>
          <w:szCs w:val="24"/>
          <w:lang w:val="en-GB"/>
        </w:rPr>
        <w:t xml:space="preserve"> performance. </w:t>
      </w:r>
      <w:sdt>
        <w:sdtPr>
          <w:rPr>
            <w:rFonts w:ascii="Arial" w:hAnsi="Arial" w:cs="Arial"/>
            <w:sz w:val="24"/>
            <w:szCs w:val="24"/>
            <w:lang w:val="en-GB"/>
          </w:rPr>
          <w:id w:val="-1013757387"/>
          <w:citation/>
        </w:sdtPr>
        <w:sdtEndPr/>
        <w:sdtContent>
          <w:r w:rsidR="008D2AA8">
            <w:rPr>
              <w:rFonts w:ascii="Arial" w:hAnsi="Arial" w:cs="Arial"/>
              <w:sz w:val="24"/>
              <w:szCs w:val="24"/>
              <w:lang w:val="en-GB"/>
            </w:rPr>
            <w:fldChar w:fldCharType="begin"/>
          </w:r>
          <w:r w:rsidR="008D2AA8" w:rsidRPr="002A2EE5">
            <w:rPr>
              <w:rFonts w:ascii="Arial" w:hAnsi="Arial" w:cs="Arial"/>
              <w:sz w:val="24"/>
              <w:szCs w:val="24"/>
              <w:lang w:val="en-GB"/>
            </w:rPr>
            <w:instrText xml:space="preserve"> CITATION Ali26 \l 1046 </w:instrText>
          </w:r>
          <w:r w:rsidR="008D2AA8">
            <w:rPr>
              <w:rFonts w:ascii="Arial" w:hAnsi="Arial" w:cs="Arial"/>
              <w:sz w:val="24"/>
              <w:szCs w:val="24"/>
              <w:lang w:val="en-GB"/>
            </w:rPr>
            <w:fldChar w:fldCharType="separate"/>
          </w:r>
          <w:r w:rsidR="008D2AA8" w:rsidRPr="002A2EE5">
            <w:rPr>
              <w:rFonts w:ascii="Arial" w:hAnsi="Arial" w:cs="Arial"/>
              <w:noProof/>
              <w:sz w:val="24"/>
              <w:szCs w:val="24"/>
              <w:lang w:val="en-GB"/>
            </w:rPr>
            <w:t>[3]</w:t>
          </w:r>
          <w:r w:rsidR="008D2AA8">
            <w:rPr>
              <w:rFonts w:ascii="Arial" w:hAnsi="Arial" w:cs="Arial"/>
              <w:sz w:val="24"/>
              <w:szCs w:val="24"/>
              <w:lang w:val="en-GB"/>
            </w:rPr>
            <w:fldChar w:fldCharType="end"/>
          </w:r>
        </w:sdtContent>
      </w:sdt>
    </w:p>
    <w:p w14:paraId="3D57D33F" w14:textId="77777777" w:rsidR="008D2AA8" w:rsidRDefault="008D2AA8" w:rsidP="008D2AA8">
      <w:pPr>
        <w:jc w:val="both"/>
        <w:rPr>
          <w:rFonts w:ascii="Arial" w:hAnsi="Arial" w:cs="Arial"/>
          <w:sz w:val="24"/>
          <w:szCs w:val="24"/>
          <w:lang w:val="en-GB"/>
        </w:rPr>
      </w:pPr>
    </w:p>
    <w:p w14:paraId="3A427B36" w14:textId="6CAA6442" w:rsidR="008D2AA8" w:rsidRDefault="008D2AA8" w:rsidP="008D2AA8">
      <w:pPr>
        <w:pStyle w:val="Heading2"/>
      </w:pPr>
      <w:bookmarkStart w:id="11" w:name="_Toc235453754"/>
      <w:r w:rsidRPr="008D2AA8">
        <w:t>First Normal Form (1NF)</w:t>
      </w:r>
      <w:bookmarkEnd w:id="11"/>
    </w:p>
    <w:p w14:paraId="73D880B7" w14:textId="77777777" w:rsidR="008D2AA8" w:rsidRDefault="008D2AA8" w:rsidP="008D2AA8">
      <w:pPr>
        <w:jc w:val="both"/>
        <w:rPr>
          <w:rFonts w:ascii="Arial" w:hAnsi="Arial" w:cs="Arial"/>
          <w:sz w:val="24"/>
          <w:szCs w:val="24"/>
        </w:rPr>
      </w:pPr>
    </w:p>
    <w:p w14:paraId="68858C0F" w14:textId="3C3CF6FC" w:rsidR="008D2AA8" w:rsidRDefault="008D2AA8" w:rsidP="008D2AA8">
      <w:pPr>
        <w:jc w:val="both"/>
        <w:rPr>
          <w:rFonts w:ascii="Arial" w:hAnsi="Arial" w:cs="Arial"/>
          <w:sz w:val="24"/>
          <w:szCs w:val="24"/>
          <w:lang w:val="en-GB"/>
        </w:rPr>
      </w:pPr>
      <w:r w:rsidRPr="003E143E">
        <w:rPr>
          <w:rFonts w:ascii="Arial" w:hAnsi="Arial" w:cs="Arial"/>
          <w:sz w:val="24"/>
          <w:szCs w:val="24"/>
          <w:lang w:val="en-GB"/>
        </w:rPr>
        <w:t xml:space="preserve">Most Basic form of normalization, ensures </w:t>
      </w:r>
      <w:r w:rsidR="00CF4C19" w:rsidRPr="003E143E">
        <w:rPr>
          <w:rFonts w:ascii="Arial" w:hAnsi="Arial" w:cs="Arial"/>
          <w:sz w:val="24"/>
          <w:szCs w:val="24"/>
          <w:lang w:val="en-GB"/>
        </w:rPr>
        <w:t xml:space="preserve">a </w:t>
      </w:r>
      <w:r w:rsidRPr="003E143E">
        <w:rPr>
          <w:rFonts w:ascii="Arial" w:hAnsi="Arial" w:cs="Arial"/>
          <w:sz w:val="24"/>
          <w:szCs w:val="24"/>
          <w:lang w:val="en-GB"/>
        </w:rPr>
        <w:t>cells</w:t>
      </w:r>
      <w:r w:rsidR="00CF4C19" w:rsidRPr="003E143E">
        <w:rPr>
          <w:rFonts w:ascii="Arial" w:hAnsi="Arial" w:cs="Arial"/>
          <w:sz w:val="24"/>
          <w:szCs w:val="24"/>
          <w:lang w:val="en-GB"/>
        </w:rPr>
        <w:t>/</w:t>
      </w:r>
      <w:r w:rsidRPr="003E143E">
        <w:rPr>
          <w:rFonts w:ascii="Arial" w:hAnsi="Arial" w:cs="Arial"/>
          <w:sz w:val="24"/>
          <w:szCs w:val="24"/>
          <w:lang w:val="en-GB"/>
        </w:rPr>
        <w:t xml:space="preserve">columns </w:t>
      </w:r>
      <w:r w:rsidR="00CF4C19" w:rsidRPr="003E143E">
        <w:rPr>
          <w:rFonts w:ascii="Arial" w:hAnsi="Arial" w:cs="Arial"/>
          <w:sz w:val="24"/>
          <w:szCs w:val="24"/>
          <w:lang w:val="en-GB"/>
        </w:rPr>
        <w:t xml:space="preserve">contain single values and </w:t>
      </w:r>
      <w:r w:rsidR="003E143E" w:rsidRPr="003E143E">
        <w:rPr>
          <w:rFonts w:ascii="Arial" w:hAnsi="Arial" w:cs="Arial"/>
          <w:sz w:val="24"/>
          <w:szCs w:val="24"/>
          <w:lang w:val="en-GB"/>
        </w:rPr>
        <w:t>requires a database table schema to include a primary key</w:t>
      </w:r>
      <w:r w:rsidR="003E143E">
        <w:rPr>
          <w:rFonts w:ascii="Arial" w:hAnsi="Arial" w:cs="Arial"/>
          <w:sz w:val="24"/>
          <w:szCs w:val="24"/>
          <w:lang w:val="en-GB"/>
        </w:rPr>
        <w:t xml:space="preserve">. </w:t>
      </w:r>
    </w:p>
    <w:tbl>
      <w:tblPr>
        <w:tblStyle w:val="TableGrid"/>
        <w:tblW w:w="9291" w:type="dxa"/>
        <w:tblBorders>
          <w:top w:val="thickThinSmallGap" w:sz="24" w:space="0" w:color="F79646" w:themeColor="accent6"/>
          <w:left w:val="thickThinSmallGap" w:sz="24" w:space="0" w:color="F79646" w:themeColor="accent6"/>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291"/>
      </w:tblGrid>
      <w:tr w:rsidR="006D6DEB" w14:paraId="0B5498AD" w14:textId="77777777" w:rsidTr="00B4723A">
        <w:trPr>
          <w:trHeight w:val="6897"/>
        </w:trPr>
        <w:tc>
          <w:tcPr>
            <w:tcW w:w="9291" w:type="dxa"/>
          </w:tcPr>
          <w:p w14:paraId="1C5B7830" w14:textId="77777777" w:rsidR="006D6DEB" w:rsidRDefault="006D6DEB" w:rsidP="006D6DEB">
            <w:pPr>
              <w:jc w:val="both"/>
              <w:rPr>
                <w:rFonts w:ascii="Arial" w:hAnsi="Arial" w:cs="Arial"/>
                <w:sz w:val="24"/>
                <w:szCs w:val="24"/>
                <w:lang w:val="en-GB"/>
              </w:rPr>
            </w:pPr>
            <w:r>
              <w:rPr>
                <w:rFonts w:ascii="Arial" w:hAnsi="Arial" w:cs="Arial"/>
                <w:sz w:val="24"/>
                <w:szCs w:val="24"/>
                <w:lang w:val="en-GB"/>
              </w:rPr>
              <w:t xml:space="preserve">Before 1NF: </w:t>
            </w:r>
          </w:p>
          <w:p w14:paraId="53E6E8F6" w14:textId="77777777" w:rsidR="00B4723A" w:rsidRDefault="00B4723A" w:rsidP="006D6DEB">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2221"/>
              <w:gridCol w:w="2257"/>
              <w:gridCol w:w="2247"/>
              <w:gridCol w:w="2254"/>
            </w:tblGrid>
            <w:tr w:rsidR="006D6DEB" w14:paraId="38409377" w14:textId="77777777" w:rsidTr="00B4723A">
              <w:trPr>
                <w:trHeight w:val="314"/>
              </w:trPr>
              <w:tc>
                <w:tcPr>
                  <w:tcW w:w="9054" w:type="dxa"/>
                  <w:gridSpan w:val="4"/>
                </w:tcPr>
                <w:p w14:paraId="7C1E7A23" w14:textId="4E8ABE92" w:rsidR="006D6DEB" w:rsidRDefault="006D6DEB" w:rsidP="006D6DEB">
                  <w:pPr>
                    <w:jc w:val="both"/>
                    <w:rPr>
                      <w:rFonts w:ascii="Arial" w:hAnsi="Arial" w:cs="Arial"/>
                      <w:sz w:val="24"/>
                      <w:szCs w:val="24"/>
                      <w:lang w:val="en-GB"/>
                    </w:rPr>
                  </w:pPr>
                  <w:r>
                    <w:rPr>
                      <w:rFonts w:ascii="Arial" w:hAnsi="Arial" w:cs="Arial"/>
                      <w:sz w:val="24"/>
                      <w:szCs w:val="24"/>
                      <w:lang w:val="en-GB"/>
                    </w:rPr>
                    <w:t>CUSTOMER</w:t>
                  </w:r>
                  <w:r w:rsidR="006073D3">
                    <w:rPr>
                      <w:rFonts w:ascii="Arial" w:hAnsi="Arial" w:cs="Arial"/>
                      <w:sz w:val="24"/>
                      <w:szCs w:val="24"/>
                      <w:lang w:val="en-GB"/>
                    </w:rPr>
                    <w:t>S</w:t>
                  </w:r>
                </w:p>
              </w:tc>
            </w:tr>
            <w:tr w:rsidR="006D6DEB" w14:paraId="2A7E6CC1" w14:textId="77777777" w:rsidTr="00B4723A">
              <w:trPr>
                <w:trHeight w:val="314"/>
              </w:trPr>
              <w:tc>
                <w:tcPr>
                  <w:tcW w:w="2245" w:type="dxa"/>
                </w:tcPr>
                <w:p w14:paraId="206614B9" w14:textId="77777777" w:rsidR="006D6DEB" w:rsidRDefault="006D6DEB" w:rsidP="006D6DEB">
                  <w:pPr>
                    <w:jc w:val="both"/>
                    <w:rPr>
                      <w:rFonts w:ascii="Arial" w:hAnsi="Arial" w:cs="Arial"/>
                      <w:sz w:val="24"/>
                      <w:szCs w:val="24"/>
                      <w:lang w:val="en-GB"/>
                    </w:rPr>
                  </w:pPr>
                  <w:r>
                    <w:rPr>
                      <w:rFonts w:ascii="Arial" w:hAnsi="Arial" w:cs="Arial"/>
                      <w:sz w:val="24"/>
                      <w:szCs w:val="24"/>
                      <w:lang w:val="en-GB"/>
                    </w:rPr>
                    <w:t>NAME</w:t>
                  </w:r>
                </w:p>
              </w:tc>
              <w:tc>
                <w:tcPr>
                  <w:tcW w:w="2273" w:type="dxa"/>
                </w:tcPr>
                <w:p w14:paraId="0735C48B" w14:textId="77777777" w:rsidR="006D6DEB" w:rsidRDefault="006D6DEB" w:rsidP="006D6DEB">
                  <w:pPr>
                    <w:jc w:val="both"/>
                    <w:rPr>
                      <w:rFonts w:ascii="Arial" w:hAnsi="Arial" w:cs="Arial"/>
                      <w:sz w:val="24"/>
                      <w:szCs w:val="24"/>
                      <w:lang w:val="en-GB"/>
                    </w:rPr>
                  </w:pPr>
                  <w:r>
                    <w:rPr>
                      <w:rFonts w:ascii="Arial" w:hAnsi="Arial" w:cs="Arial"/>
                      <w:sz w:val="24"/>
                      <w:szCs w:val="24"/>
                      <w:lang w:val="en-GB"/>
                    </w:rPr>
                    <w:t>ADDRESS</w:t>
                  </w:r>
                </w:p>
              </w:tc>
              <w:tc>
                <w:tcPr>
                  <w:tcW w:w="2265" w:type="dxa"/>
                </w:tcPr>
                <w:p w14:paraId="34C1B8FA" w14:textId="77777777" w:rsidR="006D6DEB" w:rsidRDefault="006D6DEB" w:rsidP="006D6DEB">
                  <w:pPr>
                    <w:jc w:val="both"/>
                    <w:rPr>
                      <w:rFonts w:ascii="Arial" w:hAnsi="Arial" w:cs="Arial"/>
                      <w:sz w:val="24"/>
                      <w:szCs w:val="24"/>
                      <w:lang w:val="en-GB"/>
                    </w:rPr>
                  </w:pPr>
                  <w:r>
                    <w:rPr>
                      <w:rFonts w:ascii="Arial" w:hAnsi="Arial" w:cs="Arial"/>
                      <w:sz w:val="24"/>
                      <w:szCs w:val="24"/>
                      <w:lang w:val="en-GB"/>
                    </w:rPr>
                    <w:t>VEHICLE</w:t>
                  </w:r>
                </w:p>
              </w:tc>
              <w:tc>
                <w:tcPr>
                  <w:tcW w:w="2270" w:type="dxa"/>
                </w:tcPr>
                <w:p w14:paraId="06E2164E" w14:textId="77777777" w:rsidR="006D6DEB" w:rsidRDefault="006D6DEB" w:rsidP="006D6DEB">
                  <w:pPr>
                    <w:jc w:val="both"/>
                    <w:rPr>
                      <w:rFonts w:ascii="Arial" w:hAnsi="Arial" w:cs="Arial"/>
                      <w:sz w:val="24"/>
                      <w:szCs w:val="24"/>
                      <w:lang w:val="en-GB"/>
                    </w:rPr>
                  </w:pPr>
                  <w:r>
                    <w:rPr>
                      <w:rFonts w:ascii="Arial" w:hAnsi="Arial" w:cs="Arial"/>
                      <w:sz w:val="24"/>
                      <w:szCs w:val="24"/>
                      <w:lang w:val="en-GB"/>
                    </w:rPr>
                    <w:t>PLATE</w:t>
                  </w:r>
                </w:p>
              </w:tc>
            </w:tr>
            <w:tr w:rsidR="006D6DEB" w14:paraId="19E92AA7" w14:textId="77777777" w:rsidTr="00B4723A">
              <w:trPr>
                <w:trHeight w:val="960"/>
              </w:trPr>
              <w:tc>
                <w:tcPr>
                  <w:tcW w:w="2245" w:type="dxa"/>
                </w:tcPr>
                <w:p w14:paraId="4F1EE75A" w14:textId="77777777" w:rsidR="006D6DEB" w:rsidRDefault="006D6DEB" w:rsidP="006D6DEB">
                  <w:pPr>
                    <w:jc w:val="both"/>
                    <w:rPr>
                      <w:rFonts w:ascii="Arial" w:hAnsi="Arial" w:cs="Arial"/>
                      <w:sz w:val="24"/>
                      <w:szCs w:val="24"/>
                      <w:lang w:val="en-GB"/>
                    </w:rPr>
                  </w:pPr>
                  <w:r>
                    <w:rPr>
                      <w:rFonts w:ascii="Arial" w:hAnsi="Arial" w:cs="Arial"/>
                      <w:sz w:val="24"/>
                      <w:szCs w:val="24"/>
                      <w:lang w:val="en-GB"/>
                    </w:rPr>
                    <w:t>John M</w:t>
                  </w:r>
                </w:p>
              </w:tc>
              <w:tc>
                <w:tcPr>
                  <w:tcW w:w="2273" w:type="dxa"/>
                </w:tcPr>
                <w:p w14:paraId="6F9E4D38" w14:textId="77777777" w:rsidR="006D6DEB" w:rsidRDefault="006D6DEB" w:rsidP="006D6DEB">
                  <w:pPr>
                    <w:jc w:val="both"/>
                    <w:rPr>
                      <w:rFonts w:ascii="Arial" w:hAnsi="Arial" w:cs="Arial"/>
                      <w:sz w:val="24"/>
                      <w:szCs w:val="24"/>
                      <w:lang w:val="en-GB"/>
                    </w:rPr>
                  </w:pPr>
                  <w:r>
                    <w:rPr>
                      <w:rFonts w:ascii="Arial" w:hAnsi="Arial" w:cs="Arial"/>
                      <w:sz w:val="24"/>
                      <w:szCs w:val="24"/>
                      <w:lang w:val="en-GB"/>
                    </w:rPr>
                    <w:t>White road</w:t>
                  </w:r>
                </w:p>
              </w:tc>
              <w:tc>
                <w:tcPr>
                  <w:tcW w:w="2265" w:type="dxa"/>
                </w:tcPr>
                <w:p w14:paraId="27056245" w14:textId="77777777" w:rsidR="006D6DEB" w:rsidRDefault="006D6DEB" w:rsidP="006D6DEB">
                  <w:pPr>
                    <w:jc w:val="both"/>
                    <w:rPr>
                      <w:rFonts w:ascii="Arial" w:hAnsi="Arial" w:cs="Arial"/>
                      <w:sz w:val="24"/>
                      <w:szCs w:val="24"/>
                      <w:lang w:val="en-GB"/>
                    </w:rPr>
                  </w:pPr>
                  <w:r>
                    <w:rPr>
                      <w:rFonts w:ascii="Arial" w:hAnsi="Arial" w:cs="Arial"/>
                      <w:sz w:val="24"/>
                      <w:szCs w:val="24"/>
                      <w:lang w:val="en-GB"/>
                    </w:rPr>
                    <w:t>Golf, Honda, XPTO</w:t>
                  </w:r>
                </w:p>
              </w:tc>
              <w:tc>
                <w:tcPr>
                  <w:tcW w:w="2270" w:type="dxa"/>
                </w:tcPr>
                <w:p w14:paraId="1497AD89" w14:textId="77777777" w:rsidR="006D6DEB" w:rsidRDefault="006D6DEB" w:rsidP="006D6DEB">
                  <w:pPr>
                    <w:jc w:val="both"/>
                    <w:rPr>
                      <w:rFonts w:ascii="Arial" w:hAnsi="Arial" w:cs="Arial"/>
                      <w:sz w:val="24"/>
                      <w:szCs w:val="24"/>
                      <w:lang w:val="en-GB"/>
                    </w:rPr>
                  </w:pPr>
                  <w:r>
                    <w:rPr>
                      <w:rFonts w:ascii="Arial" w:hAnsi="Arial" w:cs="Arial"/>
                      <w:sz w:val="24"/>
                      <w:szCs w:val="24"/>
                      <w:lang w:val="en-GB"/>
                    </w:rPr>
                    <w:t>HG87789, HL98JHG, PO78JHG</w:t>
                  </w:r>
                </w:p>
              </w:tc>
            </w:tr>
          </w:tbl>
          <w:p w14:paraId="2115FFE4" w14:textId="77777777" w:rsidR="006D6DEB" w:rsidRDefault="006D6DEB" w:rsidP="006D6DEB">
            <w:pPr>
              <w:jc w:val="both"/>
              <w:rPr>
                <w:rFonts w:ascii="Arial" w:hAnsi="Arial" w:cs="Arial"/>
                <w:sz w:val="24"/>
                <w:szCs w:val="24"/>
                <w:lang w:val="en-GB"/>
              </w:rPr>
            </w:pPr>
          </w:p>
          <w:p w14:paraId="6406A2A5" w14:textId="77777777" w:rsidR="006D6DEB" w:rsidRDefault="006D6DEB" w:rsidP="006D6DEB">
            <w:pPr>
              <w:jc w:val="both"/>
              <w:rPr>
                <w:rFonts w:ascii="Arial" w:hAnsi="Arial" w:cs="Arial"/>
                <w:sz w:val="24"/>
                <w:szCs w:val="24"/>
                <w:lang w:val="en-GB"/>
              </w:rPr>
            </w:pPr>
            <w:r>
              <w:rPr>
                <w:rFonts w:ascii="Arial" w:hAnsi="Arial" w:cs="Arial"/>
                <w:sz w:val="24"/>
                <w:szCs w:val="24"/>
                <w:lang w:val="en-GB"/>
              </w:rPr>
              <w:t xml:space="preserve">There are multiples values on `VEHICLE´ and `PLATE´. To guarantee an unique value a new table will be create and the relationship between will allow a customer to own multiples Vehicles. </w:t>
            </w:r>
          </w:p>
          <w:p w14:paraId="4FC57BB5" w14:textId="77777777" w:rsidR="00B4723A" w:rsidRDefault="00B4723A" w:rsidP="006D6DEB">
            <w:pPr>
              <w:jc w:val="both"/>
              <w:rPr>
                <w:rFonts w:ascii="Arial" w:hAnsi="Arial" w:cs="Arial"/>
                <w:sz w:val="24"/>
                <w:szCs w:val="24"/>
                <w:lang w:val="en-GB"/>
              </w:rPr>
            </w:pPr>
          </w:p>
          <w:p w14:paraId="1D5E5FA8" w14:textId="77777777" w:rsidR="00B4723A" w:rsidRDefault="00B4723A" w:rsidP="006D6DEB">
            <w:pPr>
              <w:jc w:val="both"/>
              <w:rPr>
                <w:rFonts w:ascii="Arial" w:hAnsi="Arial" w:cs="Arial"/>
                <w:sz w:val="24"/>
                <w:szCs w:val="24"/>
                <w:lang w:val="en-GB"/>
              </w:rPr>
            </w:pPr>
          </w:p>
          <w:p w14:paraId="6D9A8575" w14:textId="469D1A5A" w:rsidR="006D6DEB" w:rsidRDefault="006D6DEB" w:rsidP="006D6DEB">
            <w:pPr>
              <w:jc w:val="both"/>
              <w:rPr>
                <w:rFonts w:ascii="Arial" w:hAnsi="Arial" w:cs="Arial"/>
                <w:sz w:val="24"/>
                <w:szCs w:val="24"/>
                <w:lang w:val="en-GB"/>
              </w:rPr>
            </w:pPr>
            <w:r>
              <w:rPr>
                <w:rFonts w:ascii="Arial" w:hAnsi="Arial" w:cs="Arial"/>
                <w:sz w:val="24"/>
                <w:szCs w:val="24"/>
                <w:lang w:val="en-GB"/>
              </w:rPr>
              <w:t>After 1NF:</w:t>
            </w:r>
          </w:p>
          <w:p w14:paraId="358ECAAE" w14:textId="1408B61B" w:rsidR="00B4723A" w:rsidRDefault="00B4723A" w:rsidP="006D6DEB">
            <w:pPr>
              <w:jc w:val="both"/>
              <w:rPr>
                <w:rFonts w:ascii="Arial" w:hAnsi="Arial" w:cs="Arial"/>
                <w:sz w:val="24"/>
                <w:szCs w:val="24"/>
                <w:lang w:val="en-GB"/>
              </w:rPr>
            </w:pPr>
            <w:r>
              <w:rPr>
                <w:noProof/>
              </w:rPr>
              <mc:AlternateContent>
                <mc:Choice Requires="wps">
                  <w:drawing>
                    <wp:anchor distT="0" distB="0" distL="114300" distR="114300" simplePos="0" relativeHeight="251652096" behindDoc="0" locked="0" layoutInCell="1" allowOverlap="1" wp14:anchorId="199C9890" wp14:editId="71E44C99">
                      <wp:simplePos x="0" y="0"/>
                      <wp:positionH relativeFrom="column">
                        <wp:posOffset>1179830</wp:posOffset>
                      </wp:positionH>
                      <wp:positionV relativeFrom="paragraph">
                        <wp:posOffset>947420</wp:posOffset>
                      </wp:positionV>
                      <wp:extent cx="1828800" cy="276225"/>
                      <wp:effectExtent l="0" t="0" r="0" b="9525"/>
                      <wp:wrapNone/>
                      <wp:docPr id="517852395" name="Caixa de Texto 1"/>
                      <wp:cNvGraphicFramePr/>
                      <a:graphic xmlns:a="http://schemas.openxmlformats.org/drawingml/2006/main">
                        <a:graphicData uri="http://schemas.microsoft.com/office/word/2010/wordprocessingShape">
                          <wps:wsp>
                            <wps:cNvSpPr txBox="1"/>
                            <wps:spPr>
                              <a:xfrm>
                                <a:off x="0" y="0"/>
                                <a:ext cx="1828800" cy="276225"/>
                              </a:xfrm>
                              <a:prstGeom prst="rect">
                                <a:avLst/>
                              </a:prstGeom>
                              <a:noFill/>
                              <a:ln>
                                <a:noFill/>
                              </a:ln>
                            </wps:spPr>
                            <wps:txbx>
                              <w:txbxContent>
                                <w:p w14:paraId="7D475EF8" w14:textId="2036FD72" w:rsidR="006D6DEB" w:rsidRPr="0091426F" w:rsidRDefault="006D6DEB" w:rsidP="006D6DEB">
                                  <w:pPr>
                                    <w:jc w:val="cente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9C9890" id="Caixa de Texto 1" o:spid="_x0000_s1029" type="#_x0000_t202" style="position:absolute;left:0;text-align:left;margin-left:92.9pt;margin-top:74.6pt;width:2in;height:21.75pt;z-index:2516520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" filled="f" stroked="f">
                      <v:textbox>
                        <w:txbxContent>
                          <w:p w14:paraId="7D475EF8" w14:textId="2036FD72" w:rsidR="006D6DEB" w:rsidRPr="0091426F" w:rsidRDefault="006D6DEB" w:rsidP="006D6DEB">
                            <w:pPr>
                              <w:jc w:val="cente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3375"/>
              <w:gridCol w:w="2786"/>
              <w:gridCol w:w="2818"/>
            </w:tblGrid>
            <w:tr w:rsidR="006D6DEB" w14:paraId="56441C81" w14:textId="77777777" w:rsidTr="00B4723A">
              <w:trPr>
                <w:trHeight w:val="314"/>
              </w:trPr>
              <w:tc>
                <w:tcPr>
                  <w:tcW w:w="9054" w:type="dxa"/>
                  <w:gridSpan w:val="3"/>
                </w:tcPr>
                <w:p w14:paraId="5BFEBA76" w14:textId="3BBDD7CF" w:rsidR="006D6DEB" w:rsidRDefault="006D6DEB" w:rsidP="006D6DEB">
                  <w:pPr>
                    <w:jc w:val="both"/>
                    <w:rPr>
                      <w:rFonts w:ascii="Arial" w:hAnsi="Arial" w:cs="Arial"/>
                      <w:sz w:val="24"/>
                      <w:szCs w:val="24"/>
                      <w:lang w:val="en-GB"/>
                    </w:rPr>
                  </w:pPr>
                  <w:r>
                    <w:rPr>
                      <w:rFonts w:ascii="Arial" w:hAnsi="Arial" w:cs="Arial"/>
                      <w:sz w:val="24"/>
                      <w:szCs w:val="24"/>
                      <w:lang w:val="en-GB"/>
                    </w:rPr>
                    <w:t>CUSTOMER</w:t>
                  </w:r>
                  <w:r w:rsidR="006073D3">
                    <w:rPr>
                      <w:rFonts w:ascii="Arial" w:hAnsi="Arial" w:cs="Arial"/>
                      <w:sz w:val="24"/>
                      <w:szCs w:val="24"/>
                      <w:lang w:val="en-GB"/>
                    </w:rPr>
                    <w:t>S</w:t>
                  </w:r>
                </w:p>
              </w:tc>
            </w:tr>
            <w:tr w:rsidR="006D6DEB" w14:paraId="3CE12053" w14:textId="77777777" w:rsidTr="00B4723A">
              <w:trPr>
                <w:trHeight w:val="314"/>
              </w:trPr>
              <w:tc>
                <w:tcPr>
                  <w:tcW w:w="3399" w:type="dxa"/>
                </w:tcPr>
                <w:p w14:paraId="0E066053" w14:textId="63E696E0" w:rsidR="006D6DEB" w:rsidRDefault="006D6DEB" w:rsidP="006D6DEB">
                  <w:pPr>
                    <w:jc w:val="both"/>
                    <w:rPr>
                      <w:rFonts w:ascii="Arial" w:hAnsi="Arial" w:cs="Arial"/>
                      <w:sz w:val="24"/>
                      <w:szCs w:val="24"/>
                      <w:lang w:val="en-GB"/>
                    </w:rPr>
                  </w:pPr>
                  <w:r>
                    <w:rPr>
                      <w:rFonts w:ascii="Arial" w:hAnsi="Arial" w:cs="Arial"/>
                      <w:sz w:val="24"/>
                      <w:szCs w:val="24"/>
                      <w:lang w:val="en-GB"/>
                    </w:rPr>
                    <w:t>CUSTOMERID</w:t>
                  </w:r>
                </w:p>
              </w:tc>
              <w:tc>
                <w:tcPr>
                  <w:tcW w:w="2815" w:type="dxa"/>
                </w:tcPr>
                <w:p w14:paraId="25AA135D" w14:textId="77777777" w:rsidR="006D6DEB" w:rsidRDefault="006D6DEB" w:rsidP="006D6DEB">
                  <w:pPr>
                    <w:jc w:val="both"/>
                    <w:rPr>
                      <w:rFonts w:ascii="Arial" w:hAnsi="Arial" w:cs="Arial"/>
                      <w:sz w:val="24"/>
                      <w:szCs w:val="24"/>
                      <w:lang w:val="en-GB"/>
                    </w:rPr>
                  </w:pPr>
                  <w:r>
                    <w:rPr>
                      <w:rFonts w:ascii="Arial" w:hAnsi="Arial" w:cs="Arial"/>
                      <w:sz w:val="24"/>
                      <w:szCs w:val="24"/>
                      <w:lang w:val="en-GB"/>
                    </w:rPr>
                    <w:t>NAME</w:t>
                  </w:r>
                </w:p>
              </w:tc>
              <w:tc>
                <w:tcPr>
                  <w:tcW w:w="2838" w:type="dxa"/>
                </w:tcPr>
                <w:p w14:paraId="08B5AE01" w14:textId="77777777" w:rsidR="006D6DEB" w:rsidRDefault="006D6DEB" w:rsidP="006D6DEB">
                  <w:pPr>
                    <w:jc w:val="both"/>
                    <w:rPr>
                      <w:rFonts w:ascii="Arial" w:hAnsi="Arial" w:cs="Arial"/>
                      <w:sz w:val="24"/>
                      <w:szCs w:val="24"/>
                      <w:lang w:val="en-GB"/>
                    </w:rPr>
                  </w:pPr>
                  <w:r>
                    <w:rPr>
                      <w:rFonts w:ascii="Arial" w:hAnsi="Arial" w:cs="Arial"/>
                      <w:sz w:val="24"/>
                      <w:szCs w:val="24"/>
                      <w:lang w:val="en-GB"/>
                    </w:rPr>
                    <w:t>ADDRESS</w:t>
                  </w:r>
                </w:p>
              </w:tc>
            </w:tr>
            <w:tr w:rsidR="006D6DEB" w14:paraId="220AD368" w14:textId="77777777" w:rsidTr="00B4723A">
              <w:trPr>
                <w:trHeight w:val="314"/>
              </w:trPr>
              <w:tc>
                <w:tcPr>
                  <w:tcW w:w="3399" w:type="dxa"/>
                </w:tcPr>
                <w:p w14:paraId="23A1E054" w14:textId="5AE2FDA6" w:rsidR="006D6DEB" w:rsidRDefault="006D6DEB" w:rsidP="006D6DEB">
                  <w:pPr>
                    <w:jc w:val="both"/>
                    <w:rPr>
                      <w:rFonts w:ascii="Arial" w:hAnsi="Arial" w:cs="Arial"/>
                      <w:sz w:val="24"/>
                      <w:szCs w:val="24"/>
                      <w:lang w:val="en-GB"/>
                    </w:rPr>
                  </w:pPr>
                  <w:r>
                    <w:rPr>
                      <w:rFonts w:ascii="Arial" w:hAnsi="Arial" w:cs="Arial"/>
                      <w:sz w:val="24"/>
                      <w:szCs w:val="24"/>
                      <w:lang w:val="en-GB"/>
                    </w:rPr>
                    <w:t>1</w:t>
                  </w:r>
                </w:p>
              </w:tc>
              <w:tc>
                <w:tcPr>
                  <w:tcW w:w="2815" w:type="dxa"/>
                </w:tcPr>
                <w:p w14:paraId="1427B7A2" w14:textId="77777777" w:rsidR="006D6DEB" w:rsidRDefault="006D6DEB" w:rsidP="006D6DEB">
                  <w:pPr>
                    <w:jc w:val="both"/>
                    <w:rPr>
                      <w:rFonts w:ascii="Arial" w:hAnsi="Arial" w:cs="Arial"/>
                      <w:sz w:val="24"/>
                      <w:szCs w:val="24"/>
                      <w:lang w:val="en-GB"/>
                    </w:rPr>
                  </w:pPr>
                  <w:r>
                    <w:rPr>
                      <w:rFonts w:ascii="Arial" w:hAnsi="Arial" w:cs="Arial"/>
                      <w:sz w:val="24"/>
                      <w:szCs w:val="24"/>
                      <w:lang w:val="en-GB"/>
                    </w:rPr>
                    <w:t>Jonh M</w:t>
                  </w:r>
                </w:p>
              </w:tc>
              <w:tc>
                <w:tcPr>
                  <w:tcW w:w="2838" w:type="dxa"/>
                </w:tcPr>
                <w:p w14:paraId="52BC6F68" w14:textId="77777777" w:rsidR="006D6DEB" w:rsidRDefault="006D6DEB" w:rsidP="006D6DEB">
                  <w:pPr>
                    <w:jc w:val="both"/>
                    <w:rPr>
                      <w:rFonts w:ascii="Arial" w:hAnsi="Arial" w:cs="Arial"/>
                      <w:sz w:val="24"/>
                      <w:szCs w:val="24"/>
                      <w:lang w:val="en-GB"/>
                    </w:rPr>
                  </w:pPr>
                  <w:r>
                    <w:rPr>
                      <w:rFonts w:ascii="Arial" w:hAnsi="Arial" w:cs="Arial"/>
                      <w:sz w:val="24"/>
                      <w:szCs w:val="24"/>
                      <w:lang w:val="en-GB"/>
                    </w:rPr>
                    <w:t>White road</w:t>
                  </w:r>
                </w:p>
              </w:tc>
            </w:tr>
          </w:tbl>
          <w:p w14:paraId="145D0278" w14:textId="51F75D98" w:rsidR="006D6DEB" w:rsidRDefault="006D6DEB" w:rsidP="006D6DEB">
            <w:pPr>
              <w:jc w:val="both"/>
              <w:rPr>
                <w:rFonts w:ascii="Arial" w:hAnsi="Arial" w:cs="Arial"/>
                <w:sz w:val="24"/>
                <w:szCs w:val="24"/>
                <w:lang w:val="en-GB"/>
              </w:rPr>
            </w:pPr>
          </w:p>
          <w:p w14:paraId="6E8A09C6" w14:textId="77777777" w:rsidR="006D6DEB" w:rsidRDefault="006D6DEB" w:rsidP="006D6DEB">
            <w:pPr>
              <w:jc w:val="both"/>
              <w:rPr>
                <w:rFonts w:ascii="Arial" w:hAnsi="Arial" w:cs="Arial"/>
                <w:sz w:val="24"/>
                <w:szCs w:val="24"/>
                <w:lang w:val="en-GB"/>
              </w:rPr>
            </w:pPr>
          </w:p>
          <w:p w14:paraId="347D4C96" w14:textId="1CD7BC2B" w:rsidR="006D6DEB" w:rsidRDefault="006D6DEB" w:rsidP="006D6DEB">
            <w:pPr>
              <w:jc w:val="both"/>
              <w:rPr>
                <w:rFonts w:ascii="Arial" w:hAnsi="Arial" w:cs="Arial"/>
                <w:sz w:val="24"/>
                <w:szCs w:val="24"/>
                <w:lang w:val="en-GB"/>
              </w:rPr>
            </w:pPr>
          </w:p>
          <w:p w14:paraId="4F346639" w14:textId="5CA24507" w:rsidR="006D6DEB" w:rsidRDefault="006D6DEB" w:rsidP="006D6DEB">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2325"/>
              <w:gridCol w:w="2360"/>
              <w:gridCol w:w="2195"/>
              <w:gridCol w:w="2099"/>
            </w:tblGrid>
            <w:tr w:rsidR="006D6DEB" w14:paraId="17879E2A" w14:textId="77777777" w:rsidTr="00B4723A">
              <w:trPr>
                <w:trHeight w:val="314"/>
              </w:trPr>
              <w:tc>
                <w:tcPr>
                  <w:tcW w:w="9054" w:type="dxa"/>
                  <w:gridSpan w:val="4"/>
                </w:tcPr>
                <w:p w14:paraId="28426E21" w14:textId="7D0CE1D5" w:rsidR="006D6DEB" w:rsidRDefault="006D6DEB" w:rsidP="006D6DEB">
                  <w:pPr>
                    <w:jc w:val="both"/>
                    <w:rPr>
                      <w:rFonts w:ascii="Arial" w:hAnsi="Arial" w:cs="Arial"/>
                      <w:sz w:val="24"/>
                      <w:szCs w:val="24"/>
                      <w:lang w:val="en-GB"/>
                    </w:rPr>
                  </w:pPr>
                  <w:r>
                    <w:rPr>
                      <w:rFonts w:ascii="Arial" w:hAnsi="Arial" w:cs="Arial"/>
                      <w:sz w:val="24"/>
                      <w:szCs w:val="24"/>
                      <w:lang w:val="en-GB"/>
                    </w:rPr>
                    <w:t>VEHICLE</w:t>
                  </w:r>
                  <w:r w:rsidR="006073D3">
                    <w:rPr>
                      <w:rFonts w:ascii="Arial" w:hAnsi="Arial" w:cs="Arial"/>
                      <w:sz w:val="24"/>
                      <w:szCs w:val="24"/>
                      <w:lang w:val="en-GB"/>
                    </w:rPr>
                    <w:t>S</w:t>
                  </w:r>
                </w:p>
              </w:tc>
            </w:tr>
            <w:tr w:rsidR="006D6DEB" w14:paraId="4C55AEE1" w14:textId="77777777" w:rsidTr="00B4723A">
              <w:trPr>
                <w:trHeight w:val="314"/>
              </w:trPr>
              <w:tc>
                <w:tcPr>
                  <w:tcW w:w="2365" w:type="dxa"/>
                </w:tcPr>
                <w:p w14:paraId="48CB713F" w14:textId="77777777" w:rsidR="006D6DEB" w:rsidRDefault="006D6DEB" w:rsidP="006D6DEB">
                  <w:pPr>
                    <w:jc w:val="both"/>
                    <w:rPr>
                      <w:rFonts w:ascii="Arial" w:hAnsi="Arial" w:cs="Arial"/>
                      <w:sz w:val="24"/>
                      <w:szCs w:val="24"/>
                      <w:lang w:val="en-GB"/>
                    </w:rPr>
                  </w:pPr>
                  <w:r>
                    <w:rPr>
                      <w:rFonts w:ascii="Arial" w:hAnsi="Arial" w:cs="Arial"/>
                      <w:sz w:val="24"/>
                      <w:szCs w:val="24"/>
                      <w:lang w:val="en-GB"/>
                    </w:rPr>
                    <w:t>VEHICLEID</w:t>
                  </w:r>
                </w:p>
              </w:tc>
              <w:tc>
                <w:tcPr>
                  <w:tcW w:w="2385" w:type="dxa"/>
                </w:tcPr>
                <w:p w14:paraId="3FC45C5F" w14:textId="78A5D1BB" w:rsidR="006D6DEB" w:rsidRDefault="006D6DEB" w:rsidP="006D6DEB">
                  <w:pPr>
                    <w:jc w:val="both"/>
                    <w:rPr>
                      <w:rFonts w:ascii="Arial" w:hAnsi="Arial" w:cs="Arial"/>
                      <w:sz w:val="24"/>
                      <w:szCs w:val="24"/>
                      <w:lang w:val="en-GB"/>
                    </w:rPr>
                  </w:pPr>
                  <w:r>
                    <w:rPr>
                      <w:rFonts w:ascii="Arial" w:hAnsi="Arial" w:cs="Arial"/>
                      <w:sz w:val="24"/>
                      <w:szCs w:val="24"/>
                      <w:lang w:val="en-GB"/>
                    </w:rPr>
                    <w:t>CUSTOMERID</w:t>
                  </w:r>
                </w:p>
              </w:tc>
              <w:tc>
                <w:tcPr>
                  <w:tcW w:w="2200" w:type="dxa"/>
                </w:tcPr>
                <w:p w14:paraId="6B188439" w14:textId="77777777" w:rsidR="006D6DEB" w:rsidRDefault="006D6DEB" w:rsidP="006D6DEB">
                  <w:pPr>
                    <w:jc w:val="both"/>
                    <w:rPr>
                      <w:rFonts w:ascii="Arial" w:hAnsi="Arial" w:cs="Arial"/>
                      <w:sz w:val="24"/>
                      <w:szCs w:val="24"/>
                      <w:lang w:val="en-GB"/>
                    </w:rPr>
                  </w:pPr>
                  <w:r>
                    <w:rPr>
                      <w:rFonts w:ascii="Arial" w:hAnsi="Arial" w:cs="Arial"/>
                      <w:sz w:val="24"/>
                      <w:szCs w:val="24"/>
                      <w:lang w:val="en-GB"/>
                    </w:rPr>
                    <w:t>VEHICLEMODEL</w:t>
                  </w:r>
                </w:p>
              </w:tc>
              <w:tc>
                <w:tcPr>
                  <w:tcW w:w="2102" w:type="dxa"/>
                </w:tcPr>
                <w:p w14:paraId="26956523" w14:textId="77777777" w:rsidR="006D6DEB" w:rsidRDefault="006D6DEB" w:rsidP="006D6DEB">
                  <w:pPr>
                    <w:jc w:val="both"/>
                    <w:rPr>
                      <w:rFonts w:ascii="Arial" w:hAnsi="Arial" w:cs="Arial"/>
                      <w:sz w:val="24"/>
                      <w:szCs w:val="24"/>
                      <w:lang w:val="en-GB"/>
                    </w:rPr>
                  </w:pPr>
                  <w:r>
                    <w:rPr>
                      <w:rFonts w:ascii="Arial" w:hAnsi="Arial" w:cs="Arial"/>
                      <w:sz w:val="24"/>
                      <w:szCs w:val="24"/>
                      <w:lang w:val="en-GB"/>
                    </w:rPr>
                    <w:t>VEHICLEPLATE</w:t>
                  </w:r>
                </w:p>
              </w:tc>
            </w:tr>
            <w:tr w:rsidR="006D6DEB" w14:paraId="671ACAC5" w14:textId="77777777" w:rsidTr="00B4723A">
              <w:trPr>
                <w:trHeight w:val="314"/>
              </w:trPr>
              <w:tc>
                <w:tcPr>
                  <w:tcW w:w="2365" w:type="dxa"/>
                </w:tcPr>
                <w:p w14:paraId="0E22CC4D" w14:textId="77777777" w:rsidR="006D6DEB" w:rsidRDefault="006D6DEB" w:rsidP="006D6DEB">
                  <w:pPr>
                    <w:jc w:val="both"/>
                    <w:rPr>
                      <w:rFonts w:ascii="Arial" w:hAnsi="Arial" w:cs="Arial"/>
                      <w:sz w:val="24"/>
                      <w:szCs w:val="24"/>
                      <w:lang w:val="en-GB"/>
                    </w:rPr>
                  </w:pPr>
                  <w:r>
                    <w:rPr>
                      <w:rFonts w:ascii="Arial" w:hAnsi="Arial" w:cs="Arial"/>
                      <w:sz w:val="24"/>
                      <w:szCs w:val="24"/>
                      <w:lang w:val="en-GB"/>
                    </w:rPr>
                    <w:t>1</w:t>
                  </w:r>
                </w:p>
              </w:tc>
              <w:tc>
                <w:tcPr>
                  <w:tcW w:w="2385" w:type="dxa"/>
                </w:tcPr>
                <w:p w14:paraId="6804624A" w14:textId="5794F2F8" w:rsidR="006D6DEB" w:rsidRDefault="006D6DEB" w:rsidP="006D6DEB">
                  <w:pPr>
                    <w:jc w:val="both"/>
                    <w:rPr>
                      <w:rFonts w:ascii="Arial" w:hAnsi="Arial" w:cs="Arial"/>
                      <w:sz w:val="24"/>
                      <w:szCs w:val="24"/>
                      <w:lang w:val="en-GB"/>
                    </w:rPr>
                  </w:pPr>
                  <w:r>
                    <w:rPr>
                      <w:rFonts w:ascii="Arial" w:hAnsi="Arial" w:cs="Arial"/>
                      <w:sz w:val="24"/>
                      <w:szCs w:val="24"/>
                      <w:lang w:val="en-GB"/>
                    </w:rPr>
                    <w:t>1</w:t>
                  </w:r>
                </w:p>
              </w:tc>
              <w:tc>
                <w:tcPr>
                  <w:tcW w:w="2200" w:type="dxa"/>
                </w:tcPr>
                <w:p w14:paraId="0B3B9331" w14:textId="77777777" w:rsidR="006D6DEB" w:rsidRDefault="006D6DEB" w:rsidP="006D6DEB">
                  <w:pPr>
                    <w:jc w:val="both"/>
                    <w:rPr>
                      <w:rFonts w:ascii="Arial" w:hAnsi="Arial" w:cs="Arial"/>
                      <w:sz w:val="24"/>
                      <w:szCs w:val="24"/>
                      <w:lang w:val="en-GB"/>
                    </w:rPr>
                  </w:pPr>
                  <w:r>
                    <w:rPr>
                      <w:rFonts w:ascii="Arial" w:hAnsi="Arial" w:cs="Arial"/>
                      <w:sz w:val="24"/>
                      <w:szCs w:val="24"/>
                      <w:lang w:val="en-GB"/>
                    </w:rPr>
                    <w:t>Golf</w:t>
                  </w:r>
                </w:p>
              </w:tc>
              <w:tc>
                <w:tcPr>
                  <w:tcW w:w="2102" w:type="dxa"/>
                </w:tcPr>
                <w:p w14:paraId="078A7E45" w14:textId="77777777" w:rsidR="006D6DEB" w:rsidRDefault="006D6DEB" w:rsidP="006D6DEB">
                  <w:pPr>
                    <w:jc w:val="both"/>
                    <w:rPr>
                      <w:rFonts w:ascii="Arial" w:hAnsi="Arial" w:cs="Arial"/>
                      <w:sz w:val="24"/>
                      <w:szCs w:val="24"/>
                      <w:lang w:val="en-GB"/>
                    </w:rPr>
                  </w:pPr>
                  <w:r>
                    <w:rPr>
                      <w:rFonts w:ascii="Arial" w:hAnsi="Arial" w:cs="Arial"/>
                      <w:sz w:val="24"/>
                      <w:szCs w:val="24"/>
                      <w:lang w:val="en-GB"/>
                    </w:rPr>
                    <w:t>HG87789</w:t>
                  </w:r>
                </w:p>
              </w:tc>
            </w:tr>
            <w:tr w:rsidR="006D6DEB" w14:paraId="450CF9E4" w14:textId="77777777" w:rsidTr="00B4723A">
              <w:trPr>
                <w:trHeight w:val="314"/>
              </w:trPr>
              <w:tc>
                <w:tcPr>
                  <w:tcW w:w="2365" w:type="dxa"/>
                </w:tcPr>
                <w:p w14:paraId="09E1E021" w14:textId="77777777" w:rsidR="006D6DEB" w:rsidRDefault="006D6DEB" w:rsidP="006D6DEB">
                  <w:pPr>
                    <w:jc w:val="both"/>
                    <w:rPr>
                      <w:rFonts w:ascii="Arial" w:hAnsi="Arial" w:cs="Arial"/>
                      <w:sz w:val="24"/>
                      <w:szCs w:val="24"/>
                      <w:lang w:val="en-GB"/>
                    </w:rPr>
                  </w:pPr>
                  <w:r>
                    <w:rPr>
                      <w:rFonts w:ascii="Arial" w:hAnsi="Arial" w:cs="Arial"/>
                      <w:sz w:val="24"/>
                      <w:szCs w:val="24"/>
                      <w:lang w:val="en-GB"/>
                    </w:rPr>
                    <w:t>2</w:t>
                  </w:r>
                </w:p>
              </w:tc>
              <w:tc>
                <w:tcPr>
                  <w:tcW w:w="2385" w:type="dxa"/>
                </w:tcPr>
                <w:p w14:paraId="39600F6E" w14:textId="77777777" w:rsidR="006D6DEB" w:rsidRDefault="006D6DEB" w:rsidP="006D6DEB">
                  <w:pPr>
                    <w:jc w:val="both"/>
                    <w:rPr>
                      <w:rFonts w:ascii="Arial" w:hAnsi="Arial" w:cs="Arial"/>
                      <w:sz w:val="24"/>
                      <w:szCs w:val="24"/>
                      <w:lang w:val="en-GB"/>
                    </w:rPr>
                  </w:pPr>
                  <w:r>
                    <w:rPr>
                      <w:rFonts w:ascii="Arial" w:hAnsi="Arial" w:cs="Arial"/>
                      <w:sz w:val="24"/>
                      <w:szCs w:val="24"/>
                      <w:lang w:val="en-GB"/>
                    </w:rPr>
                    <w:t>1</w:t>
                  </w:r>
                </w:p>
              </w:tc>
              <w:tc>
                <w:tcPr>
                  <w:tcW w:w="2200" w:type="dxa"/>
                </w:tcPr>
                <w:p w14:paraId="353CC6B4" w14:textId="77777777" w:rsidR="006D6DEB" w:rsidRDefault="006D6DEB" w:rsidP="006D6DEB">
                  <w:pPr>
                    <w:jc w:val="both"/>
                    <w:rPr>
                      <w:rFonts w:ascii="Arial" w:hAnsi="Arial" w:cs="Arial"/>
                      <w:sz w:val="24"/>
                      <w:szCs w:val="24"/>
                      <w:lang w:val="en-GB"/>
                    </w:rPr>
                  </w:pPr>
                  <w:r>
                    <w:rPr>
                      <w:rFonts w:ascii="Arial" w:hAnsi="Arial" w:cs="Arial"/>
                      <w:sz w:val="24"/>
                      <w:szCs w:val="24"/>
                      <w:lang w:val="en-GB"/>
                    </w:rPr>
                    <w:t>Honda</w:t>
                  </w:r>
                </w:p>
              </w:tc>
              <w:tc>
                <w:tcPr>
                  <w:tcW w:w="2102" w:type="dxa"/>
                </w:tcPr>
                <w:p w14:paraId="779FB5C3" w14:textId="77777777" w:rsidR="006D6DEB" w:rsidRDefault="006D6DEB" w:rsidP="006D6DEB">
                  <w:pPr>
                    <w:jc w:val="both"/>
                    <w:rPr>
                      <w:rFonts w:ascii="Arial" w:hAnsi="Arial" w:cs="Arial"/>
                      <w:sz w:val="24"/>
                      <w:szCs w:val="24"/>
                      <w:lang w:val="en-GB"/>
                    </w:rPr>
                  </w:pPr>
                  <w:r>
                    <w:rPr>
                      <w:rFonts w:ascii="Arial" w:hAnsi="Arial" w:cs="Arial"/>
                      <w:sz w:val="24"/>
                      <w:szCs w:val="24"/>
                      <w:lang w:val="en-GB"/>
                    </w:rPr>
                    <w:t>HL98JHG</w:t>
                  </w:r>
                </w:p>
              </w:tc>
            </w:tr>
            <w:tr w:rsidR="006D6DEB" w14:paraId="064DD6C0" w14:textId="77777777" w:rsidTr="00B4723A">
              <w:trPr>
                <w:trHeight w:val="314"/>
              </w:trPr>
              <w:tc>
                <w:tcPr>
                  <w:tcW w:w="2365" w:type="dxa"/>
                </w:tcPr>
                <w:p w14:paraId="1DDB8A01" w14:textId="77777777" w:rsidR="006D6DEB" w:rsidRDefault="006D6DEB" w:rsidP="006D6DEB">
                  <w:pPr>
                    <w:jc w:val="both"/>
                    <w:rPr>
                      <w:rFonts w:ascii="Arial" w:hAnsi="Arial" w:cs="Arial"/>
                      <w:sz w:val="24"/>
                      <w:szCs w:val="24"/>
                      <w:lang w:val="en-GB"/>
                    </w:rPr>
                  </w:pPr>
                  <w:r>
                    <w:rPr>
                      <w:rFonts w:ascii="Arial" w:hAnsi="Arial" w:cs="Arial"/>
                      <w:sz w:val="24"/>
                      <w:szCs w:val="24"/>
                      <w:lang w:val="en-GB"/>
                    </w:rPr>
                    <w:t>3</w:t>
                  </w:r>
                </w:p>
              </w:tc>
              <w:tc>
                <w:tcPr>
                  <w:tcW w:w="2385" w:type="dxa"/>
                </w:tcPr>
                <w:p w14:paraId="0A4A0A9A" w14:textId="77777777" w:rsidR="006D6DEB" w:rsidRDefault="006D6DEB" w:rsidP="006D6DEB">
                  <w:pPr>
                    <w:jc w:val="both"/>
                    <w:rPr>
                      <w:rFonts w:ascii="Arial" w:hAnsi="Arial" w:cs="Arial"/>
                      <w:sz w:val="24"/>
                      <w:szCs w:val="24"/>
                      <w:lang w:val="en-GB"/>
                    </w:rPr>
                  </w:pPr>
                  <w:r>
                    <w:rPr>
                      <w:rFonts w:ascii="Arial" w:hAnsi="Arial" w:cs="Arial"/>
                      <w:sz w:val="24"/>
                      <w:szCs w:val="24"/>
                      <w:lang w:val="en-GB"/>
                    </w:rPr>
                    <w:t>1</w:t>
                  </w:r>
                </w:p>
              </w:tc>
              <w:tc>
                <w:tcPr>
                  <w:tcW w:w="2200" w:type="dxa"/>
                </w:tcPr>
                <w:p w14:paraId="55857F4D" w14:textId="77777777" w:rsidR="006D6DEB" w:rsidRDefault="006D6DEB" w:rsidP="006D6DEB">
                  <w:pPr>
                    <w:jc w:val="both"/>
                    <w:rPr>
                      <w:rFonts w:ascii="Arial" w:hAnsi="Arial" w:cs="Arial"/>
                      <w:sz w:val="24"/>
                      <w:szCs w:val="24"/>
                      <w:lang w:val="en-GB"/>
                    </w:rPr>
                  </w:pPr>
                  <w:r>
                    <w:rPr>
                      <w:rFonts w:ascii="Arial" w:hAnsi="Arial" w:cs="Arial"/>
                      <w:sz w:val="24"/>
                      <w:szCs w:val="24"/>
                      <w:lang w:val="en-GB"/>
                    </w:rPr>
                    <w:t>XPTO</w:t>
                  </w:r>
                </w:p>
              </w:tc>
              <w:tc>
                <w:tcPr>
                  <w:tcW w:w="2102" w:type="dxa"/>
                </w:tcPr>
                <w:p w14:paraId="7D718024" w14:textId="77777777" w:rsidR="006D6DEB" w:rsidRDefault="006D6DEB" w:rsidP="006D6DEB">
                  <w:pPr>
                    <w:jc w:val="both"/>
                    <w:rPr>
                      <w:rFonts w:ascii="Arial" w:hAnsi="Arial" w:cs="Arial"/>
                      <w:sz w:val="24"/>
                      <w:szCs w:val="24"/>
                      <w:lang w:val="en-GB"/>
                    </w:rPr>
                  </w:pPr>
                  <w:r>
                    <w:rPr>
                      <w:rFonts w:ascii="Arial" w:hAnsi="Arial" w:cs="Arial"/>
                      <w:sz w:val="24"/>
                      <w:szCs w:val="24"/>
                      <w:lang w:val="en-GB"/>
                    </w:rPr>
                    <w:t>PO78JHG</w:t>
                  </w:r>
                </w:p>
              </w:tc>
            </w:tr>
          </w:tbl>
          <w:p w14:paraId="6C7D67CB" w14:textId="77777777" w:rsidR="006D6DEB" w:rsidRDefault="006D6DEB" w:rsidP="008D2AA8">
            <w:pPr>
              <w:jc w:val="both"/>
              <w:rPr>
                <w:rFonts w:ascii="Arial" w:hAnsi="Arial" w:cs="Arial"/>
                <w:sz w:val="24"/>
                <w:szCs w:val="24"/>
                <w:lang w:val="en-GB"/>
              </w:rPr>
            </w:pPr>
          </w:p>
          <w:p w14:paraId="4DF6ACEB" w14:textId="77777777" w:rsidR="00B4723A" w:rsidRDefault="00B4723A" w:rsidP="008D2AA8">
            <w:pPr>
              <w:jc w:val="both"/>
              <w:rPr>
                <w:rFonts w:ascii="Arial" w:hAnsi="Arial" w:cs="Arial"/>
                <w:sz w:val="24"/>
                <w:szCs w:val="24"/>
                <w:lang w:val="en-GB"/>
              </w:rPr>
            </w:pPr>
          </w:p>
        </w:tc>
      </w:tr>
    </w:tbl>
    <w:p w14:paraId="2B8038FD" w14:textId="77777777" w:rsidR="006D6DEB" w:rsidRDefault="006D6DEB" w:rsidP="008D2AA8">
      <w:pPr>
        <w:jc w:val="both"/>
        <w:rPr>
          <w:rFonts w:ascii="Arial" w:hAnsi="Arial" w:cs="Arial"/>
          <w:sz w:val="24"/>
          <w:szCs w:val="24"/>
          <w:lang w:val="en-GB"/>
        </w:rPr>
      </w:pPr>
    </w:p>
    <w:p w14:paraId="58CC258D" w14:textId="77777777" w:rsidR="009C29EB" w:rsidRDefault="009C29EB" w:rsidP="008D2AA8">
      <w:pPr>
        <w:jc w:val="both"/>
        <w:rPr>
          <w:rFonts w:ascii="Arial" w:hAnsi="Arial" w:cs="Arial"/>
          <w:sz w:val="24"/>
          <w:szCs w:val="24"/>
          <w:lang w:val="en-GB"/>
        </w:rPr>
      </w:pPr>
    </w:p>
    <w:tbl>
      <w:tblPr>
        <w:tblStyle w:val="TableGrid"/>
        <w:tblW w:w="9291" w:type="dxa"/>
        <w:tblBorders>
          <w:top w:val="thickThinSmallGap" w:sz="24" w:space="0" w:color="F79646" w:themeColor="accent6"/>
          <w:left w:val="thickThinSmallGap" w:sz="24" w:space="0" w:color="F79646" w:themeColor="accent6"/>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291"/>
      </w:tblGrid>
      <w:tr w:rsidR="00520F40" w14:paraId="352E6803" w14:textId="77777777" w:rsidTr="00466D50">
        <w:trPr>
          <w:trHeight w:val="6897"/>
        </w:trPr>
        <w:tc>
          <w:tcPr>
            <w:tcW w:w="9291" w:type="dxa"/>
          </w:tcPr>
          <w:p w14:paraId="2AFF47DA" w14:textId="77777777" w:rsidR="00520F40" w:rsidRDefault="00520F40" w:rsidP="00466D50">
            <w:pPr>
              <w:jc w:val="both"/>
              <w:rPr>
                <w:rFonts w:ascii="Arial" w:hAnsi="Arial" w:cs="Arial"/>
                <w:sz w:val="24"/>
                <w:szCs w:val="24"/>
                <w:lang w:val="en-GB"/>
              </w:rPr>
            </w:pPr>
            <w:r>
              <w:rPr>
                <w:rFonts w:ascii="Arial" w:hAnsi="Arial" w:cs="Arial"/>
                <w:sz w:val="24"/>
                <w:szCs w:val="24"/>
                <w:lang w:val="en-GB"/>
              </w:rPr>
              <w:t xml:space="preserve">Before 1NF: </w:t>
            </w:r>
          </w:p>
          <w:p w14:paraId="1E7435D0" w14:textId="77777777" w:rsidR="00520F40" w:rsidRDefault="00520F40"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2165"/>
              <w:gridCol w:w="2217"/>
              <w:gridCol w:w="2364"/>
              <w:gridCol w:w="2233"/>
            </w:tblGrid>
            <w:tr w:rsidR="00520F40" w14:paraId="3DB04335" w14:textId="77777777" w:rsidTr="00466D50">
              <w:trPr>
                <w:trHeight w:val="314"/>
              </w:trPr>
              <w:tc>
                <w:tcPr>
                  <w:tcW w:w="9054" w:type="dxa"/>
                  <w:gridSpan w:val="4"/>
                </w:tcPr>
                <w:p w14:paraId="6B412834" w14:textId="363CA61E" w:rsidR="00520F40" w:rsidRDefault="00520F40" w:rsidP="00466D50">
                  <w:pPr>
                    <w:jc w:val="both"/>
                    <w:rPr>
                      <w:rFonts w:ascii="Arial" w:hAnsi="Arial" w:cs="Arial"/>
                      <w:sz w:val="24"/>
                      <w:szCs w:val="24"/>
                      <w:lang w:val="en-GB"/>
                    </w:rPr>
                  </w:pPr>
                  <w:r>
                    <w:rPr>
                      <w:rFonts w:ascii="Arial" w:hAnsi="Arial" w:cs="Arial"/>
                      <w:sz w:val="24"/>
                      <w:szCs w:val="24"/>
                      <w:lang w:val="en-GB"/>
                    </w:rPr>
                    <w:t>SITE</w:t>
                  </w:r>
                  <w:r w:rsidR="006073D3">
                    <w:rPr>
                      <w:rFonts w:ascii="Arial" w:hAnsi="Arial" w:cs="Arial"/>
                      <w:sz w:val="24"/>
                      <w:szCs w:val="24"/>
                      <w:lang w:val="en-GB"/>
                    </w:rPr>
                    <w:t>S</w:t>
                  </w:r>
                </w:p>
              </w:tc>
            </w:tr>
            <w:tr w:rsidR="00520F40" w14:paraId="1ADFF16E" w14:textId="77777777" w:rsidTr="00466D50">
              <w:trPr>
                <w:trHeight w:val="314"/>
              </w:trPr>
              <w:tc>
                <w:tcPr>
                  <w:tcW w:w="2245" w:type="dxa"/>
                </w:tcPr>
                <w:p w14:paraId="2E0F2CE2" w14:textId="77777777" w:rsidR="00520F40" w:rsidRDefault="00520F40" w:rsidP="00466D50">
                  <w:pPr>
                    <w:jc w:val="both"/>
                    <w:rPr>
                      <w:rFonts w:ascii="Arial" w:hAnsi="Arial" w:cs="Arial"/>
                      <w:sz w:val="24"/>
                      <w:szCs w:val="24"/>
                      <w:lang w:val="en-GB"/>
                    </w:rPr>
                  </w:pPr>
                  <w:r>
                    <w:rPr>
                      <w:rFonts w:ascii="Arial" w:hAnsi="Arial" w:cs="Arial"/>
                      <w:sz w:val="24"/>
                      <w:szCs w:val="24"/>
                      <w:lang w:val="en-GB"/>
                    </w:rPr>
                    <w:t>NAME</w:t>
                  </w:r>
                </w:p>
              </w:tc>
              <w:tc>
                <w:tcPr>
                  <w:tcW w:w="2273" w:type="dxa"/>
                </w:tcPr>
                <w:p w14:paraId="1739B1C5" w14:textId="77777777" w:rsidR="00520F40" w:rsidRDefault="00520F40" w:rsidP="00466D50">
                  <w:pPr>
                    <w:jc w:val="both"/>
                    <w:rPr>
                      <w:rFonts w:ascii="Arial" w:hAnsi="Arial" w:cs="Arial"/>
                      <w:sz w:val="24"/>
                      <w:szCs w:val="24"/>
                      <w:lang w:val="en-GB"/>
                    </w:rPr>
                  </w:pPr>
                  <w:r>
                    <w:rPr>
                      <w:rFonts w:ascii="Arial" w:hAnsi="Arial" w:cs="Arial"/>
                      <w:sz w:val="24"/>
                      <w:szCs w:val="24"/>
                      <w:lang w:val="en-GB"/>
                    </w:rPr>
                    <w:t>ADDRESS</w:t>
                  </w:r>
                </w:p>
              </w:tc>
              <w:tc>
                <w:tcPr>
                  <w:tcW w:w="2265" w:type="dxa"/>
                </w:tcPr>
                <w:p w14:paraId="1B6599FA" w14:textId="4BA13C38" w:rsidR="00520F40" w:rsidRDefault="00520F40" w:rsidP="00466D50">
                  <w:pPr>
                    <w:jc w:val="both"/>
                    <w:rPr>
                      <w:rFonts w:ascii="Arial" w:hAnsi="Arial" w:cs="Arial"/>
                      <w:sz w:val="24"/>
                      <w:szCs w:val="24"/>
                      <w:lang w:val="en-GB"/>
                    </w:rPr>
                  </w:pPr>
                  <w:r>
                    <w:rPr>
                      <w:rFonts w:ascii="Arial" w:hAnsi="Arial" w:cs="Arial"/>
                      <w:sz w:val="24"/>
                      <w:szCs w:val="24"/>
                      <w:lang w:val="en-GB"/>
                    </w:rPr>
                    <w:t>SLOTNUMBER</w:t>
                  </w:r>
                </w:p>
              </w:tc>
              <w:tc>
                <w:tcPr>
                  <w:tcW w:w="2270" w:type="dxa"/>
                </w:tcPr>
                <w:p w14:paraId="23D0C345" w14:textId="028BE372" w:rsidR="00520F40" w:rsidRDefault="00520F40" w:rsidP="00466D50">
                  <w:pPr>
                    <w:jc w:val="both"/>
                    <w:rPr>
                      <w:rFonts w:ascii="Arial" w:hAnsi="Arial" w:cs="Arial"/>
                      <w:sz w:val="24"/>
                      <w:szCs w:val="24"/>
                      <w:lang w:val="en-GB"/>
                    </w:rPr>
                  </w:pPr>
                  <w:r>
                    <w:rPr>
                      <w:rFonts w:ascii="Arial" w:hAnsi="Arial" w:cs="Arial"/>
                      <w:sz w:val="24"/>
                      <w:szCs w:val="24"/>
                      <w:lang w:val="en-GB"/>
                    </w:rPr>
                    <w:t>SLOTBUSY</w:t>
                  </w:r>
                </w:p>
              </w:tc>
            </w:tr>
            <w:tr w:rsidR="00520F40" w14:paraId="346B3EDB" w14:textId="77777777" w:rsidTr="00466D50">
              <w:trPr>
                <w:trHeight w:val="960"/>
              </w:trPr>
              <w:tc>
                <w:tcPr>
                  <w:tcW w:w="2245" w:type="dxa"/>
                </w:tcPr>
                <w:p w14:paraId="1C3DC7C1" w14:textId="3128FAFD" w:rsidR="00520F40" w:rsidRDefault="00520F40" w:rsidP="00466D50">
                  <w:pPr>
                    <w:jc w:val="both"/>
                    <w:rPr>
                      <w:rFonts w:ascii="Arial" w:hAnsi="Arial" w:cs="Arial"/>
                      <w:sz w:val="24"/>
                      <w:szCs w:val="24"/>
                      <w:lang w:val="en-GB"/>
                    </w:rPr>
                  </w:pPr>
                  <w:r>
                    <w:rPr>
                      <w:rFonts w:ascii="Arial" w:hAnsi="Arial" w:cs="Arial"/>
                      <w:sz w:val="24"/>
                      <w:szCs w:val="24"/>
                      <w:lang w:val="en-GB"/>
                    </w:rPr>
                    <w:t>Green valley</w:t>
                  </w:r>
                </w:p>
              </w:tc>
              <w:tc>
                <w:tcPr>
                  <w:tcW w:w="2273" w:type="dxa"/>
                </w:tcPr>
                <w:p w14:paraId="0924F2D6" w14:textId="4AD49F49" w:rsidR="00520F40" w:rsidRDefault="00520F40" w:rsidP="00466D50">
                  <w:pPr>
                    <w:jc w:val="both"/>
                    <w:rPr>
                      <w:rFonts w:ascii="Arial" w:hAnsi="Arial" w:cs="Arial"/>
                      <w:sz w:val="24"/>
                      <w:szCs w:val="24"/>
                      <w:lang w:val="en-GB"/>
                    </w:rPr>
                  </w:pPr>
                  <w:r>
                    <w:rPr>
                      <w:rFonts w:ascii="Arial" w:hAnsi="Arial" w:cs="Arial"/>
                      <w:sz w:val="24"/>
                      <w:szCs w:val="24"/>
                      <w:lang w:val="en-GB"/>
                    </w:rPr>
                    <w:t>Brown road</w:t>
                  </w:r>
                </w:p>
              </w:tc>
              <w:tc>
                <w:tcPr>
                  <w:tcW w:w="2265" w:type="dxa"/>
                </w:tcPr>
                <w:p w14:paraId="6984A64D" w14:textId="0F7BD03D" w:rsidR="00520F40" w:rsidRDefault="00520F40" w:rsidP="00466D50">
                  <w:pPr>
                    <w:jc w:val="both"/>
                    <w:rPr>
                      <w:rFonts w:ascii="Arial" w:hAnsi="Arial" w:cs="Arial"/>
                      <w:sz w:val="24"/>
                      <w:szCs w:val="24"/>
                      <w:lang w:val="en-GB"/>
                    </w:rPr>
                  </w:pPr>
                  <w:r>
                    <w:rPr>
                      <w:rFonts w:ascii="Arial" w:hAnsi="Arial" w:cs="Arial"/>
                      <w:sz w:val="24"/>
                      <w:szCs w:val="24"/>
                      <w:lang w:val="en-GB"/>
                    </w:rPr>
                    <w:t>GAA1,GAH2,GHP0,</w:t>
                  </w:r>
                </w:p>
              </w:tc>
              <w:tc>
                <w:tcPr>
                  <w:tcW w:w="2270" w:type="dxa"/>
                </w:tcPr>
                <w:p w14:paraId="20ECB868" w14:textId="58011CF0" w:rsidR="00520F40" w:rsidRDefault="00520F40" w:rsidP="00466D50">
                  <w:pPr>
                    <w:jc w:val="both"/>
                    <w:rPr>
                      <w:rFonts w:ascii="Arial" w:hAnsi="Arial" w:cs="Arial"/>
                      <w:sz w:val="24"/>
                      <w:szCs w:val="24"/>
                      <w:lang w:val="en-GB"/>
                    </w:rPr>
                  </w:pPr>
                  <w:r>
                    <w:rPr>
                      <w:rFonts w:ascii="Arial" w:hAnsi="Arial" w:cs="Arial"/>
                      <w:sz w:val="24"/>
                      <w:szCs w:val="24"/>
                      <w:lang w:val="en-GB"/>
                    </w:rPr>
                    <w:t>YES,YES,NO</w:t>
                  </w:r>
                </w:p>
              </w:tc>
            </w:tr>
            <w:tr w:rsidR="00520F40" w14:paraId="7709AD66" w14:textId="77777777" w:rsidTr="00466D50">
              <w:trPr>
                <w:trHeight w:val="960"/>
              </w:trPr>
              <w:tc>
                <w:tcPr>
                  <w:tcW w:w="2245" w:type="dxa"/>
                </w:tcPr>
                <w:p w14:paraId="6847AFC7" w14:textId="4EBAC624" w:rsidR="00520F40" w:rsidRDefault="00520F40" w:rsidP="00466D50">
                  <w:pPr>
                    <w:jc w:val="both"/>
                    <w:rPr>
                      <w:rFonts w:ascii="Arial" w:hAnsi="Arial" w:cs="Arial"/>
                      <w:sz w:val="24"/>
                      <w:szCs w:val="24"/>
                      <w:lang w:val="en-GB"/>
                    </w:rPr>
                  </w:pPr>
                  <w:r>
                    <w:rPr>
                      <w:rFonts w:ascii="Arial" w:hAnsi="Arial" w:cs="Arial"/>
                      <w:sz w:val="24"/>
                      <w:szCs w:val="24"/>
                      <w:lang w:val="en-GB"/>
                    </w:rPr>
                    <w:t xml:space="preserve">Jubilee </w:t>
                  </w:r>
                </w:p>
              </w:tc>
              <w:tc>
                <w:tcPr>
                  <w:tcW w:w="2273" w:type="dxa"/>
                </w:tcPr>
                <w:p w14:paraId="212F5324" w14:textId="32FC006A" w:rsidR="00520F40" w:rsidRDefault="00520F40" w:rsidP="00466D50">
                  <w:pPr>
                    <w:jc w:val="both"/>
                    <w:rPr>
                      <w:rFonts w:ascii="Arial" w:hAnsi="Arial" w:cs="Arial"/>
                      <w:sz w:val="24"/>
                      <w:szCs w:val="24"/>
                      <w:lang w:val="en-GB"/>
                    </w:rPr>
                  </w:pPr>
                  <w:r>
                    <w:rPr>
                      <w:rFonts w:ascii="Arial" w:hAnsi="Arial" w:cs="Arial"/>
                      <w:sz w:val="24"/>
                      <w:szCs w:val="24"/>
                      <w:lang w:val="en-GB"/>
                    </w:rPr>
                    <w:t>Black house</w:t>
                  </w:r>
                </w:p>
              </w:tc>
              <w:tc>
                <w:tcPr>
                  <w:tcW w:w="2265" w:type="dxa"/>
                </w:tcPr>
                <w:p w14:paraId="2F954A7F" w14:textId="27316577" w:rsidR="00520F40" w:rsidRDefault="00520F40" w:rsidP="00466D50">
                  <w:pPr>
                    <w:jc w:val="both"/>
                    <w:rPr>
                      <w:rFonts w:ascii="Arial" w:hAnsi="Arial" w:cs="Arial"/>
                      <w:sz w:val="24"/>
                      <w:szCs w:val="24"/>
                      <w:lang w:val="en-GB"/>
                    </w:rPr>
                  </w:pPr>
                  <w:r>
                    <w:rPr>
                      <w:rFonts w:ascii="Arial" w:hAnsi="Arial" w:cs="Arial"/>
                      <w:sz w:val="24"/>
                      <w:szCs w:val="24"/>
                      <w:lang w:val="en-GB"/>
                    </w:rPr>
                    <w:t>BAA1,BAH2,BKK1</w:t>
                  </w:r>
                </w:p>
              </w:tc>
              <w:tc>
                <w:tcPr>
                  <w:tcW w:w="2270" w:type="dxa"/>
                </w:tcPr>
                <w:p w14:paraId="0D57A961" w14:textId="5F8653D4" w:rsidR="00520F40" w:rsidRDefault="00520F40" w:rsidP="00466D50">
                  <w:pPr>
                    <w:jc w:val="both"/>
                    <w:rPr>
                      <w:rFonts w:ascii="Arial" w:hAnsi="Arial" w:cs="Arial"/>
                      <w:sz w:val="24"/>
                      <w:szCs w:val="24"/>
                      <w:lang w:val="en-GB"/>
                    </w:rPr>
                  </w:pPr>
                  <w:r>
                    <w:rPr>
                      <w:rFonts w:ascii="Arial" w:hAnsi="Arial" w:cs="Arial"/>
                      <w:sz w:val="24"/>
                      <w:szCs w:val="24"/>
                      <w:lang w:val="en-GB"/>
                    </w:rPr>
                    <w:t>NO.NO,NO</w:t>
                  </w:r>
                </w:p>
              </w:tc>
            </w:tr>
          </w:tbl>
          <w:p w14:paraId="11571F91" w14:textId="77777777" w:rsidR="00520F40" w:rsidRDefault="00520F40" w:rsidP="00466D50">
            <w:pPr>
              <w:jc w:val="both"/>
              <w:rPr>
                <w:rFonts w:ascii="Arial" w:hAnsi="Arial" w:cs="Arial"/>
                <w:sz w:val="24"/>
                <w:szCs w:val="24"/>
                <w:lang w:val="en-GB"/>
              </w:rPr>
            </w:pPr>
          </w:p>
          <w:p w14:paraId="5662C681" w14:textId="075D2EC4" w:rsidR="00520F40" w:rsidRDefault="00520F40" w:rsidP="00466D50">
            <w:pPr>
              <w:jc w:val="both"/>
              <w:rPr>
                <w:rFonts w:ascii="Arial" w:hAnsi="Arial" w:cs="Arial"/>
                <w:sz w:val="24"/>
                <w:szCs w:val="24"/>
                <w:lang w:val="en-GB"/>
              </w:rPr>
            </w:pPr>
            <w:r>
              <w:rPr>
                <w:rFonts w:ascii="Arial" w:hAnsi="Arial" w:cs="Arial"/>
                <w:sz w:val="24"/>
                <w:szCs w:val="24"/>
                <w:lang w:val="en-GB"/>
              </w:rPr>
              <w:t xml:space="preserve">There are multiples values on `SLOTNUMBER´ and `SLOTBUSY´. To guarantee an unique value a new table will be create and the relationship between will allow a Site to have multiples SLOTS with </w:t>
            </w:r>
            <w:r w:rsidR="006073D3">
              <w:rPr>
                <w:rFonts w:ascii="Arial" w:hAnsi="Arial" w:cs="Arial"/>
                <w:sz w:val="24"/>
                <w:szCs w:val="24"/>
                <w:lang w:val="en-GB"/>
              </w:rPr>
              <w:t>availability status</w:t>
            </w:r>
            <w:r>
              <w:rPr>
                <w:rFonts w:ascii="Arial" w:hAnsi="Arial" w:cs="Arial"/>
                <w:sz w:val="24"/>
                <w:szCs w:val="24"/>
                <w:lang w:val="en-GB"/>
              </w:rPr>
              <w:t xml:space="preserve">. </w:t>
            </w:r>
          </w:p>
          <w:p w14:paraId="266631FC" w14:textId="77777777" w:rsidR="00520F40" w:rsidRDefault="00520F40" w:rsidP="00466D50">
            <w:pPr>
              <w:jc w:val="both"/>
              <w:rPr>
                <w:rFonts w:ascii="Arial" w:hAnsi="Arial" w:cs="Arial"/>
                <w:sz w:val="24"/>
                <w:szCs w:val="24"/>
                <w:lang w:val="en-GB"/>
              </w:rPr>
            </w:pPr>
          </w:p>
          <w:p w14:paraId="39985256" w14:textId="77777777" w:rsidR="00520F40" w:rsidRDefault="00520F40" w:rsidP="00466D50">
            <w:pPr>
              <w:jc w:val="both"/>
              <w:rPr>
                <w:rFonts w:ascii="Arial" w:hAnsi="Arial" w:cs="Arial"/>
                <w:sz w:val="24"/>
                <w:szCs w:val="24"/>
                <w:lang w:val="en-GB"/>
              </w:rPr>
            </w:pPr>
          </w:p>
          <w:p w14:paraId="239B7327" w14:textId="77777777" w:rsidR="00520F40" w:rsidRDefault="00520F40" w:rsidP="00466D50">
            <w:pPr>
              <w:jc w:val="both"/>
              <w:rPr>
                <w:rFonts w:ascii="Arial" w:hAnsi="Arial" w:cs="Arial"/>
                <w:sz w:val="24"/>
                <w:szCs w:val="24"/>
                <w:lang w:val="en-GB"/>
              </w:rPr>
            </w:pPr>
            <w:r>
              <w:rPr>
                <w:rFonts w:ascii="Arial" w:hAnsi="Arial" w:cs="Arial"/>
                <w:sz w:val="24"/>
                <w:szCs w:val="24"/>
                <w:lang w:val="en-GB"/>
              </w:rPr>
              <w:t>After 1NF:</w:t>
            </w:r>
          </w:p>
          <w:p w14:paraId="1D9D64B4" w14:textId="6644FD7E" w:rsidR="00520F40" w:rsidRDefault="00520F40"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3367"/>
              <w:gridCol w:w="2791"/>
              <w:gridCol w:w="2821"/>
            </w:tblGrid>
            <w:tr w:rsidR="00520F40" w14:paraId="6EC2F112" w14:textId="77777777" w:rsidTr="006073D3">
              <w:trPr>
                <w:trHeight w:val="314"/>
              </w:trPr>
              <w:tc>
                <w:tcPr>
                  <w:tcW w:w="8979" w:type="dxa"/>
                  <w:gridSpan w:val="3"/>
                </w:tcPr>
                <w:p w14:paraId="3A2D1672" w14:textId="7240AD13" w:rsidR="00520F40" w:rsidRDefault="006073D3" w:rsidP="00466D50">
                  <w:pPr>
                    <w:jc w:val="both"/>
                    <w:rPr>
                      <w:rFonts w:ascii="Arial" w:hAnsi="Arial" w:cs="Arial"/>
                      <w:sz w:val="24"/>
                      <w:szCs w:val="24"/>
                      <w:lang w:val="en-GB"/>
                    </w:rPr>
                  </w:pPr>
                  <w:r>
                    <w:rPr>
                      <w:rFonts w:ascii="Arial" w:hAnsi="Arial" w:cs="Arial"/>
                      <w:sz w:val="24"/>
                      <w:szCs w:val="24"/>
                      <w:lang w:val="en-GB"/>
                    </w:rPr>
                    <w:t>SITES</w:t>
                  </w:r>
                </w:p>
              </w:tc>
            </w:tr>
            <w:tr w:rsidR="00520F40" w14:paraId="1BDE797A" w14:textId="77777777" w:rsidTr="006073D3">
              <w:trPr>
                <w:trHeight w:val="314"/>
              </w:trPr>
              <w:tc>
                <w:tcPr>
                  <w:tcW w:w="3367" w:type="dxa"/>
                </w:tcPr>
                <w:p w14:paraId="47A741B0" w14:textId="081C841A" w:rsidR="00520F40" w:rsidRDefault="006073D3" w:rsidP="00466D50">
                  <w:pPr>
                    <w:jc w:val="both"/>
                    <w:rPr>
                      <w:rFonts w:ascii="Arial" w:hAnsi="Arial" w:cs="Arial"/>
                      <w:sz w:val="24"/>
                      <w:szCs w:val="24"/>
                      <w:lang w:val="en-GB"/>
                    </w:rPr>
                  </w:pPr>
                  <w:r>
                    <w:rPr>
                      <w:rFonts w:ascii="Arial" w:hAnsi="Arial" w:cs="Arial"/>
                      <w:sz w:val="24"/>
                      <w:szCs w:val="24"/>
                      <w:lang w:val="en-GB"/>
                    </w:rPr>
                    <w:t>SITEID</w:t>
                  </w:r>
                </w:p>
              </w:tc>
              <w:tc>
                <w:tcPr>
                  <w:tcW w:w="2791" w:type="dxa"/>
                </w:tcPr>
                <w:p w14:paraId="768FEA68" w14:textId="77777777" w:rsidR="00520F40" w:rsidRDefault="00520F40" w:rsidP="00466D50">
                  <w:pPr>
                    <w:jc w:val="both"/>
                    <w:rPr>
                      <w:rFonts w:ascii="Arial" w:hAnsi="Arial" w:cs="Arial"/>
                      <w:sz w:val="24"/>
                      <w:szCs w:val="24"/>
                      <w:lang w:val="en-GB"/>
                    </w:rPr>
                  </w:pPr>
                  <w:r>
                    <w:rPr>
                      <w:rFonts w:ascii="Arial" w:hAnsi="Arial" w:cs="Arial"/>
                      <w:sz w:val="24"/>
                      <w:szCs w:val="24"/>
                      <w:lang w:val="en-GB"/>
                    </w:rPr>
                    <w:t>NAME</w:t>
                  </w:r>
                </w:p>
              </w:tc>
              <w:tc>
                <w:tcPr>
                  <w:tcW w:w="2821" w:type="dxa"/>
                </w:tcPr>
                <w:p w14:paraId="0A208016" w14:textId="77777777" w:rsidR="00520F40" w:rsidRDefault="00520F40" w:rsidP="00466D50">
                  <w:pPr>
                    <w:jc w:val="both"/>
                    <w:rPr>
                      <w:rFonts w:ascii="Arial" w:hAnsi="Arial" w:cs="Arial"/>
                      <w:sz w:val="24"/>
                      <w:szCs w:val="24"/>
                      <w:lang w:val="en-GB"/>
                    </w:rPr>
                  </w:pPr>
                  <w:r>
                    <w:rPr>
                      <w:rFonts w:ascii="Arial" w:hAnsi="Arial" w:cs="Arial"/>
                      <w:sz w:val="24"/>
                      <w:szCs w:val="24"/>
                      <w:lang w:val="en-GB"/>
                    </w:rPr>
                    <w:t>ADDRESS</w:t>
                  </w:r>
                </w:p>
              </w:tc>
            </w:tr>
            <w:tr w:rsidR="00520F40" w14:paraId="3F005A26" w14:textId="77777777" w:rsidTr="006073D3">
              <w:trPr>
                <w:trHeight w:val="314"/>
              </w:trPr>
              <w:tc>
                <w:tcPr>
                  <w:tcW w:w="3367" w:type="dxa"/>
                </w:tcPr>
                <w:p w14:paraId="40E6FA9D" w14:textId="77777777" w:rsidR="00520F40" w:rsidRDefault="00520F40" w:rsidP="00466D50">
                  <w:pPr>
                    <w:jc w:val="both"/>
                    <w:rPr>
                      <w:rFonts w:ascii="Arial" w:hAnsi="Arial" w:cs="Arial"/>
                      <w:sz w:val="24"/>
                      <w:szCs w:val="24"/>
                      <w:lang w:val="en-GB"/>
                    </w:rPr>
                  </w:pPr>
                  <w:r>
                    <w:rPr>
                      <w:rFonts w:ascii="Arial" w:hAnsi="Arial" w:cs="Arial"/>
                      <w:sz w:val="24"/>
                      <w:szCs w:val="24"/>
                      <w:lang w:val="en-GB"/>
                    </w:rPr>
                    <w:t>1</w:t>
                  </w:r>
                </w:p>
              </w:tc>
              <w:tc>
                <w:tcPr>
                  <w:tcW w:w="2791" w:type="dxa"/>
                </w:tcPr>
                <w:p w14:paraId="782922D6" w14:textId="4E24E75A" w:rsidR="00520F40" w:rsidRDefault="006073D3" w:rsidP="00466D50">
                  <w:pPr>
                    <w:jc w:val="both"/>
                    <w:rPr>
                      <w:rFonts w:ascii="Arial" w:hAnsi="Arial" w:cs="Arial"/>
                      <w:sz w:val="24"/>
                      <w:szCs w:val="24"/>
                      <w:lang w:val="en-GB"/>
                    </w:rPr>
                  </w:pPr>
                  <w:r>
                    <w:rPr>
                      <w:rFonts w:ascii="Arial" w:hAnsi="Arial" w:cs="Arial"/>
                      <w:sz w:val="24"/>
                      <w:szCs w:val="24"/>
                      <w:lang w:val="en-GB"/>
                    </w:rPr>
                    <w:t>Green valley</w:t>
                  </w:r>
                </w:p>
              </w:tc>
              <w:tc>
                <w:tcPr>
                  <w:tcW w:w="2821" w:type="dxa"/>
                </w:tcPr>
                <w:p w14:paraId="5D2A68B9" w14:textId="42BE1FC4" w:rsidR="00520F40" w:rsidRDefault="006073D3" w:rsidP="00466D50">
                  <w:pPr>
                    <w:jc w:val="both"/>
                    <w:rPr>
                      <w:rFonts w:ascii="Arial" w:hAnsi="Arial" w:cs="Arial"/>
                      <w:sz w:val="24"/>
                      <w:szCs w:val="24"/>
                      <w:lang w:val="en-GB"/>
                    </w:rPr>
                  </w:pPr>
                  <w:r>
                    <w:rPr>
                      <w:rFonts w:ascii="Arial" w:hAnsi="Arial" w:cs="Arial"/>
                      <w:sz w:val="24"/>
                      <w:szCs w:val="24"/>
                      <w:lang w:val="en-GB"/>
                    </w:rPr>
                    <w:t>Brown road</w:t>
                  </w:r>
                </w:p>
              </w:tc>
            </w:tr>
            <w:tr w:rsidR="006073D3" w14:paraId="2426BA40" w14:textId="77777777" w:rsidTr="006073D3">
              <w:trPr>
                <w:trHeight w:val="314"/>
              </w:trPr>
              <w:tc>
                <w:tcPr>
                  <w:tcW w:w="3367" w:type="dxa"/>
                </w:tcPr>
                <w:p w14:paraId="6431DB38" w14:textId="532289C5" w:rsidR="006073D3" w:rsidRDefault="006073D3" w:rsidP="006073D3">
                  <w:pPr>
                    <w:jc w:val="both"/>
                    <w:rPr>
                      <w:rFonts w:ascii="Arial" w:hAnsi="Arial" w:cs="Arial"/>
                      <w:sz w:val="24"/>
                      <w:szCs w:val="24"/>
                      <w:lang w:val="en-GB"/>
                    </w:rPr>
                  </w:pPr>
                  <w:r>
                    <w:rPr>
                      <w:rFonts w:ascii="Arial" w:hAnsi="Arial" w:cs="Arial"/>
                      <w:sz w:val="24"/>
                      <w:szCs w:val="24"/>
                      <w:lang w:val="en-GB"/>
                    </w:rPr>
                    <w:t>2</w:t>
                  </w:r>
                </w:p>
              </w:tc>
              <w:tc>
                <w:tcPr>
                  <w:tcW w:w="2791" w:type="dxa"/>
                </w:tcPr>
                <w:p w14:paraId="67B3EF20" w14:textId="6C92BDAA" w:rsidR="006073D3" w:rsidRDefault="006073D3" w:rsidP="006073D3">
                  <w:pPr>
                    <w:jc w:val="both"/>
                    <w:rPr>
                      <w:rFonts w:ascii="Arial" w:hAnsi="Arial" w:cs="Arial"/>
                      <w:sz w:val="24"/>
                      <w:szCs w:val="24"/>
                      <w:lang w:val="en-GB"/>
                    </w:rPr>
                  </w:pPr>
                  <w:r>
                    <w:rPr>
                      <w:rFonts w:ascii="Arial" w:hAnsi="Arial" w:cs="Arial"/>
                      <w:sz w:val="24"/>
                      <w:szCs w:val="24"/>
                      <w:lang w:val="en-GB"/>
                    </w:rPr>
                    <w:t>Jubilee</w:t>
                  </w:r>
                </w:p>
              </w:tc>
              <w:tc>
                <w:tcPr>
                  <w:tcW w:w="2821" w:type="dxa"/>
                </w:tcPr>
                <w:p w14:paraId="7CE97B28" w14:textId="477E4B7B" w:rsidR="006073D3" w:rsidRDefault="006073D3" w:rsidP="006073D3">
                  <w:pPr>
                    <w:jc w:val="both"/>
                    <w:rPr>
                      <w:rFonts w:ascii="Arial" w:hAnsi="Arial" w:cs="Arial"/>
                      <w:sz w:val="24"/>
                      <w:szCs w:val="24"/>
                      <w:lang w:val="en-GB"/>
                    </w:rPr>
                  </w:pPr>
                  <w:r>
                    <w:rPr>
                      <w:rFonts w:ascii="Arial" w:hAnsi="Arial" w:cs="Arial"/>
                      <w:sz w:val="24"/>
                      <w:szCs w:val="24"/>
                      <w:lang w:val="en-GB"/>
                    </w:rPr>
                    <w:t>Black house</w:t>
                  </w:r>
                </w:p>
              </w:tc>
            </w:tr>
          </w:tbl>
          <w:p w14:paraId="0B8F2E96" w14:textId="7FBDAE33" w:rsidR="00520F40" w:rsidRDefault="006073D3" w:rsidP="00466D50">
            <w:pPr>
              <w:jc w:val="both"/>
              <w:rPr>
                <w:rFonts w:ascii="Arial" w:hAnsi="Arial" w:cs="Arial"/>
                <w:sz w:val="24"/>
                <w:szCs w:val="24"/>
                <w:lang w:val="en-GB"/>
              </w:rPr>
            </w:pPr>
            <w:r>
              <w:rPr>
                <w:noProof/>
              </w:rPr>
              <mc:AlternateContent>
                <mc:Choice Requires="wps">
                  <w:drawing>
                    <wp:anchor distT="0" distB="0" distL="114300" distR="114300" simplePos="0" relativeHeight="251654144" behindDoc="0" locked="0" layoutInCell="1" allowOverlap="1" wp14:anchorId="5058FF93" wp14:editId="2442DDE7">
                      <wp:simplePos x="0" y="0"/>
                      <wp:positionH relativeFrom="column">
                        <wp:posOffset>1341755</wp:posOffset>
                      </wp:positionH>
                      <wp:positionV relativeFrom="paragraph">
                        <wp:posOffset>31750</wp:posOffset>
                      </wp:positionV>
                      <wp:extent cx="1828800" cy="276225"/>
                      <wp:effectExtent l="0" t="0" r="0" b="9525"/>
                      <wp:wrapNone/>
                      <wp:docPr id="1979346697" name="Caixa de Texto 1"/>
                      <wp:cNvGraphicFramePr/>
                      <a:graphic xmlns:a="http://schemas.openxmlformats.org/drawingml/2006/main">
                        <a:graphicData uri="http://schemas.microsoft.com/office/word/2010/wordprocessingShape">
                          <wps:wsp>
                            <wps:cNvSpPr txBox="1"/>
                            <wps:spPr>
                              <a:xfrm>
                                <a:off x="0" y="0"/>
                                <a:ext cx="1828800" cy="276225"/>
                              </a:xfrm>
                              <a:prstGeom prst="rect">
                                <a:avLst/>
                              </a:prstGeom>
                              <a:noFill/>
                              <a:ln>
                                <a:noFill/>
                              </a:ln>
                            </wps:spPr>
                            <wps:txbx>
                              <w:txbxContent>
                                <w:p w14:paraId="473075CC" w14:textId="4904934A" w:rsidR="00520F40" w:rsidRPr="0091426F" w:rsidRDefault="00520F40" w:rsidP="00520F40">
                                  <w:pPr>
                                    <w:jc w:val="cente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58FF93" id="_x0000_s1030" type="#_x0000_t202" style="position:absolute;left:0;text-align:left;margin-left:105.65pt;margin-top:2.5pt;width:2in;height:21.75pt;z-index:2516541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" filled="f" stroked="f">
                      <v:textbox>
                        <w:txbxContent>
                          <w:p w14:paraId="473075CC" w14:textId="4904934A" w:rsidR="00520F40" w:rsidRPr="0091426F" w:rsidRDefault="00520F40" w:rsidP="00520F40">
                            <w:pPr>
                              <w:jc w:val="cente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0EFAEE9C" w14:textId="77777777" w:rsidR="00520F40" w:rsidRDefault="00520F40" w:rsidP="00466D50">
            <w:pPr>
              <w:jc w:val="both"/>
              <w:rPr>
                <w:rFonts w:ascii="Arial" w:hAnsi="Arial" w:cs="Arial"/>
                <w:sz w:val="24"/>
                <w:szCs w:val="24"/>
                <w:lang w:val="en-GB"/>
              </w:rPr>
            </w:pPr>
          </w:p>
          <w:p w14:paraId="6C365F10" w14:textId="77777777" w:rsidR="00520F40" w:rsidRDefault="00520F40"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2339"/>
              <w:gridCol w:w="2356"/>
              <w:gridCol w:w="2193"/>
              <w:gridCol w:w="2091"/>
            </w:tblGrid>
            <w:tr w:rsidR="00520F40" w14:paraId="3518AAB7" w14:textId="77777777" w:rsidTr="00466D50">
              <w:trPr>
                <w:trHeight w:val="314"/>
              </w:trPr>
              <w:tc>
                <w:tcPr>
                  <w:tcW w:w="9054" w:type="dxa"/>
                  <w:gridSpan w:val="4"/>
                </w:tcPr>
                <w:p w14:paraId="7CE9EC3C" w14:textId="3E24C0CB" w:rsidR="00520F40" w:rsidRDefault="006073D3" w:rsidP="00466D50">
                  <w:pPr>
                    <w:jc w:val="both"/>
                    <w:rPr>
                      <w:rFonts w:ascii="Arial" w:hAnsi="Arial" w:cs="Arial"/>
                      <w:sz w:val="24"/>
                      <w:szCs w:val="24"/>
                      <w:lang w:val="en-GB"/>
                    </w:rPr>
                  </w:pPr>
                  <w:r>
                    <w:rPr>
                      <w:rFonts w:ascii="Arial" w:hAnsi="Arial" w:cs="Arial"/>
                      <w:sz w:val="24"/>
                      <w:szCs w:val="24"/>
                      <w:lang w:val="en-GB"/>
                    </w:rPr>
                    <w:t>SLOTS</w:t>
                  </w:r>
                </w:p>
              </w:tc>
            </w:tr>
            <w:tr w:rsidR="00520F40" w14:paraId="6EFBAD75" w14:textId="77777777" w:rsidTr="00466D50">
              <w:trPr>
                <w:trHeight w:val="314"/>
              </w:trPr>
              <w:tc>
                <w:tcPr>
                  <w:tcW w:w="2365" w:type="dxa"/>
                </w:tcPr>
                <w:p w14:paraId="0E59FE22" w14:textId="6879CD61" w:rsidR="00520F40" w:rsidRDefault="006073D3" w:rsidP="00466D50">
                  <w:pPr>
                    <w:jc w:val="both"/>
                    <w:rPr>
                      <w:rFonts w:ascii="Arial" w:hAnsi="Arial" w:cs="Arial"/>
                      <w:sz w:val="24"/>
                      <w:szCs w:val="24"/>
                      <w:lang w:val="en-GB"/>
                    </w:rPr>
                  </w:pPr>
                  <w:r>
                    <w:rPr>
                      <w:rFonts w:ascii="Arial" w:hAnsi="Arial" w:cs="Arial"/>
                      <w:sz w:val="24"/>
                      <w:szCs w:val="24"/>
                      <w:lang w:val="en-GB"/>
                    </w:rPr>
                    <w:t>SLOTID</w:t>
                  </w:r>
                </w:p>
              </w:tc>
              <w:tc>
                <w:tcPr>
                  <w:tcW w:w="2385" w:type="dxa"/>
                </w:tcPr>
                <w:p w14:paraId="2D77150D" w14:textId="4F93606A" w:rsidR="00520F40" w:rsidRDefault="006073D3" w:rsidP="00466D50">
                  <w:pPr>
                    <w:jc w:val="both"/>
                    <w:rPr>
                      <w:rFonts w:ascii="Arial" w:hAnsi="Arial" w:cs="Arial"/>
                      <w:sz w:val="24"/>
                      <w:szCs w:val="24"/>
                      <w:lang w:val="en-GB"/>
                    </w:rPr>
                  </w:pPr>
                  <w:r>
                    <w:rPr>
                      <w:rFonts w:ascii="Arial" w:hAnsi="Arial" w:cs="Arial"/>
                      <w:sz w:val="24"/>
                      <w:szCs w:val="24"/>
                      <w:lang w:val="en-GB"/>
                    </w:rPr>
                    <w:t>SITEID</w:t>
                  </w:r>
                </w:p>
              </w:tc>
              <w:tc>
                <w:tcPr>
                  <w:tcW w:w="2200" w:type="dxa"/>
                </w:tcPr>
                <w:p w14:paraId="4C6F5E20" w14:textId="22AD4849" w:rsidR="00520F40" w:rsidRDefault="006073D3" w:rsidP="00466D50">
                  <w:pPr>
                    <w:jc w:val="both"/>
                    <w:rPr>
                      <w:rFonts w:ascii="Arial" w:hAnsi="Arial" w:cs="Arial"/>
                      <w:sz w:val="24"/>
                      <w:szCs w:val="24"/>
                      <w:lang w:val="en-GB"/>
                    </w:rPr>
                  </w:pPr>
                  <w:r>
                    <w:rPr>
                      <w:rFonts w:ascii="Arial" w:hAnsi="Arial" w:cs="Arial"/>
                      <w:sz w:val="24"/>
                      <w:szCs w:val="24"/>
                      <w:lang w:val="en-GB"/>
                    </w:rPr>
                    <w:t>SLOTNUMBER</w:t>
                  </w:r>
                </w:p>
              </w:tc>
              <w:tc>
                <w:tcPr>
                  <w:tcW w:w="2102" w:type="dxa"/>
                </w:tcPr>
                <w:p w14:paraId="677AD9A0" w14:textId="010544BE" w:rsidR="00520F40" w:rsidRDefault="006073D3" w:rsidP="00466D50">
                  <w:pPr>
                    <w:jc w:val="both"/>
                    <w:rPr>
                      <w:rFonts w:ascii="Arial" w:hAnsi="Arial" w:cs="Arial"/>
                      <w:sz w:val="24"/>
                      <w:szCs w:val="24"/>
                      <w:lang w:val="en-GB"/>
                    </w:rPr>
                  </w:pPr>
                  <w:r>
                    <w:rPr>
                      <w:rFonts w:ascii="Arial" w:hAnsi="Arial" w:cs="Arial"/>
                      <w:sz w:val="24"/>
                      <w:szCs w:val="24"/>
                      <w:lang w:val="en-GB"/>
                    </w:rPr>
                    <w:t>SLOTBUSY</w:t>
                  </w:r>
                </w:p>
              </w:tc>
            </w:tr>
            <w:tr w:rsidR="00520F40" w14:paraId="79DF1FED" w14:textId="77777777" w:rsidTr="00466D50">
              <w:trPr>
                <w:trHeight w:val="314"/>
              </w:trPr>
              <w:tc>
                <w:tcPr>
                  <w:tcW w:w="2365" w:type="dxa"/>
                </w:tcPr>
                <w:p w14:paraId="483A55A5" w14:textId="77777777" w:rsidR="00520F40" w:rsidRDefault="00520F40" w:rsidP="00466D50">
                  <w:pPr>
                    <w:jc w:val="both"/>
                    <w:rPr>
                      <w:rFonts w:ascii="Arial" w:hAnsi="Arial" w:cs="Arial"/>
                      <w:sz w:val="24"/>
                      <w:szCs w:val="24"/>
                      <w:lang w:val="en-GB"/>
                    </w:rPr>
                  </w:pPr>
                  <w:r>
                    <w:rPr>
                      <w:rFonts w:ascii="Arial" w:hAnsi="Arial" w:cs="Arial"/>
                      <w:sz w:val="24"/>
                      <w:szCs w:val="24"/>
                      <w:lang w:val="en-GB"/>
                    </w:rPr>
                    <w:t>1</w:t>
                  </w:r>
                </w:p>
              </w:tc>
              <w:tc>
                <w:tcPr>
                  <w:tcW w:w="2385" w:type="dxa"/>
                </w:tcPr>
                <w:p w14:paraId="00F46367" w14:textId="77777777" w:rsidR="00520F40" w:rsidRDefault="00520F40" w:rsidP="00466D50">
                  <w:pPr>
                    <w:jc w:val="both"/>
                    <w:rPr>
                      <w:rFonts w:ascii="Arial" w:hAnsi="Arial" w:cs="Arial"/>
                      <w:sz w:val="24"/>
                      <w:szCs w:val="24"/>
                      <w:lang w:val="en-GB"/>
                    </w:rPr>
                  </w:pPr>
                  <w:r>
                    <w:rPr>
                      <w:rFonts w:ascii="Arial" w:hAnsi="Arial" w:cs="Arial"/>
                      <w:sz w:val="24"/>
                      <w:szCs w:val="24"/>
                      <w:lang w:val="en-GB"/>
                    </w:rPr>
                    <w:t>1</w:t>
                  </w:r>
                </w:p>
              </w:tc>
              <w:tc>
                <w:tcPr>
                  <w:tcW w:w="2200" w:type="dxa"/>
                </w:tcPr>
                <w:p w14:paraId="3A960C55" w14:textId="3736BE22" w:rsidR="00520F40" w:rsidRDefault="006073D3" w:rsidP="00466D50">
                  <w:pPr>
                    <w:jc w:val="both"/>
                    <w:rPr>
                      <w:rFonts w:ascii="Arial" w:hAnsi="Arial" w:cs="Arial"/>
                      <w:sz w:val="24"/>
                      <w:szCs w:val="24"/>
                      <w:lang w:val="en-GB"/>
                    </w:rPr>
                  </w:pPr>
                  <w:r>
                    <w:rPr>
                      <w:rFonts w:ascii="Arial" w:hAnsi="Arial" w:cs="Arial"/>
                      <w:sz w:val="24"/>
                      <w:szCs w:val="24"/>
                      <w:lang w:val="en-GB"/>
                    </w:rPr>
                    <w:t>GAA1</w:t>
                  </w:r>
                </w:p>
              </w:tc>
              <w:tc>
                <w:tcPr>
                  <w:tcW w:w="2102" w:type="dxa"/>
                </w:tcPr>
                <w:p w14:paraId="2963EF46" w14:textId="689C35B9" w:rsidR="00520F40" w:rsidRDefault="006073D3" w:rsidP="00466D50">
                  <w:pPr>
                    <w:jc w:val="both"/>
                    <w:rPr>
                      <w:rFonts w:ascii="Arial" w:hAnsi="Arial" w:cs="Arial"/>
                      <w:sz w:val="24"/>
                      <w:szCs w:val="24"/>
                      <w:lang w:val="en-GB"/>
                    </w:rPr>
                  </w:pPr>
                  <w:r>
                    <w:rPr>
                      <w:rFonts w:ascii="Arial" w:hAnsi="Arial" w:cs="Arial"/>
                      <w:sz w:val="24"/>
                      <w:szCs w:val="24"/>
                      <w:lang w:val="en-GB"/>
                    </w:rPr>
                    <w:t>YES</w:t>
                  </w:r>
                </w:p>
              </w:tc>
            </w:tr>
            <w:tr w:rsidR="00520F40" w14:paraId="3B0D1BB0" w14:textId="77777777" w:rsidTr="00466D50">
              <w:trPr>
                <w:trHeight w:val="314"/>
              </w:trPr>
              <w:tc>
                <w:tcPr>
                  <w:tcW w:w="2365" w:type="dxa"/>
                </w:tcPr>
                <w:p w14:paraId="7FD8BC95" w14:textId="77777777" w:rsidR="00520F40" w:rsidRDefault="00520F40" w:rsidP="00466D50">
                  <w:pPr>
                    <w:jc w:val="both"/>
                    <w:rPr>
                      <w:rFonts w:ascii="Arial" w:hAnsi="Arial" w:cs="Arial"/>
                      <w:sz w:val="24"/>
                      <w:szCs w:val="24"/>
                      <w:lang w:val="en-GB"/>
                    </w:rPr>
                  </w:pPr>
                  <w:r>
                    <w:rPr>
                      <w:rFonts w:ascii="Arial" w:hAnsi="Arial" w:cs="Arial"/>
                      <w:sz w:val="24"/>
                      <w:szCs w:val="24"/>
                      <w:lang w:val="en-GB"/>
                    </w:rPr>
                    <w:t>2</w:t>
                  </w:r>
                </w:p>
              </w:tc>
              <w:tc>
                <w:tcPr>
                  <w:tcW w:w="2385" w:type="dxa"/>
                </w:tcPr>
                <w:p w14:paraId="38C79924" w14:textId="77777777" w:rsidR="00520F40" w:rsidRDefault="00520F40" w:rsidP="00466D50">
                  <w:pPr>
                    <w:jc w:val="both"/>
                    <w:rPr>
                      <w:rFonts w:ascii="Arial" w:hAnsi="Arial" w:cs="Arial"/>
                      <w:sz w:val="24"/>
                      <w:szCs w:val="24"/>
                      <w:lang w:val="en-GB"/>
                    </w:rPr>
                  </w:pPr>
                  <w:r>
                    <w:rPr>
                      <w:rFonts w:ascii="Arial" w:hAnsi="Arial" w:cs="Arial"/>
                      <w:sz w:val="24"/>
                      <w:szCs w:val="24"/>
                      <w:lang w:val="en-GB"/>
                    </w:rPr>
                    <w:t>1</w:t>
                  </w:r>
                </w:p>
              </w:tc>
              <w:tc>
                <w:tcPr>
                  <w:tcW w:w="2200" w:type="dxa"/>
                </w:tcPr>
                <w:p w14:paraId="5C4ABB0A" w14:textId="25E11B66" w:rsidR="00520F40" w:rsidRDefault="006073D3" w:rsidP="00466D50">
                  <w:pPr>
                    <w:jc w:val="both"/>
                    <w:rPr>
                      <w:rFonts w:ascii="Arial" w:hAnsi="Arial" w:cs="Arial"/>
                      <w:sz w:val="24"/>
                      <w:szCs w:val="24"/>
                      <w:lang w:val="en-GB"/>
                    </w:rPr>
                  </w:pPr>
                  <w:r>
                    <w:rPr>
                      <w:rFonts w:ascii="Arial" w:hAnsi="Arial" w:cs="Arial"/>
                      <w:sz w:val="24"/>
                      <w:szCs w:val="24"/>
                      <w:lang w:val="en-GB"/>
                    </w:rPr>
                    <w:t>GAH2</w:t>
                  </w:r>
                </w:p>
              </w:tc>
              <w:tc>
                <w:tcPr>
                  <w:tcW w:w="2102" w:type="dxa"/>
                </w:tcPr>
                <w:p w14:paraId="39F65AFB" w14:textId="6B35D824" w:rsidR="00520F40" w:rsidRDefault="006073D3" w:rsidP="00466D50">
                  <w:pPr>
                    <w:jc w:val="both"/>
                    <w:rPr>
                      <w:rFonts w:ascii="Arial" w:hAnsi="Arial" w:cs="Arial"/>
                      <w:sz w:val="24"/>
                      <w:szCs w:val="24"/>
                      <w:lang w:val="en-GB"/>
                    </w:rPr>
                  </w:pPr>
                  <w:r>
                    <w:rPr>
                      <w:rFonts w:ascii="Arial" w:hAnsi="Arial" w:cs="Arial"/>
                      <w:sz w:val="24"/>
                      <w:szCs w:val="24"/>
                      <w:lang w:val="en-GB"/>
                    </w:rPr>
                    <w:t>YES</w:t>
                  </w:r>
                </w:p>
              </w:tc>
            </w:tr>
            <w:tr w:rsidR="00520F40" w14:paraId="455F7E4C" w14:textId="77777777" w:rsidTr="00466D50">
              <w:trPr>
                <w:trHeight w:val="314"/>
              </w:trPr>
              <w:tc>
                <w:tcPr>
                  <w:tcW w:w="2365" w:type="dxa"/>
                </w:tcPr>
                <w:p w14:paraId="00EBF3E0" w14:textId="77777777" w:rsidR="00520F40" w:rsidRDefault="00520F40" w:rsidP="00466D50">
                  <w:pPr>
                    <w:jc w:val="both"/>
                    <w:rPr>
                      <w:rFonts w:ascii="Arial" w:hAnsi="Arial" w:cs="Arial"/>
                      <w:sz w:val="24"/>
                      <w:szCs w:val="24"/>
                      <w:lang w:val="en-GB"/>
                    </w:rPr>
                  </w:pPr>
                  <w:r>
                    <w:rPr>
                      <w:rFonts w:ascii="Arial" w:hAnsi="Arial" w:cs="Arial"/>
                      <w:sz w:val="24"/>
                      <w:szCs w:val="24"/>
                      <w:lang w:val="en-GB"/>
                    </w:rPr>
                    <w:t>3</w:t>
                  </w:r>
                </w:p>
              </w:tc>
              <w:tc>
                <w:tcPr>
                  <w:tcW w:w="2385" w:type="dxa"/>
                </w:tcPr>
                <w:p w14:paraId="76F7900B" w14:textId="77777777" w:rsidR="00520F40" w:rsidRDefault="00520F40" w:rsidP="00466D50">
                  <w:pPr>
                    <w:jc w:val="both"/>
                    <w:rPr>
                      <w:rFonts w:ascii="Arial" w:hAnsi="Arial" w:cs="Arial"/>
                      <w:sz w:val="24"/>
                      <w:szCs w:val="24"/>
                      <w:lang w:val="en-GB"/>
                    </w:rPr>
                  </w:pPr>
                  <w:r>
                    <w:rPr>
                      <w:rFonts w:ascii="Arial" w:hAnsi="Arial" w:cs="Arial"/>
                      <w:sz w:val="24"/>
                      <w:szCs w:val="24"/>
                      <w:lang w:val="en-GB"/>
                    </w:rPr>
                    <w:t>1</w:t>
                  </w:r>
                </w:p>
              </w:tc>
              <w:tc>
                <w:tcPr>
                  <w:tcW w:w="2200" w:type="dxa"/>
                </w:tcPr>
                <w:p w14:paraId="125DF4A1" w14:textId="07897B16" w:rsidR="00520F40" w:rsidRDefault="006073D3" w:rsidP="00466D50">
                  <w:pPr>
                    <w:jc w:val="both"/>
                    <w:rPr>
                      <w:rFonts w:ascii="Arial" w:hAnsi="Arial" w:cs="Arial"/>
                      <w:sz w:val="24"/>
                      <w:szCs w:val="24"/>
                      <w:lang w:val="en-GB"/>
                    </w:rPr>
                  </w:pPr>
                  <w:r>
                    <w:rPr>
                      <w:rFonts w:ascii="Arial" w:hAnsi="Arial" w:cs="Arial"/>
                      <w:sz w:val="24"/>
                      <w:szCs w:val="24"/>
                      <w:lang w:val="en-GB"/>
                    </w:rPr>
                    <w:t>GHP0</w:t>
                  </w:r>
                </w:p>
              </w:tc>
              <w:tc>
                <w:tcPr>
                  <w:tcW w:w="2102" w:type="dxa"/>
                </w:tcPr>
                <w:p w14:paraId="397E8274" w14:textId="32815D40" w:rsidR="00520F40" w:rsidRDefault="006073D3" w:rsidP="00466D50">
                  <w:pPr>
                    <w:jc w:val="both"/>
                    <w:rPr>
                      <w:rFonts w:ascii="Arial" w:hAnsi="Arial" w:cs="Arial"/>
                      <w:sz w:val="24"/>
                      <w:szCs w:val="24"/>
                      <w:lang w:val="en-GB"/>
                    </w:rPr>
                  </w:pPr>
                  <w:r>
                    <w:rPr>
                      <w:rFonts w:ascii="Arial" w:hAnsi="Arial" w:cs="Arial"/>
                      <w:sz w:val="24"/>
                      <w:szCs w:val="24"/>
                      <w:lang w:val="en-GB"/>
                    </w:rPr>
                    <w:t>NO</w:t>
                  </w:r>
                </w:p>
              </w:tc>
            </w:tr>
            <w:tr w:rsidR="006073D3" w14:paraId="10247F28" w14:textId="77777777" w:rsidTr="00466D50">
              <w:trPr>
                <w:trHeight w:val="314"/>
              </w:trPr>
              <w:tc>
                <w:tcPr>
                  <w:tcW w:w="2365" w:type="dxa"/>
                </w:tcPr>
                <w:p w14:paraId="17B5D2F9" w14:textId="599F0FB6" w:rsidR="006073D3" w:rsidRDefault="006073D3" w:rsidP="00466D50">
                  <w:pPr>
                    <w:jc w:val="both"/>
                    <w:rPr>
                      <w:rFonts w:ascii="Arial" w:hAnsi="Arial" w:cs="Arial"/>
                      <w:sz w:val="24"/>
                      <w:szCs w:val="24"/>
                      <w:lang w:val="en-GB"/>
                    </w:rPr>
                  </w:pPr>
                  <w:r>
                    <w:rPr>
                      <w:rFonts w:ascii="Arial" w:hAnsi="Arial" w:cs="Arial"/>
                      <w:sz w:val="24"/>
                      <w:szCs w:val="24"/>
                      <w:lang w:val="en-GB"/>
                    </w:rPr>
                    <w:t>4</w:t>
                  </w:r>
                </w:p>
              </w:tc>
              <w:tc>
                <w:tcPr>
                  <w:tcW w:w="2385" w:type="dxa"/>
                </w:tcPr>
                <w:p w14:paraId="356B61CA" w14:textId="534C7EC5" w:rsidR="006073D3" w:rsidRDefault="006073D3" w:rsidP="00466D50">
                  <w:pPr>
                    <w:jc w:val="both"/>
                    <w:rPr>
                      <w:rFonts w:ascii="Arial" w:hAnsi="Arial" w:cs="Arial"/>
                      <w:sz w:val="24"/>
                      <w:szCs w:val="24"/>
                      <w:lang w:val="en-GB"/>
                    </w:rPr>
                  </w:pPr>
                  <w:r>
                    <w:rPr>
                      <w:rFonts w:ascii="Arial" w:hAnsi="Arial" w:cs="Arial"/>
                      <w:sz w:val="24"/>
                      <w:szCs w:val="24"/>
                      <w:lang w:val="en-GB"/>
                    </w:rPr>
                    <w:t>2</w:t>
                  </w:r>
                </w:p>
              </w:tc>
              <w:tc>
                <w:tcPr>
                  <w:tcW w:w="2200" w:type="dxa"/>
                </w:tcPr>
                <w:p w14:paraId="73935939" w14:textId="577D5708" w:rsidR="006073D3" w:rsidRDefault="006073D3" w:rsidP="00466D50">
                  <w:pPr>
                    <w:jc w:val="both"/>
                    <w:rPr>
                      <w:rFonts w:ascii="Arial" w:hAnsi="Arial" w:cs="Arial"/>
                      <w:sz w:val="24"/>
                      <w:szCs w:val="24"/>
                      <w:lang w:val="en-GB"/>
                    </w:rPr>
                  </w:pPr>
                  <w:r>
                    <w:rPr>
                      <w:rFonts w:ascii="Arial" w:hAnsi="Arial" w:cs="Arial"/>
                      <w:sz w:val="24"/>
                      <w:szCs w:val="24"/>
                      <w:lang w:val="en-GB"/>
                    </w:rPr>
                    <w:t>BAA1</w:t>
                  </w:r>
                </w:p>
              </w:tc>
              <w:tc>
                <w:tcPr>
                  <w:tcW w:w="2102" w:type="dxa"/>
                </w:tcPr>
                <w:p w14:paraId="76D2CD8D" w14:textId="50E830AB" w:rsidR="006073D3" w:rsidRDefault="006073D3" w:rsidP="00466D50">
                  <w:pPr>
                    <w:jc w:val="both"/>
                    <w:rPr>
                      <w:rFonts w:ascii="Arial" w:hAnsi="Arial" w:cs="Arial"/>
                      <w:sz w:val="24"/>
                      <w:szCs w:val="24"/>
                      <w:lang w:val="en-GB"/>
                    </w:rPr>
                  </w:pPr>
                  <w:r>
                    <w:rPr>
                      <w:rFonts w:ascii="Arial" w:hAnsi="Arial" w:cs="Arial"/>
                      <w:sz w:val="24"/>
                      <w:szCs w:val="24"/>
                      <w:lang w:val="en-GB"/>
                    </w:rPr>
                    <w:t>NO</w:t>
                  </w:r>
                </w:p>
              </w:tc>
            </w:tr>
            <w:tr w:rsidR="006073D3" w14:paraId="20F39CA6" w14:textId="77777777" w:rsidTr="00466D50">
              <w:trPr>
                <w:trHeight w:val="314"/>
              </w:trPr>
              <w:tc>
                <w:tcPr>
                  <w:tcW w:w="2365" w:type="dxa"/>
                </w:tcPr>
                <w:p w14:paraId="68F6AD56" w14:textId="462A96B4" w:rsidR="006073D3" w:rsidRDefault="006073D3" w:rsidP="00466D50">
                  <w:pPr>
                    <w:jc w:val="both"/>
                    <w:rPr>
                      <w:rFonts w:ascii="Arial" w:hAnsi="Arial" w:cs="Arial"/>
                      <w:sz w:val="24"/>
                      <w:szCs w:val="24"/>
                      <w:lang w:val="en-GB"/>
                    </w:rPr>
                  </w:pPr>
                  <w:r>
                    <w:rPr>
                      <w:rFonts w:ascii="Arial" w:hAnsi="Arial" w:cs="Arial"/>
                      <w:sz w:val="24"/>
                      <w:szCs w:val="24"/>
                      <w:lang w:val="en-GB"/>
                    </w:rPr>
                    <w:t>5</w:t>
                  </w:r>
                </w:p>
              </w:tc>
              <w:tc>
                <w:tcPr>
                  <w:tcW w:w="2385" w:type="dxa"/>
                </w:tcPr>
                <w:p w14:paraId="5A64B793" w14:textId="38A82C99" w:rsidR="006073D3" w:rsidRDefault="006073D3" w:rsidP="00466D50">
                  <w:pPr>
                    <w:jc w:val="both"/>
                    <w:rPr>
                      <w:rFonts w:ascii="Arial" w:hAnsi="Arial" w:cs="Arial"/>
                      <w:sz w:val="24"/>
                      <w:szCs w:val="24"/>
                      <w:lang w:val="en-GB"/>
                    </w:rPr>
                  </w:pPr>
                  <w:r>
                    <w:rPr>
                      <w:rFonts w:ascii="Arial" w:hAnsi="Arial" w:cs="Arial"/>
                      <w:sz w:val="24"/>
                      <w:szCs w:val="24"/>
                      <w:lang w:val="en-GB"/>
                    </w:rPr>
                    <w:t>2</w:t>
                  </w:r>
                </w:p>
              </w:tc>
              <w:tc>
                <w:tcPr>
                  <w:tcW w:w="2200" w:type="dxa"/>
                </w:tcPr>
                <w:p w14:paraId="64E35B7D" w14:textId="483776F5" w:rsidR="006073D3" w:rsidRDefault="006073D3" w:rsidP="00466D50">
                  <w:pPr>
                    <w:jc w:val="both"/>
                    <w:rPr>
                      <w:rFonts w:ascii="Arial" w:hAnsi="Arial" w:cs="Arial"/>
                      <w:sz w:val="24"/>
                      <w:szCs w:val="24"/>
                      <w:lang w:val="en-GB"/>
                    </w:rPr>
                  </w:pPr>
                  <w:r>
                    <w:rPr>
                      <w:rFonts w:ascii="Arial" w:hAnsi="Arial" w:cs="Arial"/>
                      <w:sz w:val="24"/>
                      <w:szCs w:val="24"/>
                      <w:lang w:val="en-GB"/>
                    </w:rPr>
                    <w:t>BAH2</w:t>
                  </w:r>
                </w:p>
              </w:tc>
              <w:tc>
                <w:tcPr>
                  <w:tcW w:w="2102" w:type="dxa"/>
                </w:tcPr>
                <w:p w14:paraId="0139C97E" w14:textId="708BCC47" w:rsidR="006073D3" w:rsidRDefault="006073D3" w:rsidP="00466D50">
                  <w:pPr>
                    <w:jc w:val="both"/>
                    <w:rPr>
                      <w:rFonts w:ascii="Arial" w:hAnsi="Arial" w:cs="Arial"/>
                      <w:sz w:val="24"/>
                      <w:szCs w:val="24"/>
                      <w:lang w:val="en-GB"/>
                    </w:rPr>
                  </w:pPr>
                  <w:r>
                    <w:rPr>
                      <w:rFonts w:ascii="Arial" w:hAnsi="Arial" w:cs="Arial"/>
                      <w:sz w:val="24"/>
                      <w:szCs w:val="24"/>
                      <w:lang w:val="en-GB"/>
                    </w:rPr>
                    <w:t>NO</w:t>
                  </w:r>
                </w:p>
              </w:tc>
            </w:tr>
            <w:tr w:rsidR="006073D3" w14:paraId="7450C4E9" w14:textId="77777777" w:rsidTr="00466D50">
              <w:trPr>
                <w:trHeight w:val="314"/>
              </w:trPr>
              <w:tc>
                <w:tcPr>
                  <w:tcW w:w="2365" w:type="dxa"/>
                </w:tcPr>
                <w:p w14:paraId="59D66B54" w14:textId="6AE44C35" w:rsidR="006073D3" w:rsidRDefault="006073D3" w:rsidP="00466D50">
                  <w:pPr>
                    <w:jc w:val="both"/>
                    <w:rPr>
                      <w:rFonts w:ascii="Arial" w:hAnsi="Arial" w:cs="Arial"/>
                      <w:sz w:val="24"/>
                      <w:szCs w:val="24"/>
                      <w:lang w:val="en-GB"/>
                    </w:rPr>
                  </w:pPr>
                  <w:r>
                    <w:rPr>
                      <w:rFonts w:ascii="Arial" w:hAnsi="Arial" w:cs="Arial"/>
                      <w:sz w:val="24"/>
                      <w:szCs w:val="24"/>
                      <w:lang w:val="en-GB"/>
                    </w:rPr>
                    <w:t>6</w:t>
                  </w:r>
                </w:p>
              </w:tc>
              <w:tc>
                <w:tcPr>
                  <w:tcW w:w="2385" w:type="dxa"/>
                </w:tcPr>
                <w:p w14:paraId="11E068AF" w14:textId="26C3CC0A" w:rsidR="006073D3" w:rsidRDefault="006073D3" w:rsidP="00466D50">
                  <w:pPr>
                    <w:jc w:val="both"/>
                    <w:rPr>
                      <w:rFonts w:ascii="Arial" w:hAnsi="Arial" w:cs="Arial"/>
                      <w:sz w:val="24"/>
                      <w:szCs w:val="24"/>
                      <w:lang w:val="en-GB"/>
                    </w:rPr>
                  </w:pPr>
                  <w:r>
                    <w:rPr>
                      <w:rFonts w:ascii="Arial" w:hAnsi="Arial" w:cs="Arial"/>
                      <w:sz w:val="24"/>
                      <w:szCs w:val="24"/>
                      <w:lang w:val="en-GB"/>
                    </w:rPr>
                    <w:t>2</w:t>
                  </w:r>
                </w:p>
              </w:tc>
              <w:tc>
                <w:tcPr>
                  <w:tcW w:w="2200" w:type="dxa"/>
                </w:tcPr>
                <w:p w14:paraId="691CBC04" w14:textId="09FFDE11" w:rsidR="006073D3" w:rsidRDefault="006073D3" w:rsidP="00466D50">
                  <w:pPr>
                    <w:jc w:val="both"/>
                    <w:rPr>
                      <w:rFonts w:ascii="Arial" w:hAnsi="Arial" w:cs="Arial"/>
                      <w:sz w:val="24"/>
                      <w:szCs w:val="24"/>
                      <w:lang w:val="en-GB"/>
                    </w:rPr>
                  </w:pPr>
                  <w:r>
                    <w:rPr>
                      <w:rFonts w:ascii="Arial" w:hAnsi="Arial" w:cs="Arial"/>
                      <w:sz w:val="24"/>
                      <w:szCs w:val="24"/>
                      <w:lang w:val="en-GB"/>
                    </w:rPr>
                    <w:t>BKK1</w:t>
                  </w:r>
                </w:p>
              </w:tc>
              <w:tc>
                <w:tcPr>
                  <w:tcW w:w="2102" w:type="dxa"/>
                </w:tcPr>
                <w:p w14:paraId="0E65D95F" w14:textId="39BF8963" w:rsidR="006073D3" w:rsidRDefault="006073D3" w:rsidP="00466D50">
                  <w:pPr>
                    <w:jc w:val="both"/>
                    <w:rPr>
                      <w:rFonts w:ascii="Arial" w:hAnsi="Arial" w:cs="Arial"/>
                      <w:sz w:val="24"/>
                      <w:szCs w:val="24"/>
                      <w:lang w:val="en-GB"/>
                    </w:rPr>
                  </w:pPr>
                  <w:r>
                    <w:rPr>
                      <w:rFonts w:ascii="Arial" w:hAnsi="Arial" w:cs="Arial"/>
                      <w:sz w:val="24"/>
                      <w:szCs w:val="24"/>
                      <w:lang w:val="en-GB"/>
                    </w:rPr>
                    <w:t>NO</w:t>
                  </w:r>
                </w:p>
              </w:tc>
            </w:tr>
          </w:tbl>
          <w:p w14:paraId="7B7D017F" w14:textId="77777777" w:rsidR="00520F40" w:rsidRDefault="00520F40" w:rsidP="00466D50">
            <w:pPr>
              <w:jc w:val="both"/>
              <w:rPr>
                <w:rFonts w:ascii="Arial" w:hAnsi="Arial" w:cs="Arial"/>
                <w:sz w:val="24"/>
                <w:szCs w:val="24"/>
                <w:lang w:val="en-GB"/>
              </w:rPr>
            </w:pPr>
          </w:p>
          <w:p w14:paraId="05AF67D1" w14:textId="77777777" w:rsidR="00520F40" w:rsidRDefault="00520F40" w:rsidP="00466D50">
            <w:pPr>
              <w:jc w:val="both"/>
              <w:rPr>
                <w:rFonts w:ascii="Arial" w:hAnsi="Arial" w:cs="Arial"/>
                <w:sz w:val="24"/>
                <w:szCs w:val="24"/>
                <w:lang w:val="en-GB"/>
              </w:rPr>
            </w:pPr>
          </w:p>
        </w:tc>
      </w:tr>
    </w:tbl>
    <w:p w14:paraId="59220F42" w14:textId="77777777" w:rsidR="0091426F" w:rsidRPr="003E143E" w:rsidRDefault="0091426F" w:rsidP="008D2AA8">
      <w:pPr>
        <w:jc w:val="both"/>
        <w:rPr>
          <w:rFonts w:ascii="Arial" w:hAnsi="Arial" w:cs="Arial"/>
          <w:sz w:val="24"/>
          <w:szCs w:val="24"/>
          <w:lang w:val="en-GB"/>
        </w:rPr>
      </w:pPr>
    </w:p>
    <w:p w14:paraId="4B4180E4" w14:textId="49B28456" w:rsidR="008D2AA8" w:rsidRDefault="008D2AA8" w:rsidP="008D2AA8">
      <w:pPr>
        <w:pStyle w:val="Heading2"/>
      </w:pPr>
      <w:bookmarkStart w:id="12" w:name="_Toc235453755"/>
      <w:r w:rsidRPr="008D2AA8">
        <w:t>Second Normal Form (2NF)</w:t>
      </w:r>
      <w:bookmarkEnd w:id="12"/>
    </w:p>
    <w:p w14:paraId="6C200AC0" w14:textId="77777777" w:rsidR="008D2AA8" w:rsidRDefault="008D2AA8" w:rsidP="008D2AA8">
      <w:pPr>
        <w:jc w:val="both"/>
        <w:rPr>
          <w:rFonts w:ascii="Arial" w:hAnsi="Arial" w:cs="Arial"/>
          <w:sz w:val="24"/>
          <w:szCs w:val="24"/>
        </w:rPr>
      </w:pPr>
    </w:p>
    <w:p w14:paraId="423C33F1" w14:textId="6DEC1F29" w:rsidR="00136B4F" w:rsidRDefault="00136B4F" w:rsidP="008D2AA8">
      <w:pPr>
        <w:jc w:val="both"/>
        <w:rPr>
          <w:rFonts w:ascii="Arial" w:hAnsi="Arial" w:cs="Arial"/>
          <w:sz w:val="24"/>
          <w:szCs w:val="24"/>
        </w:rPr>
      </w:pPr>
      <w:r>
        <w:rPr>
          <w:rFonts w:ascii="Arial" w:hAnsi="Arial" w:cs="Arial"/>
          <w:sz w:val="24"/>
          <w:szCs w:val="24"/>
        </w:rPr>
        <w:t xml:space="preserve">After </w:t>
      </w:r>
      <w:r w:rsidR="005964BC">
        <w:rPr>
          <w:rFonts w:ascii="Arial" w:hAnsi="Arial" w:cs="Arial"/>
          <w:sz w:val="24"/>
          <w:szCs w:val="24"/>
        </w:rPr>
        <w:t>applying for</w:t>
      </w:r>
      <w:r>
        <w:rPr>
          <w:rFonts w:ascii="Arial" w:hAnsi="Arial" w:cs="Arial"/>
          <w:sz w:val="24"/>
          <w:szCs w:val="24"/>
        </w:rPr>
        <w:t xml:space="preserve"> the 1NF, the</w:t>
      </w:r>
      <w:r w:rsidRPr="00136B4F">
        <w:rPr>
          <w:rFonts w:ascii="Arial" w:hAnsi="Arial" w:cs="Arial"/>
          <w:sz w:val="24"/>
          <w:szCs w:val="24"/>
        </w:rPr>
        <w:t xml:space="preserve"> 2NF goes a step further with an additional rule: eliminate partial dependencies. A partial dependency occurs when a non-primary attribute (a column that is not part of any candidate key) depends only on part of a composite key instead of the entire key. The 2NF rule ensures that all non-prime attributes depend on the entire primary key, not just a part of it. Leaving partial dependencies in a table means that redundant data can infiltrate the database</w:t>
      </w:r>
      <w:r w:rsidR="002F4B14">
        <w:rPr>
          <w:rFonts w:ascii="Arial" w:hAnsi="Arial" w:cs="Arial"/>
          <w:sz w:val="24"/>
          <w:szCs w:val="24"/>
        </w:rPr>
        <w:t xml:space="preserve">. </w:t>
      </w:r>
      <w:sdt>
        <w:sdtPr>
          <w:rPr>
            <w:rFonts w:ascii="Arial" w:hAnsi="Arial" w:cs="Arial"/>
            <w:sz w:val="24"/>
            <w:szCs w:val="24"/>
          </w:rPr>
          <w:id w:val="1925602935"/>
          <w:citation/>
        </w:sdtPr>
        <w:sdtEndPr/>
        <w:sdtContent>
          <w:r w:rsidR="002F4B14">
            <w:rPr>
              <w:rFonts w:ascii="Arial" w:hAnsi="Arial" w:cs="Arial"/>
              <w:sz w:val="24"/>
              <w:szCs w:val="24"/>
            </w:rPr>
            <w:fldChar w:fldCharType="begin"/>
          </w:r>
          <w:r w:rsidR="002F4B14" w:rsidRPr="002F4B14">
            <w:rPr>
              <w:rFonts w:ascii="Arial" w:hAnsi="Arial" w:cs="Arial"/>
              <w:sz w:val="24"/>
              <w:szCs w:val="24"/>
              <w:lang w:val="en-GB"/>
            </w:rPr>
            <w:instrText xml:space="preserve"> CITATION Edg26 \l 1046 </w:instrText>
          </w:r>
          <w:r w:rsidR="002F4B14">
            <w:rPr>
              <w:rFonts w:ascii="Arial" w:hAnsi="Arial" w:cs="Arial"/>
              <w:sz w:val="24"/>
              <w:szCs w:val="24"/>
            </w:rPr>
            <w:fldChar w:fldCharType="separate"/>
          </w:r>
          <w:r w:rsidR="002F4B14" w:rsidRPr="002F4B14">
            <w:rPr>
              <w:rFonts w:ascii="Arial" w:hAnsi="Arial" w:cs="Arial"/>
              <w:noProof/>
              <w:sz w:val="24"/>
              <w:szCs w:val="24"/>
              <w:lang w:val="en-GB"/>
            </w:rPr>
            <w:t>[4]</w:t>
          </w:r>
          <w:r w:rsidR="002F4B14">
            <w:rPr>
              <w:rFonts w:ascii="Arial" w:hAnsi="Arial" w:cs="Arial"/>
              <w:sz w:val="24"/>
              <w:szCs w:val="24"/>
            </w:rPr>
            <w:fldChar w:fldCharType="end"/>
          </w:r>
        </w:sdtContent>
      </w:sdt>
    </w:p>
    <w:p w14:paraId="3E78F82E" w14:textId="77777777" w:rsidR="00136B4F" w:rsidRDefault="00136B4F" w:rsidP="008D2AA8">
      <w:pPr>
        <w:jc w:val="both"/>
        <w:rPr>
          <w:rFonts w:ascii="Arial" w:hAnsi="Arial" w:cs="Arial"/>
          <w:sz w:val="24"/>
          <w:szCs w:val="24"/>
        </w:rPr>
      </w:pPr>
    </w:p>
    <w:tbl>
      <w:tblPr>
        <w:tblStyle w:val="TableGrid"/>
        <w:tblW w:w="9291" w:type="dxa"/>
        <w:tblBorders>
          <w:top w:val="thickThinSmallGap" w:sz="24" w:space="0" w:color="F79646" w:themeColor="accent6"/>
          <w:left w:val="thickThinSmallGap" w:sz="24" w:space="0" w:color="F79646" w:themeColor="accent6"/>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291"/>
      </w:tblGrid>
      <w:tr w:rsidR="00492E99" w14:paraId="244A540D" w14:textId="77777777" w:rsidTr="00466D50">
        <w:trPr>
          <w:trHeight w:val="6897"/>
        </w:trPr>
        <w:tc>
          <w:tcPr>
            <w:tcW w:w="9291" w:type="dxa"/>
          </w:tcPr>
          <w:p w14:paraId="59C3F4FB" w14:textId="52DA6A99" w:rsidR="00492E99" w:rsidRDefault="00492E99" w:rsidP="00466D50">
            <w:pPr>
              <w:jc w:val="both"/>
              <w:rPr>
                <w:rFonts w:ascii="Arial" w:hAnsi="Arial" w:cs="Arial"/>
                <w:sz w:val="24"/>
                <w:szCs w:val="24"/>
                <w:lang w:val="en-GB"/>
              </w:rPr>
            </w:pPr>
            <w:r>
              <w:rPr>
                <w:rFonts w:ascii="Arial" w:hAnsi="Arial" w:cs="Arial"/>
                <w:sz w:val="24"/>
                <w:szCs w:val="24"/>
                <w:lang w:val="en-GB"/>
              </w:rPr>
              <w:t xml:space="preserve">Before 2NF: </w:t>
            </w:r>
          </w:p>
          <w:p w14:paraId="4D9A175A" w14:textId="77777777" w:rsidR="00492E99" w:rsidRDefault="00492E99"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1064"/>
              <w:gridCol w:w="1126"/>
              <w:gridCol w:w="1198"/>
              <w:gridCol w:w="1239"/>
              <w:gridCol w:w="1517"/>
              <w:gridCol w:w="2835"/>
            </w:tblGrid>
            <w:tr w:rsidR="0065524D" w14:paraId="35C6EDF1" w14:textId="3596AE18" w:rsidTr="004E686B">
              <w:trPr>
                <w:trHeight w:val="314"/>
              </w:trPr>
              <w:tc>
                <w:tcPr>
                  <w:tcW w:w="8979" w:type="dxa"/>
                  <w:gridSpan w:val="6"/>
                </w:tcPr>
                <w:p w14:paraId="70A194C6" w14:textId="146D2A64" w:rsidR="0065524D" w:rsidRDefault="0065524D" w:rsidP="00466D50">
                  <w:pPr>
                    <w:jc w:val="both"/>
                    <w:rPr>
                      <w:rFonts w:ascii="Arial" w:hAnsi="Arial" w:cs="Arial"/>
                      <w:sz w:val="24"/>
                      <w:szCs w:val="24"/>
                      <w:lang w:val="en-GB"/>
                    </w:rPr>
                  </w:pPr>
                  <w:r>
                    <w:rPr>
                      <w:rFonts w:ascii="Arial" w:hAnsi="Arial" w:cs="Arial"/>
                      <w:sz w:val="24"/>
                      <w:szCs w:val="24"/>
                      <w:lang w:val="en-GB"/>
                    </w:rPr>
                    <w:t>PAYMENTS</w:t>
                  </w:r>
                </w:p>
              </w:tc>
            </w:tr>
            <w:tr w:rsidR="0065524D" w14:paraId="60EB25AA" w14:textId="01D569C4" w:rsidTr="0065524D">
              <w:trPr>
                <w:trHeight w:val="314"/>
              </w:trPr>
              <w:tc>
                <w:tcPr>
                  <w:tcW w:w="1064" w:type="dxa"/>
                </w:tcPr>
                <w:p w14:paraId="2BA318C9" w14:textId="2F2AD9DF" w:rsidR="0065524D" w:rsidRDefault="0065524D" w:rsidP="00466D50">
                  <w:pPr>
                    <w:jc w:val="both"/>
                    <w:rPr>
                      <w:rFonts w:ascii="Arial" w:hAnsi="Arial" w:cs="Arial"/>
                      <w:sz w:val="24"/>
                      <w:szCs w:val="24"/>
                      <w:lang w:val="en-GB"/>
                    </w:rPr>
                  </w:pPr>
                  <w:r>
                    <w:rPr>
                      <w:rFonts w:ascii="Arial" w:hAnsi="Arial" w:cs="Arial"/>
                      <w:sz w:val="24"/>
                      <w:szCs w:val="24"/>
                      <w:lang w:val="en-GB"/>
                    </w:rPr>
                    <w:t>PAYID</w:t>
                  </w:r>
                </w:p>
              </w:tc>
              <w:tc>
                <w:tcPr>
                  <w:tcW w:w="1126" w:type="dxa"/>
                </w:tcPr>
                <w:p w14:paraId="2AFA8F84" w14:textId="73EDBE53" w:rsidR="0065524D" w:rsidRDefault="0065524D" w:rsidP="00466D50">
                  <w:pPr>
                    <w:jc w:val="both"/>
                    <w:rPr>
                      <w:rFonts w:ascii="Arial" w:hAnsi="Arial" w:cs="Arial"/>
                      <w:sz w:val="24"/>
                      <w:szCs w:val="24"/>
                      <w:lang w:val="en-GB"/>
                    </w:rPr>
                  </w:pPr>
                  <w:r>
                    <w:rPr>
                      <w:rFonts w:ascii="Arial" w:hAnsi="Arial" w:cs="Arial"/>
                      <w:sz w:val="24"/>
                      <w:szCs w:val="24"/>
                      <w:lang w:val="en-GB"/>
                    </w:rPr>
                    <w:t>VEHIID</w:t>
                  </w:r>
                </w:p>
              </w:tc>
              <w:tc>
                <w:tcPr>
                  <w:tcW w:w="1198" w:type="dxa"/>
                </w:tcPr>
                <w:p w14:paraId="69609324" w14:textId="42CFC4CB" w:rsidR="0065524D" w:rsidRDefault="0065524D" w:rsidP="00466D50">
                  <w:pPr>
                    <w:jc w:val="both"/>
                    <w:rPr>
                      <w:rFonts w:ascii="Arial" w:hAnsi="Arial" w:cs="Arial"/>
                      <w:sz w:val="24"/>
                      <w:szCs w:val="24"/>
                      <w:lang w:val="en-GB"/>
                    </w:rPr>
                  </w:pPr>
                  <w:r>
                    <w:rPr>
                      <w:rFonts w:ascii="Arial" w:hAnsi="Arial" w:cs="Arial"/>
                      <w:sz w:val="24"/>
                      <w:szCs w:val="24"/>
                      <w:lang w:val="en-GB"/>
                    </w:rPr>
                    <w:t>SLOTID</w:t>
                  </w:r>
                </w:p>
              </w:tc>
              <w:tc>
                <w:tcPr>
                  <w:tcW w:w="1239" w:type="dxa"/>
                </w:tcPr>
                <w:p w14:paraId="38F9C444" w14:textId="40DD33BF" w:rsidR="0065524D" w:rsidRDefault="0065524D" w:rsidP="00466D50">
                  <w:pPr>
                    <w:jc w:val="both"/>
                    <w:rPr>
                      <w:rFonts w:ascii="Arial" w:hAnsi="Arial" w:cs="Arial"/>
                      <w:sz w:val="24"/>
                      <w:szCs w:val="24"/>
                      <w:lang w:val="en-GB"/>
                    </w:rPr>
                  </w:pPr>
                  <w:r>
                    <w:rPr>
                      <w:rFonts w:ascii="Arial" w:hAnsi="Arial" w:cs="Arial"/>
                      <w:sz w:val="24"/>
                      <w:szCs w:val="24"/>
                      <w:lang w:val="en-GB"/>
                    </w:rPr>
                    <w:t>TYPE</w:t>
                  </w:r>
                </w:p>
              </w:tc>
              <w:tc>
                <w:tcPr>
                  <w:tcW w:w="1517" w:type="dxa"/>
                </w:tcPr>
                <w:p w14:paraId="448D5A7D" w14:textId="21D8F0D7" w:rsidR="0065524D" w:rsidRDefault="0065524D" w:rsidP="00466D50">
                  <w:pPr>
                    <w:jc w:val="both"/>
                    <w:rPr>
                      <w:rFonts w:ascii="Arial" w:hAnsi="Arial" w:cs="Arial"/>
                      <w:sz w:val="24"/>
                      <w:szCs w:val="24"/>
                      <w:lang w:val="en-GB"/>
                    </w:rPr>
                  </w:pPr>
                  <w:r>
                    <w:rPr>
                      <w:rFonts w:ascii="Arial" w:hAnsi="Arial" w:cs="Arial"/>
                      <w:sz w:val="24"/>
                      <w:szCs w:val="24"/>
                      <w:lang w:val="en-GB"/>
                    </w:rPr>
                    <w:t>VALUE</w:t>
                  </w:r>
                </w:p>
              </w:tc>
              <w:tc>
                <w:tcPr>
                  <w:tcW w:w="2835" w:type="dxa"/>
                </w:tcPr>
                <w:p w14:paraId="7347452A" w14:textId="09BBAE61" w:rsidR="0065524D" w:rsidRDefault="0065524D" w:rsidP="00466D50">
                  <w:pPr>
                    <w:jc w:val="both"/>
                    <w:rPr>
                      <w:rFonts w:ascii="Arial" w:hAnsi="Arial" w:cs="Arial"/>
                      <w:sz w:val="24"/>
                      <w:szCs w:val="24"/>
                      <w:lang w:val="en-GB"/>
                    </w:rPr>
                  </w:pPr>
                  <w:r>
                    <w:rPr>
                      <w:rFonts w:ascii="Arial" w:hAnsi="Arial" w:cs="Arial"/>
                      <w:sz w:val="24"/>
                      <w:szCs w:val="24"/>
                      <w:lang w:val="en-GB"/>
                    </w:rPr>
                    <w:t>DATE</w:t>
                  </w:r>
                </w:p>
              </w:tc>
            </w:tr>
            <w:tr w:rsidR="0065524D" w14:paraId="41EE2AC0" w14:textId="1035489C" w:rsidTr="0065524D">
              <w:trPr>
                <w:trHeight w:val="411"/>
              </w:trPr>
              <w:tc>
                <w:tcPr>
                  <w:tcW w:w="1064" w:type="dxa"/>
                </w:tcPr>
                <w:p w14:paraId="3810D71B" w14:textId="5FAAF056" w:rsidR="0065524D" w:rsidRDefault="0065524D" w:rsidP="00466D50">
                  <w:pPr>
                    <w:jc w:val="both"/>
                    <w:rPr>
                      <w:rFonts w:ascii="Arial" w:hAnsi="Arial" w:cs="Arial"/>
                      <w:sz w:val="24"/>
                      <w:szCs w:val="24"/>
                      <w:lang w:val="en-GB"/>
                    </w:rPr>
                  </w:pPr>
                  <w:r>
                    <w:rPr>
                      <w:rFonts w:ascii="Arial" w:hAnsi="Arial" w:cs="Arial"/>
                      <w:sz w:val="24"/>
                      <w:szCs w:val="24"/>
                      <w:lang w:val="en-GB"/>
                    </w:rPr>
                    <w:t>1</w:t>
                  </w:r>
                </w:p>
              </w:tc>
              <w:tc>
                <w:tcPr>
                  <w:tcW w:w="1126" w:type="dxa"/>
                </w:tcPr>
                <w:p w14:paraId="7918F34F" w14:textId="39399E1F" w:rsidR="0065524D" w:rsidRDefault="0065524D" w:rsidP="00466D50">
                  <w:pPr>
                    <w:jc w:val="both"/>
                    <w:rPr>
                      <w:rFonts w:ascii="Arial" w:hAnsi="Arial" w:cs="Arial"/>
                      <w:sz w:val="24"/>
                      <w:szCs w:val="24"/>
                      <w:lang w:val="en-GB"/>
                    </w:rPr>
                  </w:pPr>
                  <w:r>
                    <w:rPr>
                      <w:rFonts w:ascii="Arial" w:hAnsi="Arial" w:cs="Arial"/>
                      <w:sz w:val="24"/>
                      <w:szCs w:val="24"/>
                      <w:lang w:val="en-GB"/>
                    </w:rPr>
                    <w:t>1</w:t>
                  </w:r>
                </w:p>
              </w:tc>
              <w:tc>
                <w:tcPr>
                  <w:tcW w:w="1198" w:type="dxa"/>
                </w:tcPr>
                <w:p w14:paraId="4D3B08FF" w14:textId="64A59700" w:rsidR="0065524D" w:rsidRDefault="0065524D" w:rsidP="00466D50">
                  <w:pPr>
                    <w:jc w:val="both"/>
                    <w:rPr>
                      <w:rFonts w:ascii="Arial" w:hAnsi="Arial" w:cs="Arial"/>
                      <w:sz w:val="24"/>
                      <w:szCs w:val="24"/>
                      <w:lang w:val="en-GB"/>
                    </w:rPr>
                  </w:pPr>
                  <w:r>
                    <w:rPr>
                      <w:rFonts w:ascii="Arial" w:hAnsi="Arial" w:cs="Arial"/>
                      <w:sz w:val="24"/>
                      <w:szCs w:val="24"/>
                      <w:lang w:val="en-GB"/>
                    </w:rPr>
                    <w:t>2</w:t>
                  </w:r>
                </w:p>
              </w:tc>
              <w:tc>
                <w:tcPr>
                  <w:tcW w:w="1239" w:type="dxa"/>
                </w:tcPr>
                <w:p w14:paraId="6CD4FCAB" w14:textId="374646E1" w:rsidR="0065524D" w:rsidRDefault="0065524D" w:rsidP="00466D50">
                  <w:pPr>
                    <w:jc w:val="both"/>
                    <w:rPr>
                      <w:rFonts w:ascii="Arial" w:hAnsi="Arial" w:cs="Arial"/>
                      <w:sz w:val="24"/>
                      <w:szCs w:val="24"/>
                      <w:lang w:val="en-GB"/>
                    </w:rPr>
                  </w:pPr>
                  <w:r>
                    <w:rPr>
                      <w:rFonts w:ascii="Arial" w:hAnsi="Arial" w:cs="Arial"/>
                      <w:sz w:val="24"/>
                      <w:szCs w:val="24"/>
                      <w:lang w:val="en-GB"/>
                    </w:rPr>
                    <w:t>CARD</w:t>
                  </w:r>
                </w:p>
              </w:tc>
              <w:tc>
                <w:tcPr>
                  <w:tcW w:w="1517" w:type="dxa"/>
                </w:tcPr>
                <w:p w14:paraId="7988B184" w14:textId="5D6F3C6E" w:rsidR="0065524D" w:rsidRDefault="0065524D" w:rsidP="00466D50">
                  <w:pPr>
                    <w:jc w:val="both"/>
                    <w:rPr>
                      <w:rFonts w:ascii="Arial" w:hAnsi="Arial" w:cs="Arial"/>
                      <w:sz w:val="24"/>
                      <w:szCs w:val="24"/>
                      <w:lang w:val="en-GB"/>
                    </w:rPr>
                  </w:pPr>
                  <w:r>
                    <w:rPr>
                      <w:rFonts w:ascii="Arial" w:hAnsi="Arial" w:cs="Arial"/>
                      <w:sz w:val="24"/>
                      <w:szCs w:val="24"/>
                      <w:lang w:val="en-GB"/>
                    </w:rPr>
                    <w:t>32.00</w:t>
                  </w:r>
                </w:p>
              </w:tc>
              <w:tc>
                <w:tcPr>
                  <w:tcW w:w="2835" w:type="dxa"/>
                </w:tcPr>
                <w:p w14:paraId="672F45E3" w14:textId="32FEFEA4" w:rsidR="0065524D" w:rsidRDefault="0065524D" w:rsidP="00466D50">
                  <w:pPr>
                    <w:jc w:val="both"/>
                    <w:rPr>
                      <w:rFonts w:ascii="Arial" w:hAnsi="Arial" w:cs="Arial"/>
                      <w:sz w:val="24"/>
                      <w:szCs w:val="24"/>
                      <w:lang w:val="en-GB"/>
                    </w:rPr>
                  </w:pPr>
                  <w:r>
                    <w:rPr>
                      <w:rFonts w:ascii="Arial" w:hAnsi="Arial" w:cs="Arial"/>
                      <w:sz w:val="24"/>
                      <w:szCs w:val="24"/>
                      <w:lang w:val="en-GB"/>
                    </w:rPr>
                    <w:t>17/02/2026</w:t>
                  </w:r>
                </w:p>
              </w:tc>
            </w:tr>
            <w:tr w:rsidR="0065524D" w14:paraId="219464B4" w14:textId="1B98FEAB" w:rsidTr="0065524D">
              <w:trPr>
                <w:trHeight w:val="341"/>
              </w:trPr>
              <w:tc>
                <w:tcPr>
                  <w:tcW w:w="1064" w:type="dxa"/>
                </w:tcPr>
                <w:p w14:paraId="50802E5C" w14:textId="43C147DE" w:rsidR="0065524D" w:rsidRDefault="0065524D" w:rsidP="00466D50">
                  <w:pPr>
                    <w:jc w:val="both"/>
                    <w:rPr>
                      <w:rFonts w:ascii="Arial" w:hAnsi="Arial" w:cs="Arial"/>
                      <w:sz w:val="24"/>
                      <w:szCs w:val="24"/>
                      <w:lang w:val="en-GB"/>
                    </w:rPr>
                  </w:pPr>
                  <w:r>
                    <w:rPr>
                      <w:rFonts w:ascii="Arial" w:hAnsi="Arial" w:cs="Arial"/>
                      <w:sz w:val="24"/>
                      <w:szCs w:val="24"/>
                      <w:lang w:val="en-GB"/>
                    </w:rPr>
                    <w:t>2</w:t>
                  </w:r>
                </w:p>
              </w:tc>
              <w:tc>
                <w:tcPr>
                  <w:tcW w:w="1126" w:type="dxa"/>
                </w:tcPr>
                <w:p w14:paraId="607F5ECE" w14:textId="42EC96A0" w:rsidR="0065524D" w:rsidRDefault="0065524D" w:rsidP="00466D50">
                  <w:pPr>
                    <w:jc w:val="both"/>
                    <w:rPr>
                      <w:rFonts w:ascii="Arial" w:hAnsi="Arial" w:cs="Arial"/>
                      <w:sz w:val="24"/>
                      <w:szCs w:val="24"/>
                      <w:lang w:val="en-GB"/>
                    </w:rPr>
                  </w:pPr>
                  <w:r>
                    <w:rPr>
                      <w:rFonts w:ascii="Arial" w:hAnsi="Arial" w:cs="Arial"/>
                      <w:sz w:val="24"/>
                      <w:szCs w:val="24"/>
                      <w:lang w:val="en-GB"/>
                    </w:rPr>
                    <w:t>2</w:t>
                  </w:r>
                </w:p>
              </w:tc>
              <w:tc>
                <w:tcPr>
                  <w:tcW w:w="1198" w:type="dxa"/>
                </w:tcPr>
                <w:p w14:paraId="1164E772" w14:textId="3001B7C6" w:rsidR="0065524D" w:rsidRDefault="0065524D" w:rsidP="00466D50">
                  <w:pPr>
                    <w:jc w:val="both"/>
                    <w:rPr>
                      <w:rFonts w:ascii="Arial" w:hAnsi="Arial" w:cs="Arial"/>
                      <w:sz w:val="24"/>
                      <w:szCs w:val="24"/>
                      <w:lang w:val="en-GB"/>
                    </w:rPr>
                  </w:pPr>
                  <w:r>
                    <w:rPr>
                      <w:rFonts w:ascii="Arial" w:hAnsi="Arial" w:cs="Arial"/>
                      <w:sz w:val="24"/>
                      <w:szCs w:val="24"/>
                      <w:lang w:val="en-GB"/>
                    </w:rPr>
                    <w:t>4</w:t>
                  </w:r>
                </w:p>
              </w:tc>
              <w:tc>
                <w:tcPr>
                  <w:tcW w:w="1239" w:type="dxa"/>
                </w:tcPr>
                <w:p w14:paraId="670FB563" w14:textId="1FDEC8B5" w:rsidR="0065524D" w:rsidRDefault="0065524D" w:rsidP="00466D50">
                  <w:pPr>
                    <w:jc w:val="both"/>
                    <w:rPr>
                      <w:rFonts w:ascii="Arial" w:hAnsi="Arial" w:cs="Arial"/>
                      <w:sz w:val="24"/>
                      <w:szCs w:val="24"/>
                      <w:lang w:val="en-GB"/>
                    </w:rPr>
                  </w:pPr>
                  <w:r>
                    <w:rPr>
                      <w:rFonts w:ascii="Arial" w:hAnsi="Arial" w:cs="Arial"/>
                      <w:sz w:val="24"/>
                      <w:szCs w:val="24"/>
                      <w:lang w:val="en-GB"/>
                    </w:rPr>
                    <w:t>CARD</w:t>
                  </w:r>
                </w:p>
              </w:tc>
              <w:tc>
                <w:tcPr>
                  <w:tcW w:w="1517" w:type="dxa"/>
                </w:tcPr>
                <w:p w14:paraId="60AE80E9" w14:textId="09621A78" w:rsidR="0065524D" w:rsidRDefault="0065524D" w:rsidP="00466D50">
                  <w:pPr>
                    <w:jc w:val="both"/>
                    <w:rPr>
                      <w:rFonts w:ascii="Arial" w:hAnsi="Arial" w:cs="Arial"/>
                      <w:sz w:val="24"/>
                      <w:szCs w:val="24"/>
                      <w:lang w:val="en-GB"/>
                    </w:rPr>
                  </w:pPr>
                  <w:r>
                    <w:rPr>
                      <w:rFonts w:ascii="Arial" w:hAnsi="Arial" w:cs="Arial"/>
                      <w:sz w:val="24"/>
                      <w:szCs w:val="24"/>
                      <w:lang w:val="en-GB"/>
                    </w:rPr>
                    <w:t>10.00</w:t>
                  </w:r>
                </w:p>
              </w:tc>
              <w:tc>
                <w:tcPr>
                  <w:tcW w:w="2835" w:type="dxa"/>
                </w:tcPr>
                <w:p w14:paraId="576E9A7F" w14:textId="3C957D48" w:rsidR="0065524D" w:rsidRDefault="0065524D" w:rsidP="00466D50">
                  <w:pPr>
                    <w:jc w:val="both"/>
                    <w:rPr>
                      <w:rFonts w:ascii="Arial" w:hAnsi="Arial" w:cs="Arial"/>
                      <w:sz w:val="24"/>
                      <w:szCs w:val="24"/>
                      <w:lang w:val="en-GB"/>
                    </w:rPr>
                  </w:pPr>
                  <w:r>
                    <w:rPr>
                      <w:rFonts w:ascii="Arial" w:hAnsi="Arial" w:cs="Arial"/>
                      <w:sz w:val="24"/>
                      <w:szCs w:val="24"/>
                      <w:lang w:val="en-GB"/>
                    </w:rPr>
                    <w:t>02/03/2026</w:t>
                  </w:r>
                </w:p>
              </w:tc>
            </w:tr>
            <w:tr w:rsidR="0065524D" w14:paraId="22677F7B" w14:textId="4929D2B4" w:rsidTr="0065524D">
              <w:trPr>
                <w:trHeight w:val="341"/>
              </w:trPr>
              <w:tc>
                <w:tcPr>
                  <w:tcW w:w="1064" w:type="dxa"/>
                </w:tcPr>
                <w:p w14:paraId="6476FF7C" w14:textId="095B4ED2" w:rsidR="0065524D" w:rsidRDefault="0065524D" w:rsidP="00466D50">
                  <w:pPr>
                    <w:jc w:val="both"/>
                    <w:rPr>
                      <w:rFonts w:ascii="Arial" w:hAnsi="Arial" w:cs="Arial"/>
                      <w:sz w:val="24"/>
                      <w:szCs w:val="24"/>
                      <w:lang w:val="en-GB"/>
                    </w:rPr>
                  </w:pPr>
                  <w:r>
                    <w:rPr>
                      <w:rFonts w:ascii="Arial" w:hAnsi="Arial" w:cs="Arial"/>
                      <w:sz w:val="24"/>
                      <w:szCs w:val="24"/>
                      <w:lang w:val="en-GB"/>
                    </w:rPr>
                    <w:t>3</w:t>
                  </w:r>
                </w:p>
              </w:tc>
              <w:tc>
                <w:tcPr>
                  <w:tcW w:w="1126" w:type="dxa"/>
                </w:tcPr>
                <w:p w14:paraId="4434176E" w14:textId="0EEB87D6" w:rsidR="0065524D" w:rsidRDefault="0065524D" w:rsidP="00466D50">
                  <w:pPr>
                    <w:jc w:val="both"/>
                    <w:rPr>
                      <w:rFonts w:ascii="Arial" w:hAnsi="Arial" w:cs="Arial"/>
                      <w:sz w:val="24"/>
                      <w:szCs w:val="24"/>
                      <w:lang w:val="en-GB"/>
                    </w:rPr>
                  </w:pPr>
                  <w:r>
                    <w:rPr>
                      <w:rFonts w:ascii="Arial" w:hAnsi="Arial" w:cs="Arial"/>
                      <w:sz w:val="24"/>
                      <w:szCs w:val="24"/>
                      <w:lang w:val="en-GB"/>
                    </w:rPr>
                    <w:t>5</w:t>
                  </w:r>
                </w:p>
              </w:tc>
              <w:tc>
                <w:tcPr>
                  <w:tcW w:w="1198" w:type="dxa"/>
                </w:tcPr>
                <w:p w14:paraId="1D73B992" w14:textId="7CC6E365" w:rsidR="0065524D" w:rsidRDefault="0065524D" w:rsidP="00466D50">
                  <w:pPr>
                    <w:jc w:val="both"/>
                    <w:rPr>
                      <w:rFonts w:ascii="Arial" w:hAnsi="Arial" w:cs="Arial"/>
                      <w:sz w:val="24"/>
                      <w:szCs w:val="24"/>
                      <w:lang w:val="en-GB"/>
                    </w:rPr>
                  </w:pPr>
                  <w:r>
                    <w:rPr>
                      <w:rFonts w:ascii="Arial" w:hAnsi="Arial" w:cs="Arial"/>
                      <w:sz w:val="24"/>
                      <w:szCs w:val="24"/>
                      <w:lang w:val="en-GB"/>
                    </w:rPr>
                    <w:t>5</w:t>
                  </w:r>
                </w:p>
              </w:tc>
              <w:tc>
                <w:tcPr>
                  <w:tcW w:w="1239" w:type="dxa"/>
                </w:tcPr>
                <w:p w14:paraId="7BA2CB03" w14:textId="5CD1E688" w:rsidR="0065524D" w:rsidRDefault="0065524D" w:rsidP="00466D50">
                  <w:pPr>
                    <w:jc w:val="both"/>
                    <w:rPr>
                      <w:rFonts w:ascii="Arial" w:hAnsi="Arial" w:cs="Arial"/>
                      <w:sz w:val="24"/>
                      <w:szCs w:val="24"/>
                      <w:lang w:val="en-GB"/>
                    </w:rPr>
                  </w:pPr>
                  <w:r>
                    <w:rPr>
                      <w:rFonts w:ascii="Arial" w:hAnsi="Arial" w:cs="Arial"/>
                      <w:sz w:val="24"/>
                      <w:szCs w:val="24"/>
                      <w:lang w:val="en-GB"/>
                    </w:rPr>
                    <w:t>CASH</w:t>
                  </w:r>
                </w:p>
              </w:tc>
              <w:tc>
                <w:tcPr>
                  <w:tcW w:w="1517" w:type="dxa"/>
                </w:tcPr>
                <w:p w14:paraId="2F531C0A" w14:textId="283BD3BA" w:rsidR="0065524D" w:rsidRDefault="0065524D" w:rsidP="00466D50">
                  <w:pPr>
                    <w:jc w:val="both"/>
                    <w:rPr>
                      <w:rFonts w:ascii="Arial" w:hAnsi="Arial" w:cs="Arial"/>
                      <w:sz w:val="24"/>
                      <w:szCs w:val="24"/>
                      <w:lang w:val="en-GB"/>
                    </w:rPr>
                  </w:pPr>
                  <w:r>
                    <w:rPr>
                      <w:rFonts w:ascii="Arial" w:hAnsi="Arial" w:cs="Arial"/>
                      <w:sz w:val="24"/>
                      <w:szCs w:val="24"/>
                      <w:lang w:val="en-GB"/>
                    </w:rPr>
                    <w:t>50.00</w:t>
                  </w:r>
                </w:p>
              </w:tc>
              <w:tc>
                <w:tcPr>
                  <w:tcW w:w="2835" w:type="dxa"/>
                </w:tcPr>
                <w:p w14:paraId="648511B0" w14:textId="17BE1F30" w:rsidR="0065524D" w:rsidRDefault="0065524D" w:rsidP="00466D50">
                  <w:pPr>
                    <w:jc w:val="both"/>
                    <w:rPr>
                      <w:rFonts w:ascii="Arial" w:hAnsi="Arial" w:cs="Arial"/>
                      <w:sz w:val="24"/>
                      <w:szCs w:val="24"/>
                      <w:lang w:val="en-GB"/>
                    </w:rPr>
                  </w:pPr>
                  <w:r>
                    <w:rPr>
                      <w:rFonts w:ascii="Arial" w:hAnsi="Arial" w:cs="Arial"/>
                      <w:sz w:val="24"/>
                      <w:szCs w:val="24"/>
                      <w:lang w:val="en-GB"/>
                    </w:rPr>
                    <w:t>15/05/2026</w:t>
                  </w:r>
                </w:p>
              </w:tc>
            </w:tr>
          </w:tbl>
          <w:p w14:paraId="68EAE0B0" w14:textId="77777777" w:rsidR="00492E99" w:rsidRDefault="00492E99" w:rsidP="00466D50">
            <w:pPr>
              <w:jc w:val="both"/>
              <w:rPr>
                <w:rFonts w:ascii="Arial" w:hAnsi="Arial" w:cs="Arial"/>
                <w:sz w:val="24"/>
                <w:szCs w:val="24"/>
                <w:lang w:val="en-GB"/>
              </w:rPr>
            </w:pPr>
          </w:p>
          <w:p w14:paraId="15BAB115" w14:textId="310577AD" w:rsidR="00492E99" w:rsidRDefault="007D7685" w:rsidP="00466D50">
            <w:pPr>
              <w:jc w:val="both"/>
              <w:rPr>
                <w:rFonts w:ascii="Arial" w:hAnsi="Arial" w:cs="Arial"/>
                <w:sz w:val="24"/>
                <w:szCs w:val="24"/>
                <w:lang w:val="en-GB"/>
              </w:rPr>
            </w:pPr>
            <w:r>
              <w:rPr>
                <w:rFonts w:ascii="Arial" w:hAnsi="Arial" w:cs="Arial"/>
                <w:sz w:val="24"/>
                <w:szCs w:val="24"/>
                <w:lang w:val="en-GB"/>
              </w:rPr>
              <w:t>In this table the information TYPE</w:t>
            </w:r>
            <w:r w:rsidR="00136B4F">
              <w:rPr>
                <w:rFonts w:ascii="Arial" w:hAnsi="Arial" w:cs="Arial"/>
                <w:sz w:val="24"/>
                <w:szCs w:val="24"/>
                <w:lang w:val="en-GB"/>
              </w:rPr>
              <w:t xml:space="preserve">, </w:t>
            </w:r>
            <w:r>
              <w:rPr>
                <w:rFonts w:ascii="Arial" w:hAnsi="Arial" w:cs="Arial"/>
                <w:sz w:val="24"/>
                <w:szCs w:val="24"/>
                <w:lang w:val="en-GB"/>
              </w:rPr>
              <w:t xml:space="preserve">VALUE </w:t>
            </w:r>
            <w:r w:rsidR="00136B4F">
              <w:rPr>
                <w:rFonts w:ascii="Arial" w:hAnsi="Arial" w:cs="Arial"/>
                <w:sz w:val="24"/>
                <w:szCs w:val="24"/>
                <w:lang w:val="en-GB"/>
              </w:rPr>
              <w:t xml:space="preserve">and DATE </w:t>
            </w:r>
            <w:r>
              <w:rPr>
                <w:rFonts w:ascii="Arial" w:hAnsi="Arial" w:cs="Arial"/>
                <w:sz w:val="24"/>
                <w:szCs w:val="24"/>
                <w:lang w:val="en-GB"/>
              </w:rPr>
              <w:t>are only related to table PAYMENT</w:t>
            </w:r>
            <w:r w:rsidR="00136B4F">
              <w:rPr>
                <w:rFonts w:ascii="Arial" w:hAnsi="Arial" w:cs="Arial"/>
                <w:sz w:val="24"/>
                <w:szCs w:val="24"/>
                <w:lang w:val="en-GB"/>
              </w:rPr>
              <w:t>S</w:t>
            </w:r>
            <w:r>
              <w:rPr>
                <w:rFonts w:ascii="Arial" w:hAnsi="Arial" w:cs="Arial"/>
                <w:sz w:val="24"/>
                <w:szCs w:val="24"/>
                <w:lang w:val="en-GB"/>
              </w:rPr>
              <w:t xml:space="preserve">, and not to combination of </w:t>
            </w:r>
            <w:r w:rsidR="005503AA">
              <w:rPr>
                <w:rFonts w:ascii="Arial" w:hAnsi="Arial" w:cs="Arial"/>
                <w:sz w:val="24"/>
                <w:szCs w:val="24"/>
                <w:lang w:val="en-GB"/>
              </w:rPr>
              <w:t>keys</w:t>
            </w:r>
            <w:r>
              <w:rPr>
                <w:rFonts w:ascii="Arial" w:hAnsi="Arial" w:cs="Arial"/>
                <w:sz w:val="24"/>
                <w:szCs w:val="24"/>
                <w:lang w:val="en-GB"/>
              </w:rPr>
              <w:t xml:space="preserve"> PAYID, VEHIID and SLOTID</w:t>
            </w:r>
            <w:r w:rsidR="00492E99">
              <w:rPr>
                <w:rFonts w:ascii="Arial" w:hAnsi="Arial" w:cs="Arial"/>
                <w:sz w:val="24"/>
                <w:szCs w:val="24"/>
                <w:lang w:val="en-GB"/>
              </w:rPr>
              <w:t>.</w:t>
            </w:r>
            <w:r>
              <w:rPr>
                <w:rFonts w:ascii="Arial" w:hAnsi="Arial" w:cs="Arial"/>
                <w:sz w:val="24"/>
                <w:szCs w:val="24"/>
                <w:lang w:val="en-GB"/>
              </w:rPr>
              <w:t xml:space="preserve"> </w:t>
            </w:r>
            <w:r w:rsidR="00136B4F">
              <w:rPr>
                <w:rFonts w:ascii="Arial" w:hAnsi="Arial" w:cs="Arial"/>
                <w:sz w:val="24"/>
                <w:szCs w:val="24"/>
                <w:lang w:val="en-GB"/>
              </w:rPr>
              <w:t>So,</w:t>
            </w:r>
            <w:r>
              <w:rPr>
                <w:rFonts w:ascii="Arial" w:hAnsi="Arial" w:cs="Arial"/>
                <w:sz w:val="24"/>
                <w:szCs w:val="24"/>
                <w:lang w:val="en-GB"/>
              </w:rPr>
              <w:t xml:space="preserve"> another table will be </w:t>
            </w:r>
            <w:r w:rsidR="0065524D">
              <w:rPr>
                <w:rFonts w:ascii="Arial" w:hAnsi="Arial" w:cs="Arial"/>
                <w:sz w:val="24"/>
                <w:szCs w:val="24"/>
                <w:lang w:val="en-GB"/>
              </w:rPr>
              <w:t>created</w:t>
            </w:r>
            <w:r>
              <w:rPr>
                <w:rFonts w:ascii="Arial" w:hAnsi="Arial" w:cs="Arial"/>
                <w:sz w:val="24"/>
                <w:szCs w:val="24"/>
                <w:lang w:val="en-GB"/>
              </w:rPr>
              <w:t xml:space="preserve"> to divide and organize the database. </w:t>
            </w:r>
          </w:p>
          <w:p w14:paraId="362830BF" w14:textId="77777777" w:rsidR="00492E99" w:rsidRDefault="00492E99" w:rsidP="00466D50">
            <w:pPr>
              <w:jc w:val="both"/>
              <w:rPr>
                <w:rFonts w:ascii="Arial" w:hAnsi="Arial" w:cs="Arial"/>
                <w:sz w:val="24"/>
                <w:szCs w:val="24"/>
                <w:lang w:val="en-GB"/>
              </w:rPr>
            </w:pPr>
          </w:p>
          <w:p w14:paraId="3EE2D91E" w14:textId="77777777" w:rsidR="00492E99" w:rsidRDefault="00492E99" w:rsidP="00466D50">
            <w:pPr>
              <w:jc w:val="both"/>
              <w:rPr>
                <w:rFonts w:ascii="Arial" w:hAnsi="Arial" w:cs="Arial"/>
                <w:sz w:val="24"/>
                <w:szCs w:val="24"/>
                <w:lang w:val="en-GB"/>
              </w:rPr>
            </w:pPr>
          </w:p>
          <w:p w14:paraId="1FB0238D" w14:textId="4D1B938A" w:rsidR="00492E99" w:rsidRDefault="00492E99" w:rsidP="00466D50">
            <w:pPr>
              <w:jc w:val="both"/>
              <w:rPr>
                <w:rFonts w:ascii="Arial" w:hAnsi="Arial" w:cs="Arial"/>
                <w:sz w:val="24"/>
                <w:szCs w:val="24"/>
                <w:lang w:val="en-GB"/>
              </w:rPr>
            </w:pPr>
            <w:r>
              <w:rPr>
                <w:rFonts w:ascii="Arial" w:hAnsi="Arial" w:cs="Arial"/>
                <w:sz w:val="24"/>
                <w:szCs w:val="24"/>
                <w:lang w:val="en-GB"/>
              </w:rPr>
              <w:t xml:space="preserve">After </w:t>
            </w:r>
            <w:r w:rsidR="0065524D">
              <w:rPr>
                <w:rFonts w:ascii="Arial" w:hAnsi="Arial" w:cs="Arial"/>
                <w:sz w:val="24"/>
                <w:szCs w:val="24"/>
                <w:lang w:val="en-GB"/>
              </w:rPr>
              <w:t>2</w:t>
            </w:r>
            <w:r>
              <w:rPr>
                <w:rFonts w:ascii="Arial" w:hAnsi="Arial" w:cs="Arial"/>
                <w:sz w:val="24"/>
                <w:szCs w:val="24"/>
                <w:lang w:val="en-GB"/>
              </w:rPr>
              <w:t>NF:</w:t>
            </w:r>
          </w:p>
          <w:p w14:paraId="43508EEC" w14:textId="640B04C9" w:rsidR="00492E99" w:rsidRDefault="00492E99"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3368"/>
              <w:gridCol w:w="2793"/>
              <w:gridCol w:w="2818"/>
            </w:tblGrid>
            <w:tr w:rsidR="00492E99" w14:paraId="66962CB7" w14:textId="77777777" w:rsidTr="00466D50">
              <w:trPr>
                <w:trHeight w:val="314"/>
              </w:trPr>
              <w:tc>
                <w:tcPr>
                  <w:tcW w:w="9054" w:type="dxa"/>
                  <w:gridSpan w:val="3"/>
                </w:tcPr>
                <w:p w14:paraId="0487BE24" w14:textId="6AC9C2AE" w:rsidR="00492E99" w:rsidRDefault="007D7685" w:rsidP="00466D50">
                  <w:pPr>
                    <w:jc w:val="both"/>
                    <w:rPr>
                      <w:rFonts w:ascii="Arial" w:hAnsi="Arial" w:cs="Arial"/>
                      <w:sz w:val="24"/>
                      <w:szCs w:val="24"/>
                      <w:lang w:val="en-GB"/>
                    </w:rPr>
                  </w:pPr>
                  <w:r>
                    <w:rPr>
                      <w:rFonts w:ascii="Arial" w:hAnsi="Arial" w:cs="Arial"/>
                      <w:sz w:val="24"/>
                      <w:szCs w:val="24"/>
                      <w:lang w:val="en-GB"/>
                    </w:rPr>
                    <w:t>VEHSLOTID</w:t>
                  </w:r>
                </w:p>
              </w:tc>
            </w:tr>
            <w:tr w:rsidR="00492E99" w14:paraId="14AD635F" w14:textId="77777777" w:rsidTr="00466D50">
              <w:trPr>
                <w:trHeight w:val="314"/>
              </w:trPr>
              <w:tc>
                <w:tcPr>
                  <w:tcW w:w="3399" w:type="dxa"/>
                </w:tcPr>
                <w:p w14:paraId="2A3E46D1" w14:textId="123E0D17" w:rsidR="00492E99" w:rsidRDefault="007D7685" w:rsidP="00466D50">
                  <w:pPr>
                    <w:jc w:val="both"/>
                    <w:rPr>
                      <w:rFonts w:ascii="Arial" w:hAnsi="Arial" w:cs="Arial"/>
                      <w:sz w:val="24"/>
                      <w:szCs w:val="24"/>
                      <w:lang w:val="en-GB"/>
                    </w:rPr>
                  </w:pPr>
                  <w:r>
                    <w:rPr>
                      <w:rFonts w:ascii="Arial" w:hAnsi="Arial" w:cs="Arial"/>
                      <w:sz w:val="24"/>
                      <w:szCs w:val="24"/>
                      <w:lang w:val="en-GB"/>
                    </w:rPr>
                    <w:t>PAYID</w:t>
                  </w:r>
                </w:p>
              </w:tc>
              <w:tc>
                <w:tcPr>
                  <w:tcW w:w="2815" w:type="dxa"/>
                </w:tcPr>
                <w:p w14:paraId="322F8DB4" w14:textId="028D9E5C" w:rsidR="00492E99" w:rsidRDefault="007D7685" w:rsidP="00466D50">
                  <w:pPr>
                    <w:jc w:val="both"/>
                    <w:rPr>
                      <w:rFonts w:ascii="Arial" w:hAnsi="Arial" w:cs="Arial"/>
                      <w:sz w:val="24"/>
                      <w:szCs w:val="24"/>
                      <w:lang w:val="en-GB"/>
                    </w:rPr>
                  </w:pPr>
                  <w:r>
                    <w:rPr>
                      <w:rFonts w:ascii="Arial" w:hAnsi="Arial" w:cs="Arial"/>
                      <w:sz w:val="24"/>
                      <w:szCs w:val="24"/>
                      <w:lang w:val="en-GB"/>
                    </w:rPr>
                    <w:t>VEHIID</w:t>
                  </w:r>
                </w:p>
              </w:tc>
              <w:tc>
                <w:tcPr>
                  <w:tcW w:w="2838" w:type="dxa"/>
                </w:tcPr>
                <w:p w14:paraId="655BFAB2" w14:textId="54EF1B0E" w:rsidR="00492E99" w:rsidRDefault="007D7685" w:rsidP="00466D50">
                  <w:pPr>
                    <w:jc w:val="both"/>
                    <w:rPr>
                      <w:rFonts w:ascii="Arial" w:hAnsi="Arial" w:cs="Arial"/>
                      <w:sz w:val="24"/>
                      <w:szCs w:val="24"/>
                      <w:lang w:val="en-GB"/>
                    </w:rPr>
                  </w:pPr>
                  <w:r>
                    <w:rPr>
                      <w:rFonts w:ascii="Arial" w:hAnsi="Arial" w:cs="Arial"/>
                      <w:sz w:val="24"/>
                      <w:szCs w:val="24"/>
                      <w:lang w:val="en-GB"/>
                    </w:rPr>
                    <w:t>SLOTID</w:t>
                  </w:r>
                </w:p>
              </w:tc>
            </w:tr>
            <w:tr w:rsidR="00492E99" w14:paraId="6A2F7384" w14:textId="77777777" w:rsidTr="00466D50">
              <w:trPr>
                <w:trHeight w:val="314"/>
              </w:trPr>
              <w:tc>
                <w:tcPr>
                  <w:tcW w:w="3399" w:type="dxa"/>
                </w:tcPr>
                <w:p w14:paraId="5AC9EBC8" w14:textId="3B4E85F4" w:rsidR="00492E99" w:rsidRDefault="00492E99" w:rsidP="00466D50">
                  <w:pPr>
                    <w:jc w:val="both"/>
                    <w:rPr>
                      <w:rFonts w:ascii="Arial" w:hAnsi="Arial" w:cs="Arial"/>
                      <w:sz w:val="24"/>
                      <w:szCs w:val="24"/>
                      <w:lang w:val="en-GB"/>
                    </w:rPr>
                  </w:pPr>
                  <w:r>
                    <w:rPr>
                      <w:rFonts w:ascii="Arial" w:hAnsi="Arial" w:cs="Arial"/>
                      <w:sz w:val="24"/>
                      <w:szCs w:val="24"/>
                      <w:lang w:val="en-GB"/>
                    </w:rPr>
                    <w:t>1</w:t>
                  </w:r>
                </w:p>
              </w:tc>
              <w:tc>
                <w:tcPr>
                  <w:tcW w:w="2815" w:type="dxa"/>
                </w:tcPr>
                <w:p w14:paraId="0F67414F" w14:textId="074CEE5C" w:rsidR="00492E99" w:rsidRDefault="007D7685" w:rsidP="00466D50">
                  <w:pPr>
                    <w:jc w:val="both"/>
                    <w:rPr>
                      <w:rFonts w:ascii="Arial" w:hAnsi="Arial" w:cs="Arial"/>
                      <w:sz w:val="24"/>
                      <w:szCs w:val="24"/>
                      <w:lang w:val="en-GB"/>
                    </w:rPr>
                  </w:pPr>
                  <w:r>
                    <w:rPr>
                      <w:rFonts w:ascii="Arial" w:hAnsi="Arial" w:cs="Arial"/>
                      <w:sz w:val="24"/>
                      <w:szCs w:val="24"/>
                      <w:lang w:val="en-GB"/>
                    </w:rPr>
                    <w:t>1</w:t>
                  </w:r>
                </w:p>
              </w:tc>
              <w:tc>
                <w:tcPr>
                  <w:tcW w:w="2838" w:type="dxa"/>
                </w:tcPr>
                <w:p w14:paraId="07412B86" w14:textId="78FA853F" w:rsidR="00492E99" w:rsidRDefault="007D7685" w:rsidP="00466D50">
                  <w:pPr>
                    <w:jc w:val="both"/>
                    <w:rPr>
                      <w:rFonts w:ascii="Arial" w:hAnsi="Arial" w:cs="Arial"/>
                      <w:sz w:val="24"/>
                      <w:szCs w:val="24"/>
                      <w:lang w:val="en-GB"/>
                    </w:rPr>
                  </w:pPr>
                  <w:r>
                    <w:rPr>
                      <w:rFonts w:ascii="Arial" w:hAnsi="Arial" w:cs="Arial"/>
                      <w:sz w:val="24"/>
                      <w:szCs w:val="24"/>
                      <w:lang w:val="en-GB"/>
                    </w:rPr>
                    <w:t>2</w:t>
                  </w:r>
                </w:p>
              </w:tc>
            </w:tr>
            <w:tr w:rsidR="007D7685" w14:paraId="2B141E94" w14:textId="77777777" w:rsidTr="00466D50">
              <w:trPr>
                <w:trHeight w:val="314"/>
              </w:trPr>
              <w:tc>
                <w:tcPr>
                  <w:tcW w:w="3399" w:type="dxa"/>
                </w:tcPr>
                <w:p w14:paraId="0EF006D3" w14:textId="3647AE74" w:rsidR="007D7685" w:rsidRDefault="007D7685" w:rsidP="00466D50">
                  <w:pPr>
                    <w:jc w:val="both"/>
                    <w:rPr>
                      <w:rFonts w:ascii="Arial" w:hAnsi="Arial" w:cs="Arial"/>
                      <w:sz w:val="24"/>
                      <w:szCs w:val="24"/>
                      <w:lang w:val="en-GB"/>
                    </w:rPr>
                  </w:pPr>
                  <w:r>
                    <w:rPr>
                      <w:rFonts w:ascii="Arial" w:hAnsi="Arial" w:cs="Arial"/>
                      <w:sz w:val="24"/>
                      <w:szCs w:val="24"/>
                      <w:lang w:val="en-GB"/>
                    </w:rPr>
                    <w:t>2</w:t>
                  </w:r>
                </w:p>
              </w:tc>
              <w:tc>
                <w:tcPr>
                  <w:tcW w:w="2815" w:type="dxa"/>
                </w:tcPr>
                <w:p w14:paraId="2942775D" w14:textId="3649C278" w:rsidR="007D7685" w:rsidRDefault="007D7685" w:rsidP="00466D50">
                  <w:pPr>
                    <w:jc w:val="both"/>
                    <w:rPr>
                      <w:rFonts w:ascii="Arial" w:hAnsi="Arial" w:cs="Arial"/>
                      <w:sz w:val="24"/>
                      <w:szCs w:val="24"/>
                      <w:lang w:val="en-GB"/>
                    </w:rPr>
                  </w:pPr>
                  <w:r>
                    <w:rPr>
                      <w:rFonts w:ascii="Arial" w:hAnsi="Arial" w:cs="Arial"/>
                      <w:sz w:val="24"/>
                      <w:szCs w:val="24"/>
                      <w:lang w:val="en-GB"/>
                    </w:rPr>
                    <w:t>2</w:t>
                  </w:r>
                </w:p>
              </w:tc>
              <w:tc>
                <w:tcPr>
                  <w:tcW w:w="2838" w:type="dxa"/>
                </w:tcPr>
                <w:p w14:paraId="75E9F2CA" w14:textId="46B63B80" w:rsidR="007D7685" w:rsidRDefault="007D7685" w:rsidP="00466D50">
                  <w:pPr>
                    <w:jc w:val="both"/>
                    <w:rPr>
                      <w:rFonts w:ascii="Arial" w:hAnsi="Arial" w:cs="Arial"/>
                      <w:sz w:val="24"/>
                      <w:szCs w:val="24"/>
                      <w:lang w:val="en-GB"/>
                    </w:rPr>
                  </w:pPr>
                  <w:r>
                    <w:rPr>
                      <w:rFonts w:ascii="Arial" w:hAnsi="Arial" w:cs="Arial"/>
                      <w:sz w:val="24"/>
                      <w:szCs w:val="24"/>
                      <w:lang w:val="en-GB"/>
                    </w:rPr>
                    <w:t>4</w:t>
                  </w:r>
                </w:p>
              </w:tc>
            </w:tr>
            <w:tr w:rsidR="007D7685" w14:paraId="699E44F7" w14:textId="77777777" w:rsidTr="00466D50">
              <w:trPr>
                <w:trHeight w:val="314"/>
              </w:trPr>
              <w:tc>
                <w:tcPr>
                  <w:tcW w:w="3399" w:type="dxa"/>
                </w:tcPr>
                <w:p w14:paraId="5F61092A" w14:textId="7308B084" w:rsidR="007D7685" w:rsidRDefault="007D7685" w:rsidP="00466D50">
                  <w:pPr>
                    <w:jc w:val="both"/>
                    <w:rPr>
                      <w:rFonts w:ascii="Arial" w:hAnsi="Arial" w:cs="Arial"/>
                      <w:sz w:val="24"/>
                      <w:szCs w:val="24"/>
                      <w:lang w:val="en-GB"/>
                    </w:rPr>
                  </w:pPr>
                  <w:r>
                    <w:rPr>
                      <w:rFonts w:ascii="Arial" w:hAnsi="Arial" w:cs="Arial"/>
                      <w:sz w:val="24"/>
                      <w:szCs w:val="24"/>
                      <w:lang w:val="en-GB"/>
                    </w:rPr>
                    <w:t>3</w:t>
                  </w:r>
                </w:p>
              </w:tc>
              <w:tc>
                <w:tcPr>
                  <w:tcW w:w="2815" w:type="dxa"/>
                </w:tcPr>
                <w:p w14:paraId="28A97DA8" w14:textId="65EF8F6A" w:rsidR="007D7685" w:rsidRDefault="007D7685" w:rsidP="00466D50">
                  <w:pPr>
                    <w:jc w:val="both"/>
                    <w:rPr>
                      <w:rFonts w:ascii="Arial" w:hAnsi="Arial" w:cs="Arial"/>
                      <w:sz w:val="24"/>
                      <w:szCs w:val="24"/>
                      <w:lang w:val="en-GB"/>
                    </w:rPr>
                  </w:pPr>
                  <w:r>
                    <w:rPr>
                      <w:rFonts w:ascii="Arial" w:hAnsi="Arial" w:cs="Arial"/>
                      <w:sz w:val="24"/>
                      <w:szCs w:val="24"/>
                      <w:lang w:val="en-GB"/>
                    </w:rPr>
                    <w:t>5</w:t>
                  </w:r>
                </w:p>
              </w:tc>
              <w:tc>
                <w:tcPr>
                  <w:tcW w:w="2838" w:type="dxa"/>
                </w:tcPr>
                <w:p w14:paraId="09465101" w14:textId="325DC0BB" w:rsidR="007D7685" w:rsidRDefault="007D7685" w:rsidP="00466D50">
                  <w:pPr>
                    <w:jc w:val="both"/>
                    <w:rPr>
                      <w:rFonts w:ascii="Arial" w:hAnsi="Arial" w:cs="Arial"/>
                      <w:sz w:val="24"/>
                      <w:szCs w:val="24"/>
                      <w:lang w:val="en-GB"/>
                    </w:rPr>
                  </w:pPr>
                  <w:r>
                    <w:rPr>
                      <w:rFonts w:ascii="Arial" w:hAnsi="Arial" w:cs="Arial"/>
                      <w:sz w:val="24"/>
                      <w:szCs w:val="24"/>
                      <w:lang w:val="en-GB"/>
                    </w:rPr>
                    <w:t>5</w:t>
                  </w:r>
                </w:p>
              </w:tc>
            </w:tr>
          </w:tbl>
          <w:p w14:paraId="396F85DD" w14:textId="3979D2A6" w:rsidR="00492E99" w:rsidRDefault="00492E99" w:rsidP="00466D50">
            <w:pPr>
              <w:jc w:val="both"/>
              <w:rPr>
                <w:rFonts w:ascii="Arial" w:hAnsi="Arial" w:cs="Arial"/>
                <w:sz w:val="24"/>
                <w:szCs w:val="24"/>
                <w:lang w:val="en-GB"/>
              </w:rPr>
            </w:pPr>
          </w:p>
          <w:p w14:paraId="77D930D6" w14:textId="77777777" w:rsidR="00492E99" w:rsidRDefault="00492E99"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2334"/>
              <w:gridCol w:w="2366"/>
              <w:gridCol w:w="2185"/>
              <w:gridCol w:w="2094"/>
            </w:tblGrid>
            <w:tr w:rsidR="00492E99" w14:paraId="5A6C74A3" w14:textId="77777777" w:rsidTr="0065524D">
              <w:trPr>
                <w:trHeight w:val="314"/>
              </w:trPr>
              <w:tc>
                <w:tcPr>
                  <w:tcW w:w="8979" w:type="dxa"/>
                  <w:gridSpan w:val="4"/>
                </w:tcPr>
                <w:p w14:paraId="6A18F499" w14:textId="15C38045" w:rsidR="00492E99" w:rsidRDefault="007D7685" w:rsidP="00466D50">
                  <w:pPr>
                    <w:jc w:val="both"/>
                    <w:rPr>
                      <w:rFonts w:ascii="Arial" w:hAnsi="Arial" w:cs="Arial"/>
                      <w:sz w:val="24"/>
                      <w:szCs w:val="24"/>
                      <w:lang w:val="en-GB"/>
                    </w:rPr>
                  </w:pPr>
                  <w:r>
                    <w:rPr>
                      <w:rFonts w:ascii="Arial" w:hAnsi="Arial" w:cs="Arial"/>
                      <w:sz w:val="24"/>
                      <w:szCs w:val="24"/>
                      <w:lang w:val="en-GB"/>
                    </w:rPr>
                    <w:t>PAYMENTS</w:t>
                  </w:r>
                </w:p>
              </w:tc>
            </w:tr>
            <w:tr w:rsidR="0065524D" w14:paraId="6B28DDA1" w14:textId="77777777" w:rsidTr="0065524D">
              <w:trPr>
                <w:trHeight w:val="314"/>
              </w:trPr>
              <w:tc>
                <w:tcPr>
                  <w:tcW w:w="2334" w:type="dxa"/>
                </w:tcPr>
                <w:p w14:paraId="0DC37001" w14:textId="3AE74F4E" w:rsidR="0065524D" w:rsidRDefault="007004E8" w:rsidP="0065524D">
                  <w:pPr>
                    <w:jc w:val="both"/>
                    <w:rPr>
                      <w:rFonts w:ascii="Arial" w:hAnsi="Arial" w:cs="Arial"/>
                      <w:sz w:val="24"/>
                      <w:szCs w:val="24"/>
                      <w:lang w:val="en-GB"/>
                    </w:rPr>
                  </w:pPr>
                  <w:r>
                    <w:rPr>
                      <w:noProof/>
                    </w:rPr>
                    <w:lastRenderedPageBreak/>
                    <mc:AlternateContent>
                      <mc:Choice Requires="wps">
                        <w:drawing>
                          <wp:anchor distT="0" distB="0" distL="114300" distR="114300" simplePos="0" relativeHeight="251659264" behindDoc="0" locked="0" layoutInCell="1" allowOverlap="1" wp14:anchorId="344424F0" wp14:editId="58CA1004">
                            <wp:simplePos x="0" y="0"/>
                            <wp:positionH relativeFrom="column">
                              <wp:posOffset>748665</wp:posOffset>
                            </wp:positionH>
                            <wp:positionV relativeFrom="paragraph">
                              <wp:posOffset>-627380</wp:posOffset>
                            </wp:positionV>
                            <wp:extent cx="1828800" cy="276225"/>
                            <wp:effectExtent l="0" t="0" r="0" b="9525"/>
                            <wp:wrapNone/>
                            <wp:docPr id="266943079" name="Caixa de Texto 1"/>
                            <wp:cNvGraphicFramePr/>
                            <a:graphic xmlns:a="http://schemas.openxmlformats.org/drawingml/2006/main">
                              <a:graphicData uri="http://schemas.microsoft.com/office/word/2010/wordprocessingShape">
                                <wps:wsp>
                                  <wps:cNvSpPr txBox="1"/>
                                  <wps:spPr>
                                    <a:xfrm>
                                      <a:off x="0" y="0"/>
                                      <a:ext cx="1828800" cy="276225"/>
                                    </a:xfrm>
                                    <a:prstGeom prst="rect">
                                      <a:avLst/>
                                    </a:prstGeom>
                                    <a:noFill/>
                                    <a:ln>
                                      <a:noFill/>
                                    </a:ln>
                                  </wps:spPr>
                                  <wps:txbx>
                                    <w:txbxContent>
                                      <w:p w14:paraId="34F7F620" w14:textId="074E5B23" w:rsidR="007004E8" w:rsidRPr="0091426F" w:rsidRDefault="007004E8" w:rsidP="007004E8">
                                        <w:pP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4424F0" id="_x0000_s1031" type="#_x0000_t202" style="position:absolute;left:0;text-align:left;margin-left:58.95pt;margin-top:-49.4pt;width:2in;height:21.7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" filled="f" stroked="f">
                            <v:textbox>
                              <w:txbxContent>
                                <w:p w14:paraId="34F7F620" w14:textId="074E5B23" w:rsidR="007004E8" w:rsidRPr="0091426F" w:rsidRDefault="007004E8" w:rsidP="007004E8">
                                  <w:pP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sidR="0065524D">
                    <w:rPr>
                      <w:rFonts w:ascii="Arial" w:hAnsi="Arial" w:cs="Arial"/>
                      <w:sz w:val="24"/>
                      <w:szCs w:val="24"/>
                      <w:lang w:val="en-GB"/>
                    </w:rPr>
                    <w:t>PAYID</w:t>
                  </w:r>
                </w:p>
              </w:tc>
              <w:tc>
                <w:tcPr>
                  <w:tcW w:w="2366" w:type="dxa"/>
                </w:tcPr>
                <w:p w14:paraId="1DAC813A" w14:textId="59AE09BE" w:rsidR="0065524D" w:rsidRDefault="0065524D" w:rsidP="0065524D">
                  <w:pPr>
                    <w:jc w:val="both"/>
                    <w:rPr>
                      <w:rFonts w:ascii="Arial" w:hAnsi="Arial" w:cs="Arial"/>
                      <w:sz w:val="24"/>
                      <w:szCs w:val="24"/>
                      <w:lang w:val="en-GB"/>
                    </w:rPr>
                  </w:pPr>
                  <w:r>
                    <w:rPr>
                      <w:rFonts w:ascii="Arial" w:hAnsi="Arial" w:cs="Arial"/>
                      <w:sz w:val="24"/>
                      <w:szCs w:val="24"/>
                      <w:lang w:val="en-GB"/>
                    </w:rPr>
                    <w:t>TYPE</w:t>
                  </w:r>
                </w:p>
              </w:tc>
              <w:tc>
                <w:tcPr>
                  <w:tcW w:w="2185" w:type="dxa"/>
                </w:tcPr>
                <w:p w14:paraId="7DE63DA5" w14:textId="04B89F82" w:rsidR="0065524D" w:rsidRDefault="0065524D" w:rsidP="0065524D">
                  <w:pPr>
                    <w:jc w:val="both"/>
                    <w:rPr>
                      <w:rFonts w:ascii="Arial" w:hAnsi="Arial" w:cs="Arial"/>
                      <w:sz w:val="24"/>
                      <w:szCs w:val="24"/>
                      <w:lang w:val="en-GB"/>
                    </w:rPr>
                  </w:pPr>
                  <w:r>
                    <w:rPr>
                      <w:rFonts w:ascii="Arial" w:hAnsi="Arial" w:cs="Arial"/>
                      <w:sz w:val="24"/>
                      <w:szCs w:val="24"/>
                      <w:lang w:val="en-GB"/>
                    </w:rPr>
                    <w:t>DATE</w:t>
                  </w:r>
                </w:p>
              </w:tc>
              <w:tc>
                <w:tcPr>
                  <w:tcW w:w="2094" w:type="dxa"/>
                </w:tcPr>
                <w:p w14:paraId="04D7F043" w14:textId="6135D68C" w:rsidR="0065524D" w:rsidRDefault="007004E8" w:rsidP="0065524D">
                  <w:pPr>
                    <w:jc w:val="both"/>
                    <w:rPr>
                      <w:rFonts w:ascii="Arial" w:hAnsi="Arial" w:cs="Arial"/>
                      <w:sz w:val="24"/>
                      <w:szCs w:val="24"/>
                      <w:lang w:val="en-GB"/>
                    </w:rPr>
                  </w:pPr>
                  <w:r>
                    <w:rPr>
                      <w:rFonts w:ascii="Arial" w:hAnsi="Arial" w:cs="Arial"/>
                      <w:sz w:val="24"/>
                      <w:szCs w:val="24"/>
                      <w:lang w:val="en-GB"/>
                    </w:rPr>
                    <w:t>VALUE</w:t>
                  </w:r>
                </w:p>
              </w:tc>
            </w:tr>
            <w:tr w:rsidR="007004E8" w14:paraId="4643C82F" w14:textId="77777777" w:rsidTr="0065524D">
              <w:trPr>
                <w:trHeight w:val="314"/>
              </w:trPr>
              <w:tc>
                <w:tcPr>
                  <w:tcW w:w="2334" w:type="dxa"/>
                </w:tcPr>
                <w:p w14:paraId="19CB5889" w14:textId="7E70962B" w:rsidR="007004E8" w:rsidRDefault="007004E8" w:rsidP="007004E8">
                  <w:pPr>
                    <w:jc w:val="both"/>
                    <w:rPr>
                      <w:rFonts w:ascii="Arial" w:hAnsi="Arial" w:cs="Arial"/>
                      <w:sz w:val="24"/>
                      <w:szCs w:val="24"/>
                      <w:lang w:val="en-GB"/>
                    </w:rPr>
                  </w:pPr>
                  <w:r>
                    <w:rPr>
                      <w:rFonts w:ascii="Arial" w:hAnsi="Arial" w:cs="Arial"/>
                      <w:sz w:val="24"/>
                      <w:szCs w:val="24"/>
                      <w:lang w:val="en-GB"/>
                    </w:rPr>
                    <w:t>1</w:t>
                  </w:r>
                </w:p>
              </w:tc>
              <w:tc>
                <w:tcPr>
                  <w:tcW w:w="2366" w:type="dxa"/>
                </w:tcPr>
                <w:p w14:paraId="29103ABD" w14:textId="387025BF" w:rsidR="007004E8" w:rsidRDefault="007004E8" w:rsidP="007004E8">
                  <w:pPr>
                    <w:jc w:val="both"/>
                    <w:rPr>
                      <w:rFonts w:ascii="Arial" w:hAnsi="Arial" w:cs="Arial"/>
                      <w:sz w:val="24"/>
                      <w:szCs w:val="24"/>
                      <w:lang w:val="en-GB"/>
                    </w:rPr>
                  </w:pPr>
                  <w:r>
                    <w:rPr>
                      <w:rFonts w:ascii="Arial" w:hAnsi="Arial" w:cs="Arial"/>
                      <w:sz w:val="24"/>
                      <w:szCs w:val="24"/>
                      <w:lang w:val="en-GB"/>
                    </w:rPr>
                    <w:t>CARD</w:t>
                  </w:r>
                </w:p>
              </w:tc>
              <w:tc>
                <w:tcPr>
                  <w:tcW w:w="2185" w:type="dxa"/>
                </w:tcPr>
                <w:p w14:paraId="6EAA3CA0" w14:textId="58DEC9FB" w:rsidR="007004E8" w:rsidRDefault="007004E8" w:rsidP="007004E8">
                  <w:pPr>
                    <w:jc w:val="both"/>
                    <w:rPr>
                      <w:rFonts w:ascii="Arial" w:hAnsi="Arial" w:cs="Arial"/>
                      <w:sz w:val="24"/>
                      <w:szCs w:val="24"/>
                      <w:lang w:val="en-GB"/>
                    </w:rPr>
                  </w:pPr>
                  <w:r>
                    <w:rPr>
                      <w:rFonts w:ascii="Arial" w:hAnsi="Arial" w:cs="Arial"/>
                      <w:sz w:val="24"/>
                      <w:szCs w:val="24"/>
                      <w:lang w:val="en-GB"/>
                    </w:rPr>
                    <w:t>17/02/2026</w:t>
                  </w:r>
                </w:p>
              </w:tc>
              <w:tc>
                <w:tcPr>
                  <w:tcW w:w="2094" w:type="dxa"/>
                </w:tcPr>
                <w:p w14:paraId="13E4A968" w14:textId="21CF4AC6" w:rsidR="007004E8" w:rsidRDefault="007004E8" w:rsidP="007004E8">
                  <w:pPr>
                    <w:jc w:val="both"/>
                    <w:rPr>
                      <w:rFonts w:ascii="Arial" w:hAnsi="Arial" w:cs="Arial"/>
                      <w:sz w:val="24"/>
                      <w:szCs w:val="24"/>
                      <w:lang w:val="en-GB"/>
                    </w:rPr>
                  </w:pPr>
                  <w:r>
                    <w:rPr>
                      <w:rFonts w:ascii="Arial" w:hAnsi="Arial" w:cs="Arial"/>
                      <w:sz w:val="24"/>
                      <w:szCs w:val="24"/>
                      <w:lang w:val="en-GB"/>
                    </w:rPr>
                    <w:t>32.00</w:t>
                  </w:r>
                </w:p>
              </w:tc>
            </w:tr>
            <w:tr w:rsidR="007004E8" w14:paraId="2B0F2DBC" w14:textId="77777777" w:rsidTr="0065524D">
              <w:trPr>
                <w:trHeight w:val="314"/>
              </w:trPr>
              <w:tc>
                <w:tcPr>
                  <w:tcW w:w="2334" w:type="dxa"/>
                </w:tcPr>
                <w:p w14:paraId="31637EE7" w14:textId="10CBC2F6" w:rsidR="007004E8" w:rsidRDefault="007004E8" w:rsidP="007004E8">
                  <w:pPr>
                    <w:jc w:val="both"/>
                    <w:rPr>
                      <w:rFonts w:ascii="Arial" w:hAnsi="Arial" w:cs="Arial"/>
                      <w:sz w:val="24"/>
                      <w:szCs w:val="24"/>
                      <w:lang w:val="en-GB"/>
                    </w:rPr>
                  </w:pPr>
                  <w:r>
                    <w:rPr>
                      <w:rFonts w:ascii="Arial" w:hAnsi="Arial" w:cs="Arial"/>
                      <w:sz w:val="24"/>
                      <w:szCs w:val="24"/>
                      <w:lang w:val="en-GB"/>
                    </w:rPr>
                    <w:t>2</w:t>
                  </w:r>
                </w:p>
              </w:tc>
              <w:tc>
                <w:tcPr>
                  <w:tcW w:w="2366" w:type="dxa"/>
                </w:tcPr>
                <w:p w14:paraId="510836DD" w14:textId="46C09542" w:rsidR="007004E8" w:rsidRDefault="007004E8" w:rsidP="007004E8">
                  <w:pPr>
                    <w:jc w:val="both"/>
                    <w:rPr>
                      <w:rFonts w:ascii="Arial" w:hAnsi="Arial" w:cs="Arial"/>
                      <w:sz w:val="24"/>
                      <w:szCs w:val="24"/>
                      <w:lang w:val="en-GB"/>
                    </w:rPr>
                  </w:pPr>
                  <w:r>
                    <w:rPr>
                      <w:rFonts w:ascii="Arial" w:hAnsi="Arial" w:cs="Arial"/>
                      <w:sz w:val="24"/>
                      <w:szCs w:val="24"/>
                      <w:lang w:val="en-GB"/>
                    </w:rPr>
                    <w:t>CARD</w:t>
                  </w:r>
                </w:p>
              </w:tc>
              <w:tc>
                <w:tcPr>
                  <w:tcW w:w="2185" w:type="dxa"/>
                </w:tcPr>
                <w:p w14:paraId="432D990C" w14:textId="34F2E61C" w:rsidR="007004E8" w:rsidRDefault="007004E8" w:rsidP="007004E8">
                  <w:pPr>
                    <w:jc w:val="both"/>
                    <w:rPr>
                      <w:rFonts w:ascii="Arial" w:hAnsi="Arial" w:cs="Arial"/>
                      <w:sz w:val="24"/>
                      <w:szCs w:val="24"/>
                      <w:lang w:val="en-GB"/>
                    </w:rPr>
                  </w:pPr>
                  <w:r>
                    <w:rPr>
                      <w:rFonts w:ascii="Arial" w:hAnsi="Arial" w:cs="Arial"/>
                      <w:sz w:val="24"/>
                      <w:szCs w:val="24"/>
                      <w:lang w:val="en-GB"/>
                    </w:rPr>
                    <w:t>02/03/2026</w:t>
                  </w:r>
                </w:p>
              </w:tc>
              <w:tc>
                <w:tcPr>
                  <w:tcW w:w="2094" w:type="dxa"/>
                </w:tcPr>
                <w:p w14:paraId="47553641" w14:textId="10F22DF4" w:rsidR="007004E8" w:rsidRDefault="007004E8" w:rsidP="007004E8">
                  <w:pPr>
                    <w:jc w:val="both"/>
                    <w:rPr>
                      <w:rFonts w:ascii="Arial" w:hAnsi="Arial" w:cs="Arial"/>
                      <w:sz w:val="24"/>
                      <w:szCs w:val="24"/>
                      <w:lang w:val="en-GB"/>
                    </w:rPr>
                  </w:pPr>
                  <w:r>
                    <w:rPr>
                      <w:rFonts w:ascii="Arial" w:hAnsi="Arial" w:cs="Arial"/>
                      <w:sz w:val="24"/>
                      <w:szCs w:val="24"/>
                      <w:lang w:val="en-GB"/>
                    </w:rPr>
                    <w:t>10.00</w:t>
                  </w:r>
                </w:p>
              </w:tc>
            </w:tr>
            <w:tr w:rsidR="007004E8" w14:paraId="0F8C9D34" w14:textId="77777777" w:rsidTr="0065524D">
              <w:trPr>
                <w:trHeight w:val="314"/>
              </w:trPr>
              <w:tc>
                <w:tcPr>
                  <w:tcW w:w="2334" w:type="dxa"/>
                </w:tcPr>
                <w:p w14:paraId="005A6223" w14:textId="77777777" w:rsidR="007004E8" w:rsidRDefault="007004E8" w:rsidP="007004E8">
                  <w:pPr>
                    <w:jc w:val="both"/>
                    <w:rPr>
                      <w:rFonts w:ascii="Arial" w:hAnsi="Arial" w:cs="Arial"/>
                      <w:sz w:val="24"/>
                      <w:szCs w:val="24"/>
                      <w:lang w:val="en-GB"/>
                    </w:rPr>
                  </w:pPr>
                  <w:r>
                    <w:rPr>
                      <w:rFonts w:ascii="Arial" w:hAnsi="Arial" w:cs="Arial"/>
                      <w:sz w:val="24"/>
                      <w:szCs w:val="24"/>
                      <w:lang w:val="en-GB"/>
                    </w:rPr>
                    <w:t>3</w:t>
                  </w:r>
                </w:p>
              </w:tc>
              <w:tc>
                <w:tcPr>
                  <w:tcW w:w="2366" w:type="dxa"/>
                </w:tcPr>
                <w:p w14:paraId="26738E37" w14:textId="48BB05C8" w:rsidR="007004E8" w:rsidRDefault="007004E8" w:rsidP="007004E8">
                  <w:pPr>
                    <w:jc w:val="both"/>
                    <w:rPr>
                      <w:rFonts w:ascii="Arial" w:hAnsi="Arial" w:cs="Arial"/>
                      <w:sz w:val="24"/>
                      <w:szCs w:val="24"/>
                      <w:lang w:val="en-GB"/>
                    </w:rPr>
                  </w:pPr>
                  <w:r>
                    <w:rPr>
                      <w:rFonts w:ascii="Arial" w:hAnsi="Arial" w:cs="Arial"/>
                      <w:sz w:val="24"/>
                      <w:szCs w:val="24"/>
                      <w:lang w:val="en-GB"/>
                    </w:rPr>
                    <w:t>CASH</w:t>
                  </w:r>
                </w:p>
              </w:tc>
              <w:tc>
                <w:tcPr>
                  <w:tcW w:w="2185" w:type="dxa"/>
                </w:tcPr>
                <w:p w14:paraId="3A23A1FC" w14:textId="7469665A" w:rsidR="007004E8" w:rsidRDefault="007004E8" w:rsidP="007004E8">
                  <w:pPr>
                    <w:jc w:val="both"/>
                    <w:rPr>
                      <w:rFonts w:ascii="Arial" w:hAnsi="Arial" w:cs="Arial"/>
                      <w:sz w:val="24"/>
                      <w:szCs w:val="24"/>
                      <w:lang w:val="en-GB"/>
                    </w:rPr>
                  </w:pPr>
                  <w:r>
                    <w:rPr>
                      <w:rFonts w:ascii="Arial" w:hAnsi="Arial" w:cs="Arial"/>
                      <w:sz w:val="24"/>
                      <w:szCs w:val="24"/>
                      <w:lang w:val="en-GB"/>
                    </w:rPr>
                    <w:t>15/05/2026</w:t>
                  </w:r>
                </w:p>
              </w:tc>
              <w:tc>
                <w:tcPr>
                  <w:tcW w:w="2094" w:type="dxa"/>
                </w:tcPr>
                <w:p w14:paraId="040A05C9" w14:textId="7A2245E9" w:rsidR="007004E8" w:rsidRDefault="007004E8" w:rsidP="007004E8">
                  <w:pPr>
                    <w:jc w:val="both"/>
                    <w:rPr>
                      <w:rFonts w:ascii="Arial" w:hAnsi="Arial" w:cs="Arial"/>
                      <w:sz w:val="24"/>
                      <w:szCs w:val="24"/>
                      <w:lang w:val="en-GB"/>
                    </w:rPr>
                  </w:pPr>
                  <w:r>
                    <w:rPr>
                      <w:rFonts w:ascii="Arial" w:hAnsi="Arial" w:cs="Arial"/>
                      <w:sz w:val="24"/>
                      <w:szCs w:val="24"/>
                      <w:lang w:val="en-GB"/>
                    </w:rPr>
                    <w:t>50.00</w:t>
                  </w:r>
                </w:p>
              </w:tc>
            </w:tr>
          </w:tbl>
          <w:p w14:paraId="20779BAD" w14:textId="77777777" w:rsidR="00492E99" w:rsidRDefault="00492E99" w:rsidP="00466D50">
            <w:pPr>
              <w:jc w:val="both"/>
              <w:rPr>
                <w:rFonts w:ascii="Arial" w:hAnsi="Arial" w:cs="Arial"/>
                <w:sz w:val="24"/>
                <w:szCs w:val="24"/>
                <w:lang w:val="en-GB"/>
              </w:rPr>
            </w:pPr>
          </w:p>
          <w:p w14:paraId="279BEFC6" w14:textId="77777777" w:rsidR="00492E99" w:rsidRDefault="00492E99" w:rsidP="00466D50">
            <w:pPr>
              <w:jc w:val="both"/>
              <w:rPr>
                <w:rFonts w:ascii="Arial" w:hAnsi="Arial" w:cs="Arial"/>
                <w:sz w:val="24"/>
                <w:szCs w:val="24"/>
                <w:lang w:val="en-GB"/>
              </w:rPr>
            </w:pPr>
          </w:p>
        </w:tc>
      </w:tr>
    </w:tbl>
    <w:p w14:paraId="19DC3CE3" w14:textId="77777777" w:rsidR="00492E99" w:rsidRDefault="00492E99" w:rsidP="008D2AA8">
      <w:pPr>
        <w:jc w:val="both"/>
        <w:rPr>
          <w:rFonts w:ascii="Arial" w:hAnsi="Arial" w:cs="Arial"/>
          <w:sz w:val="24"/>
          <w:szCs w:val="24"/>
        </w:rPr>
      </w:pPr>
    </w:p>
    <w:p w14:paraId="54159D96" w14:textId="77777777" w:rsidR="00F42860" w:rsidRDefault="00F42860" w:rsidP="008D2AA8">
      <w:pPr>
        <w:pStyle w:val="Heading2"/>
      </w:pPr>
    </w:p>
    <w:tbl>
      <w:tblPr>
        <w:tblStyle w:val="TableGrid"/>
        <w:tblW w:w="9291" w:type="dxa"/>
        <w:tblBorders>
          <w:top w:val="thickThinSmallGap" w:sz="24" w:space="0" w:color="F79646" w:themeColor="accent6"/>
          <w:left w:val="thickThinSmallGap" w:sz="24" w:space="0" w:color="F79646" w:themeColor="accent6"/>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291"/>
      </w:tblGrid>
      <w:tr w:rsidR="00F42860" w14:paraId="34B17DC8" w14:textId="77777777" w:rsidTr="00466D50">
        <w:trPr>
          <w:trHeight w:val="6897"/>
        </w:trPr>
        <w:tc>
          <w:tcPr>
            <w:tcW w:w="9291" w:type="dxa"/>
          </w:tcPr>
          <w:p w14:paraId="69AFCB7A" w14:textId="77777777" w:rsidR="00F42860" w:rsidRDefault="00F42860" w:rsidP="00466D50">
            <w:pPr>
              <w:jc w:val="both"/>
              <w:rPr>
                <w:rFonts w:ascii="Arial" w:hAnsi="Arial" w:cs="Arial"/>
                <w:sz w:val="24"/>
                <w:szCs w:val="24"/>
                <w:lang w:val="en-GB"/>
              </w:rPr>
            </w:pPr>
            <w:r>
              <w:rPr>
                <w:rFonts w:ascii="Arial" w:hAnsi="Arial" w:cs="Arial"/>
                <w:sz w:val="24"/>
                <w:szCs w:val="24"/>
                <w:lang w:val="en-GB"/>
              </w:rPr>
              <w:t xml:space="preserve">Before 2NF: </w:t>
            </w:r>
          </w:p>
          <w:p w14:paraId="181DFB76" w14:textId="77777777" w:rsidR="00F42860" w:rsidRDefault="00F42860"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1150"/>
              <w:gridCol w:w="1122"/>
              <w:gridCol w:w="1194"/>
              <w:gridCol w:w="1236"/>
              <w:gridCol w:w="1493"/>
              <w:gridCol w:w="2784"/>
            </w:tblGrid>
            <w:tr w:rsidR="00F42860" w14:paraId="51A7CAB0" w14:textId="77777777" w:rsidTr="00466D50">
              <w:trPr>
                <w:trHeight w:val="314"/>
              </w:trPr>
              <w:tc>
                <w:tcPr>
                  <w:tcW w:w="8979" w:type="dxa"/>
                  <w:gridSpan w:val="6"/>
                </w:tcPr>
                <w:p w14:paraId="5144A62C" w14:textId="1EF2442D" w:rsidR="00F42860" w:rsidRDefault="00F42860" w:rsidP="00466D50">
                  <w:pPr>
                    <w:jc w:val="both"/>
                    <w:rPr>
                      <w:rFonts w:ascii="Arial" w:hAnsi="Arial" w:cs="Arial"/>
                      <w:sz w:val="24"/>
                      <w:szCs w:val="24"/>
                      <w:lang w:val="en-GB"/>
                    </w:rPr>
                  </w:pPr>
                  <w:r>
                    <w:rPr>
                      <w:rFonts w:ascii="Arial" w:hAnsi="Arial" w:cs="Arial"/>
                      <w:sz w:val="24"/>
                      <w:szCs w:val="24"/>
                      <w:lang w:val="en-GB"/>
                    </w:rPr>
                    <w:t>BOOKINGS</w:t>
                  </w:r>
                </w:p>
              </w:tc>
            </w:tr>
            <w:tr w:rsidR="00F42860" w14:paraId="0C9248C5" w14:textId="77777777" w:rsidTr="005503AA">
              <w:trPr>
                <w:trHeight w:val="314"/>
              </w:trPr>
              <w:tc>
                <w:tcPr>
                  <w:tcW w:w="1150" w:type="dxa"/>
                </w:tcPr>
                <w:p w14:paraId="2D17A093" w14:textId="367689D3" w:rsidR="00F42860" w:rsidRDefault="00F42860" w:rsidP="00466D50">
                  <w:pPr>
                    <w:jc w:val="both"/>
                    <w:rPr>
                      <w:rFonts w:ascii="Arial" w:hAnsi="Arial" w:cs="Arial"/>
                      <w:sz w:val="24"/>
                      <w:szCs w:val="24"/>
                      <w:lang w:val="en-GB"/>
                    </w:rPr>
                  </w:pPr>
                  <w:r>
                    <w:rPr>
                      <w:rFonts w:ascii="Arial" w:hAnsi="Arial" w:cs="Arial"/>
                      <w:sz w:val="24"/>
                      <w:szCs w:val="24"/>
                      <w:lang w:val="en-GB"/>
                    </w:rPr>
                    <w:t>BOOKID</w:t>
                  </w:r>
                </w:p>
              </w:tc>
              <w:tc>
                <w:tcPr>
                  <w:tcW w:w="1122" w:type="dxa"/>
                </w:tcPr>
                <w:p w14:paraId="7E77EAAF" w14:textId="77777777" w:rsidR="00F42860" w:rsidRDefault="00F42860" w:rsidP="00466D50">
                  <w:pPr>
                    <w:jc w:val="both"/>
                    <w:rPr>
                      <w:rFonts w:ascii="Arial" w:hAnsi="Arial" w:cs="Arial"/>
                      <w:sz w:val="24"/>
                      <w:szCs w:val="24"/>
                      <w:lang w:val="en-GB"/>
                    </w:rPr>
                  </w:pPr>
                  <w:r>
                    <w:rPr>
                      <w:rFonts w:ascii="Arial" w:hAnsi="Arial" w:cs="Arial"/>
                      <w:sz w:val="24"/>
                      <w:szCs w:val="24"/>
                      <w:lang w:val="en-GB"/>
                    </w:rPr>
                    <w:t>VEHIID</w:t>
                  </w:r>
                </w:p>
              </w:tc>
              <w:tc>
                <w:tcPr>
                  <w:tcW w:w="1194" w:type="dxa"/>
                </w:tcPr>
                <w:p w14:paraId="5973401F" w14:textId="77777777" w:rsidR="00F42860" w:rsidRDefault="00F42860" w:rsidP="00466D50">
                  <w:pPr>
                    <w:jc w:val="both"/>
                    <w:rPr>
                      <w:rFonts w:ascii="Arial" w:hAnsi="Arial" w:cs="Arial"/>
                      <w:sz w:val="24"/>
                      <w:szCs w:val="24"/>
                      <w:lang w:val="en-GB"/>
                    </w:rPr>
                  </w:pPr>
                  <w:r>
                    <w:rPr>
                      <w:rFonts w:ascii="Arial" w:hAnsi="Arial" w:cs="Arial"/>
                      <w:sz w:val="24"/>
                      <w:szCs w:val="24"/>
                      <w:lang w:val="en-GB"/>
                    </w:rPr>
                    <w:t>SLOTID</w:t>
                  </w:r>
                </w:p>
              </w:tc>
              <w:tc>
                <w:tcPr>
                  <w:tcW w:w="1236" w:type="dxa"/>
                </w:tcPr>
                <w:p w14:paraId="356FCB8A" w14:textId="06AE5CF3" w:rsidR="00F42860" w:rsidRDefault="005503AA" w:rsidP="00466D50">
                  <w:pPr>
                    <w:jc w:val="both"/>
                    <w:rPr>
                      <w:rFonts w:ascii="Arial" w:hAnsi="Arial" w:cs="Arial"/>
                      <w:sz w:val="24"/>
                      <w:szCs w:val="24"/>
                      <w:lang w:val="en-GB"/>
                    </w:rPr>
                  </w:pPr>
                  <w:r>
                    <w:rPr>
                      <w:rFonts w:ascii="Arial" w:hAnsi="Arial" w:cs="Arial"/>
                      <w:sz w:val="24"/>
                      <w:szCs w:val="24"/>
                      <w:lang w:val="en-GB"/>
                    </w:rPr>
                    <w:t>STATUS</w:t>
                  </w:r>
                </w:p>
              </w:tc>
              <w:tc>
                <w:tcPr>
                  <w:tcW w:w="1493" w:type="dxa"/>
                </w:tcPr>
                <w:p w14:paraId="1CE044A7" w14:textId="0F4FE16E" w:rsidR="00F42860" w:rsidRDefault="005503AA" w:rsidP="00466D50">
                  <w:pPr>
                    <w:jc w:val="both"/>
                    <w:rPr>
                      <w:rFonts w:ascii="Arial" w:hAnsi="Arial" w:cs="Arial"/>
                      <w:sz w:val="24"/>
                      <w:szCs w:val="24"/>
                      <w:lang w:val="en-GB"/>
                    </w:rPr>
                  </w:pPr>
                  <w:r>
                    <w:rPr>
                      <w:rFonts w:ascii="Arial" w:hAnsi="Arial" w:cs="Arial"/>
                      <w:sz w:val="24"/>
                      <w:szCs w:val="24"/>
                      <w:lang w:val="en-GB"/>
                    </w:rPr>
                    <w:t>DATE</w:t>
                  </w:r>
                </w:p>
              </w:tc>
              <w:tc>
                <w:tcPr>
                  <w:tcW w:w="2784" w:type="dxa"/>
                </w:tcPr>
                <w:p w14:paraId="62B67423" w14:textId="64AA8972" w:rsidR="00F42860" w:rsidRDefault="005503AA" w:rsidP="00466D50">
                  <w:pPr>
                    <w:jc w:val="both"/>
                    <w:rPr>
                      <w:rFonts w:ascii="Arial" w:hAnsi="Arial" w:cs="Arial"/>
                      <w:sz w:val="24"/>
                      <w:szCs w:val="24"/>
                      <w:lang w:val="en-GB"/>
                    </w:rPr>
                  </w:pPr>
                  <w:r>
                    <w:rPr>
                      <w:rFonts w:ascii="Arial" w:hAnsi="Arial" w:cs="Arial"/>
                      <w:sz w:val="24"/>
                      <w:szCs w:val="24"/>
                      <w:lang w:val="en-GB"/>
                    </w:rPr>
                    <w:t>TIME</w:t>
                  </w:r>
                </w:p>
              </w:tc>
            </w:tr>
            <w:tr w:rsidR="005503AA" w14:paraId="2F26E54E" w14:textId="77777777" w:rsidTr="005503AA">
              <w:trPr>
                <w:trHeight w:val="411"/>
              </w:trPr>
              <w:tc>
                <w:tcPr>
                  <w:tcW w:w="1150" w:type="dxa"/>
                </w:tcPr>
                <w:p w14:paraId="62FE702D" w14:textId="77777777" w:rsidR="005503AA" w:rsidRDefault="005503AA" w:rsidP="005503AA">
                  <w:pPr>
                    <w:jc w:val="both"/>
                    <w:rPr>
                      <w:rFonts w:ascii="Arial" w:hAnsi="Arial" w:cs="Arial"/>
                      <w:sz w:val="24"/>
                      <w:szCs w:val="24"/>
                      <w:lang w:val="en-GB"/>
                    </w:rPr>
                  </w:pPr>
                  <w:r>
                    <w:rPr>
                      <w:rFonts w:ascii="Arial" w:hAnsi="Arial" w:cs="Arial"/>
                      <w:sz w:val="24"/>
                      <w:szCs w:val="24"/>
                      <w:lang w:val="en-GB"/>
                    </w:rPr>
                    <w:t>1</w:t>
                  </w:r>
                </w:p>
              </w:tc>
              <w:tc>
                <w:tcPr>
                  <w:tcW w:w="1122" w:type="dxa"/>
                </w:tcPr>
                <w:p w14:paraId="56225A8B" w14:textId="77777777" w:rsidR="005503AA" w:rsidRDefault="005503AA" w:rsidP="005503AA">
                  <w:pPr>
                    <w:jc w:val="both"/>
                    <w:rPr>
                      <w:rFonts w:ascii="Arial" w:hAnsi="Arial" w:cs="Arial"/>
                      <w:sz w:val="24"/>
                      <w:szCs w:val="24"/>
                      <w:lang w:val="en-GB"/>
                    </w:rPr>
                  </w:pPr>
                  <w:r>
                    <w:rPr>
                      <w:rFonts w:ascii="Arial" w:hAnsi="Arial" w:cs="Arial"/>
                      <w:sz w:val="24"/>
                      <w:szCs w:val="24"/>
                      <w:lang w:val="en-GB"/>
                    </w:rPr>
                    <w:t>1</w:t>
                  </w:r>
                </w:p>
              </w:tc>
              <w:tc>
                <w:tcPr>
                  <w:tcW w:w="1194" w:type="dxa"/>
                </w:tcPr>
                <w:p w14:paraId="7EF86B6C" w14:textId="77777777" w:rsidR="005503AA" w:rsidRDefault="005503AA" w:rsidP="005503AA">
                  <w:pPr>
                    <w:jc w:val="both"/>
                    <w:rPr>
                      <w:rFonts w:ascii="Arial" w:hAnsi="Arial" w:cs="Arial"/>
                      <w:sz w:val="24"/>
                      <w:szCs w:val="24"/>
                      <w:lang w:val="en-GB"/>
                    </w:rPr>
                  </w:pPr>
                  <w:r>
                    <w:rPr>
                      <w:rFonts w:ascii="Arial" w:hAnsi="Arial" w:cs="Arial"/>
                      <w:sz w:val="24"/>
                      <w:szCs w:val="24"/>
                      <w:lang w:val="en-GB"/>
                    </w:rPr>
                    <w:t>2</w:t>
                  </w:r>
                </w:p>
              </w:tc>
              <w:tc>
                <w:tcPr>
                  <w:tcW w:w="1236" w:type="dxa"/>
                </w:tcPr>
                <w:p w14:paraId="1B3E01C7" w14:textId="4E5D6E4C" w:rsidR="005503AA" w:rsidRDefault="005503AA" w:rsidP="005503AA">
                  <w:pPr>
                    <w:jc w:val="both"/>
                    <w:rPr>
                      <w:rFonts w:ascii="Arial" w:hAnsi="Arial" w:cs="Arial"/>
                      <w:sz w:val="24"/>
                      <w:szCs w:val="24"/>
                      <w:lang w:val="en-GB"/>
                    </w:rPr>
                  </w:pPr>
                  <w:r>
                    <w:rPr>
                      <w:rFonts w:ascii="Arial" w:hAnsi="Arial" w:cs="Arial"/>
                      <w:sz w:val="24"/>
                      <w:szCs w:val="24"/>
                      <w:lang w:val="en-GB"/>
                    </w:rPr>
                    <w:t>Finished</w:t>
                  </w:r>
                </w:p>
              </w:tc>
              <w:tc>
                <w:tcPr>
                  <w:tcW w:w="1493" w:type="dxa"/>
                </w:tcPr>
                <w:p w14:paraId="34D6E65E" w14:textId="7736B3FB" w:rsidR="005503AA" w:rsidRDefault="005503AA" w:rsidP="005503AA">
                  <w:pPr>
                    <w:jc w:val="both"/>
                    <w:rPr>
                      <w:rFonts w:ascii="Arial" w:hAnsi="Arial" w:cs="Arial"/>
                      <w:sz w:val="24"/>
                      <w:szCs w:val="24"/>
                      <w:lang w:val="en-GB"/>
                    </w:rPr>
                  </w:pPr>
                  <w:r>
                    <w:rPr>
                      <w:rFonts w:ascii="Arial" w:hAnsi="Arial" w:cs="Arial"/>
                      <w:sz w:val="24"/>
                      <w:szCs w:val="24"/>
                      <w:lang w:val="en-GB"/>
                    </w:rPr>
                    <w:t>17/02/2026</w:t>
                  </w:r>
                </w:p>
              </w:tc>
              <w:tc>
                <w:tcPr>
                  <w:tcW w:w="2784" w:type="dxa"/>
                </w:tcPr>
                <w:p w14:paraId="33506B08" w14:textId="7DCDDD73" w:rsidR="005503AA" w:rsidRDefault="005503AA" w:rsidP="005503AA">
                  <w:pPr>
                    <w:jc w:val="both"/>
                    <w:rPr>
                      <w:rFonts w:ascii="Arial" w:hAnsi="Arial" w:cs="Arial"/>
                      <w:sz w:val="24"/>
                      <w:szCs w:val="24"/>
                      <w:lang w:val="en-GB"/>
                    </w:rPr>
                  </w:pPr>
                  <w:r>
                    <w:rPr>
                      <w:rFonts w:ascii="Arial" w:hAnsi="Arial" w:cs="Arial"/>
                      <w:sz w:val="24"/>
                      <w:szCs w:val="24"/>
                      <w:lang w:val="en-GB"/>
                    </w:rPr>
                    <w:t>13:00</w:t>
                  </w:r>
                </w:p>
              </w:tc>
            </w:tr>
            <w:tr w:rsidR="005503AA" w14:paraId="6EA18BEF" w14:textId="77777777" w:rsidTr="005503AA">
              <w:trPr>
                <w:trHeight w:val="341"/>
              </w:trPr>
              <w:tc>
                <w:tcPr>
                  <w:tcW w:w="1150" w:type="dxa"/>
                </w:tcPr>
                <w:p w14:paraId="02379B2F" w14:textId="77777777" w:rsidR="005503AA" w:rsidRDefault="005503AA" w:rsidP="005503AA">
                  <w:pPr>
                    <w:jc w:val="both"/>
                    <w:rPr>
                      <w:rFonts w:ascii="Arial" w:hAnsi="Arial" w:cs="Arial"/>
                      <w:sz w:val="24"/>
                      <w:szCs w:val="24"/>
                      <w:lang w:val="en-GB"/>
                    </w:rPr>
                  </w:pPr>
                  <w:r>
                    <w:rPr>
                      <w:rFonts w:ascii="Arial" w:hAnsi="Arial" w:cs="Arial"/>
                      <w:sz w:val="24"/>
                      <w:szCs w:val="24"/>
                      <w:lang w:val="en-GB"/>
                    </w:rPr>
                    <w:t>2</w:t>
                  </w:r>
                </w:p>
              </w:tc>
              <w:tc>
                <w:tcPr>
                  <w:tcW w:w="1122" w:type="dxa"/>
                </w:tcPr>
                <w:p w14:paraId="2A49163E" w14:textId="77777777" w:rsidR="005503AA" w:rsidRDefault="005503AA" w:rsidP="005503AA">
                  <w:pPr>
                    <w:jc w:val="both"/>
                    <w:rPr>
                      <w:rFonts w:ascii="Arial" w:hAnsi="Arial" w:cs="Arial"/>
                      <w:sz w:val="24"/>
                      <w:szCs w:val="24"/>
                      <w:lang w:val="en-GB"/>
                    </w:rPr>
                  </w:pPr>
                  <w:r>
                    <w:rPr>
                      <w:rFonts w:ascii="Arial" w:hAnsi="Arial" w:cs="Arial"/>
                      <w:sz w:val="24"/>
                      <w:szCs w:val="24"/>
                      <w:lang w:val="en-GB"/>
                    </w:rPr>
                    <w:t>2</w:t>
                  </w:r>
                </w:p>
              </w:tc>
              <w:tc>
                <w:tcPr>
                  <w:tcW w:w="1194" w:type="dxa"/>
                </w:tcPr>
                <w:p w14:paraId="50E71CE5" w14:textId="77777777" w:rsidR="005503AA" w:rsidRDefault="005503AA" w:rsidP="005503AA">
                  <w:pPr>
                    <w:jc w:val="both"/>
                    <w:rPr>
                      <w:rFonts w:ascii="Arial" w:hAnsi="Arial" w:cs="Arial"/>
                      <w:sz w:val="24"/>
                      <w:szCs w:val="24"/>
                      <w:lang w:val="en-GB"/>
                    </w:rPr>
                  </w:pPr>
                  <w:r>
                    <w:rPr>
                      <w:rFonts w:ascii="Arial" w:hAnsi="Arial" w:cs="Arial"/>
                      <w:sz w:val="24"/>
                      <w:szCs w:val="24"/>
                      <w:lang w:val="en-GB"/>
                    </w:rPr>
                    <w:t>4</w:t>
                  </w:r>
                </w:p>
              </w:tc>
              <w:tc>
                <w:tcPr>
                  <w:tcW w:w="1236" w:type="dxa"/>
                </w:tcPr>
                <w:p w14:paraId="4D4C5BE6" w14:textId="1F4055C2" w:rsidR="005503AA" w:rsidRDefault="005503AA" w:rsidP="005503AA">
                  <w:pPr>
                    <w:jc w:val="both"/>
                    <w:rPr>
                      <w:rFonts w:ascii="Arial" w:hAnsi="Arial" w:cs="Arial"/>
                      <w:sz w:val="24"/>
                      <w:szCs w:val="24"/>
                      <w:lang w:val="en-GB"/>
                    </w:rPr>
                  </w:pPr>
                  <w:r>
                    <w:rPr>
                      <w:rFonts w:ascii="Arial" w:hAnsi="Arial" w:cs="Arial"/>
                      <w:sz w:val="24"/>
                      <w:szCs w:val="24"/>
                      <w:lang w:val="en-GB"/>
                    </w:rPr>
                    <w:t>Finished</w:t>
                  </w:r>
                </w:p>
              </w:tc>
              <w:tc>
                <w:tcPr>
                  <w:tcW w:w="1493" w:type="dxa"/>
                </w:tcPr>
                <w:p w14:paraId="056E772D" w14:textId="062BBB11" w:rsidR="005503AA" w:rsidRDefault="005503AA" w:rsidP="005503AA">
                  <w:pPr>
                    <w:jc w:val="both"/>
                    <w:rPr>
                      <w:rFonts w:ascii="Arial" w:hAnsi="Arial" w:cs="Arial"/>
                      <w:sz w:val="24"/>
                      <w:szCs w:val="24"/>
                      <w:lang w:val="en-GB"/>
                    </w:rPr>
                  </w:pPr>
                  <w:r>
                    <w:rPr>
                      <w:rFonts w:ascii="Arial" w:hAnsi="Arial" w:cs="Arial"/>
                      <w:sz w:val="24"/>
                      <w:szCs w:val="24"/>
                      <w:lang w:val="en-GB"/>
                    </w:rPr>
                    <w:t>02/03/2026</w:t>
                  </w:r>
                </w:p>
              </w:tc>
              <w:tc>
                <w:tcPr>
                  <w:tcW w:w="2784" w:type="dxa"/>
                </w:tcPr>
                <w:p w14:paraId="79DEAD0C" w14:textId="0EDE9109" w:rsidR="005503AA" w:rsidRDefault="005503AA" w:rsidP="005503AA">
                  <w:pPr>
                    <w:jc w:val="both"/>
                    <w:rPr>
                      <w:rFonts w:ascii="Arial" w:hAnsi="Arial" w:cs="Arial"/>
                      <w:sz w:val="24"/>
                      <w:szCs w:val="24"/>
                      <w:lang w:val="en-GB"/>
                    </w:rPr>
                  </w:pPr>
                  <w:r>
                    <w:rPr>
                      <w:rFonts w:ascii="Arial" w:hAnsi="Arial" w:cs="Arial"/>
                      <w:sz w:val="24"/>
                      <w:szCs w:val="24"/>
                      <w:lang w:val="en-GB"/>
                    </w:rPr>
                    <w:t>13:15</w:t>
                  </w:r>
                </w:p>
              </w:tc>
            </w:tr>
            <w:tr w:rsidR="005503AA" w14:paraId="23D43194" w14:textId="77777777" w:rsidTr="005503AA">
              <w:trPr>
                <w:trHeight w:val="341"/>
              </w:trPr>
              <w:tc>
                <w:tcPr>
                  <w:tcW w:w="1150" w:type="dxa"/>
                </w:tcPr>
                <w:p w14:paraId="4682434A" w14:textId="77777777" w:rsidR="005503AA" w:rsidRDefault="005503AA" w:rsidP="005503AA">
                  <w:pPr>
                    <w:jc w:val="both"/>
                    <w:rPr>
                      <w:rFonts w:ascii="Arial" w:hAnsi="Arial" w:cs="Arial"/>
                      <w:sz w:val="24"/>
                      <w:szCs w:val="24"/>
                      <w:lang w:val="en-GB"/>
                    </w:rPr>
                  </w:pPr>
                  <w:r>
                    <w:rPr>
                      <w:rFonts w:ascii="Arial" w:hAnsi="Arial" w:cs="Arial"/>
                      <w:sz w:val="24"/>
                      <w:szCs w:val="24"/>
                      <w:lang w:val="en-GB"/>
                    </w:rPr>
                    <w:t>3</w:t>
                  </w:r>
                </w:p>
              </w:tc>
              <w:tc>
                <w:tcPr>
                  <w:tcW w:w="1122" w:type="dxa"/>
                </w:tcPr>
                <w:p w14:paraId="0E5C4447" w14:textId="77777777" w:rsidR="005503AA" w:rsidRDefault="005503AA" w:rsidP="005503AA">
                  <w:pPr>
                    <w:jc w:val="both"/>
                    <w:rPr>
                      <w:rFonts w:ascii="Arial" w:hAnsi="Arial" w:cs="Arial"/>
                      <w:sz w:val="24"/>
                      <w:szCs w:val="24"/>
                      <w:lang w:val="en-GB"/>
                    </w:rPr>
                  </w:pPr>
                  <w:r>
                    <w:rPr>
                      <w:rFonts w:ascii="Arial" w:hAnsi="Arial" w:cs="Arial"/>
                      <w:sz w:val="24"/>
                      <w:szCs w:val="24"/>
                      <w:lang w:val="en-GB"/>
                    </w:rPr>
                    <w:t>5</w:t>
                  </w:r>
                </w:p>
              </w:tc>
              <w:tc>
                <w:tcPr>
                  <w:tcW w:w="1194" w:type="dxa"/>
                </w:tcPr>
                <w:p w14:paraId="04B41BD5" w14:textId="77777777" w:rsidR="005503AA" w:rsidRDefault="005503AA" w:rsidP="005503AA">
                  <w:pPr>
                    <w:jc w:val="both"/>
                    <w:rPr>
                      <w:rFonts w:ascii="Arial" w:hAnsi="Arial" w:cs="Arial"/>
                      <w:sz w:val="24"/>
                      <w:szCs w:val="24"/>
                      <w:lang w:val="en-GB"/>
                    </w:rPr>
                  </w:pPr>
                  <w:r>
                    <w:rPr>
                      <w:rFonts w:ascii="Arial" w:hAnsi="Arial" w:cs="Arial"/>
                      <w:sz w:val="24"/>
                      <w:szCs w:val="24"/>
                      <w:lang w:val="en-GB"/>
                    </w:rPr>
                    <w:t>5</w:t>
                  </w:r>
                </w:p>
              </w:tc>
              <w:tc>
                <w:tcPr>
                  <w:tcW w:w="1236" w:type="dxa"/>
                </w:tcPr>
                <w:p w14:paraId="0C9C6B29" w14:textId="672D15A4" w:rsidR="005503AA" w:rsidRDefault="005503AA" w:rsidP="005503AA">
                  <w:pPr>
                    <w:jc w:val="both"/>
                    <w:rPr>
                      <w:rFonts w:ascii="Arial" w:hAnsi="Arial" w:cs="Arial"/>
                      <w:sz w:val="24"/>
                      <w:szCs w:val="24"/>
                      <w:lang w:val="en-GB"/>
                    </w:rPr>
                  </w:pPr>
                  <w:r>
                    <w:rPr>
                      <w:rFonts w:ascii="Arial" w:hAnsi="Arial" w:cs="Arial"/>
                      <w:sz w:val="24"/>
                      <w:szCs w:val="24"/>
                      <w:lang w:val="en-GB"/>
                    </w:rPr>
                    <w:t>Active</w:t>
                  </w:r>
                </w:p>
              </w:tc>
              <w:tc>
                <w:tcPr>
                  <w:tcW w:w="1493" w:type="dxa"/>
                </w:tcPr>
                <w:p w14:paraId="67C7C0E2" w14:textId="59F5A843" w:rsidR="005503AA" w:rsidRDefault="005503AA" w:rsidP="005503AA">
                  <w:pPr>
                    <w:jc w:val="both"/>
                    <w:rPr>
                      <w:rFonts w:ascii="Arial" w:hAnsi="Arial" w:cs="Arial"/>
                      <w:sz w:val="24"/>
                      <w:szCs w:val="24"/>
                      <w:lang w:val="en-GB"/>
                    </w:rPr>
                  </w:pPr>
                  <w:r>
                    <w:rPr>
                      <w:rFonts w:ascii="Arial" w:hAnsi="Arial" w:cs="Arial"/>
                      <w:sz w:val="24"/>
                      <w:szCs w:val="24"/>
                      <w:lang w:val="en-GB"/>
                    </w:rPr>
                    <w:t>15/05/2026</w:t>
                  </w:r>
                </w:p>
              </w:tc>
              <w:tc>
                <w:tcPr>
                  <w:tcW w:w="2784" w:type="dxa"/>
                </w:tcPr>
                <w:p w14:paraId="753F98C2" w14:textId="19BFE348" w:rsidR="005503AA" w:rsidRDefault="005503AA" w:rsidP="005503AA">
                  <w:pPr>
                    <w:jc w:val="both"/>
                    <w:rPr>
                      <w:rFonts w:ascii="Arial" w:hAnsi="Arial" w:cs="Arial"/>
                      <w:sz w:val="24"/>
                      <w:szCs w:val="24"/>
                      <w:lang w:val="en-GB"/>
                    </w:rPr>
                  </w:pPr>
                  <w:r>
                    <w:rPr>
                      <w:rFonts w:ascii="Arial" w:hAnsi="Arial" w:cs="Arial"/>
                      <w:sz w:val="24"/>
                      <w:szCs w:val="24"/>
                      <w:lang w:val="en-GB"/>
                    </w:rPr>
                    <w:t>09:00</w:t>
                  </w:r>
                </w:p>
              </w:tc>
            </w:tr>
          </w:tbl>
          <w:p w14:paraId="1E7ED236" w14:textId="77777777" w:rsidR="00F42860" w:rsidRDefault="00F42860" w:rsidP="00466D50">
            <w:pPr>
              <w:jc w:val="both"/>
              <w:rPr>
                <w:rFonts w:ascii="Arial" w:hAnsi="Arial" w:cs="Arial"/>
                <w:sz w:val="24"/>
                <w:szCs w:val="24"/>
                <w:lang w:val="en-GB"/>
              </w:rPr>
            </w:pPr>
          </w:p>
          <w:p w14:paraId="0253141F" w14:textId="174936AE" w:rsidR="00F42860" w:rsidRDefault="005503AA" w:rsidP="00466D50">
            <w:pPr>
              <w:jc w:val="both"/>
              <w:rPr>
                <w:rFonts w:ascii="Arial" w:hAnsi="Arial" w:cs="Arial"/>
                <w:sz w:val="24"/>
                <w:szCs w:val="24"/>
                <w:lang w:val="en-GB"/>
              </w:rPr>
            </w:pPr>
            <w:r>
              <w:rPr>
                <w:rFonts w:ascii="Arial" w:hAnsi="Arial" w:cs="Arial"/>
                <w:sz w:val="24"/>
                <w:szCs w:val="24"/>
                <w:lang w:val="en-GB"/>
              </w:rPr>
              <w:t>In this table</w:t>
            </w:r>
            <w:r w:rsidR="005964BC">
              <w:rPr>
                <w:rFonts w:ascii="Arial" w:hAnsi="Arial" w:cs="Arial"/>
                <w:sz w:val="24"/>
                <w:szCs w:val="24"/>
                <w:lang w:val="en-GB"/>
              </w:rPr>
              <w:t xml:space="preserve"> </w:t>
            </w:r>
            <w:r>
              <w:rPr>
                <w:rFonts w:ascii="Arial" w:hAnsi="Arial" w:cs="Arial"/>
                <w:sz w:val="24"/>
                <w:szCs w:val="24"/>
                <w:lang w:val="en-GB"/>
              </w:rPr>
              <w:t xml:space="preserve">the information STATUS, DATE and TIME are only </w:t>
            </w:r>
            <w:r w:rsidR="00136B4F">
              <w:rPr>
                <w:rFonts w:ascii="Arial" w:hAnsi="Arial" w:cs="Arial"/>
                <w:sz w:val="24"/>
                <w:szCs w:val="24"/>
                <w:lang w:val="en-GB"/>
              </w:rPr>
              <w:t>related</w:t>
            </w:r>
            <w:r>
              <w:rPr>
                <w:rFonts w:ascii="Arial" w:hAnsi="Arial" w:cs="Arial"/>
                <w:sz w:val="24"/>
                <w:szCs w:val="24"/>
                <w:lang w:val="en-GB"/>
              </w:rPr>
              <w:t xml:space="preserve"> to table BOOKINGS and not the combination of keys BOOKID,</w:t>
            </w:r>
            <w:r w:rsidR="00136B4F">
              <w:rPr>
                <w:rFonts w:ascii="Arial" w:hAnsi="Arial" w:cs="Arial"/>
                <w:sz w:val="24"/>
                <w:szCs w:val="24"/>
                <w:lang w:val="en-GB"/>
              </w:rPr>
              <w:t xml:space="preserve"> </w:t>
            </w:r>
            <w:r>
              <w:rPr>
                <w:rFonts w:ascii="Arial" w:hAnsi="Arial" w:cs="Arial"/>
                <w:sz w:val="24"/>
                <w:szCs w:val="24"/>
                <w:lang w:val="en-GB"/>
              </w:rPr>
              <w:t xml:space="preserve">VEHIID and SLOTID. </w:t>
            </w:r>
            <w:r w:rsidR="00136B4F">
              <w:rPr>
                <w:rFonts w:ascii="Arial" w:hAnsi="Arial" w:cs="Arial"/>
                <w:sz w:val="24"/>
                <w:szCs w:val="24"/>
                <w:lang w:val="en-GB"/>
              </w:rPr>
              <w:t>So,</w:t>
            </w:r>
            <w:r>
              <w:rPr>
                <w:rFonts w:ascii="Arial" w:hAnsi="Arial" w:cs="Arial"/>
                <w:sz w:val="24"/>
                <w:szCs w:val="24"/>
                <w:lang w:val="en-GB"/>
              </w:rPr>
              <w:t xml:space="preserve"> another table will be created to divide and organize the database; </w:t>
            </w:r>
          </w:p>
          <w:p w14:paraId="4837AD12" w14:textId="77777777" w:rsidR="00F42860" w:rsidRDefault="00F42860" w:rsidP="00466D50">
            <w:pPr>
              <w:jc w:val="both"/>
              <w:rPr>
                <w:rFonts w:ascii="Arial" w:hAnsi="Arial" w:cs="Arial"/>
                <w:sz w:val="24"/>
                <w:szCs w:val="24"/>
                <w:lang w:val="en-GB"/>
              </w:rPr>
            </w:pPr>
          </w:p>
          <w:p w14:paraId="1AF77425" w14:textId="77777777" w:rsidR="00F42860" w:rsidRDefault="00F42860" w:rsidP="00466D50">
            <w:pPr>
              <w:jc w:val="both"/>
              <w:rPr>
                <w:rFonts w:ascii="Arial" w:hAnsi="Arial" w:cs="Arial"/>
                <w:sz w:val="24"/>
                <w:szCs w:val="24"/>
                <w:lang w:val="en-GB"/>
              </w:rPr>
            </w:pPr>
          </w:p>
          <w:p w14:paraId="222F6970" w14:textId="77777777" w:rsidR="00F42860" w:rsidRDefault="00F42860" w:rsidP="00466D50">
            <w:pPr>
              <w:jc w:val="both"/>
              <w:rPr>
                <w:rFonts w:ascii="Arial" w:hAnsi="Arial" w:cs="Arial"/>
                <w:sz w:val="24"/>
                <w:szCs w:val="24"/>
                <w:lang w:val="en-GB"/>
              </w:rPr>
            </w:pPr>
            <w:r>
              <w:rPr>
                <w:rFonts w:ascii="Arial" w:hAnsi="Arial" w:cs="Arial"/>
                <w:sz w:val="24"/>
                <w:szCs w:val="24"/>
                <w:lang w:val="en-GB"/>
              </w:rPr>
              <w:t>After 2NF:</w:t>
            </w:r>
          </w:p>
          <w:p w14:paraId="0FECB7CB" w14:textId="77777777" w:rsidR="00F42860" w:rsidRDefault="00F42860" w:rsidP="00466D50">
            <w:pPr>
              <w:jc w:val="both"/>
              <w:rPr>
                <w:rFonts w:ascii="Arial" w:hAnsi="Arial" w:cs="Arial"/>
                <w:sz w:val="24"/>
                <w:szCs w:val="24"/>
                <w:lang w:val="en-GB"/>
              </w:rPr>
            </w:pPr>
            <w:r>
              <w:rPr>
                <w:noProof/>
              </w:rPr>
              <mc:AlternateContent>
                <mc:Choice Requires="wps">
                  <w:drawing>
                    <wp:anchor distT="0" distB="0" distL="114300" distR="114300" simplePos="0" relativeHeight="251657216" behindDoc="0" locked="0" layoutInCell="1" allowOverlap="1" wp14:anchorId="18333DAC" wp14:editId="58FB4BFC">
                      <wp:simplePos x="0" y="0"/>
                      <wp:positionH relativeFrom="column">
                        <wp:posOffset>657225</wp:posOffset>
                      </wp:positionH>
                      <wp:positionV relativeFrom="paragraph">
                        <wp:posOffset>1480820</wp:posOffset>
                      </wp:positionV>
                      <wp:extent cx="1828800" cy="276225"/>
                      <wp:effectExtent l="0" t="0" r="0" b="9525"/>
                      <wp:wrapNone/>
                      <wp:docPr id="2061937180" name="Caixa de Texto 1"/>
                      <wp:cNvGraphicFramePr/>
                      <a:graphic xmlns:a="http://schemas.openxmlformats.org/drawingml/2006/main">
                        <a:graphicData uri="http://schemas.microsoft.com/office/word/2010/wordprocessingShape">
                          <wps:wsp>
                            <wps:cNvSpPr txBox="1"/>
                            <wps:spPr>
                              <a:xfrm>
                                <a:off x="0" y="0"/>
                                <a:ext cx="1828800" cy="276225"/>
                              </a:xfrm>
                              <a:prstGeom prst="rect">
                                <a:avLst/>
                              </a:prstGeom>
                              <a:noFill/>
                              <a:ln>
                                <a:noFill/>
                              </a:ln>
                            </wps:spPr>
                            <wps:txbx>
                              <w:txbxContent>
                                <w:p w14:paraId="67625216" w14:textId="24445880" w:rsidR="00F42860" w:rsidRPr="0091426F" w:rsidRDefault="00F42860" w:rsidP="00F42860">
                                  <w:pPr>
                                    <w:jc w:val="cente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333DAC" id="_x0000_s1032" type="#_x0000_t202" style="position:absolute;left:0;text-align:left;margin-left:51.75pt;margin-top:116.6pt;width:2in;height:21.75pt;z-index:2516572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" filled="f" stroked="f">
                      <v:textbox>
                        <w:txbxContent>
                          <w:p w14:paraId="67625216" w14:textId="24445880" w:rsidR="00F42860" w:rsidRPr="0091426F" w:rsidRDefault="00F42860" w:rsidP="00F42860">
                            <w:pPr>
                              <w:jc w:val="cente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3370"/>
              <w:gridCol w:w="2792"/>
              <w:gridCol w:w="2817"/>
            </w:tblGrid>
            <w:tr w:rsidR="00F42860" w14:paraId="310203D5" w14:textId="77777777" w:rsidTr="007004E8">
              <w:trPr>
                <w:trHeight w:val="314"/>
              </w:trPr>
              <w:tc>
                <w:tcPr>
                  <w:tcW w:w="8979" w:type="dxa"/>
                  <w:gridSpan w:val="3"/>
                </w:tcPr>
                <w:p w14:paraId="0753B2E1" w14:textId="2ECACB3F" w:rsidR="00F42860" w:rsidRDefault="007004E8" w:rsidP="00466D50">
                  <w:pPr>
                    <w:jc w:val="both"/>
                    <w:rPr>
                      <w:rFonts w:ascii="Arial" w:hAnsi="Arial" w:cs="Arial"/>
                      <w:sz w:val="24"/>
                      <w:szCs w:val="24"/>
                      <w:lang w:val="en-GB"/>
                    </w:rPr>
                  </w:pPr>
                  <w:r>
                    <w:rPr>
                      <w:rFonts w:ascii="Arial" w:hAnsi="Arial" w:cs="Arial"/>
                      <w:sz w:val="24"/>
                      <w:szCs w:val="24"/>
                      <w:lang w:val="en-GB"/>
                    </w:rPr>
                    <w:t>BOOKVEHSLOT</w:t>
                  </w:r>
                </w:p>
              </w:tc>
            </w:tr>
            <w:tr w:rsidR="00F42860" w14:paraId="622D93FE" w14:textId="77777777" w:rsidTr="007004E8">
              <w:trPr>
                <w:trHeight w:val="314"/>
              </w:trPr>
              <w:tc>
                <w:tcPr>
                  <w:tcW w:w="3370" w:type="dxa"/>
                </w:tcPr>
                <w:p w14:paraId="3559CEA8" w14:textId="21B8897E" w:rsidR="00F42860" w:rsidRDefault="007004E8" w:rsidP="00466D50">
                  <w:pPr>
                    <w:jc w:val="both"/>
                    <w:rPr>
                      <w:rFonts w:ascii="Arial" w:hAnsi="Arial" w:cs="Arial"/>
                      <w:sz w:val="24"/>
                      <w:szCs w:val="24"/>
                      <w:lang w:val="en-GB"/>
                    </w:rPr>
                  </w:pPr>
                  <w:r>
                    <w:rPr>
                      <w:rFonts w:ascii="Arial" w:hAnsi="Arial" w:cs="Arial"/>
                      <w:sz w:val="24"/>
                      <w:szCs w:val="24"/>
                      <w:lang w:val="en-GB"/>
                    </w:rPr>
                    <w:t>BOOKID</w:t>
                  </w:r>
                </w:p>
              </w:tc>
              <w:tc>
                <w:tcPr>
                  <w:tcW w:w="2792" w:type="dxa"/>
                </w:tcPr>
                <w:p w14:paraId="5159D96C" w14:textId="77777777" w:rsidR="00F42860" w:rsidRDefault="00F42860" w:rsidP="00466D50">
                  <w:pPr>
                    <w:jc w:val="both"/>
                    <w:rPr>
                      <w:rFonts w:ascii="Arial" w:hAnsi="Arial" w:cs="Arial"/>
                      <w:sz w:val="24"/>
                      <w:szCs w:val="24"/>
                      <w:lang w:val="en-GB"/>
                    </w:rPr>
                  </w:pPr>
                  <w:r>
                    <w:rPr>
                      <w:rFonts w:ascii="Arial" w:hAnsi="Arial" w:cs="Arial"/>
                      <w:sz w:val="24"/>
                      <w:szCs w:val="24"/>
                      <w:lang w:val="en-GB"/>
                    </w:rPr>
                    <w:t>VEHIID</w:t>
                  </w:r>
                </w:p>
              </w:tc>
              <w:tc>
                <w:tcPr>
                  <w:tcW w:w="2817" w:type="dxa"/>
                </w:tcPr>
                <w:p w14:paraId="7EF6EEA1" w14:textId="77777777" w:rsidR="00F42860" w:rsidRDefault="00F42860" w:rsidP="00466D50">
                  <w:pPr>
                    <w:jc w:val="both"/>
                    <w:rPr>
                      <w:rFonts w:ascii="Arial" w:hAnsi="Arial" w:cs="Arial"/>
                      <w:sz w:val="24"/>
                      <w:szCs w:val="24"/>
                      <w:lang w:val="en-GB"/>
                    </w:rPr>
                  </w:pPr>
                  <w:r>
                    <w:rPr>
                      <w:rFonts w:ascii="Arial" w:hAnsi="Arial" w:cs="Arial"/>
                      <w:sz w:val="24"/>
                      <w:szCs w:val="24"/>
                      <w:lang w:val="en-GB"/>
                    </w:rPr>
                    <w:t>SLOTID</w:t>
                  </w:r>
                </w:p>
              </w:tc>
            </w:tr>
            <w:tr w:rsidR="007004E8" w14:paraId="7A7B9331" w14:textId="77777777" w:rsidTr="007004E8">
              <w:trPr>
                <w:trHeight w:val="314"/>
              </w:trPr>
              <w:tc>
                <w:tcPr>
                  <w:tcW w:w="3370" w:type="dxa"/>
                </w:tcPr>
                <w:p w14:paraId="09935AB5" w14:textId="1AF9B0D5" w:rsidR="007004E8" w:rsidRDefault="007004E8" w:rsidP="007004E8">
                  <w:pPr>
                    <w:jc w:val="both"/>
                    <w:rPr>
                      <w:rFonts w:ascii="Arial" w:hAnsi="Arial" w:cs="Arial"/>
                      <w:sz w:val="24"/>
                      <w:szCs w:val="24"/>
                      <w:lang w:val="en-GB"/>
                    </w:rPr>
                  </w:pPr>
                  <w:r>
                    <w:rPr>
                      <w:rFonts w:ascii="Arial" w:hAnsi="Arial" w:cs="Arial"/>
                      <w:sz w:val="24"/>
                      <w:szCs w:val="24"/>
                      <w:lang w:val="en-GB"/>
                    </w:rPr>
                    <w:t>1</w:t>
                  </w:r>
                </w:p>
              </w:tc>
              <w:tc>
                <w:tcPr>
                  <w:tcW w:w="2792" w:type="dxa"/>
                </w:tcPr>
                <w:p w14:paraId="750B86A6" w14:textId="6F173620" w:rsidR="007004E8" w:rsidRDefault="007004E8" w:rsidP="007004E8">
                  <w:pPr>
                    <w:jc w:val="both"/>
                    <w:rPr>
                      <w:rFonts w:ascii="Arial" w:hAnsi="Arial" w:cs="Arial"/>
                      <w:sz w:val="24"/>
                      <w:szCs w:val="24"/>
                      <w:lang w:val="en-GB"/>
                    </w:rPr>
                  </w:pPr>
                  <w:r>
                    <w:rPr>
                      <w:rFonts w:ascii="Arial" w:hAnsi="Arial" w:cs="Arial"/>
                      <w:sz w:val="24"/>
                      <w:szCs w:val="24"/>
                      <w:lang w:val="en-GB"/>
                    </w:rPr>
                    <w:t>1</w:t>
                  </w:r>
                </w:p>
              </w:tc>
              <w:tc>
                <w:tcPr>
                  <w:tcW w:w="2817" w:type="dxa"/>
                </w:tcPr>
                <w:p w14:paraId="563997A6" w14:textId="377E6290" w:rsidR="007004E8" w:rsidRDefault="007004E8" w:rsidP="007004E8">
                  <w:pPr>
                    <w:jc w:val="both"/>
                    <w:rPr>
                      <w:rFonts w:ascii="Arial" w:hAnsi="Arial" w:cs="Arial"/>
                      <w:sz w:val="24"/>
                      <w:szCs w:val="24"/>
                      <w:lang w:val="en-GB"/>
                    </w:rPr>
                  </w:pPr>
                  <w:r>
                    <w:rPr>
                      <w:rFonts w:ascii="Arial" w:hAnsi="Arial" w:cs="Arial"/>
                      <w:sz w:val="24"/>
                      <w:szCs w:val="24"/>
                      <w:lang w:val="en-GB"/>
                    </w:rPr>
                    <w:t>2</w:t>
                  </w:r>
                </w:p>
              </w:tc>
            </w:tr>
            <w:tr w:rsidR="007004E8" w14:paraId="5B07F52E" w14:textId="77777777" w:rsidTr="007004E8">
              <w:trPr>
                <w:trHeight w:val="20"/>
              </w:trPr>
              <w:tc>
                <w:tcPr>
                  <w:tcW w:w="3370" w:type="dxa"/>
                </w:tcPr>
                <w:p w14:paraId="71CAC179" w14:textId="0E0559CE" w:rsidR="007004E8" w:rsidRDefault="007004E8" w:rsidP="007004E8">
                  <w:pPr>
                    <w:jc w:val="both"/>
                    <w:rPr>
                      <w:rFonts w:ascii="Arial" w:hAnsi="Arial" w:cs="Arial"/>
                      <w:sz w:val="24"/>
                      <w:szCs w:val="24"/>
                      <w:lang w:val="en-GB"/>
                    </w:rPr>
                  </w:pPr>
                  <w:r>
                    <w:rPr>
                      <w:rFonts w:ascii="Arial" w:hAnsi="Arial" w:cs="Arial"/>
                      <w:sz w:val="24"/>
                      <w:szCs w:val="24"/>
                      <w:lang w:val="en-GB"/>
                    </w:rPr>
                    <w:t>2</w:t>
                  </w:r>
                </w:p>
              </w:tc>
              <w:tc>
                <w:tcPr>
                  <w:tcW w:w="2792" w:type="dxa"/>
                </w:tcPr>
                <w:p w14:paraId="0A6D36C5" w14:textId="4E8C0DB5" w:rsidR="007004E8" w:rsidRDefault="007004E8" w:rsidP="007004E8">
                  <w:pPr>
                    <w:jc w:val="both"/>
                    <w:rPr>
                      <w:rFonts w:ascii="Arial" w:hAnsi="Arial" w:cs="Arial"/>
                      <w:sz w:val="24"/>
                      <w:szCs w:val="24"/>
                      <w:lang w:val="en-GB"/>
                    </w:rPr>
                  </w:pPr>
                  <w:r>
                    <w:rPr>
                      <w:rFonts w:ascii="Arial" w:hAnsi="Arial" w:cs="Arial"/>
                      <w:sz w:val="24"/>
                      <w:szCs w:val="24"/>
                      <w:lang w:val="en-GB"/>
                    </w:rPr>
                    <w:t>2</w:t>
                  </w:r>
                </w:p>
              </w:tc>
              <w:tc>
                <w:tcPr>
                  <w:tcW w:w="2817" w:type="dxa"/>
                </w:tcPr>
                <w:p w14:paraId="1ADAE821" w14:textId="2C2E42E4" w:rsidR="007004E8" w:rsidRDefault="007004E8" w:rsidP="007004E8">
                  <w:pPr>
                    <w:jc w:val="both"/>
                    <w:rPr>
                      <w:rFonts w:ascii="Arial" w:hAnsi="Arial" w:cs="Arial"/>
                      <w:sz w:val="24"/>
                      <w:szCs w:val="24"/>
                      <w:lang w:val="en-GB"/>
                    </w:rPr>
                  </w:pPr>
                  <w:r>
                    <w:rPr>
                      <w:rFonts w:ascii="Arial" w:hAnsi="Arial" w:cs="Arial"/>
                      <w:sz w:val="24"/>
                      <w:szCs w:val="24"/>
                      <w:lang w:val="en-GB"/>
                    </w:rPr>
                    <w:t>4</w:t>
                  </w:r>
                </w:p>
              </w:tc>
            </w:tr>
            <w:tr w:rsidR="007004E8" w14:paraId="5F6EB4DB" w14:textId="77777777" w:rsidTr="007004E8">
              <w:trPr>
                <w:trHeight w:val="314"/>
              </w:trPr>
              <w:tc>
                <w:tcPr>
                  <w:tcW w:w="3370" w:type="dxa"/>
                </w:tcPr>
                <w:p w14:paraId="5B55D295" w14:textId="0AD33850" w:rsidR="007004E8" w:rsidRDefault="007004E8" w:rsidP="007004E8">
                  <w:pPr>
                    <w:jc w:val="both"/>
                    <w:rPr>
                      <w:rFonts w:ascii="Arial" w:hAnsi="Arial" w:cs="Arial"/>
                      <w:sz w:val="24"/>
                      <w:szCs w:val="24"/>
                      <w:lang w:val="en-GB"/>
                    </w:rPr>
                  </w:pPr>
                  <w:r>
                    <w:rPr>
                      <w:rFonts w:ascii="Arial" w:hAnsi="Arial" w:cs="Arial"/>
                      <w:sz w:val="24"/>
                      <w:szCs w:val="24"/>
                      <w:lang w:val="en-GB"/>
                    </w:rPr>
                    <w:t>3</w:t>
                  </w:r>
                </w:p>
              </w:tc>
              <w:tc>
                <w:tcPr>
                  <w:tcW w:w="2792" w:type="dxa"/>
                </w:tcPr>
                <w:p w14:paraId="067C750D" w14:textId="57CF8C21" w:rsidR="007004E8" w:rsidRDefault="007004E8" w:rsidP="007004E8">
                  <w:pPr>
                    <w:jc w:val="both"/>
                    <w:rPr>
                      <w:rFonts w:ascii="Arial" w:hAnsi="Arial" w:cs="Arial"/>
                      <w:sz w:val="24"/>
                      <w:szCs w:val="24"/>
                      <w:lang w:val="en-GB"/>
                    </w:rPr>
                  </w:pPr>
                  <w:r>
                    <w:rPr>
                      <w:rFonts w:ascii="Arial" w:hAnsi="Arial" w:cs="Arial"/>
                      <w:sz w:val="24"/>
                      <w:szCs w:val="24"/>
                      <w:lang w:val="en-GB"/>
                    </w:rPr>
                    <w:t>5</w:t>
                  </w:r>
                </w:p>
              </w:tc>
              <w:tc>
                <w:tcPr>
                  <w:tcW w:w="2817" w:type="dxa"/>
                </w:tcPr>
                <w:p w14:paraId="6FA31BCF" w14:textId="351641B0" w:rsidR="007004E8" w:rsidRDefault="007004E8" w:rsidP="007004E8">
                  <w:pPr>
                    <w:jc w:val="both"/>
                    <w:rPr>
                      <w:rFonts w:ascii="Arial" w:hAnsi="Arial" w:cs="Arial"/>
                      <w:sz w:val="24"/>
                      <w:szCs w:val="24"/>
                      <w:lang w:val="en-GB"/>
                    </w:rPr>
                  </w:pPr>
                  <w:r>
                    <w:rPr>
                      <w:rFonts w:ascii="Arial" w:hAnsi="Arial" w:cs="Arial"/>
                      <w:sz w:val="24"/>
                      <w:szCs w:val="24"/>
                      <w:lang w:val="en-GB"/>
                    </w:rPr>
                    <w:t>5</w:t>
                  </w:r>
                </w:p>
              </w:tc>
            </w:tr>
          </w:tbl>
          <w:p w14:paraId="351D1BB0" w14:textId="77777777" w:rsidR="00F42860" w:rsidRDefault="00F42860" w:rsidP="00466D50">
            <w:pPr>
              <w:jc w:val="both"/>
              <w:rPr>
                <w:rFonts w:ascii="Arial" w:hAnsi="Arial" w:cs="Arial"/>
                <w:sz w:val="24"/>
                <w:szCs w:val="24"/>
                <w:lang w:val="en-GB"/>
              </w:rPr>
            </w:pPr>
          </w:p>
          <w:p w14:paraId="29BB99D9" w14:textId="77777777" w:rsidR="00F42860" w:rsidRDefault="00F42860"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2334"/>
              <w:gridCol w:w="2366"/>
              <w:gridCol w:w="2185"/>
              <w:gridCol w:w="2094"/>
            </w:tblGrid>
            <w:tr w:rsidR="00F42860" w14:paraId="1F68FB18" w14:textId="77777777" w:rsidTr="00466D50">
              <w:trPr>
                <w:trHeight w:val="314"/>
              </w:trPr>
              <w:tc>
                <w:tcPr>
                  <w:tcW w:w="8979" w:type="dxa"/>
                  <w:gridSpan w:val="4"/>
                </w:tcPr>
                <w:p w14:paraId="1D09E37D" w14:textId="0C6BF28A" w:rsidR="00F42860" w:rsidRDefault="007004E8" w:rsidP="00466D50">
                  <w:pPr>
                    <w:jc w:val="both"/>
                    <w:rPr>
                      <w:rFonts w:ascii="Arial" w:hAnsi="Arial" w:cs="Arial"/>
                      <w:sz w:val="24"/>
                      <w:szCs w:val="24"/>
                      <w:lang w:val="en-GB"/>
                    </w:rPr>
                  </w:pPr>
                  <w:r>
                    <w:rPr>
                      <w:rFonts w:ascii="Arial" w:hAnsi="Arial" w:cs="Arial"/>
                      <w:sz w:val="24"/>
                      <w:szCs w:val="24"/>
                      <w:lang w:val="en-GB"/>
                    </w:rPr>
                    <w:t>BOOKINGS</w:t>
                  </w:r>
                </w:p>
              </w:tc>
            </w:tr>
            <w:tr w:rsidR="007004E8" w14:paraId="66A172AD" w14:textId="77777777" w:rsidTr="00466D50">
              <w:trPr>
                <w:trHeight w:val="314"/>
              </w:trPr>
              <w:tc>
                <w:tcPr>
                  <w:tcW w:w="2334" w:type="dxa"/>
                </w:tcPr>
                <w:p w14:paraId="1975828A" w14:textId="6D03DB19" w:rsidR="007004E8" w:rsidRDefault="007004E8" w:rsidP="007004E8">
                  <w:pPr>
                    <w:jc w:val="both"/>
                    <w:rPr>
                      <w:rFonts w:ascii="Arial" w:hAnsi="Arial" w:cs="Arial"/>
                      <w:sz w:val="24"/>
                      <w:szCs w:val="24"/>
                      <w:lang w:val="en-GB"/>
                    </w:rPr>
                  </w:pPr>
                  <w:r>
                    <w:rPr>
                      <w:rFonts w:ascii="Arial" w:hAnsi="Arial" w:cs="Arial"/>
                      <w:sz w:val="24"/>
                      <w:szCs w:val="24"/>
                      <w:lang w:val="en-GB"/>
                    </w:rPr>
                    <w:t>BOOKID</w:t>
                  </w:r>
                </w:p>
              </w:tc>
              <w:tc>
                <w:tcPr>
                  <w:tcW w:w="2366" w:type="dxa"/>
                </w:tcPr>
                <w:p w14:paraId="4C1DB229" w14:textId="6F8C1F93" w:rsidR="007004E8" w:rsidRDefault="007004E8" w:rsidP="007004E8">
                  <w:pPr>
                    <w:jc w:val="both"/>
                    <w:rPr>
                      <w:rFonts w:ascii="Arial" w:hAnsi="Arial" w:cs="Arial"/>
                      <w:sz w:val="24"/>
                      <w:szCs w:val="24"/>
                      <w:lang w:val="en-GB"/>
                    </w:rPr>
                  </w:pPr>
                  <w:r>
                    <w:rPr>
                      <w:rFonts w:ascii="Arial" w:hAnsi="Arial" w:cs="Arial"/>
                      <w:sz w:val="24"/>
                      <w:szCs w:val="24"/>
                      <w:lang w:val="en-GB"/>
                    </w:rPr>
                    <w:t>STATUS</w:t>
                  </w:r>
                </w:p>
              </w:tc>
              <w:tc>
                <w:tcPr>
                  <w:tcW w:w="2185" w:type="dxa"/>
                </w:tcPr>
                <w:p w14:paraId="2A48BA6B" w14:textId="52A3CFEB" w:rsidR="007004E8" w:rsidRDefault="007004E8" w:rsidP="007004E8">
                  <w:pPr>
                    <w:jc w:val="both"/>
                    <w:rPr>
                      <w:rFonts w:ascii="Arial" w:hAnsi="Arial" w:cs="Arial"/>
                      <w:sz w:val="24"/>
                      <w:szCs w:val="24"/>
                      <w:lang w:val="en-GB"/>
                    </w:rPr>
                  </w:pPr>
                  <w:r>
                    <w:rPr>
                      <w:rFonts w:ascii="Arial" w:hAnsi="Arial" w:cs="Arial"/>
                      <w:sz w:val="24"/>
                      <w:szCs w:val="24"/>
                      <w:lang w:val="en-GB"/>
                    </w:rPr>
                    <w:t>DATE</w:t>
                  </w:r>
                </w:p>
              </w:tc>
              <w:tc>
                <w:tcPr>
                  <w:tcW w:w="2094" w:type="dxa"/>
                </w:tcPr>
                <w:p w14:paraId="43246773" w14:textId="64F6F574" w:rsidR="007004E8" w:rsidRDefault="007004E8" w:rsidP="007004E8">
                  <w:pPr>
                    <w:jc w:val="both"/>
                    <w:rPr>
                      <w:rFonts w:ascii="Arial" w:hAnsi="Arial" w:cs="Arial"/>
                      <w:sz w:val="24"/>
                      <w:szCs w:val="24"/>
                      <w:lang w:val="en-GB"/>
                    </w:rPr>
                  </w:pPr>
                  <w:r>
                    <w:rPr>
                      <w:rFonts w:ascii="Arial" w:hAnsi="Arial" w:cs="Arial"/>
                      <w:sz w:val="24"/>
                      <w:szCs w:val="24"/>
                      <w:lang w:val="en-GB"/>
                    </w:rPr>
                    <w:t>TIME</w:t>
                  </w:r>
                </w:p>
              </w:tc>
            </w:tr>
            <w:tr w:rsidR="007004E8" w14:paraId="6A6B72AE" w14:textId="77777777" w:rsidTr="00466D50">
              <w:trPr>
                <w:trHeight w:val="314"/>
              </w:trPr>
              <w:tc>
                <w:tcPr>
                  <w:tcW w:w="2334" w:type="dxa"/>
                </w:tcPr>
                <w:p w14:paraId="5AB95720" w14:textId="77777777" w:rsidR="007004E8" w:rsidRDefault="007004E8" w:rsidP="007004E8">
                  <w:pPr>
                    <w:jc w:val="both"/>
                    <w:rPr>
                      <w:rFonts w:ascii="Arial" w:hAnsi="Arial" w:cs="Arial"/>
                      <w:sz w:val="24"/>
                      <w:szCs w:val="24"/>
                      <w:lang w:val="en-GB"/>
                    </w:rPr>
                  </w:pPr>
                  <w:r>
                    <w:rPr>
                      <w:rFonts w:ascii="Arial" w:hAnsi="Arial" w:cs="Arial"/>
                      <w:sz w:val="24"/>
                      <w:szCs w:val="24"/>
                      <w:lang w:val="en-GB"/>
                    </w:rPr>
                    <w:t>1</w:t>
                  </w:r>
                </w:p>
              </w:tc>
              <w:tc>
                <w:tcPr>
                  <w:tcW w:w="2366" w:type="dxa"/>
                </w:tcPr>
                <w:p w14:paraId="13503F45" w14:textId="5AECFED9" w:rsidR="007004E8" w:rsidRDefault="007004E8" w:rsidP="007004E8">
                  <w:pPr>
                    <w:jc w:val="both"/>
                    <w:rPr>
                      <w:rFonts w:ascii="Arial" w:hAnsi="Arial" w:cs="Arial"/>
                      <w:sz w:val="24"/>
                      <w:szCs w:val="24"/>
                      <w:lang w:val="en-GB"/>
                    </w:rPr>
                  </w:pPr>
                  <w:r>
                    <w:rPr>
                      <w:rFonts w:ascii="Arial" w:hAnsi="Arial" w:cs="Arial"/>
                      <w:sz w:val="24"/>
                      <w:szCs w:val="24"/>
                      <w:lang w:val="en-GB"/>
                    </w:rPr>
                    <w:t>Finished</w:t>
                  </w:r>
                </w:p>
              </w:tc>
              <w:tc>
                <w:tcPr>
                  <w:tcW w:w="2185" w:type="dxa"/>
                </w:tcPr>
                <w:p w14:paraId="0897E8FA" w14:textId="1509A255" w:rsidR="007004E8" w:rsidRDefault="007004E8" w:rsidP="007004E8">
                  <w:pPr>
                    <w:jc w:val="both"/>
                    <w:rPr>
                      <w:rFonts w:ascii="Arial" w:hAnsi="Arial" w:cs="Arial"/>
                      <w:sz w:val="24"/>
                      <w:szCs w:val="24"/>
                      <w:lang w:val="en-GB"/>
                    </w:rPr>
                  </w:pPr>
                  <w:r>
                    <w:rPr>
                      <w:rFonts w:ascii="Arial" w:hAnsi="Arial" w:cs="Arial"/>
                      <w:sz w:val="24"/>
                      <w:szCs w:val="24"/>
                      <w:lang w:val="en-GB"/>
                    </w:rPr>
                    <w:t>17/02/2026</w:t>
                  </w:r>
                </w:p>
              </w:tc>
              <w:tc>
                <w:tcPr>
                  <w:tcW w:w="2094" w:type="dxa"/>
                </w:tcPr>
                <w:p w14:paraId="46D1670F" w14:textId="381FA25F" w:rsidR="007004E8" w:rsidRDefault="007004E8" w:rsidP="007004E8">
                  <w:pPr>
                    <w:jc w:val="both"/>
                    <w:rPr>
                      <w:rFonts w:ascii="Arial" w:hAnsi="Arial" w:cs="Arial"/>
                      <w:sz w:val="24"/>
                      <w:szCs w:val="24"/>
                      <w:lang w:val="en-GB"/>
                    </w:rPr>
                  </w:pPr>
                  <w:r>
                    <w:rPr>
                      <w:rFonts w:ascii="Arial" w:hAnsi="Arial" w:cs="Arial"/>
                      <w:sz w:val="24"/>
                      <w:szCs w:val="24"/>
                      <w:lang w:val="en-GB"/>
                    </w:rPr>
                    <w:t>13:00</w:t>
                  </w:r>
                </w:p>
              </w:tc>
            </w:tr>
            <w:tr w:rsidR="007004E8" w14:paraId="16785A80" w14:textId="77777777" w:rsidTr="00466D50">
              <w:trPr>
                <w:trHeight w:val="314"/>
              </w:trPr>
              <w:tc>
                <w:tcPr>
                  <w:tcW w:w="2334" w:type="dxa"/>
                </w:tcPr>
                <w:p w14:paraId="371B5AF2" w14:textId="77777777" w:rsidR="007004E8" w:rsidRDefault="007004E8" w:rsidP="007004E8">
                  <w:pPr>
                    <w:jc w:val="both"/>
                    <w:rPr>
                      <w:rFonts w:ascii="Arial" w:hAnsi="Arial" w:cs="Arial"/>
                      <w:sz w:val="24"/>
                      <w:szCs w:val="24"/>
                      <w:lang w:val="en-GB"/>
                    </w:rPr>
                  </w:pPr>
                  <w:r>
                    <w:rPr>
                      <w:rFonts w:ascii="Arial" w:hAnsi="Arial" w:cs="Arial"/>
                      <w:sz w:val="24"/>
                      <w:szCs w:val="24"/>
                      <w:lang w:val="en-GB"/>
                    </w:rPr>
                    <w:t>2</w:t>
                  </w:r>
                </w:p>
              </w:tc>
              <w:tc>
                <w:tcPr>
                  <w:tcW w:w="2366" w:type="dxa"/>
                </w:tcPr>
                <w:p w14:paraId="2F7CD8AC" w14:textId="40AB9521" w:rsidR="007004E8" w:rsidRDefault="007004E8" w:rsidP="007004E8">
                  <w:pPr>
                    <w:jc w:val="both"/>
                    <w:rPr>
                      <w:rFonts w:ascii="Arial" w:hAnsi="Arial" w:cs="Arial"/>
                      <w:sz w:val="24"/>
                      <w:szCs w:val="24"/>
                      <w:lang w:val="en-GB"/>
                    </w:rPr>
                  </w:pPr>
                  <w:r>
                    <w:rPr>
                      <w:rFonts w:ascii="Arial" w:hAnsi="Arial" w:cs="Arial"/>
                      <w:sz w:val="24"/>
                      <w:szCs w:val="24"/>
                      <w:lang w:val="en-GB"/>
                    </w:rPr>
                    <w:t>Finished</w:t>
                  </w:r>
                </w:p>
              </w:tc>
              <w:tc>
                <w:tcPr>
                  <w:tcW w:w="2185" w:type="dxa"/>
                </w:tcPr>
                <w:p w14:paraId="63910165" w14:textId="32E319AC" w:rsidR="007004E8" w:rsidRDefault="007004E8" w:rsidP="007004E8">
                  <w:pPr>
                    <w:jc w:val="both"/>
                    <w:rPr>
                      <w:rFonts w:ascii="Arial" w:hAnsi="Arial" w:cs="Arial"/>
                      <w:sz w:val="24"/>
                      <w:szCs w:val="24"/>
                      <w:lang w:val="en-GB"/>
                    </w:rPr>
                  </w:pPr>
                  <w:r>
                    <w:rPr>
                      <w:rFonts w:ascii="Arial" w:hAnsi="Arial" w:cs="Arial"/>
                      <w:sz w:val="24"/>
                      <w:szCs w:val="24"/>
                      <w:lang w:val="en-GB"/>
                    </w:rPr>
                    <w:t>02/03/2026</w:t>
                  </w:r>
                </w:p>
              </w:tc>
              <w:tc>
                <w:tcPr>
                  <w:tcW w:w="2094" w:type="dxa"/>
                </w:tcPr>
                <w:p w14:paraId="4CEF6166" w14:textId="776E90CA" w:rsidR="007004E8" w:rsidRDefault="007004E8" w:rsidP="007004E8">
                  <w:pPr>
                    <w:jc w:val="both"/>
                    <w:rPr>
                      <w:rFonts w:ascii="Arial" w:hAnsi="Arial" w:cs="Arial"/>
                      <w:sz w:val="24"/>
                      <w:szCs w:val="24"/>
                      <w:lang w:val="en-GB"/>
                    </w:rPr>
                  </w:pPr>
                  <w:r>
                    <w:rPr>
                      <w:rFonts w:ascii="Arial" w:hAnsi="Arial" w:cs="Arial"/>
                      <w:sz w:val="24"/>
                      <w:szCs w:val="24"/>
                      <w:lang w:val="en-GB"/>
                    </w:rPr>
                    <w:t>13:15</w:t>
                  </w:r>
                </w:p>
              </w:tc>
            </w:tr>
            <w:tr w:rsidR="007004E8" w14:paraId="071C16C0" w14:textId="77777777" w:rsidTr="00466D50">
              <w:trPr>
                <w:trHeight w:val="314"/>
              </w:trPr>
              <w:tc>
                <w:tcPr>
                  <w:tcW w:w="2334" w:type="dxa"/>
                </w:tcPr>
                <w:p w14:paraId="2234AF2D" w14:textId="77777777" w:rsidR="007004E8" w:rsidRDefault="007004E8" w:rsidP="007004E8">
                  <w:pPr>
                    <w:jc w:val="both"/>
                    <w:rPr>
                      <w:rFonts w:ascii="Arial" w:hAnsi="Arial" w:cs="Arial"/>
                      <w:sz w:val="24"/>
                      <w:szCs w:val="24"/>
                      <w:lang w:val="en-GB"/>
                    </w:rPr>
                  </w:pPr>
                  <w:r>
                    <w:rPr>
                      <w:rFonts w:ascii="Arial" w:hAnsi="Arial" w:cs="Arial"/>
                      <w:sz w:val="24"/>
                      <w:szCs w:val="24"/>
                      <w:lang w:val="en-GB"/>
                    </w:rPr>
                    <w:t>3</w:t>
                  </w:r>
                </w:p>
              </w:tc>
              <w:tc>
                <w:tcPr>
                  <w:tcW w:w="2366" w:type="dxa"/>
                </w:tcPr>
                <w:p w14:paraId="5A31208C" w14:textId="39DCC866" w:rsidR="007004E8" w:rsidRDefault="007004E8" w:rsidP="007004E8">
                  <w:pPr>
                    <w:jc w:val="both"/>
                    <w:rPr>
                      <w:rFonts w:ascii="Arial" w:hAnsi="Arial" w:cs="Arial"/>
                      <w:sz w:val="24"/>
                      <w:szCs w:val="24"/>
                      <w:lang w:val="en-GB"/>
                    </w:rPr>
                  </w:pPr>
                  <w:r>
                    <w:rPr>
                      <w:rFonts w:ascii="Arial" w:hAnsi="Arial" w:cs="Arial"/>
                      <w:sz w:val="24"/>
                      <w:szCs w:val="24"/>
                      <w:lang w:val="en-GB"/>
                    </w:rPr>
                    <w:t>Active</w:t>
                  </w:r>
                </w:p>
              </w:tc>
              <w:tc>
                <w:tcPr>
                  <w:tcW w:w="2185" w:type="dxa"/>
                </w:tcPr>
                <w:p w14:paraId="29BA747A" w14:textId="45E4F6D7" w:rsidR="007004E8" w:rsidRDefault="007004E8" w:rsidP="007004E8">
                  <w:pPr>
                    <w:jc w:val="both"/>
                    <w:rPr>
                      <w:rFonts w:ascii="Arial" w:hAnsi="Arial" w:cs="Arial"/>
                      <w:sz w:val="24"/>
                      <w:szCs w:val="24"/>
                      <w:lang w:val="en-GB"/>
                    </w:rPr>
                  </w:pPr>
                  <w:r>
                    <w:rPr>
                      <w:rFonts w:ascii="Arial" w:hAnsi="Arial" w:cs="Arial"/>
                      <w:sz w:val="24"/>
                      <w:szCs w:val="24"/>
                      <w:lang w:val="en-GB"/>
                    </w:rPr>
                    <w:t>15/05/2026</w:t>
                  </w:r>
                </w:p>
              </w:tc>
              <w:tc>
                <w:tcPr>
                  <w:tcW w:w="2094" w:type="dxa"/>
                </w:tcPr>
                <w:p w14:paraId="71132916" w14:textId="1F038DE4" w:rsidR="007004E8" w:rsidRDefault="007004E8" w:rsidP="007004E8">
                  <w:pPr>
                    <w:jc w:val="both"/>
                    <w:rPr>
                      <w:rFonts w:ascii="Arial" w:hAnsi="Arial" w:cs="Arial"/>
                      <w:sz w:val="24"/>
                      <w:szCs w:val="24"/>
                      <w:lang w:val="en-GB"/>
                    </w:rPr>
                  </w:pPr>
                  <w:r>
                    <w:rPr>
                      <w:rFonts w:ascii="Arial" w:hAnsi="Arial" w:cs="Arial"/>
                      <w:sz w:val="24"/>
                      <w:szCs w:val="24"/>
                      <w:lang w:val="en-GB"/>
                    </w:rPr>
                    <w:t>09:00</w:t>
                  </w:r>
                </w:p>
              </w:tc>
            </w:tr>
          </w:tbl>
          <w:p w14:paraId="5BA16AA3" w14:textId="77777777" w:rsidR="00F42860" w:rsidRDefault="00F42860" w:rsidP="00466D50">
            <w:pPr>
              <w:jc w:val="both"/>
              <w:rPr>
                <w:rFonts w:ascii="Arial" w:hAnsi="Arial" w:cs="Arial"/>
                <w:sz w:val="24"/>
                <w:szCs w:val="24"/>
                <w:lang w:val="en-GB"/>
              </w:rPr>
            </w:pPr>
          </w:p>
          <w:p w14:paraId="5A84D378" w14:textId="77777777" w:rsidR="00F42860" w:rsidRDefault="00F42860" w:rsidP="00466D50">
            <w:pPr>
              <w:jc w:val="both"/>
              <w:rPr>
                <w:rFonts w:ascii="Arial" w:hAnsi="Arial" w:cs="Arial"/>
                <w:sz w:val="24"/>
                <w:szCs w:val="24"/>
                <w:lang w:val="en-GB"/>
              </w:rPr>
            </w:pPr>
          </w:p>
        </w:tc>
      </w:tr>
    </w:tbl>
    <w:p w14:paraId="53E08530" w14:textId="77777777" w:rsidR="00F42860" w:rsidRDefault="00F42860" w:rsidP="008D2AA8">
      <w:pPr>
        <w:pStyle w:val="Heading2"/>
      </w:pPr>
    </w:p>
    <w:p w14:paraId="3F6E7899" w14:textId="77777777" w:rsidR="002F4B14" w:rsidRDefault="002F4B14">
      <w:pPr>
        <w:rPr>
          <w:rFonts w:asciiTheme="majorHAnsi" w:eastAsiaTheme="majorEastAsia" w:hAnsiTheme="majorHAnsi" w:cstheme="majorBidi"/>
          <w:b/>
          <w:bCs/>
          <w:color w:val="4F81BD" w:themeColor="accent1"/>
          <w:sz w:val="26"/>
          <w:szCs w:val="26"/>
        </w:rPr>
      </w:pPr>
      <w:r>
        <w:br w:type="page"/>
      </w:r>
    </w:p>
    <w:p w14:paraId="3F2E4B15" w14:textId="47F93B8D" w:rsidR="008D2AA8" w:rsidRPr="00070581" w:rsidRDefault="008D2AA8" w:rsidP="008D2AA8">
      <w:pPr>
        <w:pStyle w:val="Heading2"/>
        <w:rPr>
          <w:lang w:val="en-GB"/>
        </w:rPr>
      </w:pPr>
      <w:bookmarkStart w:id="13" w:name="_Toc235453756"/>
      <w:r w:rsidRPr="008D2AA8">
        <w:lastRenderedPageBreak/>
        <w:t>Third Normal Form (3NF)</w:t>
      </w:r>
      <w:bookmarkEnd w:id="13"/>
    </w:p>
    <w:p w14:paraId="72276B5C" w14:textId="77777777" w:rsidR="00070581" w:rsidRDefault="00070581">
      <w:pPr>
        <w:rPr>
          <w:rFonts w:ascii="Arial" w:hAnsi="Arial" w:cs="Arial"/>
          <w:sz w:val="24"/>
          <w:szCs w:val="24"/>
        </w:rPr>
      </w:pPr>
    </w:p>
    <w:p w14:paraId="778F63C1" w14:textId="14D7FADE" w:rsidR="00E03594" w:rsidRDefault="005964BC" w:rsidP="00E03594">
      <w:pPr>
        <w:jc w:val="both"/>
        <w:rPr>
          <w:rFonts w:ascii="Arial" w:hAnsi="Arial" w:cs="Arial"/>
          <w:sz w:val="24"/>
          <w:szCs w:val="24"/>
        </w:rPr>
      </w:pPr>
      <w:r>
        <w:rPr>
          <w:rFonts w:ascii="Arial" w:hAnsi="Arial" w:cs="Arial"/>
          <w:sz w:val="24"/>
          <w:szCs w:val="24"/>
        </w:rPr>
        <w:t xml:space="preserve">After applying for the 1NF and </w:t>
      </w:r>
      <w:r w:rsidRPr="00136B4F">
        <w:rPr>
          <w:rFonts w:ascii="Arial" w:hAnsi="Arial" w:cs="Arial"/>
          <w:sz w:val="24"/>
          <w:szCs w:val="24"/>
        </w:rPr>
        <w:t>2NF</w:t>
      </w:r>
      <w:r>
        <w:rPr>
          <w:rFonts w:ascii="Arial" w:hAnsi="Arial" w:cs="Arial"/>
          <w:sz w:val="24"/>
          <w:szCs w:val="24"/>
        </w:rPr>
        <w:t xml:space="preserve">, the </w:t>
      </w:r>
      <w:r w:rsidRPr="005964BC">
        <w:rPr>
          <w:rFonts w:ascii="Arial" w:hAnsi="Arial" w:cs="Arial"/>
          <w:sz w:val="24"/>
          <w:szCs w:val="24"/>
        </w:rPr>
        <w:t>3NF goes further, removing transitive dependencies, a situation in which non-key attributes depend indirectly on the primary key. 3NF ensures that each keyless column in a table is directly linked to the primary key and nothing else</w:t>
      </w:r>
      <w:r>
        <w:rPr>
          <w:rFonts w:ascii="Arial" w:hAnsi="Arial" w:cs="Arial"/>
          <w:sz w:val="24"/>
          <w:szCs w:val="24"/>
        </w:rPr>
        <w:t xml:space="preserve">. </w:t>
      </w:r>
    </w:p>
    <w:p w14:paraId="20BFBA3A" w14:textId="25A89491" w:rsidR="005964BC" w:rsidRDefault="00E03594" w:rsidP="00E03594">
      <w:pPr>
        <w:jc w:val="both"/>
        <w:rPr>
          <w:rFonts w:ascii="Arial" w:hAnsi="Arial" w:cs="Arial"/>
          <w:sz w:val="24"/>
          <w:szCs w:val="24"/>
        </w:rPr>
      </w:pPr>
      <w:r>
        <w:rPr>
          <w:rFonts w:ascii="Arial" w:hAnsi="Arial" w:cs="Arial"/>
          <w:sz w:val="24"/>
          <w:szCs w:val="24"/>
        </w:rPr>
        <w:t xml:space="preserve">In this scenario, we can see all entities are already well defined with its attributes ensuring that all attributes are in the table linked to its primary key. </w:t>
      </w:r>
      <w:r w:rsidR="005964BC">
        <w:rPr>
          <w:rFonts w:ascii="Arial" w:hAnsi="Arial" w:cs="Arial"/>
          <w:sz w:val="24"/>
          <w:szCs w:val="24"/>
        </w:rPr>
        <w:t xml:space="preserve"> </w:t>
      </w:r>
    </w:p>
    <w:p w14:paraId="05F32F0F" w14:textId="77777777" w:rsidR="00E03594" w:rsidRDefault="00E03594" w:rsidP="00E03594">
      <w:pPr>
        <w:jc w:val="both"/>
        <w:rPr>
          <w:rFonts w:ascii="Arial" w:hAnsi="Arial" w:cs="Arial"/>
          <w:sz w:val="24"/>
          <w:szCs w:val="24"/>
        </w:rPr>
      </w:pPr>
    </w:p>
    <w:p w14:paraId="7D4F5564" w14:textId="77777777" w:rsidR="00E03594" w:rsidRDefault="00D74D74">
      <w:pPr>
        <w:rPr>
          <w:rStyle w:val="Heading1Char"/>
        </w:rPr>
      </w:pPr>
      <w:bookmarkStart w:id="14" w:name="_Toc235453757"/>
      <w:r w:rsidRPr="00E03594">
        <w:rPr>
          <w:rStyle w:val="Heading1Char"/>
        </w:rPr>
        <w:t>Sample Data</w:t>
      </w:r>
      <w:bookmarkEnd w:id="14"/>
    </w:p>
    <w:p w14:paraId="7B7F3EFF" w14:textId="77777777" w:rsidR="00E03594" w:rsidRDefault="00E03594">
      <w:pPr>
        <w:rPr>
          <w:rStyle w:val="Heading1Char"/>
        </w:rPr>
      </w:pPr>
    </w:p>
    <w:p w14:paraId="5AA6EB8F" w14:textId="77777777" w:rsidR="00DD3F2B" w:rsidRDefault="00DD3F2B">
      <w:pPr>
        <w:rPr>
          <w:rStyle w:val="Heading1Char"/>
        </w:rPr>
      </w:pPr>
      <w:r>
        <w:rPr>
          <w:noProof/>
        </w:rPr>
        <w:drawing>
          <wp:inline distT="0" distB="0" distL="0" distR="0" wp14:anchorId="7F0C73C6" wp14:editId="6A63DC9E">
            <wp:extent cx="5486400" cy="2043430"/>
            <wp:effectExtent l="0" t="0" r="0" b="0"/>
            <wp:docPr id="13453910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91028" name=""/>
                    <pic:cNvPicPr/>
                  </pic:nvPicPr>
                  <pic:blipFill>
                    <a:blip r:embed="rId34"/>
                    <a:stretch>
                      <a:fillRect/>
                    </a:stretch>
                  </pic:blipFill>
                  <pic:spPr>
                    <a:xfrm>
                      <a:off x="0" y="0"/>
                      <a:ext cx="5486400" cy="2043430"/>
                    </a:xfrm>
                    <a:prstGeom prst="rect">
                      <a:avLst/>
                    </a:prstGeom>
                  </pic:spPr>
                </pic:pic>
              </a:graphicData>
            </a:graphic>
          </wp:inline>
        </w:drawing>
      </w:r>
    </w:p>
    <w:p w14:paraId="716B54DC" w14:textId="3D7207ED" w:rsidR="00DD3F2B" w:rsidRDefault="00DD3F2B">
      <w:pPr>
        <w:rPr>
          <w:rStyle w:val="Heading1Char"/>
        </w:rPr>
      </w:pPr>
      <w:r>
        <w:rPr>
          <w:noProof/>
        </w:rPr>
        <w:drawing>
          <wp:inline distT="0" distB="0" distL="0" distR="0" wp14:anchorId="79482065" wp14:editId="2E8B9F7B">
            <wp:extent cx="5486400" cy="2278380"/>
            <wp:effectExtent l="0" t="0" r="0" b="7620"/>
            <wp:docPr id="9786077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607725" name=""/>
                    <pic:cNvPicPr/>
                  </pic:nvPicPr>
                  <pic:blipFill>
                    <a:blip r:embed="rId35"/>
                    <a:stretch>
                      <a:fillRect/>
                    </a:stretch>
                  </pic:blipFill>
                  <pic:spPr>
                    <a:xfrm>
                      <a:off x="0" y="0"/>
                      <a:ext cx="5486400" cy="2278380"/>
                    </a:xfrm>
                    <a:prstGeom prst="rect">
                      <a:avLst/>
                    </a:prstGeom>
                  </pic:spPr>
                </pic:pic>
              </a:graphicData>
            </a:graphic>
          </wp:inline>
        </w:drawing>
      </w:r>
    </w:p>
    <w:p w14:paraId="4B8B1B7C" w14:textId="5E41C8CD" w:rsidR="00DD3F2B" w:rsidRDefault="00DD3F2B">
      <w:pPr>
        <w:rPr>
          <w:rStyle w:val="Heading1Char"/>
        </w:rPr>
      </w:pPr>
      <w:r>
        <w:rPr>
          <w:noProof/>
        </w:rPr>
        <w:lastRenderedPageBreak/>
        <w:drawing>
          <wp:inline distT="0" distB="0" distL="0" distR="0" wp14:anchorId="1CC14E65" wp14:editId="1378640F">
            <wp:extent cx="5486400" cy="1819910"/>
            <wp:effectExtent l="0" t="0" r="0" b="8890"/>
            <wp:docPr id="6836580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658000" name=""/>
                    <pic:cNvPicPr/>
                  </pic:nvPicPr>
                  <pic:blipFill>
                    <a:blip r:embed="rId36"/>
                    <a:stretch>
                      <a:fillRect/>
                    </a:stretch>
                  </pic:blipFill>
                  <pic:spPr>
                    <a:xfrm>
                      <a:off x="0" y="0"/>
                      <a:ext cx="5486400" cy="1819910"/>
                    </a:xfrm>
                    <a:prstGeom prst="rect">
                      <a:avLst/>
                    </a:prstGeom>
                  </pic:spPr>
                </pic:pic>
              </a:graphicData>
            </a:graphic>
          </wp:inline>
        </w:drawing>
      </w:r>
    </w:p>
    <w:p w14:paraId="484E7C8D" w14:textId="604A99D9" w:rsidR="00DD3F2B" w:rsidRDefault="00DD3F2B">
      <w:pPr>
        <w:rPr>
          <w:rStyle w:val="Heading1Char"/>
        </w:rPr>
      </w:pPr>
      <w:r>
        <w:rPr>
          <w:noProof/>
        </w:rPr>
        <w:drawing>
          <wp:inline distT="0" distB="0" distL="0" distR="0" wp14:anchorId="28FD0714" wp14:editId="2CBF0E50">
            <wp:extent cx="5486400" cy="3048000"/>
            <wp:effectExtent l="0" t="0" r="0" b="0"/>
            <wp:docPr id="13640768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076831" name=""/>
                    <pic:cNvPicPr/>
                  </pic:nvPicPr>
                  <pic:blipFill>
                    <a:blip r:embed="rId37"/>
                    <a:stretch>
                      <a:fillRect/>
                    </a:stretch>
                  </pic:blipFill>
                  <pic:spPr>
                    <a:xfrm>
                      <a:off x="0" y="0"/>
                      <a:ext cx="5486400" cy="3048000"/>
                    </a:xfrm>
                    <a:prstGeom prst="rect">
                      <a:avLst/>
                    </a:prstGeom>
                  </pic:spPr>
                </pic:pic>
              </a:graphicData>
            </a:graphic>
          </wp:inline>
        </w:drawing>
      </w:r>
    </w:p>
    <w:p w14:paraId="40489B2B" w14:textId="77777777" w:rsidR="00DD3F2B" w:rsidRDefault="00DD3F2B">
      <w:r>
        <w:rPr>
          <w:noProof/>
        </w:rPr>
        <w:drawing>
          <wp:inline distT="0" distB="0" distL="0" distR="0" wp14:anchorId="21D0C390" wp14:editId="48781B1F">
            <wp:extent cx="5486400" cy="2059305"/>
            <wp:effectExtent l="0" t="0" r="0" b="0"/>
            <wp:docPr id="485801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80118" name=""/>
                    <pic:cNvPicPr/>
                  </pic:nvPicPr>
                  <pic:blipFill>
                    <a:blip r:embed="rId38"/>
                    <a:stretch>
                      <a:fillRect/>
                    </a:stretch>
                  </pic:blipFill>
                  <pic:spPr>
                    <a:xfrm>
                      <a:off x="0" y="0"/>
                      <a:ext cx="5486400" cy="2059305"/>
                    </a:xfrm>
                    <a:prstGeom prst="rect">
                      <a:avLst/>
                    </a:prstGeom>
                  </pic:spPr>
                </pic:pic>
              </a:graphicData>
            </a:graphic>
          </wp:inline>
        </w:drawing>
      </w:r>
    </w:p>
    <w:p w14:paraId="06491754" w14:textId="36C2A161" w:rsidR="00DD3F2B" w:rsidRDefault="00DD3F2B">
      <w:pPr>
        <w:rPr>
          <w:rStyle w:val="Heading1Char"/>
        </w:rPr>
      </w:pPr>
      <w:r>
        <w:rPr>
          <w:noProof/>
        </w:rPr>
        <w:lastRenderedPageBreak/>
        <w:drawing>
          <wp:inline distT="0" distB="0" distL="0" distR="0" wp14:anchorId="63B5CA92" wp14:editId="7E346BD4">
            <wp:extent cx="5486400" cy="2242820"/>
            <wp:effectExtent l="0" t="0" r="0" b="5080"/>
            <wp:docPr id="2339436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943684" name=""/>
                    <pic:cNvPicPr/>
                  </pic:nvPicPr>
                  <pic:blipFill>
                    <a:blip r:embed="rId39"/>
                    <a:stretch>
                      <a:fillRect/>
                    </a:stretch>
                  </pic:blipFill>
                  <pic:spPr>
                    <a:xfrm>
                      <a:off x="0" y="0"/>
                      <a:ext cx="5486400" cy="2242820"/>
                    </a:xfrm>
                    <a:prstGeom prst="rect">
                      <a:avLst/>
                    </a:prstGeom>
                  </pic:spPr>
                </pic:pic>
              </a:graphicData>
            </a:graphic>
          </wp:inline>
        </w:drawing>
      </w:r>
    </w:p>
    <w:p w14:paraId="3DE353EB" w14:textId="77777777" w:rsidR="00DD3F2B" w:rsidRDefault="00DD3F2B">
      <w:pPr>
        <w:rPr>
          <w:rStyle w:val="Heading1Char"/>
        </w:rPr>
      </w:pPr>
    </w:p>
    <w:p w14:paraId="78BFCB2C" w14:textId="6A89E50D" w:rsidR="00DD3F2B" w:rsidRDefault="00DD3F2B">
      <w:pPr>
        <w:rPr>
          <w:rStyle w:val="Heading1Char"/>
        </w:rPr>
      </w:pPr>
      <w:r>
        <w:rPr>
          <w:noProof/>
        </w:rPr>
        <w:drawing>
          <wp:inline distT="0" distB="0" distL="0" distR="0" wp14:anchorId="47251923" wp14:editId="5EACAC95">
            <wp:extent cx="4600575" cy="2291800"/>
            <wp:effectExtent l="0" t="0" r="0" b="0"/>
            <wp:docPr id="7427638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763858" name=""/>
                    <pic:cNvPicPr/>
                  </pic:nvPicPr>
                  <pic:blipFill>
                    <a:blip r:embed="rId40"/>
                    <a:stretch>
                      <a:fillRect/>
                    </a:stretch>
                  </pic:blipFill>
                  <pic:spPr>
                    <a:xfrm>
                      <a:off x="0" y="0"/>
                      <a:ext cx="4618580" cy="2300769"/>
                    </a:xfrm>
                    <a:prstGeom prst="rect">
                      <a:avLst/>
                    </a:prstGeom>
                  </pic:spPr>
                </pic:pic>
              </a:graphicData>
            </a:graphic>
          </wp:inline>
        </w:drawing>
      </w:r>
    </w:p>
    <w:p w14:paraId="290EF11D" w14:textId="6057091A" w:rsidR="006718C3" w:rsidRDefault="00D74D74">
      <w:r w:rsidRPr="00E03594">
        <w:rPr>
          <w:rStyle w:val="Heading1Char"/>
        </w:rPr>
        <w:br/>
      </w:r>
      <w:r w:rsidR="00DD3F2B">
        <w:rPr>
          <w:noProof/>
        </w:rPr>
        <w:drawing>
          <wp:inline distT="0" distB="0" distL="0" distR="0" wp14:anchorId="06050EEE" wp14:editId="6C680DB8">
            <wp:extent cx="4600575" cy="2736385"/>
            <wp:effectExtent l="0" t="0" r="0" b="6985"/>
            <wp:docPr id="11648427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42783" name=""/>
                    <pic:cNvPicPr/>
                  </pic:nvPicPr>
                  <pic:blipFill>
                    <a:blip r:embed="rId41"/>
                    <a:stretch>
                      <a:fillRect/>
                    </a:stretch>
                  </pic:blipFill>
                  <pic:spPr>
                    <a:xfrm>
                      <a:off x="0" y="0"/>
                      <a:ext cx="4612400" cy="2743418"/>
                    </a:xfrm>
                    <a:prstGeom prst="rect">
                      <a:avLst/>
                    </a:prstGeom>
                  </pic:spPr>
                </pic:pic>
              </a:graphicData>
            </a:graphic>
          </wp:inline>
        </w:drawing>
      </w:r>
    </w:p>
    <w:p w14:paraId="08884960" w14:textId="7DD998D9" w:rsidR="00D6202C" w:rsidRDefault="00D74D74" w:rsidP="00672F11">
      <w:pPr>
        <w:pStyle w:val="Heading1"/>
      </w:pPr>
      <w:bookmarkStart w:id="15" w:name="_Toc235453758"/>
      <w:r>
        <w:lastRenderedPageBreak/>
        <w:t>Queries</w:t>
      </w:r>
      <w:bookmarkEnd w:id="15"/>
      <w:r>
        <w:br/>
      </w:r>
    </w:p>
    <w:tbl>
      <w:tblPr>
        <w:tblStyle w:val="TableGrid"/>
        <w:tblW w:w="9923" w:type="dxa"/>
        <w:tblInd w:w="-459" w:type="dxa"/>
        <w:tblBorders>
          <w:top w:val="none" w:sz="0" w:space="0" w:color="auto"/>
          <w:left w:val="none" w:sz="0" w:space="0" w:color="auto"/>
          <w:right w:val="none" w:sz="0" w:space="0" w:color="auto"/>
        </w:tblBorders>
        <w:tblLook w:val="04A0" w:firstRow="1" w:lastRow="0" w:firstColumn="1" w:lastColumn="0" w:noHBand="0" w:noVBand="1"/>
      </w:tblPr>
      <w:tblGrid>
        <w:gridCol w:w="5115"/>
        <w:gridCol w:w="4808"/>
      </w:tblGrid>
      <w:tr w:rsidR="001C7A42" w:rsidRPr="001C7A42" w14:paraId="295FDD80" w14:textId="77777777" w:rsidTr="00672F11">
        <w:tc>
          <w:tcPr>
            <w:tcW w:w="9923" w:type="dxa"/>
            <w:gridSpan w:val="2"/>
            <w:tcBorders>
              <w:top w:val="single" w:sz="4" w:space="0" w:color="auto"/>
              <w:left w:val="single" w:sz="4" w:space="0" w:color="auto"/>
              <w:right w:val="single" w:sz="4" w:space="0" w:color="auto"/>
            </w:tcBorders>
          </w:tcPr>
          <w:p w14:paraId="7FCAFD2E" w14:textId="1121C66E" w:rsidR="001C7A42" w:rsidRPr="001C7A42" w:rsidRDefault="001C7A42">
            <w:pPr>
              <w:rPr>
                <w:rFonts w:ascii="Arial" w:hAnsi="Arial" w:cs="Arial"/>
                <w:sz w:val="24"/>
                <w:szCs w:val="24"/>
              </w:rPr>
            </w:pPr>
            <w:r w:rsidRPr="001C7A42">
              <w:rPr>
                <w:rFonts w:ascii="Arial" w:hAnsi="Arial" w:cs="Arial"/>
                <w:sz w:val="24"/>
                <w:szCs w:val="24"/>
              </w:rPr>
              <w:t xml:space="preserve">Customes PostCode </w:t>
            </w:r>
          </w:p>
        </w:tc>
      </w:tr>
      <w:tr w:rsidR="00D6202C" w14:paraId="01ABD926" w14:textId="77777777" w:rsidTr="002A2EE5">
        <w:tc>
          <w:tcPr>
            <w:tcW w:w="5115" w:type="dxa"/>
          </w:tcPr>
          <w:p w14:paraId="238597C8" w14:textId="171BC273" w:rsidR="00D6202C" w:rsidRDefault="00494C29">
            <w:r>
              <w:rPr>
                <w:noProof/>
              </w:rPr>
              <w:drawing>
                <wp:anchor distT="0" distB="0" distL="114300" distR="114300" simplePos="0" relativeHeight="251663360" behindDoc="1" locked="0" layoutInCell="1" allowOverlap="1" wp14:anchorId="1EFF637C" wp14:editId="5AD5428B">
                  <wp:simplePos x="0" y="0"/>
                  <wp:positionH relativeFrom="column">
                    <wp:posOffset>110490</wp:posOffset>
                  </wp:positionH>
                  <wp:positionV relativeFrom="paragraph">
                    <wp:posOffset>137795</wp:posOffset>
                  </wp:positionV>
                  <wp:extent cx="2819400" cy="2505075"/>
                  <wp:effectExtent l="0" t="0" r="0" b="9525"/>
                  <wp:wrapTight wrapText="bothSides">
                    <wp:wrapPolygon edited="0">
                      <wp:start x="0" y="0"/>
                      <wp:lineTo x="0" y="21518"/>
                      <wp:lineTo x="21454" y="21518"/>
                      <wp:lineTo x="21454" y="0"/>
                      <wp:lineTo x="0" y="0"/>
                    </wp:wrapPolygon>
                  </wp:wrapTight>
                  <wp:docPr id="179754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54452" name=""/>
                          <pic:cNvPicPr/>
                        </pic:nvPicPr>
                        <pic:blipFill>
                          <a:blip r:embed="rId42"/>
                          <a:stretch>
                            <a:fillRect/>
                          </a:stretch>
                        </pic:blipFill>
                        <pic:spPr>
                          <a:xfrm>
                            <a:off x="0" y="0"/>
                            <a:ext cx="2819400" cy="2505075"/>
                          </a:xfrm>
                          <a:prstGeom prst="rect">
                            <a:avLst/>
                          </a:prstGeom>
                        </pic:spPr>
                      </pic:pic>
                    </a:graphicData>
                  </a:graphic>
                </wp:anchor>
              </w:drawing>
            </w:r>
          </w:p>
        </w:tc>
        <w:tc>
          <w:tcPr>
            <w:tcW w:w="4808" w:type="dxa"/>
          </w:tcPr>
          <w:p w14:paraId="571CA9D3" w14:textId="1C5C938F" w:rsidR="00D6202C" w:rsidRDefault="00BE2075">
            <w:r>
              <w:rPr>
                <w:noProof/>
              </w:rPr>
              <w:drawing>
                <wp:anchor distT="0" distB="0" distL="114300" distR="114300" simplePos="0" relativeHeight="251660288" behindDoc="1" locked="0" layoutInCell="1" allowOverlap="1" wp14:anchorId="26958761" wp14:editId="6B15B5E4">
                  <wp:simplePos x="0" y="0"/>
                  <wp:positionH relativeFrom="column">
                    <wp:posOffset>139065</wp:posOffset>
                  </wp:positionH>
                  <wp:positionV relativeFrom="paragraph">
                    <wp:posOffset>252095</wp:posOffset>
                  </wp:positionV>
                  <wp:extent cx="2390775" cy="2209800"/>
                  <wp:effectExtent l="0" t="0" r="9525" b="0"/>
                  <wp:wrapTight wrapText="bothSides">
                    <wp:wrapPolygon edited="0">
                      <wp:start x="0" y="0"/>
                      <wp:lineTo x="0" y="21414"/>
                      <wp:lineTo x="21514" y="21414"/>
                      <wp:lineTo x="21514" y="0"/>
                      <wp:lineTo x="0" y="0"/>
                    </wp:wrapPolygon>
                  </wp:wrapTight>
                  <wp:docPr id="1718068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068128" name=""/>
                          <pic:cNvPicPr/>
                        </pic:nvPicPr>
                        <pic:blipFill>
                          <a:blip r:embed="rId43"/>
                          <a:stretch>
                            <a:fillRect/>
                          </a:stretch>
                        </pic:blipFill>
                        <pic:spPr>
                          <a:xfrm>
                            <a:off x="0" y="0"/>
                            <a:ext cx="2390775" cy="2209800"/>
                          </a:xfrm>
                          <a:prstGeom prst="rect">
                            <a:avLst/>
                          </a:prstGeom>
                        </pic:spPr>
                      </pic:pic>
                    </a:graphicData>
                  </a:graphic>
                </wp:anchor>
              </w:drawing>
            </w:r>
          </w:p>
        </w:tc>
      </w:tr>
      <w:tr w:rsidR="002A2EE5" w:rsidRPr="00F94034" w14:paraId="5B1C2D39" w14:textId="77777777" w:rsidTr="002A2EE5">
        <w:tc>
          <w:tcPr>
            <w:tcW w:w="9923" w:type="dxa"/>
            <w:gridSpan w:val="2"/>
          </w:tcPr>
          <w:p w14:paraId="6769DB5B" w14:textId="77777777" w:rsidR="00EA1349" w:rsidRDefault="00EA1349">
            <w:pPr>
              <w:rPr>
                <w:rFonts w:ascii="Arial" w:hAnsi="Arial" w:cs="Arial"/>
                <w:sz w:val="24"/>
                <w:szCs w:val="24"/>
              </w:rPr>
            </w:pPr>
          </w:p>
          <w:p w14:paraId="2E6A563A" w14:textId="407A2A7E" w:rsidR="002A2EE5" w:rsidRDefault="00EA1349">
            <w:pPr>
              <w:rPr>
                <w:rFonts w:ascii="Arial" w:hAnsi="Arial" w:cs="Arial"/>
                <w:sz w:val="24"/>
                <w:szCs w:val="24"/>
              </w:rPr>
            </w:pPr>
            <w:r w:rsidRPr="00F94034">
              <w:rPr>
                <w:rFonts w:ascii="Arial" w:hAnsi="Arial" w:cs="Arial"/>
                <w:sz w:val="24"/>
                <w:szCs w:val="24"/>
              </w:rPr>
              <w:t>Query</w:t>
            </w:r>
            <w:r w:rsidR="00F94034">
              <w:rPr>
                <w:rFonts w:ascii="Arial" w:hAnsi="Arial" w:cs="Arial"/>
                <w:sz w:val="24"/>
                <w:szCs w:val="24"/>
              </w:rPr>
              <w:t xml:space="preserve"> that </w:t>
            </w:r>
            <w:r>
              <w:rPr>
                <w:rFonts w:ascii="Arial" w:hAnsi="Arial" w:cs="Arial"/>
                <w:sz w:val="24"/>
                <w:szCs w:val="24"/>
              </w:rPr>
              <w:t>results in</w:t>
            </w:r>
            <w:r w:rsidR="00F94034">
              <w:rPr>
                <w:rFonts w:ascii="Arial" w:hAnsi="Arial" w:cs="Arial"/>
                <w:sz w:val="24"/>
                <w:szCs w:val="24"/>
              </w:rPr>
              <w:t xml:space="preserve"> </w:t>
            </w:r>
            <w:r>
              <w:rPr>
                <w:rFonts w:ascii="Arial" w:hAnsi="Arial" w:cs="Arial"/>
                <w:sz w:val="24"/>
                <w:szCs w:val="24"/>
              </w:rPr>
              <w:t xml:space="preserve">a record set that contains the POSTCODE from all CUSTOMERS order by Z-A sort. </w:t>
            </w:r>
          </w:p>
          <w:p w14:paraId="156EEA38" w14:textId="3EF2BEB0" w:rsidR="00EA1349" w:rsidRPr="00F94034" w:rsidRDefault="00EA1349">
            <w:pPr>
              <w:rPr>
                <w:rFonts w:ascii="Arial" w:hAnsi="Arial" w:cs="Arial"/>
                <w:sz w:val="24"/>
                <w:szCs w:val="24"/>
              </w:rPr>
            </w:pPr>
          </w:p>
        </w:tc>
      </w:tr>
    </w:tbl>
    <w:p w14:paraId="5D5E185D" w14:textId="5F4A9B95" w:rsidR="00672F11" w:rsidRDefault="00D74D74">
      <w:r>
        <w:br/>
      </w:r>
    </w:p>
    <w:tbl>
      <w:tblPr>
        <w:tblStyle w:val="TableGrid"/>
        <w:tblW w:w="10045" w:type="dxa"/>
        <w:tblInd w:w="-459" w:type="dxa"/>
        <w:tblBorders>
          <w:top w:val="none" w:sz="0" w:space="0" w:color="auto"/>
          <w:left w:val="none" w:sz="0" w:space="0" w:color="auto"/>
          <w:right w:val="none" w:sz="0" w:space="0" w:color="auto"/>
        </w:tblBorders>
        <w:tblLook w:val="04A0" w:firstRow="1" w:lastRow="0" w:firstColumn="1" w:lastColumn="0" w:noHBand="0" w:noVBand="1"/>
      </w:tblPr>
      <w:tblGrid>
        <w:gridCol w:w="4879"/>
        <w:gridCol w:w="5166"/>
      </w:tblGrid>
      <w:tr w:rsidR="00672F11" w:rsidRPr="001C7A42" w14:paraId="0FE1D9C6" w14:textId="77777777" w:rsidTr="00672F11">
        <w:tc>
          <w:tcPr>
            <w:tcW w:w="10045" w:type="dxa"/>
            <w:gridSpan w:val="2"/>
            <w:tcBorders>
              <w:top w:val="single" w:sz="4" w:space="0" w:color="auto"/>
              <w:left w:val="single" w:sz="4" w:space="0" w:color="auto"/>
              <w:right w:val="single" w:sz="4" w:space="0" w:color="auto"/>
            </w:tcBorders>
          </w:tcPr>
          <w:p w14:paraId="6400DB16" w14:textId="7103B7A3" w:rsidR="00672F11" w:rsidRPr="001C7A42" w:rsidRDefault="00672F11" w:rsidP="001A10CA">
            <w:pPr>
              <w:rPr>
                <w:rFonts w:ascii="Arial" w:hAnsi="Arial" w:cs="Arial"/>
                <w:sz w:val="24"/>
                <w:szCs w:val="24"/>
              </w:rPr>
            </w:pPr>
            <w:r>
              <w:rPr>
                <w:rFonts w:ascii="Arial" w:hAnsi="Arial" w:cs="Arial"/>
                <w:sz w:val="24"/>
                <w:szCs w:val="24"/>
              </w:rPr>
              <w:t xml:space="preserve">FREE Slots </w:t>
            </w:r>
          </w:p>
        </w:tc>
      </w:tr>
      <w:tr w:rsidR="00EA1349" w14:paraId="7A7E73F1" w14:textId="77777777" w:rsidTr="00672F11">
        <w:tc>
          <w:tcPr>
            <w:tcW w:w="4879" w:type="dxa"/>
          </w:tcPr>
          <w:p w14:paraId="5AA6246D" w14:textId="3E1C0644" w:rsidR="00EA1349" w:rsidRDefault="00EA1349" w:rsidP="001A10CA">
            <w:r>
              <w:rPr>
                <w:noProof/>
              </w:rPr>
              <w:drawing>
                <wp:inline distT="0" distB="0" distL="0" distR="0" wp14:anchorId="54293D1D" wp14:editId="10208A31">
                  <wp:extent cx="2961523" cy="2647950"/>
                  <wp:effectExtent l="0" t="0" r="0" b="0"/>
                  <wp:docPr id="17074826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82612" name=""/>
                          <pic:cNvPicPr/>
                        </pic:nvPicPr>
                        <pic:blipFill>
                          <a:blip r:embed="rId44"/>
                          <a:stretch>
                            <a:fillRect/>
                          </a:stretch>
                        </pic:blipFill>
                        <pic:spPr>
                          <a:xfrm>
                            <a:off x="0" y="0"/>
                            <a:ext cx="2963747" cy="2649939"/>
                          </a:xfrm>
                          <a:prstGeom prst="rect">
                            <a:avLst/>
                          </a:prstGeom>
                        </pic:spPr>
                      </pic:pic>
                    </a:graphicData>
                  </a:graphic>
                </wp:inline>
              </w:drawing>
            </w:r>
          </w:p>
        </w:tc>
        <w:tc>
          <w:tcPr>
            <w:tcW w:w="5166" w:type="dxa"/>
          </w:tcPr>
          <w:p w14:paraId="32D041F0" w14:textId="3409C4B7" w:rsidR="00EA1349" w:rsidRDefault="00EA1349" w:rsidP="001A10CA">
            <w:r>
              <w:rPr>
                <w:noProof/>
              </w:rPr>
              <w:drawing>
                <wp:inline distT="0" distB="0" distL="0" distR="0" wp14:anchorId="75CC7286" wp14:editId="0CA8D439">
                  <wp:extent cx="3143250" cy="1413072"/>
                  <wp:effectExtent l="0" t="0" r="0" b="0"/>
                  <wp:docPr id="14014783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78357" name=""/>
                          <pic:cNvPicPr/>
                        </pic:nvPicPr>
                        <pic:blipFill>
                          <a:blip r:embed="rId45"/>
                          <a:stretch>
                            <a:fillRect/>
                          </a:stretch>
                        </pic:blipFill>
                        <pic:spPr>
                          <a:xfrm>
                            <a:off x="0" y="0"/>
                            <a:ext cx="3165902" cy="1423255"/>
                          </a:xfrm>
                          <a:prstGeom prst="rect">
                            <a:avLst/>
                          </a:prstGeom>
                        </pic:spPr>
                      </pic:pic>
                    </a:graphicData>
                  </a:graphic>
                </wp:inline>
              </w:drawing>
            </w:r>
          </w:p>
        </w:tc>
      </w:tr>
      <w:tr w:rsidR="00EA1349" w:rsidRPr="00F94034" w14:paraId="6619D374" w14:textId="77777777" w:rsidTr="00672F11">
        <w:tc>
          <w:tcPr>
            <w:tcW w:w="10045" w:type="dxa"/>
            <w:gridSpan w:val="2"/>
          </w:tcPr>
          <w:p w14:paraId="0614C336" w14:textId="22823BC7" w:rsidR="00672F11" w:rsidRDefault="00672F11" w:rsidP="001A10CA">
            <w:pPr>
              <w:rPr>
                <w:rFonts w:ascii="Arial" w:hAnsi="Arial" w:cs="Arial"/>
                <w:sz w:val="24"/>
                <w:szCs w:val="24"/>
              </w:rPr>
            </w:pPr>
          </w:p>
          <w:p w14:paraId="53293865" w14:textId="5AD1EC9F" w:rsidR="00EA1349" w:rsidRDefault="00EA1349" w:rsidP="001A10CA">
            <w:pPr>
              <w:rPr>
                <w:rFonts w:ascii="Arial" w:hAnsi="Arial" w:cs="Arial"/>
                <w:sz w:val="24"/>
                <w:szCs w:val="24"/>
              </w:rPr>
            </w:pPr>
            <w:r w:rsidRPr="00F94034">
              <w:rPr>
                <w:rFonts w:ascii="Arial" w:hAnsi="Arial" w:cs="Arial"/>
                <w:sz w:val="24"/>
                <w:szCs w:val="24"/>
              </w:rPr>
              <w:t>Query</w:t>
            </w:r>
            <w:r>
              <w:rPr>
                <w:rFonts w:ascii="Arial" w:hAnsi="Arial" w:cs="Arial"/>
                <w:sz w:val="24"/>
                <w:szCs w:val="24"/>
              </w:rPr>
              <w:t xml:space="preserve"> that results in a record set that contains all information about SLOTS that the flag BUSY is set to `No`</w:t>
            </w:r>
            <w:r w:rsidR="00672F11">
              <w:rPr>
                <w:rFonts w:ascii="Arial" w:hAnsi="Arial" w:cs="Arial"/>
                <w:sz w:val="24"/>
                <w:szCs w:val="24"/>
              </w:rPr>
              <w:t>, which means these are FREE slots</w:t>
            </w:r>
            <w:r>
              <w:rPr>
                <w:rFonts w:ascii="Arial" w:hAnsi="Arial" w:cs="Arial"/>
                <w:sz w:val="24"/>
                <w:szCs w:val="24"/>
              </w:rPr>
              <w:t xml:space="preserve">. </w:t>
            </w:r>
          </w:p>
          <w:p w14:paraId="08EF79A1" w14:textId="77777777" w:rsidR="00EA1349" w:rsidRPr="00F94034" w:rsidRDefault="00EA1349" w:rsidP="001A10CA">
            <w:pPr>
              <w:rPr>
                <w:rFonts w:ascii="Arial" w:hAnsi="Arial" w:cs="Arial"/>
                <w:sz w:val="24"/>
                <w:szCs w:val="24"/>
              </w:rPr>
            </w:pPr>
          </w:p>
        </w:tc>
      </w:tr>
    </w:tbl>
    <w:p w14:paraId="05B19082" w14:textId="4234A989" w:rsidR="00EA1349" w:rsidRDefault="00EA1349"/>
    <w:tbl>
      <w:tblPr>
        <w:tblStyle w:val="TableGrid"/>
        <w:tblW w:w="10045" w:type="dxa"/>
        <w:tblInd w:w="-459" w:type="dxa"/>
        <w:tblBorders>
          <w:top w:val="none" w:sz="0" w:space="0" w:color="auto"/>
          <w:left w:val="none" w:sz="0" w:space="0" w:color="auto"/>
          <w:right w:val="none" w:sz="0" w:space="0" w:color="auto"/>
        </w:tblBorders>
        <w:tblLook w:val="04A0" w:firstRow="1" w:lastRow="0" w:firstColumn="1" w:lastColumn="0" w:noHBand="0" w:noVBand="1"/>
      </w:tblPr>
      <w:tblGrid>
        <w:gridCol w:w="4879"/>
        <w:gridCol w:w="5166"/>
      </w:tblGrid>
      <w:tr w:rsidR="00672F11" w:rsidRPr="001C7A42" w14:paraId="7DF0709B" w14:textId="77777777" w:rsidTr="001A10CA">
        <w:tc>
          <w:tcPr>
            <w:tcW w:w="10045" w:type="dxa"/>
            <w:gridSpan w:val="2"/>
            <w:tcBorders>
              <w:top w:val="single" w:sz="4" w:space="0" w:color="auto"/>
              <w:left w:val="single" w:sz="4" w:space="0" w:color="auto"/>
              <w:right w:val="single" w:sz="4" w:space="0" w:color="auto"/>
            </w:tcBorders>
          </w:tcPr>
          <w:p w14:paraId="6B38D280" w14:textId="77777777" w:rsidR="00672F11" w:rsidRPr="001C7A42" w:rsidRDefault="00672F11" w:rsidP="001A10CA">
            <w:pPr>
              <w:rPr>
                <w:rFonts w:ascii="Arial" w:hAnsi="Arial" w:cs="Arial"/>
                <w:sz w:val="24"/>
                <w:szCs w:val="24"/>
              </w:rPr>
            </w:pPr>
            <w:r>
              <w:rPr>
                <w:rFonts w:ascii="Arial" w:hAnsi="Arial" w:cs="Arial"/>
                <w:sz w:val="24"/>
                <w:szCs w:val="24"/>
              </w:rPr>
              <w:t xml:space="preserve">FREE Slots </w:t>
            </w:r>
          </w:p>
        </w:tc>
      </w:tr>
      <w:tr w:rsidR="00672F11" w14:paraId="209FAAFB" w14:textId="77777777" w:rsidTr="001A10CA">
        <w:tc>
          <w:tcPr>
            <w:tcW w:w="4879" w:type="dxa"/>
          </w:tcPr>
          <w:p w14:paraId="0C1CF11C" w14:textId="77777777" w:rsidR="00672F11" w:rsidRDefault="00672F11" w:rsidP="001A10CA">
            <w:r>
              <w:rPr>
                <w:noProof/>
              </w:rPr>
              <w:drawing>
                <wp:inline distT="0" distB="0" distL="0" distR="0" wp14:anchorId="49A6088A" wp14:editId="01A273F2">
                  <wp:extent cx="2961523" cy="2647950"/>
                  <wp:effectExtent l="0" t="0" r="0" b="0"/>
                  <wp:docPr id="14622443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82612" name=""/>
                          <pic:cNvPicPr/>
                        </pic:nvPicPr>
                        <pic:blipFill>
                          <a:blip r:embed="rId44"/>
                          <a:stretch>
                            <a:fillRect/>
                          </a:stretch>
                        </pic:blipFill>
                        <pic:spPr>
                          <a:xfrm>
                            <a:off x="0" y="0"/>
                            <a:ext cx="2963747" cy="2649939"/>
                          </a:xfrm>
                          <a:prstGeom prst="rect">
                            <a:avLst/>
                          </a:prstGeom>
                        </pic:spPr>
                      </pic:pic>
                    </a:graphicData>
                  </a:graphic>
                </wp:inline>
              </w:drawing>
            </w:r>
          </w:p>
        </w:tc>
        <w:tc>
          <w:tcPr>
            <w:tcW w:w="5166" w:type="dxa"/>
          </w:tcPr>
          <w:p w14:paraId="4D5A69F5" w14:textId="77777777" w:rsidR="00672F11" w:rsidRDefault="00672F11" w:rsidP="001A10CA">
            <w:r>
              <w:rPr>
                <w:noProof/>
              </w:rPr>
              <w:drawing>
                <wp:inline distT="0" distB="0" distL="0" distR="0" wp14:anchorId="5046CE46" wp14:editId="47643895">
                  <wp:extent cx="3143250" cy="1413072"/>
                  <wp:effectExtent l="0" t="0" r="0" b="0"/>
                  <wp:docPr id="18644822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78357" name=""/>
                          <pic:cNvPicPr/>
                        </pic:nvPicPr>
                        <pic:blipFill>
                          <a:blip r:embed="rId45"/>
                          <a:stretch>
                            <a:fillRect/>
                          </a:stretch>
                        </pic:blipFill>
                        <pic:spPr>
                          <a:xfrm>
                            <a:off x="0" y="0"/>
                            <a:ext cx="3165902" cy="1423255"/>
                          </a:xfrm>
                          <a:prstGeom prst="rect">
                            <a:avLst/>
                          </a:prstGeom>
                        </pic:spPr>
                      </pic:pic>
                    </a:graphicData>
                  </a:graphic>
                </wp:inline>
              </w:drawing>
            </w:r>
          </w:p>
        </w:tc>
      </w:tr>
      <w:tr w:rsidR="00672F11" w:rsidRPr="00F94034" w14:paraId="2AC7AF8A" w14:textId="77777777" w:rsidTr="001A10CA">
        <w:tc>
          <w:tcPr>
            <w:tcW w:w="10045" w:type="dxa"/>
            <w:gridSpan w:val="2"/>
          </w:tcPr>
          <w:p w14:paraId="286F23E5" w14:textId="77777777" w:rsidR="00672F11" w:rsidRDefault="00672F11" w:rsidP="001A10CA">
            <w:pPr>
              <w:rPr>
                <w:rFonts w:ascii="Arial" w:hAnsi="Arial" w:cs="Arial"/>
                <w:sz w:val="24"/>
                <w:szCs w:val="24"/>
              </w:rPr>
            </w:pPr>
          </w:p>
          <w:p w14:paraId="4AC0D152" w14:textId="77777777" w:rsidR="00672F11" w:rsidRDefault="00672F11" w:rsidP="001A10CA">
            <w:pPr>
              <w:rPr>
                <w:rFonts w:ascii="Arial" w:hAnsi="Arial" w:cs="Arial"/>
                <w:sz w:val="24"/>
                <w:szCs w:val="24"/>
              </w:rPr>
            </w:pPr>
            <w:r w:rsidRPr="00F94034">
              <w:rPr>
                <w:rFonts w:ascii="Arial" w:hAnsi="Arial" w:cs="Arial"/>
                <w:sz w:val="24"/>
                <w:szCs w:val="24"/>
              </w:rPr>
              <w:t>Query</w:t>
            </w:r>
            <w:r>
              <w:rPr>
                <w:rFonts w:ascii="Arial" w:hAnsi="Arial" w:cs="Arial"/>
                <w:sz w:val="24"/>
                <w:szCs w:val="24"/>
              </w:rPr>
              <w:t xml:space="preserve"> that results in a record set that contains all information about SLOTS that the flag BUSY is set to `No`, which means these are FREE slots. </w:t>
            </w:r>
          </w:p>
          <w:p w14:paraId="622B1B6A" w14:textId="77777777" w:rsidR="00672F11" w:rsidRPr="00F94034" w:rsidRDefault="00672F11" w:rsidP="001A10CA">
            <w:pPr>
              <w:rPr>
                <w:rFonts w:ascii="Arial" w:hAnsi="Arial" w:cs="Arial"/>
                <w:sz w:val="24"/>
                <w:szCs w:val="24"/>
              </w:rPr>
            </w:pPr>
          </w:p>
        </w:tc>
      </w:tr>
    </w:tbl>
    <w:p w14:paraId="3C2753E8" w14:textId="77777777" w:rsidR="00EA1349" w:rsidRDefault="00EA1349"/>
    <w:tbl>
      <w:tblPr>
        <w:tblStyle w:val="TableGrid"/>
        <w:tblW w:w="10045" w:type="dxa"/>
        <w:tblInd w:w="-459" w:type="dxa"/>
        <w:tblBorders>
          <w:top w:val="none" w:sz="0" w:space="0" w:color="auto"/>
          <w:left w:val="none" w:sz="0" w:space="0" w:color="auto"/>
          <w:right w:val="none" w:sz="0" w:space="0" w:color="auto"/>
        </w:tblBorders>
        <w:tblLook w:val="04A0" w:firstRow="1" w:lastRow="0" w:firstColumn="1" w:lastColumn="0" w:noHBand="0" w:noVBand="1"/>
      </w:tblPr>
      <w:tblGrid>
        <w:gridCol w:w="4926"/>
        <w:gridCol w:w="5376"/>
      </w:tblGrid>
      <w:tr w:rsidR="009B1E59" w:rsidRPr="001C7A42" w14:paraId="6DAA1EA8" w14:textId="77777777" w:rsidTr="001A10CA">
        <w:tc>
          <w:tcPr>
            <w:tcW w:w="10045" w:type="dxa"/>
            <w:gridSpan w:val="2"/>
            <w:tcBorders>
              <w:top w:val="single" w:sz="4" w:space="0" w:color="auto"/>
              <w:left w:val="single" w:sz="4" w:space="0" w:color="auto"/>
              <w:right w:val="single" w:sz="4" w:space="0" w:color="auto"/>
            </w:tcBorders>
          </w:tcPr>
          <w:p w14:paraId="7F8A09E2" w14:textId="193E6CD8" w:rsidR="009B1E59" w:rsidRPr="001C7A42" w:rsidRDefault="009B1E59" w:rsidP="001A10CA">
            <w:pPr>
              <w:rPr>
                <w:rFonts w:ascii="Arial" w:hAnsi="Arial" w:cs="Arial"/>
                <w:sz w:val="24"/>
                <w:szCs w:val="24"/>
              </w:rPr>
            </w:pPr>
            <w:r>
              <w:rPr>
                <w:rFonts w:ascii="Arial" w:hAnsi="Arial" w:cs="Arial"/>
                <w:sz w:val="24"/>
                <w:szCs w:val="24"/>
              </w:rPr>
              <w:t>Open session - Not ended payments</w:t>
            </w:r>
          </w:p>
        </w:tc>
      </w:tr>
      <w:tr w:rsidR="009B1E59" w14:paraId="492CB950" w14:textId="77777777" w:rsidTr="001A10CA">
        <w:tc>
          <w:tcPr>
            <w:tcW w:w="4879" w:type="dxa"/>
          </w:tcPr>
          <w:p w14:paraId="3267011A" w14:textId="5814F09F" w:rsidR="009B1E59" w:rsidRDefault="00C75587" w:rsidP="001A10CA">
            <w:r>
              <w:rPr>
                <w:noProof/>
              </w:rPr>
              <w:drawing>
                <wp:inline distT="0" distB="0" distL="0" distR="0" wp14:anchorId="365FEFA9" wp14:editId="2CEF0A55">
                  <wp:extent cx="2990850" cy="2054890"/>
                  <wp:effectExtent l="0" t="0" r="0" b="2540"/>
                  <wp:docPr id="1564190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90782" name=""/>
                          <pic:cNvPicPr/>
                        </pic:nvPicPr>
                        <pic:blipFill>
                          <a:blip r:embed="rId46"/>
                          <a:stretch>
                            <a:fillRect/>
                          </a:stretch>
                        </pic:blipFill>
                        <pic:spPr>
                          <a:xfrm>
                            <a:off x="0" y="0"/>
                            <a:ext cx="2992831" cy="2056251"/>
                          </a:xfrm>
                          <a:prstGeom prst="rect">
                            <a:avLst/>
                          </a:prstGeom>
                        </pic:spPr>
                      </pic:pic>
                    </a:graphicData>
                  </a:graphic>
                </wp:inline>
              </w:drawing>
            </w:r>
          </w:p>
        </w:tc>
        <w:tc>
          <w:tcPr>
            <w:tcW w:w="5166" w:type="dxa"/>
          </w:tcPr>
          <w:p w14:paraId="34A215D7" w14:textId="02D42EF5" w:rsidR="009B1E59" w:rsidRDefault="009872CB" w:rsidP="001A10CA">
            <w:r>
              <w:rPr>
                <w:noProof/>
              </w:rPr>
              <w:drawing>
                <wp:inline distT="0" distB="0" distL="0" distR="0" wp14:anchorId="211A237B" wp14:editId="789A4A49">
                  <wp:extent cx="3276600" cy="651732"/>
                  <wp:effectExtent l="0" t="0" r="0" b="0"/>
                  <wp:docPr id="1037476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476706" name=""/>
                          <pic:cNvPicPr/>
                        </pic:nvPicPr>
                        <pic:blipFill>
                          <a:blip r:embed="rId47"/>
                          <a:stretch>
                            <a:fillRect/>
                          </a:stretch>
                        </pic:blipFill>
                        <pic:spPr>
                          <a:xfrm>
                            <a:off x="0" y="0"/>
                            <a:ext cx="3310366" cy="658448"/>
                          </a:xfrm>
                          <a:prstGeom prst="rect">
                            <a:avLst/>
                          </a:prstGeom>
                        </pic:spPr>
                      </pic:pic>
                    </a:graphicData>
                  </a:graphic>
                </wp:inline>
              </w:drawing>
            </w:r>
          </w:p>
        </w:tc>
      </w:tr>
      <w:tr w:rsidR="009B1E59" w:rsidRPr="00F94034" w14:paraId="147946A3" w14:textId="77777777" w:rsidTr="001A10CA">
        <w:tc>
          <w:tcPr>
            <w:tcW w:w="10045" w:type="dxa"/>
            <w:gridSpan w:val="2"/>
          </w:tcPr>
          <w:p w14:paraId="53CE1498" w14:textId="77777777" w:rsidR="009B1E59" w:rsidRDefault="009B1E59" w:rsidP="001A10CA">
            <w:pPr>
              <w:rPr>
                <w:rFonts w:ascii="Arial" w:hAnsi="Arial" w:cs="Arial"/>
                <w:sz w:val="24"/>
                <w:szCs w:val="24"/>
              </w:rPr>
            </w:pPr>
          </w:p>
          <w:p w14:paraId="23F8DF97" w14:textId="376C0A7B" w:rsidR="009B1E59" w:rsidRDefault="009B1E59" w:rsidP="001A10CA">
            <w:pPr>
              <w:rPr>
                <w:rFonts w:ascii="Arial" w:hAnsi="Arial" w:cs="Arial"/>
                <w:sz w:val="24"/>
                <w:szCs w:val="24"/>
              </w:rPr>
            </w:pPr>
            <w:r w:rsidRPr="00F94034">
              <w:rPr>
                <w:rFonts w:ascii="Arial" w:hAnsi="Arial" w:cs="Arial"/>
                <w:sz w:val="24"/>
                <w:szCs w:val="24"/>
              </w:rPr>
              <w:t>Query</w:t>
            </w:r>
            <w:r>
              <w:rPr>
                <w:rFonts w:ascii="Arial" w:hAnsi="Arial" w:cs="Arial"/>
                <w:sz w:val="24"/>
                <w:szCs w:val="24"/>
              </w:rPr>
              <w:t xml:space="preserve"> that results in a record set that contains information about Customer names, vehicle plates and contact numbers from PAYMENTS that are not finished, which means these sessions are currently open in the car parking. </w:t>
            </w:r>
          </w:p>
          <w:p w14:paraId="1DA66B90" w14:textId="77777777" w:rsidR="009B1E59" w:rsidRPr="00F94034" w:rsidRDefault="009B1E59" w:rsidP="001A10CA">
            <w:pPr>
              <w:rPr>
                <w:rFonts w:ascii="Arial" w:hAnsi="Arial" w:cs="Arial"/>
                <w:sz w:val="24"/>
                <w:szCs w:val="24"/>
              </w:rPr>
            </w:pPr>
          </w:p>
        </w:tc>
      </w:tr>
    </w:tbl>
    <w:p w14:paraId="5188935C" w14:textId="77777777" w:rsidR="009B1E59" w:rsidRDefault="009B1E59"/>
    <w:p w14:paraId="3EFE70A8" w14:textId="77777777" w:rsidR="00EA1349" w:rsidRDefault="00EA1349"/>
    <w:p w14:paraId="4B8FA32F" w14:textId="1D25B9A4" w:rsidR="00C37C96" w:rsidRDefault="00D74D74">
      <w:bookmarkStart w:id="16" w:name="_Toc235453759"/>
      <w:r w:rsidRPr="00946B67">
        <w:rPr>
          <w:rStyle w:val="Heading1Char"/>
        </w:rPr>
        <w:lastRenderedPageBreak/>
        <w:t>Forms and Reports</w:t>
      </w:r>
      <w:bookmarkEnd w:id="16"/>
      <w:r w:rsidRPr="00946B67">
        <w:rPr>
          <w:rStyle w:val="Heading1Char"/>
        </w:rPr>
        <w:br/>
      </w:r>
    </w:p>
    <w:p w14:paraId="6640378B" w14:textId="77777777" w:rsidR="00575323" w:rsidRDefault="00A833F1" w:rsidP="00A833F1">
      <w:pPr>
        <w:pStyle w:val="Heading2"/>
      </w:pPr>
      <w:bookmarkStart w:id="17" w:name="_Toc235453760"/>
      <w:r w:rsidRPr="00A833F1">
        <w:t>F</w:t>
      </w:r>
      <w:r w:rsidR="00575323">
        <w:t>orms</w:t>
      </w:r>
      <w:bookmarkEnd w:id="17"/>
    </w:p>
    <w:p w14:paraId="2EE0B741" w14:textId="51312AB5" w:rsidR="00A833F1" w:rsidRPr="00A833F1" w:rsidRDefault="00A833F1" w:rsidP="00A833F1">
      <w:pPr>
        <w:pStyle w:val="Heading2"/>
      </w:pPr>
      <w:r w:rsidRPr="00A833F1">
        <w:t xml:space="preserve"> </w:t>
      </w:r>
    </w:p>
    <w:tbl>
      <w:tblPr>
        <w:tblStyle w:val="TableGrid"/>
        <w:tblW w:w="0" w:type="auto"/>
        <w:tblLook w:val="04A0" w:firstRow="1" w:lastRow="0" w:firstColumn="1" w:lastColumn="0" w:noHBand="0" w:noVBand="1"/>
      </w:tblPr>
      <w:tblGrid>
        <w:gridCol w:w="8856"/>
      </w:tblGrid>
      <w:tr w:rsidR="00ED5F93" w:rsidRPr="00ED5F93" w14:paraId="21F94EC7" w14:textId="77777777" w:rsidTr="00822CEB">
        <w:tc>
          <w:tcPr>
            <w:tcW w:w="8856" w:type="dxa"/>
          </w:tcPr>
          <w:p w14:paraId="15BC9E24" w14:textId="77777777" w:rsidR="00ED5F93" w:rsidRDefault="00ED5F93">
            <w:pPr>
              <w:rPr>
                <w:rFonts w:ascii="Arial" w:hAnsi="Arial" w:cs="Arial"/>
                <w:sz w:val="24"/>
                <w:szCs w:val="24"/>
              </w:rPr>
            </w:pPr>
            <w:r w:rsidRPr="00ED5F93">
              <w:rPr>
                <w:rFonts w:ascii="Arial" w:hAnsi="Arial" w:cs="Arial"/>
                <w:sz w:val="24"/>
                <w:szCs w:val="24"/>
              </w:rPr>
              <w:t xml:space="preserve">Form </w:t>
            </w:r>
            <w:r w:rsidR="005C5A9B">
              <w:rPr>
                <w:rFonts w:ascii="Arial" w:hAnsi="Arial" w:cs="Arial"/>
                <w:sz w:val="24"/>
                <w:szCs w:val="24"/>
              </w:rPr>
              <w:t xml:space="preserve">with information from </w:t>
            </w:r>
            <w:r w:rsidRPr="00ED5F93">
              <w:rPr>
                <w:rFonts w:ascii="Arial" w:hAnsi="Arial" w:cs="Arial"/>
                <w:sz w:val="24"/>
                <w:szCs w:val="24"/>
              </w:rPr>
              <w:t xml:space="preserve">customers </w:t>
            </w:r>
            <w:r w:rsidR="005C5A9B">
              <w:rPr>
                <w:rFonts w:ascii="Arial" w:hAnsi="Arial" w:cs="Arial"/>
                <w:sz w:val="24"/>
                <w:szCs w:val="24"/>
              </w:rPr>
              <w:t xml:space="preserve">with </w:t>
            </w:r>
            <w:r w:rsidRPr="00ED5F93">
              <w:rPr>
                <w:rFonts w:ascii="Arial" w:hAnsi="Arial" w:cs="Arial"/>
                <w:sz w:val="24"/>
                <w:szCs w:val="24"/>
              </w:rPr>
              <w:t xml:space="preserve">vehicles </w:t>
            </w:r>
          </w:p>
          <w:p w14:paraId="77480BCA" w14:textId="7D712B19" w:rsidR="00A833F1" w:rsidRPr="00ED5F93" w:rsidRDefault="00A833F1">
            <w:pPr>
              <w:rPr>
                <w:rFonts w:ascii="Arial" w:hAnsi="Arial" w:cs="Arial"/>
                <w:sz w:val="24"/>
                <w:szCs w:val="24"/>
              </w:rPr>
            </w:pPr>
          </w:p>
        </w:tc>
      </w:tr>
      <w:tr w:rsidR="000F358F" w14:paraId="7C13C825" w14:textId="77777777" w:rsidTr="00283F18">
        <w:tc>
          <w:tcPr>
            <w:tcW w:w="8856" w:type="dxa"/>
          </w:tcPr>
          <w:p w14:paraId="13EB450D" w14:textId="77777777" w:rsidR="000F358F" w:rsidRDefault="000F358F">
            <w:r>
              <w:rPr>
                <w:noProof/>
              </w:rPr>
              <w:drawing>
                <wp:inline distT="0" distB="0" distL="0" distR="0" wp14:anchorId="5252C9D6" wp14:editId="3726B846">
                  <wp:extent cx="4686300" cy="5607261"/>
                  <wp:effectExtent l="0" t="0" r="0" b="0"/>
                  <wp:docPr id="207397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97429" name=""/>
                          <pic:cNvPicPr/>
                        </pic:nvPicPr>
                        <pic:blipFill>
                          <a:blip r:embed="rId48"/>
                          <a:stretch>
                            <a:fillRect/>
                          </a:stretch>
                        </pic:blipFill>
                        <pic:spPr>
                          <a:xfrm>
                            <a:off x="0" y="0"/>
                            <a:ext cx="4692929" cy="5615193"/>
                          </a:xfrm>
                          <a:prstGeom prst="rect">
                            <a:avLst/>
                          </a:prstGeom>
                        </pic:spPr>
                      </pic:pic>
                    </a:graphicData>
                  </a:graphic>
                </wp:inline>
              </w:drawing>
            </w:r>
          </w:p>
          <w:p w14:paraId="398345A6" w14:textId="2C87F990" w:rsidR="000F358F" w:rsidRDefault="000F358F"/>
        </w:tc>
      </w:tr>
    </w:tbl>
    <w:p w14:paraId="63A177AF" w14:textId="77777777" w:rsidR="00C37C96" w:rsidRDefault="00C37C96"/>
    <w:p w14:paraId="0234739E" w14:textId="695D6F82" w:rsidR="00D956B7" w:rsidRDefault="00D74D74">
      <w:r>
        <w:br/>
      </w:r>
    </w:p>
    <w:tbl>
      <w:tblPr>
        <w:tblStyle w:val="TableGrid"/>
        <w:tblW w:w="0" w:type="auto"/>
        <w:tblLook w:val="04A0" w:firstRow="1" w:lastRow="0" w:firstColumn="1" w:lastColumn="0" w:noHBand="0" w:noVBand="1"/>
      </w:tblPr>
      <w:tblGrid>
        <w:gridCol w:w="8856"/>
      </w:tblGrid>
      <w:tr w:rsidR="00D956B7" w:rsidRPr="00ED5F93" w14:paraId="7258C4D6" w14:textId="77777777" w:rsidTr="00A9087A">
        <w:tc>
          <w:tcPr>
            <w:tcW w:w="8856" w:type="dxa"/>
          </w:tcPr>
          <w:p w14:paraId="314418BD" w14:textId="6FF6F3DC" w:rsidR="00D956B7" w:rsidRDefault="00D956B7" w:rsidP="00A9087A">
            <w:pPr>
              <w:rPr>
                <w:rFonts w:ascii="Arial" w:hAnsi="Arial" w:cs="Arial"/>
                <w:sz w:val="24"/>
                <w:szCs w:val="24"/>
              </w:rPr>
            </w:pPr>
            <w:r w:rsidRPr="00ED5F93">
              <w:rPr>
                <w:rFonts w:ascii="Arial" w:hAnsi="Arial" w:cs="Arial"/>
                <w:sz w:val="24"/>
                <w:szCs w:val="24"/>
              </w:rPr>
              <w:lastRenderedPageBreak/>
              <w:t xml:space="preserve">Form </w:t>
            </w:r>
            <w:r>
              <w:rPr>
                <w:rFonts w:ascii="Arial" w:hAnsi="Arial" w:cs="Arial"/>
                <w:sz w:val="24"/>
                <w:szCs w:val="24"/>
              </w:rPr>
              <w:t xml:space="preserve">with information from </w:t>
            </w:r>
            <w:r w:rsidRPr="00ED5F93">
              <w:rPr>
                <w:rFonts w:ascii="Arial" w:hAnsi="Arial" w:cs="Arial"/>
                <w:sz w:val="24"/>
                <w:szCs w:val="24"/>
              </w:rPr>
              <w:t xml:space="preserve">customers </w:t>
            </w:r>
          </w:p>
          <w:p w14:paraId="1C75E82D" w14:textId="77777777" w:rsidR="00D956B7" w:rsidRPr="00ED5F93" w:rsidRDefault="00D956B7" w:rsidP="00A9087A">
            <w:pPr>
              <w:rPr>
                <w:rFonts w:ascii="Arial" w:hAnsi="Arial" w:cs="Arial"/>
                <w:sz w:val="24"/>
                <w:szCs w:val="24"/>
              </w:rPr>
            </w:pPr>
          </w:p>
        </w:tc>
      </w:tr>
      <w:tr w:rsidR="00D956B7" w14:paraId="54D3A266" w14:textId="77777777" w:rsidTr="00A9087A">
        <w:tc>
          <w:tcPr>
            <w:tcW w:w="8856" w:type="dxa"/>
          </w:tcPr>
          <w:p w14:paraId="52843250" w14:textId="4E4765F6" w:rsidR="00D956B7" w:rsidRDefault="00D956B7" w:rsidP="00A9087A">
            <w:r>
              <w:rPr>
                <w:noProof/>
              </w:rPr>
              <w:drawing>
                <wp:inline distT="0" distB="0" distL="0" distR="0" wp14:anchorId="241F6536" wp14:editId="480A2A70">
                  <wp:extent cx="5186100" cy="3333750"/>
                  <wp:effectExtent l="0" t="0" r="0" b="0"/>
                  <wp:docPr id="204645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5244" name=""/>
                          <pic:cNvPicPr/>
                        </pic:nvPicPr>
                        <pic:blipFill>
                          <a:blip r:embed="rId49"/>
                          <a:stretch>
                            <a:fillRect/>
                          </a:stretch>
                        </pic:blipFill>
                        <pic:spPr>
                          <a:xfrm>
                            <a:off x="0" y="0"/>
                            <a:ext cx="5186689" cy="3334129"/>
                          </a:xfrm>
                          <a:prstGeom prst="rect">
                            <a:avLst/>
                          </a:prstGeom>
                        </pic:spPr>
                      </pic:pic>
                    </a:graphicData>
                  </a:graphic>
                </wp:inline>
              </w:drawing>
            </w:r>
          </w:p>
          <w:p w14:paraId="348B088C" w14:textId="77777777" w:rsidR="00D956B7" w:rsidRDefault="00D956B7" w:rsidP="00A9087A"/>
        </w:tc>
      </w:tr>
    </w:tbl>
    <w:p w14:paraId="58FD5D0D" w14:textId="5023A316" w:rsidR="00A75C27" w:rsidRDefault="00A75C27"/>
    <w:tbl>
      <w:tblPr>
        <w:tblStyle w:val="TableGrid"/>
        <w:tblW w:w="0" w:type="auto"/>
        <w:tblLook w:val="04A0" w:firstRow="1" w:lastRow="0" w:firstColumn="1" w:lastColumn="0" w:noHBand="0" w:noVBand="1"/>
      </w:tblPr>
      <w:tblGrid>
        <w:gridCol w:w="8856"/>
      </w:tblGrid>
      <w:tr w:rsidR="00BB3508" w:rsidRPr="00ED5F93" w14:paraId="66539602" w14:textId="77777777" w:rsidTr="00A9087A">
        <w:tc>
          <w:tcPr>
            <w:tcW w:w="8856" w:type="dxa"/>
          </w:tcPr>
          <w:p w14:paraId="0930EFDB" w14:textId="77777777" w:rsidR="00BB3508" w:rsidRDefault="00BB3508" w:rsidP="00A9087A">
            <w:pPr>
              <w:rPr>
                <w:rFonts w:ascii="Arial" w:hAnsi="Arial" w:cs="Arial"/>
                <w:sz w:val="24"/>
                <w:szCs w:val="24"/>
              </w:rPr>
            </w:pPr>
            <w:r w:rsidRPr="00ED5F93">
              <w:rPr>
                <w:rFonts w:ascii="Arial" w:hAnsi="Arial" w:cs="Arial"/>
                <w:sz w:val="24"/>
                <w:szCs w:val="24"/>
              </w:rPr>
              <w:t xml:space="preserve">Form </w:t>
            </w:r>
            <w:r>
              <w:rPr>
                <w:rFonts w:ascii="Arial" w:hAnsi="Arial" w:cs="Arial"/>
                <w:sz w:val="24"/>
                <w:szCs w:val="24"/>
              </w:rPr>
              <w:t xml:space="preserve">with information from </w:t>
            </w:r>
            <w:r w:rsidRPr="00ED5F93">
              <w:rPr>
                <w:rFonts w:ascii="Arial" w:hAnsi="Arial" w:cs="Arial"/>
                <w:sz w:val="24"/>
                <w:szCs w:val="24"/>
              </w:rPr>
              <w:t xml:space="preserve">customers </w:t>
            </w:r>
          </w:p>
          <w:p w14:paraId="356E5F87" w14:textId="77777777" w:rsidR="00BB3508" w:rsidRPr="00ED5F93" w:rsidRDefault="00BB3508" w:rsidP="00A9087A">
            <w:pPr>
              <w:rPr>
                <w:rFonts w:ascii="Arial" w:hAnsi="Arial" w:cs="Arial"/>
                <w:sz w:val="24"/>
                <w:szCs w:val="24"/>
              </w:rPr>
            </w:pPr>
          </w:p>
        </w:tc>
      </w:tr>
      <w:tr w:rsidR="00BB3508" w14:paraId="1949EDF3" w14:textId="77777777" w:rsidTr="00A9087A">
        <w:tc>
          <w:tcPr>
            <w:tcW w:w="8856" w:type="dxa"/>
          </w:tcPr>
          <w:p w14:paraId="2FAEAE02" w14:textId="77777777" w:rsidR="00BB3508" w:rsidRDefault="00BB3508" w:rsidP="00A9087A">
            <w:r>
              <w:rPr>
                <w:noProof/>
              </w:rPr>
              <w:drawing>
                <wp:inline distT="0" distB="0" distL="0" distR="0" wp14:anchorId="443A33FB" wp14:editId="5E7CF8E1">
                  <wp:extent cx="5153025" cy="3312489"/>
                  <wp:effectExtent l="0" t="0" r="0" b="2540"/>
                  <wp:docPr id="1500747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5244" name=""/>
                          <pic:cNvPicPr/>
                        </pic:nvPicPr>
                        <pic:blipFill>
                          <a:blip r:embed="rId49"/>
                          <a:stretch>
                            <a:fillRect/>
                          </a:stretch>
                        </pic:blipFill>
                        <pic:spPr>
                          <a:xfrm>
                            <a:off x="0" y="0"/>
                            <a:ext cx="5157717" cy="3315505"/>
                          </a:xfrm>
                          <a:prstGeom prst="rect">
                            <a:avLst/>
                          </a:prstGeom>
                        </pic:spPr>
                      </pic:pic>
                    </a:graphicData>
                  </a:graphic>
                </wp:inline>
              </w:drawing>
            </w:r>
          </w:p>
          <w:p w14:paraId="5B56500D" w14:textId="77777777" w:rsidR="00BB3508" w:rsidRDefault="00BB3508" w:rsidP="00A9087A"/>
        </w:tc>
      </w:tr>
    </w:tbl>
    <w:p w14:paraId="35C9A78A" w14:textId="77777777" w:rsidR="00A833F1" w:rsidRDefault="00A833F1"/>
    <w:tbl>
      <w:tblPr>
        <w:tblStyle w:val="TableGrid"/>
        <w:tblW w:w="0" w:type="auto"/>
        <w:tblLook w:val="04A0" w:firstRow="1" w:lastRow="0" w:firstColumn="1" w:lastColumn="0" w:noHBand="0" w:noVBand="1"/>
      </w:tblPr>
      <w:tblGrid>
        <w:gridCol w:w="8856"/>
      </w:tblGrid>
      <w:tr w:rsidR="00830561" w:rsidRPr="00ED5F93" w14:paraId="723DBBDC" w14:textId="77777777" w:rsidTr="00A9087A">
        <w:tc>
          <w:tcPr>
            <w:tcW w:w="8856" w:type="dxa"/>
          </w:tcPr>
          <w:p w14:paraId="7B64B351" w14:textId="4A8FFF21" w:rsidR="00830561" w:rsidRDefault="00830561" w:rsidP="00A9087A">
            <w:pPr>
              <w:rPr>
                <w:rFonts w:ascii="Arial" w:hAnsi="Arial" w:cs="Arial"/>
                <w:sz w:val="24"/>
                <w:szCs w:val="24"/>
              </w:rPr>
            </w:pPr>
            <w:r w:rsidRPr="00ED5F93">
              <w:rPr>
                <w:rFonts w:ascii="Arial" w:hAnsi="Arial" w:cs="Arial"/>
                <w:sz w:val="24"/>
                <w:szCs w:val="24"/>
              </w:rPr>
              <w:lastRenderedPageBreak/>
              <w:t xml:space="preserve">Form </w:t>
            </w:r>
            <w:r>
              <w:rPr>
                <w:rFonts w:ascii="Arial" w:hAnsi="Arial" w:cs="Arial"/>
                <w:sz w:val="24"/>
                <w:szCs w:val="24"/>
              </w:rPr>
              <w:t xml:space="preserve">with information from </w:t>
            </w:r>
            <w:r>
              <w:rPr>
                <w:rFonts w:ascii="Arial" w:hAnsi="Arial" w:cs="Arial"/>
                <w:sz w:val="24"/>
                <w:szCs w:val="24"/>
              </w:rPr>
              <w:t xml:space="preserve">slots based on site </w:t>
            </w:r>
            <w:r w:rsidRPr="00ED5F93">
              <w:rPr>
                <w:rFonts w:ascii="Arial" w:hAnsi="Arial" w:cs="Arial"/>
                <w:sz w:val="24"/>
                <w:szCs w:val="24"/>
              </w:rPr>
              <w:t xml:space="preserve"> </w:t>
            </w:r>
          </w:p>
          <w:p w14:paraId="614013A0" w14:textId="77777777" w:rsidR="00830561" w:rsidRPr="00ED5F93" w:rsidRDefault="00830561" w:rsidP="00A9087A">
            <w:pPr>
              <w:rPr>
                <w:rFonts w:ascii="Arial" w:hAnsi="Arial" w:cs="Arial"/>
                <w:sz w:val="24"/>
                <w:szCs w:val="24"/>
              </w:rPr>
            </w:pPr>
          </w:p>
        </w:tc>
      </w:tr>
      <w:tr w:rsidR="00830561" w14:paraId="20A15C9A" w14:textId="77777777" w:rsidTr="00A9087A">
        <w:tc>
          <w:tcPr>
            <w:tcW w:w="8856" w:type="dxa"/>
          </w:tcPr>
          <w:p w14:paraId="455CE5DA" w14:textId="4450AAF5" w:rsidR="00830561" w:rsidRDefault="00830561" w:rsidP="00A9087A"/>
          <w:p w14:paraId="17EAAAA6" w14:textId="41B3E3FB" w:rsidR="00830561" w:rsidRDefault="00830561" w:rsidP="00A9087A">
            <w:r>
              <w:rPr>
                <w:noProof/>
              </w:rPr>
              <w:drawing>
                <wp:inline distT="0" distB="0" distL="0" distR="0" wp14:anchorId="2D3DFC43" wp14:editId="3E035548">
                  <wp:extent cx="5486400" cy="4126865"/>
                  <wp:effectExtent l="0" t="0" r="0" b="6985"/>
                  <wp:docPr id="198433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3224" name=""/>
                          <pic:cNvPicPr/>
                        </pic:nvPicPr>
                        <pic:blipFill>
                          <a:blip r:embed="rId50"/>
                          <a:stretch>
                            <a:fillRect/>
                          </a:stretch>
                        </pic:blipFill>
                        <pic:spPr>
                          <a:xfrm>
                            <a:off x="0" y="0"/>
                            <a:ext cx="5486400" cy="4126865"/>
                          </a:xfrm>
                          <a:prstGeom prst="rect">
                            <a:avLst/>
                          </a:prstGeom>
                        </pic:spPr>
                      </pic:pic>
                    </a:graphicData>
                  </a:graphic>
                </wp:inline>
              </w:drawing>
            </w:r>
          </w:p>
        </w:tc>
      </w:tr>
    </w:tbl>
    <w:p w14:paraId="20C21D67" w14:textId="77777777" w:rsidR="00A833F1" w:rsidRDefault="00A833F1"/>
    <w:p w14:paraId="5253EEE0" w14:textId="3E16725B" w:rsidR="00830561" w:rsidRDefault="00830561"/>
    <w:p w14:paraId="172257B7" w14:textId="1AB9E736" w:rsidR="00A833F1" w:rsidRDefault="00A833F1" w:rsidP="00A833F1">
      <w:pPr>
        <w:pStyle w:val="Heading2"/>
      </w:pPr>
      <w:bookmarkStart w:id="18" w:name="_Toc235453761"/>
      <w:r>
        <w:t>Reports</w:t>
      </w:r>
      <w:bookmarkEnd w:id="18"/>
      <w:r>
        <w:t xml:space="preserve"> </w:t>
      </w:r>
    </w:p>
    <w:p w14:paraId="7F91E8A7" w14:textId="77777777" w:rsidR="00A833F1" w:rsidRPr="00A833F1" w:rsidRDefault="00A833F1" w:rsidP="00A833F1"/>
    <w:tbl>
      <w:tblPr>
        <w:tblStyle w:val="TableGrid"/>
        <w:tblW w:w="10233" w:type="dxa"/>
        <w:jc w:val="center"/>
        <w:tblLook w:val="04A0" w:firstRow="1" w:lastRow="0" w:firstColumn="1" w:lastColumn="0" w:noHBand="0" w:noVBand="1"/>
      </w:tblPr>
      <w:tblGrid>
        <w:gridCol w:w="8594"/>
        <w:gridCol w:w="1639"/>
      </w:tblGrid>
      <w:tr w:rsidR="00A75C27" w14:paraId="61346CFC" w14:textId="77777777" w:rsidTr="00CD0DD5">
        <w:trPr>
          <w:jc w:val="center"/>
        </w:trPr>
        <w:tc>
          <w:tcPr>
            <w:tcW w:w="8594" w:type="dxa"/>
          </w:tcPr>
          <w:p w14:paraId="66E3F379" w14:textId="49C7BB96" w:rsidR="00A75C27" w:rsidRDefault="00A75C27" w:rsidP="006A23D0">
            <w:pPr>
              <w:jc w:val="center"/>
            </w:pPr>
          </w:p>
          <w:p w14:paraId="59DDB764" w14:textId="1B941BF3" w:rsidR="00811E81" w:rsidRDefault="000E2DF2" w:rsidP="006A23D0">
            <w:pPr>
              <w:jc w:val="center"/>
            </w:pPr>
            <w:r>
              <w:rPr>
                <w:noProof/>
              </w:rPr>
              <w:drawing>
                <wp:inline distT="0" distB="0" distL="0" distR="0" wp14:anchorId="1C00EEEE" wp14:editId="79C6BE1D">
                  <wp:extent cx="5057775" cy="1972181"/>
                  <wp:effectExtent l="0" t="0" r="0" b="9525"/>
                  <wp:docPr id="94656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56694" name=""/>
                          <pic:cNvPicPr/>
                        </pic:nvPicPr>
                        <pic:blipFill>
                          <a:blip r:embed="rId51"/>
                          <a:stretch>
                            <a:fillRect/>
                          </a:stretch>
                        </pic:blipFill>
                        <pic:spPr>
                          <a:xfrm>
                            <a:off x="0" y="0"/>
                            <a:ext cx="5070824" cy="1977269"/>
                          </a:xfrm>
                          <a:prstGeom prst="rect">
                            <a:avLst/>
                          </a:prstGeom>
                        </pic:spPr>
                      </pic:pic>
                    </a:graphicData>
                  </a:graphic>
                </wp:inline>
              </w:drawing>
            </w:r>
          </w:p>
        </w:tc>
        <w:tc>
          <w:tcPr>
            <w:tcW w:w="1639" w:type="dxa"/>
          </w:tcPr>
          <w:p w14:paraId="556F83AE" w14:textId="77777777" w:rsidR="00A75C27" w:rsidRPr="00CD0DD5" w:rsidRDefault="00A75C27">
            <w:pPr>
              <w:rPr>
                <w:rFonts w:ascii="Arial" w:hAnsi="Arial" w:cs="Arial"/>
                <w:sz w:val="24"/>
                <w:szCs w:val="24"/>
              </w:rPr>
            </w:pPr>
          </w:p>
          <w:p w14:paraId="65049420" w14:textId="77777777" w:rsidR="006A23D0" w:rsidRPr="00CD0DD5" w:rsidRDefault="006A23D0">
            <w:pPr>
              <w:rPr>
                <w:rFonts w:ascii="Arial" w:hAnsi="Arial" w:cs="Arial"/>
                <w:sz w:val="24"/>
                <w:szCs w:val="24"/>
              </w:rPr>
            </w:pPr>
          </w:p>
          <w:p w14:paraId="2F6E4E8C" w14:textId="77777777" w:rsidR="006A23D0" w:rsidRPr="00CD0DD5" w:rsidRDefault="006A23D0">
            <w:pPr>
              <w:rPr>
                <w:rFonts w:ascii="Arial" w:hAnsi="Arial" w:cs="Arial"/>
                <w:sz w:val="24"/>
                <w:szCs w:val="24"/>
              </w:rPr>
            </w:pPr>
          </w:p>
          <w:p w14:paraId="58D640D2" w14:textId="3DF812AD" w:rsidR="006A23D0" w:rsidRPr="00CD0DD5" w:rsidRDefault="00903D2E">
            <w:pPr>
              <w:rPr>
                <w:rFonts w:ascii="Arial" w:hAnsi="Arial" w:cs="Arial"/>
                <w:sz w:val="24"/>
                <w:szCs w:val="24"/>
              </w:rPr>
            </w:pPr>
            <w:r w:rsidRPr="00CD0DD5">
              <w:rPr>
                <w:rFonts w:ascii="Arial" w:hAnsi="Arial" w:cs="Arial"/>
                <w:sz w:val="24"/>
                <w:szCs w:val="24"/>
              </w:rPr>
              <w:t xml:space="preserve">Report to list all </w:t>
            </w:r>
          </w:p>
          <w:p w14:paraId="29D165A0" w14:textId="05CF1025" w:rsidR="006A23D0" w:rsidRPr="00CD0DD5" w:rsidRDefault="006A23D0">
            <w:pPr>
              <w:rPr>
                <w:rFonts w:ascii="Arial" w:hAnsi="Arial" w:cs="Arial"/>
                <w:sz w:val="24"/>
                <w:szCs w:val="24"/>
              </w:rPr>
            </w:pPr>
            <w:r w:rsidRPr="00CD0DD5">
              <w:rPr>
                <w:rFonts w:ascii="Arial" w:hAnsi="Arial" w:cs="Arial"/>
                <w:sz w:val="24"/>
                <w:szCs w:val="24"/>
              </w:rPr>
              <w:t xml:space="preserve">Customers </w:t>
            </w:r>
            <w:r w:rsidR="00903D2E" w:rsidRPr="00CD0DD5">
              <w:rPr>
                <w:rFonts w:ascii="Arial" w:hAnsi="Arial" w:cs="Arial"/>
                <w:sz w:val="24"/>
                <w:szCs w:val="24"/>
              </w:rPr>
              <w:t xml:space="preserve">General </w:t>
            </w:r>
            <w:r w:rsidR="00244515">
              <w:rPr>
                <w:rFonts w:ascii="Arial" w:hAnsi="Arial" w:cs="Arial"/>
                <w:sz w:val="24"/>
                <w:szCs w:val="24"/>
              </w:rPr>
              <w:t>information</w:t>
            </w:r>
          </w:p>
        </w:tc>
      </w:tr>
      <w:tr w:rsidR="006A23D0" w14:paraId="536BD489" w14:textId="77777777" w:rsidTr="00CD0DD5">
        <w:trPr>
          <w:jc w:val="center"/>
        </w:trPr>
        <w:tc>
          <w:tcPr>
            <w:tcW w:w="8594" w:type="dxa"/>
          </w:tcPr>
          <w:p w14:paraId="1F480E99" w14:textId="77777777" w:rsidR="00CD0DD5" w:rsidRDefault="00CD0DD5" w:rsidP="00AD3D2D">
            <w:pPr>
              <w:jc w:val="center"/>
              <w:rPr>
                <w:noProof/>
              </w:rPr>
            </w:pPr>
          </w:p>
          <w:p w14:paraId="709CB246" w14:textId="65AC550F" w:rsidR="00863DAD" w:rsidRDefault="00914FCB" w:rsidP="00AD3D2D">
            <w:pPr>
              <w:jc w:val="center"/>
              <w:rPr>
                <w:noProof/>
              </w:rPr>
            </w:pPr>
            <w:r>
              <w:rPr>
                <w:noProof/>
              </w:rPr>
              <w:lastRenderedPageBreak/>
              <w:drawing>
                <wp:inline distT="0" distB="0" distL="0" distR="0" wp14:anchorId="04FC9C4A" wp14:editId="53147310">
                  <wp:extent cx="4991100" cy="1976221"/>
                  <wp:effectExtent l="0" t="0" r="0" b="5080"/>
                  <wp:docPr id="1549965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65837" name=""/>
                          <pic:cNvPicPr/>
                        </pic:nvPicPr>
                        <pic:blipFill>
                          <a:blip r:embed="rId52"/>
                          <a:stretch>
                            <a:fillRect/>
                          </a:stretch>
                        </pic:blipFill>
                        <pic:spPr>
                          <a:xfrm>
                            <a:off x="0" y="0"/>
                            <a:ext cx="5001794" cy="1980455"/>
                          </a:xfrm>
                          <a:prstGeom prst="rect">
                            <a:avLst/>
                          </a:prstGeom>
                        </pic:spPr>
                      </pic:pic>
                    </a:graphicData>
                  </a:graphic>
                </wp:inline>
              </w:drawing>
            </w:r>
          </w:p>
        </w:tc>
        <w:tc>
          <w:tcPr>
            <w:tcW w:w="1639" w:type="dxa"/>
          </w:tcPr>
          <w:p w14:paraId="5EAB976C" w14:textId="77777777" w:rsidR="00863DAD" w:rsidRPr="00CD0DD5" w:rsidRDefault="00863DAD">
            <w:pPr>
              <w:rPr>
                <w:rFonts w:ascii="Arial" w:hAnsi="Arial" w:cs="Arial"/>
                <w:sz w:val="24"/>
                <w:szCs w:val="24"/>
              </w:rPr>
            </w:pPr>
          </w:p>
          <w:p w14:paraId="7467ED8F" w14:textId="77777777" w:rsidR="00863DAD" w:rsidRPr="00CD0DD5" w:rsidRDefault="00863DAD">
            <w:pPr>
              <w:rPr>
                <w:rFonts w:ascii="Arial" w:hAnsi="Arial" w:cs="Arial"/>
                <w:sz w:val="24"/>
                <w:szCs w:val="24"/>
              </w:rPr>
            </w:pPr>
          </w:p>
          <w:p w14:paraId="015324C5" w14:textId="77777777" w:rsidR="00863DAD" w:rsidRPr="00CD0DD5" w:rsidRDefault="00863DAD">
            <w:pPr>
              <w:rPr>
                <w:rFonts w:ascii="Arial" w:hAnsi="Arial" w:cs="Arial"/>
                <w:sz w:val="24"/>
                <w:szCs w:val="24"/>
              </w:rPr>
            </w:pPr>
          </w:p>
          <w:p w14:paraId="053AD63C" w14:textId="77777777" w:rsidR="00863DAD" w:rsidRPr="00CD0DD5" w:rsidRDefault="00863DAD">
            <w:pPr>
              <w:rPr>
                <w:rFonts w:ascii="Arial" w:hAnsi="Arial" w:cs="Arial"/>
                <w:sz w:val="24"/>
                <w:szCs w:val="24"/>
              </w:rPr>
            </w:pPr>
          </w:p>
          <w:p w14:paraId="0CEEE195" w14:textId="77777777" w:rsidR="006A23D0" w:rsidRPr="00CD0DD5" w:rsidRDefault="00863DAD">
            <w:pPr>
              <w:rPr>
                <w:rFonts w:ascii="Arial" w:hAnsi="Arial" w:cs="Arial"/>
                <w:sz w:val="24"/>
                <w:szCs w:val="24"/>
              </w:rPr>
            </w:pPr>
            <w:r w:rsidRPr="00CD0DD5">
              <w:rPr>
                <w:rFonts w:ascii="Arial" w:hAnsi="Arial" w:cs="Arial"/>
                <w:sz w:val="24"/>
                <w:szCs w:val="24"/>
              </w:rPr>
              <w:t xml:space="preserve">Report to List </w:t>
            </w:r>
            <w:r w:rsidR="00D12FAA" w:rsidRPr="00CD0DD5">
              <w:rPr>
                <w:rFonts w:ascii="Arial" w:hAnsi="Arial" w:cs="Arial"/>
                <w:sz w:val="24"/>
                <w:szCs w:val="24"/>
              </w:rPr>
              <w:t>the vehicle related to customer</w:t>
            </w:r>
          </w:p>
          <w:p w14:paraId="46700B3C" w14:textId="15335D7C" w:rsidR="00D12FAA" w:rsidRPr="00CD0DD5" w:rsidRDefault="00D12FAA">
            <w:pPr>
              <w:rPr>
                <w:rFonts w:ascii="Arial" w:hAnsi="Arial" w:cs="Arial"/>
                <w:sz w:val="24"/>
                <w:szCs w:val="24"/>
              </w:rPr>
            </w:pPr>
          </w:p>
        </w:tc>
      </w:tr>
      <w:tr w:rsidR="006A23D0" w14:paraId="12B2766C" w14:textId="77777777" w:rsidTr="00CD0DD5">
        <w:trPr>
          <w:jc w:val="center"/>
        </w:trPr>
        <w:tc>
          <w:tcPr>
            <w:tcW w:w="8594" w:type="dxa"/>
          </w:tcPr>
          <w:p w14:paraId="74E0CB58" w14:textId="77777777" w:rsidR="00CD0DD5" w:rsidRDefault="00CD0DD5">
            <w:pPr>
              <w:rPr>
                <w:noProof/>
              </w:rPr>
            </w:pPr>
          </w:p>
          <w:p w14:paraId="66F7FF2E" w14:textId="2A64B782" w:rsidR="006A23D0" w:rsidRDefault="00CD0DD5">
            <w:pPr>
              <w:rPr>
                <w:noProof/>
              </w:rPr>
            </w:pPr>
            <w:r>
              <w:rPr>
                <w:noProof/>
              </w:rPr>
              <w:drawing>
                <wp:inline distT="0" distB="0" distL="0" distR="0" wp14:anchorId="1FD30B9B" wp14:editId="06FD4CD1">
                  <wp:extent cx="5153025" cy="1591831"/>
                  <wp:effectExtent l="0" t="0" r="0" b="8890"/>
                  <wp:docPr id="1776159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159580" name=""/>
                          <pic:cNvPicPr/>
                        </pic:nvPicPr>
                        <pic:blipFill>
                          <a:blip r:embed="rId53"/>
                          <a:stretch>
                            <a:fillRect/>
                          </a:stretch>
                        </pic:blipFill>
                        <pic:spPr>
                          <a:xfrm>
                            <a:off x="0" y="0"/>
                            <a:ext cx="5164067" cy="1595242"/>
                          </a:xfrm>
                          <a:prstGeom prst="rect">
                            <a:avLst/>
                          </a:prstGeom>
                        </pic:spPr>
                      </pic:pic>
                    </a:graphicData>
                  </a:graphic>
                </wp:inline>
              </w:drawing>
            </w:r>
          </w:p>
        </w:tc>
        <w:tc>
          <w:tcPr>
            <w:tcW w:w="1639" w:type="dxa"/>
          </w:tcPr>
          <w:p w14:paraId="5305704F" w14:textId="74E2FAA0" w:rsidR="006A23D0" w:rsidRPr="00CD0DD5" w:rsidRDefault="00244515">
            <w:pPr>
              <w:rPr>
                <w:rFonts w:ascii="Arial" w:hAnsi="Arial" w:cs="Arial"/>
                <w:sz w:val="24"/>
                <w:szCs w:val="24"/>
              </w:rPr>
            </w:pPr>
            <w:r>
              <w:rPr>
                <w:rFonts w:ascii="Arial" w:hAnsi="Arial" w:cs="Arial"/>
                <w:sz w:val="24"/>
                <w:szCs w:val="24"/>
              </w:rPr>
              <w:t xml:space="preserve">Report to list the slots </w:t>
            </w:r>
            <w:r w:rsidR="00F742C0">
              <w:rPr>
                <w:rFonts w:ascii="Arial" w:hAnsi="Arial" w:cs="Arial"/>
                <w:sz w:val="24"/>
                <w:szCs w:val="24"/>
              </w:rPr>
              <w:t xml:space="preserve">and its last update status </w:t>
            </w:r>
            <w:r w:rsidR="004F0124">
              <w:rPr>
                <w:rFonts w:ascii="Arial" w:hAnsi="Arial" w:cs="Arial"/>
                <w:sz w:val="24"/>
                <w:szCs w:val="24"/>
              </w:rPr>
              <w:t>with customer</w:t>
            </w:r>
            <w:r w:rsidR="00F478BC">
              <w:rPr>
                <w:rFonts w:ascii="Arial" w:hAnsi="Arial" w:cs="Arial"/>
                <w:sz w:val="24"/>
                <w:szCs w:val="24"/>
              </w:rPr>
              <w:t xml:space="preserve"> and </w:t>
            </w:r>
            <w:r w:rsidR="00575323">
              <w:rPr>
                <w:rFonts w:ascii="Arial" w:hAnsi="Arial" w:cs="Arial"/>
                <w:sz w:val="24"/>
                <w:szCs w:val="24"/>
              </w:rPr>
              <w:t>vehicle informations</w:t>
            </w:r>
          </w:p>
        </w:tc>
      </w:tr>
    </w:tbl>
    <w:p w14:paraId="1D4F5DB7" w14:textId="77777777" w:rsidR="00575323" w:rsidRDefault="00D74D74">
      <w:r>
        <w:br/>
      </w:r>
    </w:p>
    <w:p w14:paraId="268F6789" w14:textId="77777777" w:rsidR="00575323" w:rsidRDefault="00D74D74" w:rsidP="00595A59">
      <w:pPr>
        <w:pStyle w:val="Heading1"/>
      </w:pPr>
      <w:r w:rsidRPr="00575323">
        <w:t xml:space="preserve"> </w:t>
      </w:r>
      <w:bookmarkStart w:id="19" w:name="_Toc235453762"/>
      <w:r w:rsidRPr="00575323">
        <w:t>Validation and Testing</w:t>
      </w:r>
      <w:bookmarkEnd w:id="19"/>
      <w:r w:rsidRPr="00575323">
        <w:br/>
      </w:r>
    </w:p>
    <w:p w14:paraId="5049630A" w14:textId="7FC1823D" w:rsidR="005B744E" w:rsidRDefault="005B744E" w:rsidP="00F9611F">
      <w:pPr>
        <w:jc w:val="both"/>
        <w:rPr>
          <w:rFonts w:ascii="Arial" w:hAnsi="Arial" w:cs="Arial"/>
          <w:sz w:val="24"/>
          <w:szCs w:val="24"/>
        </w:rPr>
      </w:pPr>
      <w:r w:rsidRPr="005B744E">
        <w:rPr>
          <w:rFonts w:ascii="Arial" w:hAnsi="Arial" w:cs="Arial"/>
          <w:sz w:val="24"/>
          <w:szCs w:val="24"/>
        </w:rPr>
        <w:t xml:space="preserve">Database testing is the practice of validating database schemas, tables, procedures, triggers, and data integrity to ensure that backend data operations support application functionality correctly. It goes beyond verifying that data exists to </w:t>
      </w:r>
      <w:r w:rsidR="00F9611F" w:rsidRPr="005B744E">
        <w:rPr>
          <w:rFonts w:ascii="Arial" w:hAnsi="Arial" w:cs="Arial"/>
          <w:sz w:val="24"/>
          <w:szCs w:val="24"/>
        </w:rPr>
        <w:t>confirm</w:t>
      </w:r>
      <w:r w:rsidRPr="005B744E">
        <w:rPr>
          <w:rFonts w:ascii="Arial" w:hAnsi="Arial" w:cs="Arial"/>
          <w:sz w:val="24"/>
          <w:szCs w:val="24"/>
        </w:rPr>
        <w:t xml:space="preserve"> that data is accurate, consistent, complete, and properly structured.</w:t>
      </w:r>
      <w:sdt>
        <w:sdtPr>
          <w:rPr>
            <w:rFonts w:ascii="Arial" w:hAnsi="Arial" w:cs="Arial"/>
            <w:sz w:val="24"/>
            <w:szCs w:val="24"/>
          </w:rPr>
          <w:id w:val="-394118456"/>
          <w:citation/>
        </w:sdtPr>
        <w:sdtEndPr/>
        <w:sdtContent>
          <w:r w:rsidR="0010491D">
            <w:rPr>
              <w:rFonts w:ascii="Arial" w:hAnsi="Arial" w:cs="Arial"/>
              <w:sz w:val="24"/>
              <w:szCs w:val="24"/>
            </w:rPr>
            <w:fldChar w:fldCharType="begin"/>
          </w:r>
          <w:r w:rsidR="0010491D">
            <w:rPr>
              <w:rFonts w:ascii="Arial" w:hAnsi="Arial" w:cs="Arial"/>
              <w:sz w:val="24"/>
              <w:szCs w:val="24"/>
              <w:lang w:val="en-GB"/>
            </w:rPr>
            <w:instrText xml:space="preserve"> CITATION Adw25 \l 2057 </w:instrText>
          </w:r>
          <w:r w:rsidR="0010491D">
            <w:rPr>
              <w:rFonts w:ascii="Arial" w:hAnsi="Arial" w:cs="Arial"/>
              <w:sz w:val="24"/>
              <w:szCs w:val="24"/>
            </w:rPr>
            <w:fldChar w:fldCharType="separate"/>
          </w:r>
          <w:r w:rsidR="0010491D">
            <w:rPr>
              <w:rFonts w:ascii="Arial" w:hAnsi="Arial" w:cs="Arial"/>
              <w:noProof/>
              <w:sz w:val="24"/>
              <w:szCs w:val="24"/>
              <w:lang w:val="en-GB"/>
            </w:rPr>
            <w:t xml:space="preserve"> </w:t>
          </w:r>
          <w:r w:rsidR="0010491D" w:rsidRPr="0010491D">
            <w:rPr>
              <w:rFonts w:ascii="Arial" w:hAnsi="Arial" w:cs="Arial"/>
              <w:noProof/>
              <w:sz w:val="24"/>
              <w:szCs w:val="24"/>
              <w:lang w:val="en-GB"/>
            </w:rPr>
            <w:t>[5]</w:t>
          </w:r>
          <w:r w:rsidR="0010491D">
            <w:rPr>
              <w:rFonts w:ascii="Arial" w:hAnsi="Arial" w:cs="Arial"/>
              <w:sz w:val="24"/>
              <w:szCs w:val="24"/>
            </w:rPr>
            <w:fldChar w:fldCharType="end"/>
          </w:r>
        </w:sdtContent>
      </w:sdt>
    </w:p>
    <w:p w14:paraId="4051E4A9" w14:textId="3C1F9394" w:rsidR="00ED74B4" w:rsidRDefault="00DE6D85" w:rsidP="006650EC">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rFonts w:ascii="Arial" w:hAnsi="Arial" w:cs="Arial"/>
          <w:sz w:val="24"/>
          <w:szCs w:val="24"/>
        </w:rPr>
        <w:t>Validate</w:t>
      </w:r>
      <w:r w:rsidR="00BC3657">
        <w:rPr>
          <w:rFonts w:ascii="Arial" w:hAnsi="Arial" w:cs="Arial"/>
          <w:sz w:val="24"/>
          <w:szCs w:val="24"/>
        </w:rPr>
        <w:t xml:space="preserve"> currency,</w:t>
      </w:r>
      <w:r>
        <w:rPr>
          <w:rFonts w:ascii="Arial" w:hAnsi="Arial" w:cs="Arial"/>
          <w:sz w:val="24"/>
          <w:szCs w:val="24"/>
        </w:rPr>
        <w:t xml:space="preserve"> </w:t>
      </w:r>
      <w:r w:rsidR="00552C63">
        <w:rPr>
          <w:rFonts w:ascii="Arial" w:hAnsi="Arial" w:cs="Arial"/>
          <w:sz w:val="24"/>
          <w:szCs w:val="24"/>
        </w:rPr>
        <w:t xml:space="preserve">dates and times </w:t>
      </w:r>
      <w:r w:rsidR="008D279A">
        <w:rPr>
          <w:rFonts w:ascii="Arial" w:hAnsi="Arial" w:cs="Arial"/>
          <w:sz w:val="24"/>
          <w:szCs w:val="24"/>
        </w:rPr>
        <w:t xml:space="preserve">to </w:t>
      </w:r>
      <w:r w:rsidR="00552C63">
        <w:rPr>
          <w:rFonts w:ascii="Arial" w:hAnsi="Arial" w:cs="Arial"/>
          <w:sz w:val="24"/>
          <w:szCs w:val="24"/>
        </w:rPr>
        <w:t xml:space="preserve">don’t allow </w:t>
      </w:r>
      <w:r w:rsidR="006650EC">
        <w:rPr>
          <w:rFonts w:ascii="Arial" w:hAnsi="Arial" w:cs="Arial"/>
          <w:sz w:val="24"/>
          <w:szCs w:val="24"/>
        </w:rPr>
        <w:t xml:space="preserve">other formats and </w:t>
      </w:r>
      <w:r w:rsidR="00AC50BE">
        <w:rPr>
          <w:rFonts w:ascii="Arial" w:hAnsi="Arial" w:cs="Arial"/>
          <w:sz w:val="24"/>
          <w:szCs w:val="24"/>
        </w:rPr>
        <w:t>text</w:t>
      </w:r>
      <w:r w:rsidR="006650EC">
        <w:rPr>
          <w:rFonts w:ascii="Arial" w:hAnsi="Arial" w:cs="Arial"/>
          <w:sz w:val="24"/>
          <w:szCs w:val="24"/>
        </w:rPr>
        <w:t xml:space="preserve">. </w:t>
      </w:r>
    </w:p>
    <w:p w14:paraId="0BB927B2" w14:textId="31094F66" w:rsidR="0017217E" w:rsidRPr="005B744E" w:rsidRDefault="00A6752E" w:rsidP="006650EC">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4"/>
          <w:szCs w:val="24"/>
        </w:rPr>
      </w:pPr>
      <w:r>
        <w:rPr>
          <w:noProof/>
        </w:rPr>
        <w:drawing>
          <wp:inline distT="0" distB="0" distL="0" distR="0" wp14:anchorId="4D37BA52" wp14:editId="533C3154">
            <wp:extent cx="5486400" cy="1412875"/>
            <wp:effectExtent l="0" t="0" r="0" b="0"/>
            <wp:docPr id="870111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111930" name=""/>
                    <pic:cNvPicPr/>
                  </pic:nvPicPr>
                  <pic:blipFill>
                    <a:blip r:embed="rId54"/>
                    <a:stretch>
                      <a:fillRect/>
                    </a:stretch>
                  </pic:blipFill>
                  <pic:spPr>
                    <a:xfrm>
                      <a:off x="0" y="0"/>
                      <a:ext cx="5486400" cy="1412875"/>
                    </a:xfrm>
                    <a:prstGeom prst="rect">
                      <a:avLst/>
                    </a:prstGeom>
                  </pic:spPr>
                </pic:pic>
              </a:graphicData>
            </a:graphic>
          </wp:inline>
        </w:drawing>
      </w:r>
    </w:p>
    <w:p w14:paraId="51A2245B" w14:textId="578EA7A6" w:rsidR="00ED74B4" w:rsidRDefault="00ED74B4" w:rsidP="006650EC">
      <w:pPr>
        <w:pBdr>
          <w:top w:val="single" w:sz="4" w:space="1" w:color="auto"/>
          <w:left w:val="single" w:sz="4" w:space="4" w:color="auto"/>
          <w:bottom w:val="single" w:sz="4" w:space="1" w:color="auto"/>
          <w:right w:val="single" w:sz="4" w:space="4" w:color="auto"/>
        </w:pBdr>
        <w:jc w:val="both"/>
        <w:rPr>
          <w:noProof/>
        </w:rPr>
      </w:pPr>
      <w:r>
        <w:rPr>
          <w:noProof/>
        </w:rPr>
        <w:lastRenderedPageBreak/>
        <w:drawing>
          <wp:inline distT="0" distB="0" distL="0" distR="0" wp14:anchorId="16C273AF" wp14:editId="3CDCB506">
            <wp:extent cx="5385738" cy="1905000"/>
            <wp:effectExtent l="0" t="0" r="5715" b="0"/>
            <wp:docPr id="1954198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198697" name=""/>
                    <pic:cNvPicPr/>
                  </pic:nvPicPr>
                  <pic:blipFill rotWithShape="1">
                    <a:blip r:embed="rId55"/>
                    <a:srcRect l="10937" t="16050" r="49305" b="58950"/>
                    <a:stretch>
                      <a:fillRect/>
                    </a:stretch>
                  </pic:blipFill>
                  <pic:spPr bwMode="auto">
                    <a:xfrm>
                      <a:off x="0" y="0"/>
                      <a:ext cx="5406609" cy="1912382"/>
                    </a:xfrm>
                    <a:prstGeom prst="rect">
                      <a:avLst/>
                    </a:prstGeom>
                    <a:ln>
                      <a:noFill/>
                    </a:ln>
                    <a:extLst>
                      <a:ext uri="{53640926-AAD7-44D8-BBD7-CCE9431645EC}">
                        <a14:shadowObscured xmlns:a14="http://schemas.microsoft.com/office/drawing/2010/main"/>
                      </a:ext>
                    </a:extLst>
                  </pic:spPr>
                </pic:pic>
              </a:graphicData>
            </a:graphic>
          </wp:inline>
        </w:drawing>
      </w:r>
    </w:p>
    <w:p w14:paraId="07D5E698" w14:textId="77777777" w:rsidR="0002512A" w:rsidRDefault="0002512A" w:rsidP="006650EC">
      <w:pPr>
        <w:pBdr>
          <w:top w:val="single" w:sz="4" w:space="1" w:color="auto"/>
          <w:left w:val="single" w:sz="4" w:space="4" w:color="auto"/>
          <w:bottom w:val="single" w:sz="4" w:space="1" w:color="auto"/>
          <w:right w:val="single" w:sz="4" w:space="4" w:color="auto"/>
        </w:pBdr>
        <w:jc w:val="both"/>
        <w:rPr>
          <w:noProof/>
        </w:rPr>
      </w:pPr>
    </w:p>
    <w:p w14:paraId="599274FD" w14:textId="75FFCF9A" w:rsidR="008D279A" w:rsidRDefault="0002512A" w:rsidP="006650EC">
      <w:pPr>
        <w:pBdr>
          <w:top w:val="single" w:sz="4" w:space="1" w:color="auto"/>
          <w:left w:val="single" w:sz="4" w:space="4" w:color="auto"/>
          <w:bottom w:val="single" w:sz="4" w:space="1" w:color="auto"/>
          <w:right w:val="single" w:sz="4" w:space="4" w:color="auto"/>
        </w:pBdr>
        <w:jc w:val="both"/>
        <w:rPr>
          <w:noProof/>
        </w:rPr>
      </w:pPr>
      <w:r>
        <w:rPr>
          <w:noProof/>
        </w:rPr>
        <w:drawing>
          <wp:inline distT="0" distB="0" distL="0" distR="0" wp14:anchorId="71CC474B" wp14:editId="1789533F">
            <wp:extent cx="5279721" cy="1371600"/>
            <wp:effectExtent l="0" t="0" r="0" b="0"/>
            <wp:docPr id="385146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46306" name=""/>
                    <pic:cNvPicPr/>
                  </pic:nvPicPr>
                  <pic:blipFill rotWithShape="1">
                    <a:blip r:embed="rId56"/>
                    <a:srcRect l="11285" t="17592" r="39931" b="59876"/>
                    <a:stretch>
                      <a:fillRect/>
                    </a:stretch>
                  </pic:blipFill>
                  <pic:spPr bwMode="auto">
                    <a:xfrm>
                      <a:off x="0" y="0"/>
                      <a:ext cx="5286305" cy="1373311"/>
                    </a:xfrm>
                    <a:prstGeom prst="rect">
                      <a:avLst/>
                    </a:prstGeom>
                    <a:ln>
                      <a:noFill/>
                    </a:ln>
                    <a:extLst>
                      <a:ext uri="{53640926-AAD7-44D8-BBD7-CCE9431645EC}">
                        <a14:shadowObscured xmlns:a14="http://schemas.microsoft.com/office/drawing/2010/main"/>
                      </a:ext>
                    </a:extLst>
                  </pic:spPr>
                </pic:pic>
              </a:graphicData>
            </a:graphic>
          </wp:inline>
        </w:drawing>
      </w:r>
    </w:p>
    <w:p w14:paraId="6430757F" w14:textId="5768105B" w:rsidR="008C1D2A" w:rsidRDefault="00AC50BE" w:rsidP="006650EC">
      <w:pPr>
        <w:pBdr>
          <w:top w:val="single" w:sz="4" w:space="1" w:color="auto"/>
          <w:left w:val="single" w:sz="4" w:space="4" w:color="auto"/>
          <w:bottom w:val="single" w:sz="4" w:space="1" w:color="auto"/>
          <w:right w:val="single" w:sz="4" w:space="4" w:color="auto"/>
        </w:pBdr>
        <w:jc w:val="both"/>
        <w:rPr>
          <w:noProof/>
        </w:rPr>
      </w:pPr>
      <w:r>
        <w:rPr>
          <w:noProof/>
        </w:rPr>
        <w:tab/>
      </w:r>
      <w:r>
        <w:rPr>
          <w:noProof/>
        </w:rPr>
        <w:tab/>
      </w:r>
      <w:r>
        <w:rPr>
          <w:noProof/>
        </w:rPr>
        <w:tab/>
      </w:r>
      <w:r>
        <w:rPr>
          <w:noProof/>
        </w:rPr>
        <w:tab/>
      </w:r>
      <w:r>
        <w:rPr>
          <w:noProof/>
        </w:rPr>
        <w:tab/>
      </w:r>
    </w:p>
    <w:p w14:paraId="1694FAC1" w14:textId="7A3B6F5E" w:rsidR="00E964DF" w:rsidRDefault="0010491D" w:rsidP="00D95133">
      <w:pPr>
        <w:jc w:val="both"/>
      </w:pPr>
      <w:r w:rsidRPr="0010491D">
        <w:rPr>
          <w:rFonts w:ascii="Arial" w:hAnsi="Arial" w:cs="Arial"/>
          <w:sz w:val="24"/>
          <w:szCs w:val="24"/>
        </w:rPr>
        <w:br/>
      </w:r>
      <w:bookmarkStart w:id="20" w:name="_Toc235453763"/>
      <w:r w:rsidR="00D74D74" w:rsidRPr="00595A59">
        <w:rPr>
          <w:rStyle w:val="Heading1Char"/>
        </w:rPr>
        <w:t>Reflection</w:t>
      </w:r>
      <w:bookmarkEnd w:id="20"/>
      <w:r w:rsidR="00D74D74" w:rsidRPr="00595A59">
        <w:rPr>
          <w:rStyle w:val="Heading1Char"/>
        </w:rPr>
        <w:br/>
      </w:r>
    </w:p>
    <w:p w14:paraId="3BB630C3" w14:textId="7EDDB409" w:rsidR="00EA61FB" w:rsidRDefault="00E964DF" w:rsidP="00EA61FB">
      <w:pPr>
        <w:jc w:val="both"/>
        <w:rPr>
          <w:rFonts w:ascii="Arial" w:hAnsi="Arial" w:cs="Arial"/>
          <w:sz w:val="24"/>
          <w:szCs w:val="24"/>
        </w:rPr>
      </w:pPr>
      <w:r>
        <w:rPr>
          <w:rFonts w:ascii="Arial" w:hAnsi="Arial" w:cs="Arial"/>
          <w:sz w:val="24"/>
          <w:szCs w:val="24"/>
        </w:rPr>
        <w:t xml:space="preserve">The main </w:t>
      </w:r>
      <w:r w:rsidR="00712FE7">
        <w:rPr>
          <w:rFonts w:ascii="Arial" w:hAnsi="Arial" w:cs="Arial"/>
          <w:sz w:val="24"/>
          <w:szCs w:val="24"/>
        </w:rPr>
        <w:t>challenge</w:t>
      </w:r>
      <w:r>
        <w:rPr>
          <w:rFonts w:ascii="Arial" w:hAnsi="Arial" w:cs="Arial"/>
          <w:sz w:val="24"/>
          <w:szCs w:val="24"/>
        </w:rPr>
        <w:t xml:space="preserve"> found in this report was to try to understand </w:t>
      </w:r>
      <w:r w:rsidR="007C7733">
        <w:rPr>
          <w:rFonts w:ascii="Arial" w:hAnsi="Arial" w:cs="Arial"/>
          <w:sz w:val="24"/>
          <w:szCs w:val="24"/>
        </w:rPr>
        <w:t xml:space="preserve">the structure </w:t>
      </w:r>
      <w:r w:rsidR="00614CD2">
        <w:rPr>
          <w:rFonts w:ascii="Arial" w:hAnsi="Arial" w:cs="Arial"/>
          <w:sz w:val="24"/>
          <w:szCs w:val="24"/>
        </w:rPr>
        <w:t xml:space="preserve">to be created as we didn’t have </w:t>
      </w:r>
      <w:r w:rsidR="00712FE7">
        <w:rPr>
          <w:rFonts w:ascii="Arial" w:hAnsi="Arial" w:cs="Arial"/>
          <w:sz w:val="24"/>
          <w:szCs w:val="24"/>
        </w:rPr>
        <w:t>much</w:t>
      </w:r>
      <w:r w:rsidR="00614CD2">
        <w:rPr>
          <w:rFonts w:ascii="Arial" w:hAnsi="Arial" w:cs="Arial"/>
          <w:sz w:val="24"/>
          <w:szCs w:val="24"/>
        </w:rPr>
        <w:t xml:space="preserve"> information about the business </w:t>
      </w:r>
      <w:r w:rsidR="00712FE7">
        <w:rPr>
          <w:rFonts w:ascii="Arial" w:hAnsi="Arial" w:cs="Arial"/>
          <w:sz w:val="24"/>
          <w:szCs w:val="24"/>
        </w:rPr>
        <w:t>user’s</w:t>
      </w:r>
      <w:r w:rsidR="00614CD2">
        <w:rPr>
          <w:rFonts w:ascii="Arial" w:hAnsi="Arial" w:cs="Arial"/>
          <w:sz w:val="24"/>
          <w:szCs w:val="24"/>
        </w:rPr>
        <w:t xml:space="preserve"> </w:t>
      </w:r>
      <w:r w:rsidR="00EA61FB">
        <w:rPr>
          <w:rFonts w:ascii="Arial" w:hAnsi="Arial" w:cs="Arial"/>
          <w:sz w:val="24"/>
          <w:szCs w:val="24"/>
        </w:rPr>
        <w:t>needs</w:t>
      </w:r>
      <w:r w:rsidR="000B28A2">
        <w:rPr>
          <w:rFonts w:ascii="Arial" w:hAnsi="Arial" w:cs="Arial"/>
          <w:sz w:val="24"/>
          <w:szCs w:val="24"/>
        </w:rPr>
        <w:t xml:space="preserve"> and transform into diagrams</w:t>
      </w:r>
      <w:r w:rsidR="00614CD2">
        <w:rPr>
          <w:rFonts w:ascii="Arial" w:hAnsi="Arial" w:cs="Arial"/>
          <w:sz w:val="24"/>
          <w:szCs w:val="24"/>
        </w:rPr>
        <w:t xml:space="preserve">. </w:t>
      </w:r>
      <w:r w:rsidR="00EA61FB">
        <w:rPr>
          <w:rFonts w:ascii="Arial" w:hAnsi="Arial" w:cs="Arial"/>
          <w:sz w:val="24"/>
          <w:szCs w:val="24"/>
        </w:rPr>
        <w:t>Normalization,</w:t>
      </w:r>
      <w:r w:rsidR="00C505B1">
        <w:rPr>
          <w:rFonts w:ascii="Arial" w:hAnsi="Arial" w:cs="Arial"/>
          <w:sz w:val="24"/>
          <w:szCs w:val="24"/>
        </w:rPr>
        <w:t xml:space="preserve"> </w:t>
      </w:r>
      <w:r w:rsidR="0042312C">
        <w:rPr>
          <w:rFonts w:ascii="Arial" w:hAnsi="Arial" w:cs="Arial"/>
          <w:sz w:val="24"/>
          <w:szCs w:val="24"/>
        </w:rPr>
        <w:t xml:space="preserve">which is an important process to </w:t>
      </w:r>
      <w:r w:rsidR="00EA61FB">
        <w:rPr>
          <w:rFonts w:ascii="Arial" w:hAnsi="Arial" w:cs="Arial"/>
          <w:sz w:val="24"/>
          <w:szCs w:val="24"/>
        </w:rPr>
        <w:t>database,</w:t>
      </w:r>
      <w:r w:rsidR="0042312C">
        <w:rPr>
          <w:rFonts w:ascii="Arial" w:hAnsi="Arial" w:cs="Arial"/>
          <w:sz w:val="24"/>
          <w:szCs w:val="24"/>
        </w:rPr>
        <w:t xml:space="preserve"> </w:t>
      </w:r>
      <w:r w:rsidR="00351100">
        <w:rPr>
          <w:rFonts w:ascii="Arial" w:hAnsi="Arial" w:cs="Arial"/>
          <w:sz w:val="24"/>
          <w:szCs w:val="24"/>
        </w:rPr>
        <w:t xml:space="preserve">was very helpful to correct some mistakes and </w:t>
      </w:r>
      <w:r w:rsidR="00C505B1">
        <w:rPr>
          <w:rFonts w:ascii="Arial" w:hAnsi="Arial" w:cs="Arial"/>
          <w:sz w:val="24"/>
          <w:szCs w:val="24"/>
        </w:rPr>
        <w:t xml:space="preserve">improve the quality of data store. </w:t>
      </w:r>
    </w:p>
    <w:p w14:paraId="217C8E58" w14:textId="59D3B97B" w:rsidR="00D95133" w:rsidRDefault="008661D9" w:rsidP="00EA61FB">
      <w:pPr>
        <w:jc w:val="both"/>
        <w:rPr>
          <w:rFonts w:ascii="Arial" w:hAnsi="Arial" w:cs="Arial"/>
          <w:sz w:val="24"/>
          <w:szCs w:val="24"/>
        </w:rPr>
      </w:pPr>
      <w:r>
        <w:rPr>
          <w:rFonts w:ascii="Arial" w:hAnsi="Arial" w:cs="Arial"/>
          <w:sz w:val="24"/>
          <w:szCs w:val="24"/>
        </w:rPr>
        <w:t xml:space="preserve">Use of MS Access is very intuitive as, graphically, is user friendly. Is easy to create and manage </w:t>
      </w:r>
      <w:r w:rsidR="00D169A2">
        <w:rPr>
          <w:rFonts w:ascii="Arial" w:hAnsi="Arial" w:cs="Arial"/>
          <w:sz w:val="24"/>
          <w:szCs w:val="24"/>
        </w:rPr>
        <w:t xml:space="preserve">all components of database, mainly in relationship management. </w:t>
      </w:r>
    </w:p>
    <w:p w14:paraId="7A3B559D" w14:textId="77777777" w:rsidR="00D169A2" w:rsidRDefault="00D169A2" w:rsidP="00EA61FB">
      <w:pPr>
        <w:jc w:val="both"/>
        <w:rPr>
          <w:rFonts w:ascii="Arial" w:hAnsi="Arial" w:cs="Arial"/>
          <w:sz w:val="24"/>
          <w:szCs w:val="24"/>
        </w:rPr>
      </w:pPr>
    </w:p>
    <w:p w14:paraId="420964D7" w14:textId="77777777" w:rsidR="0014351F" w:rsidRDefault="00D74D74">
      <w:pPr>
        <w:rPr>
          <w:rFonts w:ascii="Arial" w:hAnsi="Arial" w:cs="Arial"/>
          <w:sz w:val="24"/>
          <w:szCs w:val="24"/>
        </w:rPr>
      </w:pPr>
      <w:bookmarkStart w:id="21" w:name="_Toc235453764"/>
      <w:r w:rsidRPr="00595A59">
        <w:rPr>
          <w:rStyle w:val="Heading1Char"/>
        </w:rPr>
        <w:t>Conclusion</w:t>
      </w:r>
      <w:bookmarkEnd w:id="21"/>
      <w:r w:rsidRPr="00595A59">
        <w:rPr>
          <w:rStyle w:val="Heading1Char"/>
        </w:rPr>
        <w:br/>
      </w:r>
    </w:p>
    <w:p w14:paraId="04ECD714" w14:textId="4C605457" w:rsidR="001736DB" w:rsidRDefault="001736DB" w:rsidP="000D0497">
      <w:pPr>
        <w:jc w:val="both"/>
        <w:rPr>
          <w:rFonts w:ascii="Arial" w:hAnsi="Arial" w:cs="Arial"/>
          <w:sz w:val="24"/>
          <w:szCs w:val="24"/>
        </w:rPr>
      </w:pPr>
      <w:r w:rsidRPr="00543E07">
        <w:rPr>
          <w:rFonts w:ascii="Arial" w:hAnsi="Arial" w:cs="Arial"/>
          <w:sz w:val="24"/>
          <w:szCs w:val="24"/>
        </w:rPr>
        <w:t xml:space="preserve">In this assessment, </w:t>
      </w:r>
      <w:r w:rsidR="00A0737E" w:rsidRPr="00543E07">
        <w:rPr>
          <w:rFonts w:ascii="Arial" w:hAnsi="Arial" w:cs="Arial"/>
          <w:sz w:val="24"/>
          <w:szCs w:val="24"/>
        </w:rPr>
        <w:t xml:space="preserve">a car parking database system was created to store the </w:t>
      </w:r>
      <w:r w:rsidR="00B869A9" w:rsidRPr="00543E07">
        <w:rPr>
          <w:rFonts w:ascii="Arial" w:hAnsi="Arial" w:cs="Arial"/>
          <w:sz w:val="24"/>
          <w:szCs w:val="24"/>
        </w:rPr>
        <w:t>necessity</w:t>
      </w:r>
      <w:r w:rsidR="00A0737E" w:rsidRPr="00543E07">
        <w:rPr>
          <w:rFonts w:ascii="Arial" w:hAnsi="Arial" w:cs="Arial"/>
          <w:sz w:val="24"/>
          <w:szCs w:val="24"/>
        </w:rPr>
        <w:t xml:space="preserve"> of a business.</w:t>
      </w:r>
      <w:r w:rsidR="00B869A9" w:rsidRPr="00543E07">
        <w:rPr>
          <w:rFonts w:ascii="Arial" w:hAnsi="Arial" w:cs="Arial"/>
          <w:sz w:val="24"/>
          <w:szCs w:val="24"/>
        </w:rPr>
        <w:t xml:space="preserve"> Using MS Access as DBMS we </w:t>
      </w:r>
      <w:r w:rsidR="00006BCF" w:rsidRPr="00543E07">
        <w:rPr>
          <w:rFonts w:ascii="Arial" w:hAnsi="Arial" w:cs="Arial"/>
          <w:sz w:val="24"/>
          <w:szCs w:val="24"/>
        </w:rPr>
        <w:t>development a system</w:t>
      </w:r>
      <w:r w:rsidR="00A002D2" w:rsidRPr="00543E07">
        <w:rPr>
          <w:rFonts w:ascii="Arial" w:hAnsi="Arial" w:cs="Arial"/>
          <w:sz w:val="24"/>
          <w:szCs w:val="24"/>
        </w:rPr>
        <w:t xml:space="preserve"> </w:t>
      </w:r>
      <w:r w:rsidR="00006BCF" w:rsidRPr="00543E07">
        <w:rPr>
          <w:rFonts w:ascii="Arial" w:hAnsi="Arial" w:cs="Arial"/>
          <w:sz w:val="24"/>
          <w:szCs w:val="24"/>
        </w:rPr>
        <w:lastRenderedPageBreak/>
        <w:t xml:space="preserve">with </w:t>
      </w:r>
      <w:r w:rsidR="00A002D2" w:rsidRPr="00543E07">
        <w:rPr>
          <w:rFonts w:ascii="Arial" w:hAnsi="Arial" w:cs="Arial"/>
          <w:sz w:val="24"/>
          <w:szCs w:val="24"/>
        </w:rPr>
        <w:t>Entities</w:t>
      </w:r>
      <w:r w:rsidR="00006BCF" w:rsidRPr="00543E07">
        <w:rPr>
          <w:rFonts w:ascii="Arial" w:hAnsi="Arial" w:cs="Arial"/>
          <w:sz w:val="24"/>
          <w:szCs w:val="24"/>
        </w:rPr>
        <w:t xml:space="preserve">, </w:t>
      </w:r>
      <w:r w:rsidR="00A002D2" w:rsidRPr="00543E07">
        <w:rPr>
          <w:rFonts w:ascii="Arial" w:hAnsi="Arial" w:cs="Arial"/>
          <w:sz w:val="24"/>
          <w:szCs w:val="24"/>
        </w:rPr>
        <w:t>A</w:t>
      </w:r>
      <w:r w:rsidR="00006BCF" w:rsidRPr="00543E07">
        <w:rPr>
          <w:rFonts w:ascii="Arial" w:hAnsi="Arial" w:cs="Arial"/>
          <w:sz w:val="24"/>
          <w:szCs w:val="24"/>
        </w:rPr>
        <w:t xml:space="preserve">ttributes and </w:t>
      </w:r>
      <w:r w:rsidR="00A002D2" w:rsidRPr="00543E07">
        <w:rPr>
          <w:rFonts w:ascii="Arial" w:hAnsi="Arial" w:cs="Arial"/>
          <w:sz w:val="24"/>
          <w:szCs w:val="24"/>
        </w:rPr>
        <w:t>R</w:t>
      </w:r>
      <w:r w:rsidR="00006BCF" w:rsidRPr="00543E07">
        <w:rPr>
          <w:rFonts w:ascii="Arial" w:hAnsi="Arial" w:cs="Arial"/>
          <w:sz w:val="24"/>
          <w:szCs w:val="24"/>
        </w:rPr>
        <w:t xml:space="preserve">elationship </w:t>
      </w:r>
      <w:r w:rsidR="00A002D2" w:rsidRPr="00543E07">
        <w:rPr>
          <w:rFonts w:ascii="Arial" w:hAnsi="Arial" w:cs="Arial"/>
          <w:sz w:val="24"/>
          <w:szCs w:val="24"/>
        </w:rPr>
        <w:t>based on ERD (Entit</w:t>
      </w:r>
      <w:r w:rsidR="00543E07" w:rsidRPr="00543E07">
        <w:rPr>
          <w:rFonts w:ascii="Arial" w:hAnsi="Arial" w:cs="Arial"/>
          <w:sz w:val="24"/>
          <w:szCs w:val="24"/>
        </w:rPr>
        <w:t>y Relationship Diagrams)</w:t>
      </w:r>
      <w:r w:rsidR="0014351F">
        <w:rPr>
          <w:rFonts w:ascii="Arial" w:hAnsi="Arial" w:cs="Arial"/>
          <w:sz w:val="24"/>
          <w:szCs w:val="24"/>
        </w:rPr>
        <w:t xml:space="preserve">. </w:t>
      </w:r>
      <w:r w:rsidR="001A3FC1">
        <w:rPr>
          <w:rFonts w:ascii="Arial" w:hAnsi="Arial" w:cs="Arial"/>
          <w:sz w:val="24"/>
          <w:szCs w:val="24"/>
        </w:rPr>
        <w:t>Scalabi</w:t>
      </w:r>
      <w:r w:rsidR="00FB156E">
        <w:rPr>
          <w:rFonts w:ascii="Arial" w:hAnsi="Arial" w:cs="Arial"/>
          <w:sz w:val="24"/>
          <w:szCs w:val="24"/>
        </w:rPr>
        <w:t>li</w:t>
      </w:r>
      <w:r w:rsidR="001A3FC1">
        <w:rPr>
          <w:rFonts w:ascii="Arial" w:hAnsi="Arial" w:cs="Arial"/>
          <w:sz w:val="24"/>
          <w:szCs w:val="24"/>
        </w:rPr>
        <w:t xml:space="preserve">ty and performance are </w:t>
      </w:r>
      <w:r w:rsidR="00711786">
        <w:rPr>
          <w:rFonts w:ascii="Arial" w:hAnsi="Arial" w:cs="Arial"/>
          <w:sz w:val="24"/>
          <w:szCs w:val="24"/>
        </w:rPr>
        <w:t>not in scope of</w:t>
      </w:r>
      <w:r w:rsidR="00FB156E">
        <w:rPr>
          <w:rFonts w:ascii="Arial" w:hAnsi="Arial" w:cs="Arial"/>
          <w:sz w:val="24"/>
          <w:szCs w:val="24"/>
        </w:rPr>
        <w:t xml:space="preserve"> analysis of this assessment</w:t>
      </w:r>
      <w:r w:rsidR="00436A95">
        <w:rPr>
          <w:rFonts w:ascii="Arial" w:hAnsi="Arial" w:cs="Arial"/>
          <w:sz w:val="24"/>
          <w:szCs w:val="24"/>
        </w:rPr>
        <w:t xml:space="preserve">. </w:t>
      </w:r>
      <w:r w:rsidR="00FB156E">
        <w:rPr>
          <w:rFonts w:ascii="Arial" w:hAnsi="Arial" w:cs="Arial"/>
          <w:sz w:val="24"/>
          <w:szCs w:val="24"/>
        </w:rPr>
        <w:t xml:space="preserve"> </w:t>
      </w:r>
    </w:p>
    <w:p w14:paraId="07BC57DB" w14:textId="77777777" w:rsidR="00543166" w:rsidRDefault="0014351F" w:rsidP="000D0497">
      <w:pPr>
        <w:jc w:val="both"/>
        <w:rPr>
          <w:rFonts w:ascii="Arial" w:hAnsi="Arial" w:cs="Arial"/>
          <w:sz w:val="24"/>
          <w:szCs w:val="24"/>
        </w:rPr>
      </w:pPr>
      <w:r>
        <w:rPr>
          <w:rFonts w:ascii="Arial" w:hAnsi="Arial" w:cs="Arial"/>
          <w:sz w:val="24"/>
          <w:szCs w:val="24"/>
        </w:rPr>
        <w:t>A</w:t>
      </w:r>
      <w:r w:rsidR="00E5130C">
        <w:rPr>
          <w:rFonts w:ascii="Arial" w:hAnsi="Arial" w:cs="Arial"/>
          <w:sz w:val="24"/>
          <w:szCs w:val="24"/>
        </w:rPr>
        <w:t>s</w:t>
      </w:r>
      <w:r>
        <w:rPr>
          <w:rFonts w:ascii="Arial" w:hAnsi="Arial" w:cs="Arial"/>
          <w:sz w:val="24"/>
          <w:szCs w:val="24"/>
        </w:rPr>
        <w:t xml:space="preserve"> request by </w:t>
      </w:r>
      <w:r w:rsidR="00E5130C">
        <w:rPr>
          <w:rFonts w:ascii="Arial" w:hAnsi="Arial" w:cs="Arial"/>
          <w:sz w:val="24"/>
          <w:szCs w:val="24"/>
        </w:rPr>
        <w:t xml:space="preserve">requirements analysis </w:t>
      </w:r>
      <w:r w:rsidR="0019206A">
        <w:rPr>
          <w:rFonts w:ascii="Arial" w:hAnsi="Arial" w:cs="Arial"/>
          <w:sz w:val="24"/>
          <w:szCs w:val="24"/>
        </w:rPr>
        <w:t>standard queries, r</w:t>
      </w:r>
      <w:r w:rsidR="00E5130C">
        <w:rPr>
          <w:rFonts w:ascii="Arial" w:hAnsi="Arial" w:cs="Arial"/>
          <w:sz w:val="24"/>
          <w:szCs w:val="24"/>
        </w:rPr>
        <w:t xml:space="preserve">eport and </w:t>
      </w:r>
      <w:r w:rsidR="0019206A">
        <w:rPr>
          <w:rFonts w:ascii="Arial" w:hAnsi="Arial" w:cs="Arial"/>
          <w:sz w:val="24"/>
          <w:szCs w:val="24"/>
        </w:rPr>
        <w:t>f</w:t>
      </w:r>
      <w:r w:rsidR="00E5130C">
        <w:rPr>
          <w:rFonts w:ascii="Arial" w:hAnsi="Arial" w:cs="Arial"/>
          <w:sz w:val="24"/>
          <w:szCs w:val="24"/>
        </w:rPr>
        <w:t xml:space="preserve">orm </w:t>
      </w:r>
      <w:r w:rsidR="000D0497">
        <w:rPr>
          <w:rFonts w:ascii="Arial" w:hAnsi="Arial" w:cs="Arial"/>
          <w:sz w:val="24"/>
          <w:szCs w:val="24"/>
        </w:rPr>
        <w:t>were created to view and manage data for the user.</w:t>
      </w:r>
    </w:p>
    <w:p w14:paraId="1516BA17" w14:textId="77777777" w:rsidR="00FC75CD" w:rsidRDefault="00543166" w:rsidP="000D0497">
      <w:pPr>
        <w:jc w:val="both"/>
        <w:rPr>
          <w:rFonts w:ascii="Arial" w:hAnsi="Arial" w:cs="Arial"/>
          <w:sz w:val="24"/>
          <w:szCs w:val="24"/>
        </w:rPr>
      </w:pPr>
      <w:r>
        <w:rPr>
          <w:rFonts w:ascii="Arial" w:hAnsi="Arial" w:cs="Arial"/>
          <w:sz w:val="24"/>
          <w:szCs w:val="24"/>
        </w:rPr>
        <w:t>T</w:t>
      </w:r>
      <w:r w:rsidR="007E0DA9">
        <w:rPr>
          <w:rFonts w:ascii="Arial" w:hAnsi="Arial" w:cs="Arial"/>
          <w:sz w:val="24"/>
          <w:szCs w:val="24"/>
        </w:rPr>
        <w:t xml:space="preserve">he database </w:t>
      </w:r>
      <w:r w:rsidR="0064347D">
        <w:rPr>
          <w:rFonts w:ascii="Arial" w:hAnsi="Arial" w:cs="Arial"/>
          <w:sz w:val="24"/>
          <w:szCs w:val="24"/>
        </w:rPr>
        <w:t>system was filled with sample information to help the user to understand</w:t>
      </w:r>
      <w:r w:rsidR="00937F3F">
        <w:rPr>
          <w:rFonts w:ascii="Arial" w:hAnsi="Arial" w:cs="Arial"/>
          <w:sz w:val="24"/>
          <w:szCs w:val="24"/>
        </w:rPr>
        <w:t xml:space="preserve"> each field and its </w:t>
      </w:r>
      <w:r w:rsidR="00FC75CD">
        <w:rPr>
          <w:rFonts w:ascii="Arial" w:hAnsi="Arial" w:cs="Arial"/>
          <w:sz w:val="24"/>
          <w:szCs w:val="24"/>
        </w:rPr>
        <w:t xml:space="preserve">function. </w:t>
      </w:r>
    </w:p>
    <w:p w14:paraId="167C144A" w14:textId="611B8A13" w:rsidR="007758FD" w:rsidRDefault="00FC75CD" w:rsidP="000D0497">
      <w:pPr>
        <w:jc w:val="both"/>
        <w:rPr>
          <w:rFonts w:ascii="Arial" w:hAnsi="Arial" w:cs="Arial"/>
          <w:sz w:val="24"/>
          <w:szCs w:val="24"/>
        </w:rPr>
      </w:pPr>
      <w:r>
        <w:rPr>
          <w:rFonts w:ascii="Arial" w:hAnsi="Arial" w:cs="Arial"/>
          <w:sz w:val="24"/>
          <w:szCs w:val="24"/>
        </w:rPr>
        <w:t>The necessity to digitalize a business</w:t>
      </w:r>
      <w:r w:rsidR="003D6750">
        <w:rPr>
          <w:rFonts w:ascii="Arial" w:hAnsi="Arial" w:cs="Arial"/>
          <w:sz w:val="24"/>
          <w:szCs w:val="24"/>
        </w:rPr>
        <w:t xml:space="preserve"> once managing manually</w:t>
      </w:r>
      <w:r w:rsidR="009A2822">
        <w:rPr>
          <w:rFonts w:ascii="Arial" w:hAnsi="Arial" w:cs="Arial"/>
          <w:sz w:val="24"/>
          <w:szCs w:val="24"/>
        </w:rPr>
        <w:t xml:space="preserve"> helps to avoid </w:t>
      </w:r>
      <w:r w:rsidR="007758FD">
        <w:rPr>
          <w:rFonts w:ascii="Arial" w:hAnsi="Arial" w:cs="Arial"/>
          <w:sz w:val="24"/>
          <w:szCs w:val="24"/>
        </w:rPr>
        <w:t>user’s</w:t>
      </w:r>
      <w:r w:rsidR="009A2822">
        <w:rPr>
          <w:rFonts w:ascii="Arial" w:hAnsi="Arial" w:cs="Arial"/>
          <w:sz w:val="24"/>
          <w:szCs w:val="24"/>
        </w:rPr>
        <w:t xml:space="preserve"> mistakes as all information </w:t>
      </w:r>
      <w:r w:rsidR="007758FD">
        <w:rPr>
          <w:rFonts w:ascii="Arial" w:hAnsi="Arial" w:cs="Arial"/>
          <w:sz w:val="24"/>
          <w:szCs w:val="24"/>
        </w:rPr>
        <w:t>is</w:t>
      </w:r>
      <w:r w:rsidR="009A2822">
        <w:rPr>
          <w:rFonts w:ascii="Arial" w:hAnsi="Arial" w:cs="Arial"/>
          <w:sz w:val="24"/>
          <w:szCs w:val="24"/>
        </w:rPr>
        <w:t xml:space="preserve"> centralized, secured, logged and</w:t>
      </w:r>
      <w:r w:rsidR="0041254D">
        <w:rPr>
          <w:rFonts w:ascii="Arial" w:hAnsi="Arial" w:cs="Arial"/>
          <w:sz w:val="24"/>
          <w:szCs w:val="24"/>
        </w:rPr>
        <w:t xml:space="preserve"> fast access by manager</w:t>
      </w:r>
      <w:r w:rsidR="004540D2">
        <w:rPr>
          <w:rFonts w:ascii="Arial" w:hAnsi="Arial" w:cs="Arial"/>
          <w:sz w:val="24"/>
          <w:szCs w:val="24"/>
        </w:rPr>
        <w:t xml:space="preserve">. The information is more </w:t>
      </w:r>
      <w:r w:rsidR="007758FD">
        <w:rPr>
          <w:rFonts w:ascii="Arial" w:hAnsi="Arial" w:cs="Arial"/>
          <w:sz w:val="24"/>
          <w:szCs w:val="24"/>
        </w:rPr>
        <w:t>trustful,</w:t>
      </w:r>
      <w:r w:rsidR="004540D2">
        <w:rPr>
          <w:rFonts w:ascii="Arial" w:hAnsi="Arial" w:cs="Arial"/>
          <w:sz w:val="24"/>
          <w:szCs w:val="24"/>
        </w:rPr>
        <w:t xml:space="preserve"> and the owner of business can control all</w:t>
      </w:r>
      <w:r w:rsidR="007758FD">
        <w:rPr>
          <w:rFonts w:ascii="Arial" w:hAnsi="Arial" w:cs="Arial"/>
          <w:sz w:val="24"/>
          <w:szCs w:val="24"/>
        </w:rPr>
        <w:t xml:space="preserve"> sites online in real-time.</w:t>
      </w:r>
    </w:p>
    <w:p w14:paraId="4AE95F10" w14:textId="20AB279E" w:rsidR="001A3FC1" w:rsidRDefault="001A3FC1" w:rsidP="000D0497">
      <w:pPr>
        <w:jc w:val="both"/>
        <w:rPr>
          <w:rFonts w:ascii="Arial" w:hAnsi="Arial" w:cs="Arial"/>
          <w:sz w:val="24"/>
          <w:szCs w:val="24"/>
        </w:rPr>
      </w:pPr>
    </w:p>
    <w:p w14:paraId="195265ED" w14:textId="537518C0" w:rsidR="000D0497" w:rsidRPr="00543E07" w:rsidRDefault="000D0497" w:rsidP="00E76508">
      <w:pPr>
        <w:jc w:val="both"/>
        <w:rPr>
          <w:rFonts w:ascii="Arial" w:hAnsi="Arial" w:cs="Arial"/>
          <w:sz w:val="24"/>
          <w:szCs w:val="24"/>
        </w:rPr>
      </w:pPr>
      <w:r>
        <w:rPr>
          <w:rFonts w:ascii="Arial" w:hAnsi="Arial" w:cs="Arial"/>
          <w:sz w:val="24"/>
          <w:szCs w:val="24"/>
        </w:rPr>
        <w:t xml:space="preserve"> </w:t>
      </w:r>
    </w:p>
    <w:sdt>
      <w:sdtPr>
        <w:rPr>
          <w:lang w:val="en-GB"/>
        </w:rPr>
        <w:id w:val="-1181200812"/>
        <w:docPartObj>
          <w:docPartGallery w:val="Bibliographies"/>
          <w:docPartUnique/>
        </w:docPartObj>
      </w:sdtPr>
      <w:sdtEndPr>
        <w:rPr>
          <w:rFonts w:asciiTheme="minorHAnsi" w:eastAsiaTheme="minorEastAsia" w:hAnsiTheme="minorHAnsi" w:cstheme="minorBidi"/>
          <w:b w:val="0"/>
          <w:bCs w:val="0"/>
          <w:color w:val="auto"/>
          <w:sz w:val="22"/>
          <w:szCs w:val="22"/>
          <w:lang w:val="en-US"/>
        </w:rPr>
      </w:sdtEndPr>
      <w:sdtContent>
        <w:p w14:paraId="43F455B8" w14:textId="3D4A0C73" w:rsidR="00543166" w:rsidRDefault="00543166">
          <w:pPr>
            <w:pStyle w:val="Heading1"/>
          </w:pPr>
          <w:r>
            <w:rPr>
              <w:lang w:val="en-GB"/>
            </w:rPr>
            <w:t>References</w:t>
          </w:r>
        </w:p>
        <w:sdt>
          <w:sdtPr>
            <w:id w:val="-573587230"/>
            <w:bibliography/>
          </w:sdtPr>
          <w:sdtContent>
            <w:p w14:paraId="34566CAC" w14:textId="77777777" w:rsidR="00543166" w:rsidRDefault="00543166">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379"/>
              </w:tblGrid>
              <w:tr w:rsidR="00543166" w14:paraId="3F65F3C7" w14:textId="77777777">
                <w:trPr>
                  <w:divId w:val="629364969"/>
                  <w:tblCellSpacing w:w="15" w:type="dxa"/>
                </w:trPr>
                <w:tc>
                  <w:tcPr>
                    <w:tcW w:w="50" w:type="pct"/>
                    <w:hideMark/>
                  </w:tcPr>
                  <w:p w14:paraId="7D99E45B" w14:textId="2D3A658C" w:rsidR="00543166" w:rsidRDefault="00543166">
                    <w:pPr>
                      <w:pStyle w:val="Bibliography"/>
                      <w:rPr>
                        <w:noProof/>
                        <w:sz w:val="24"/>
                        <w:szCs w:val="24"/>
                      </w:rPr>
                    </w:pPr>
                    <w:r>
                      <w:rPr>
                        <w:noProof/>
                      </w:rPr>
                      <w:t xml:space="preserve">[1] </w:t>
                    </w:r>
                  </w:p>
                </w:tc>
                <w:tc>
                  <w:tcPr>
                    <w:tcW w:w="0" w:type="auto"/>
                    <w:hideMark/>
                  </w:tcPr>
                  <w:p w14:paraId="13DA7923" w14:textId="77777777" w:rsidR="00543166" w:rsidRDefault="00543166">
                    <w:pPr>
                      <w:pStyle w:val="Bibliography"/>
                      <w:rPr>
                        <w:noProof/>
                      </w:rPr>
                    </w:pPr>
                    <w:r>
                      <w:rPr>
                        <w:noProof/>
                      </w:rPr>
                      <w:t>C. S. Ivan Belcic, “https://www.ibm.com/,” 17 07 2026. [Online]. Available: https://www.ibm.com/think/topics/entity-relationship-diagram.</w:t>
                    </w:r>
                  </w:p>
                </w:tc>
              </w:tr>
              <w:tr w:rsidR="00543166" w14:paraId="3340A99F" w14:textId="77777777">
                <w:trPr>
                  <w:divId w:val="629364969"/>
                  <w:tblCellSpacing w:w="15" w:type="dxa"/>
                </w:trPr>
                <w:tc>
                  <w:tcPr>
                    <w:tcW w:w="50" w:type="pct"/>
                    <w:hideMark/>
                  </w:tcPr>
                  <w:p w14:paraId="4545FEBF" w14:textId="77777777" w:rsidR="00543166" w:rsidRDefault="00543166">
                    <w:pPr>
                      <w:pStyle w:val="Bibliography"/>
                      <w:rPr>
                        <w:noProof/>
                      </w:rPr>
                    </w:pPr>
                    <w:r>
                      <w:rPr>
                        <w:noProof/>
                      </w:rPr>
                      <w:t xml:space="preserve">[2] </w:t>
                    </w:r>
                  </w:p>
                </w:tc>
                <w:tc>
                  <w:tcPr>
                    <w:tcW w:w="0" w:type="auto"/>
                    <w:hideMark/>
                  </w:tcPr>
                  <w:p w14:paraId="294ABCFB" w14:textId="77777777" w:rsidR="00543166" w:rsidRDefault="00543166">
                    <w:pPr>
                      <w:pStyle w:val="Bibliography"/>
                      <w:rPr>
                        <w:noProof/>
                      </w:rPr>
                    </w:pPr>
                    <w:r>
                      <w:rPr>
                        <w:noProof/>
                      </w:rPr>
                      <w:t>A. Athuraliya, “https://creately.com/,” 23 01 2026. [Online]. Available: https://creately.com/guides/types-of-erd/. [Accessed 18 07 2026].</w:t>
                    </w:r>
                  </w:p>
                </w:tc>
              </w:tr>
              <w:tr w:rsidR="00543166" w14:paraId="16B185FB" w14:textId="77777777">
                <w:trPr>
                  <w:divId w:val="629364969"/>
                  <w:tblCellSpacing w:w="15" w:type="dxa"/>
                </w:trPr>
                <w:tc>
                  <w:tcPr>
                    <w:tcW w:w="50" w:type="pct"/>
                    <w:hideMark/>
                  </w:tcPr>
                  <w:p w14:paraId="52B81AB1" w14:textId="77777777" w:rsidR="00543166" w:rsidRDefault="00543166">
                    <w:pPr>
                      <w:pStyle w:val="Bibliography"/>
                      <w:rPr>
                        <w:noProof/>
                      </w:rPr>
                    </w:pPr>
                    <w:r>
                      <w:rPr>
                        <w:noProof/>
                      </w:rPr>
                      <w:t xml:space="preserve">[3] </w:t>
                    </w:r>
                  </w:p>
                </w:tc>
                <w:tc>
                  <w:tcPr>
                    <w:tcW w:w="0" w:type="auto"/>
                    <w:hideMark/>
                  </w:tcPr>
                  <w:p w14:paraId="7BE4E1A6" w14:textId="77777777" w:rsidR="00543166" w:rsidRDefault="00543166">
                    <w:pPr>
                      <w:pStyle w:val="Bibliography"/>
                      <w:rPr>
                        <w:noProof/>
                      </w:rPr>
                    </w:pPr>
                    <w:r>
                      <w:rPr>
                        <w:noProof/>
                      </w:rPr>
                      <w:t>A. Gomstyn, “https://www.ibm.com/br-pt/think/topics/database-normalization,” IBM, 18 07 2026. [Online]. Available: https://www.ibm.com/br-pt/think/topics/database-normalization.</w:t>
                    </w:r>
                  </w:p>
                </w:tc>
              </w:tr>
              <w:tr w:rsidR="00543166" w14:paraId="5784E95C" w14:textId="77777777">
                <w:trPr>
                  <w:divId w:val="629364969"/>
                  <w:tblCellSpacing w:w="15" w:type="dxa"/>
                </w:trPr>
                <w:tc>
                  <w:tcPr>
                    <w:tcW w:w="50" w:type="pct"/>
                    <w:hideMark/>
                  </w:tcPr>
                  <w:p w14:paraId="336DBE95" w14:textId="77777777" w:rsidR="00543166" w:rsidRDefault="00543166">
                    <w:pPr>
                      <w:pStyle w:val="Bibliography"/>
                      <w:rPr>
                        <w:noProof/>
                      </w:rPr>
                    </w:pPr>
                    <w:r>
                      <w:rPr>
                        <w:noProof/>
                      </w:rPr>
                      <w:t xml:space="preserve">[4] </w:t>
                    </w:r>
                  </w:p>
                </w:tc>
                <w:tc>
                  <w:tcPr>
                    <w:tcW w:w="0" w:type="auto"/>
                    <w:hideMark/>
                  </w:tcPr>
                  <w:p w14:paraId="14353026" w14:textId="77777777" w:rsidR="00543166" w:rsidRDefault="00543166">
                    <w:pPr>
                      <w:pStyle w:val="Bibliography"/>
                      <w:rPr>
                        <w:noProof/>
                      </w:rPr>
                    </w:pPr>
                    <w:r>
                      <w:rPr>
                        <w:noProof/>
                      </w:rPr>
                      <w:t>E. F. Codd, “https://www.datacamp.com/,” 20 07 2026. [Online]. Available: https://www.datacamp.com//tutorial/second-normal-form.</w:t>
                    </w:r>
                  </w:p>
                </w:tc>
              </w:tr>
              <w:tr w:rsidR="00543166" w14:paraId="70A19C58" w14:textId="77777777">
                <w:trPr>
                  <w:divId w:val="629364969"/>
                  <w:tblCellSpacing w:w="15" w:type="dxa"/>
                </w:trPr>
                <w:tc>
                  <w:tcPr>
                    <w:tcW w:w="50" w:type="pct"/>
                    <w:hideMark/>
                  </w:tcPr>
                  <w:p w14:paraId="20F95A2C" w14:textId="77777777" w:rsidR="00543166" w:rsidRDefault="00543166">
                    <w:pPr>
                      <w:pStyle w:val="Bibliography"/>
                      <w:rPr>
                        <w:noProof/>
                      </w:rPr>
                    </w:pPr>
                    <w:r>
                      <w:rPr>
                        <w:noProof/>
                      </w:rPr>
                      <w:t xml:space="preserve">[5] </w:t>
                    </w:r>
                  </w:p>
                </w:tc>
                <w:tc>
                  <w:tcPr>
                    <w:tcW w:w="0" w:type="auto"/>
                    <w:hideMark/>
                  </w:tcPr>
                  <w:p w14:paraId="1905051B" w14:textId="77777777" w:rsidR="00543166" w:rsidRDefault="00543166">
                    <w:pPr>
                      <w:pStyle w:val="Bibliography"/>
                      <w:rPr>
                        <w:noProof/>
                      </w:rPr>
                    </w:pPr>
                    <w:r>
                      <w:rPr>
                        <w:noProof/>
                      </w:rPr>
                      <w:t>A. Pandey, “https://www.virtuosoqa.com/,” 10 10 2025. [Online]. Available: https://www.virtuosoqa.com/testing-guides/database-testing. [Accessed 2026 07 20].</w:t>
                    </w:r>
                  </w:p>
                </w:tc>
              </w:tr>
            </w:tbl>
            <w:p w14:paraId="02F7DD60" w14:textId="77777777" w:rsidR="00543166" w:rsidRDefault="00543166">
              <w:pPr>
                <w:divId w:val="629364969"/>
                <w:rPr>
                  <w:rFonts w:eastAsia="Times New Roman"/>
                  <w:noProof/>
                </w:rPr>
              </w:pPr>
            </w:p>
            <w:p w14:paraId="0F895B8C" w14:textId="2E2785F0" w:rsidR="00543166" w:rsidRDefault="00543166">
              <w:r>
                <w:rPr>
                  <w:b/>
                  <w:bCs/>
                </w:rPr>
                <w:fldChar w:fldCharType="end"/>
              </w:r>
            </w:p>
          </w:sdtContent>
        </w:sdt>
      </w:sdtContent>
    </w:sdt>
    <w:p w14:paraId="596EF646" w14:textId="77777777" w:rsidR="000D0497" w:rsidRDefault="000D0497"/>
    <w:sectPr w:rsidR="000D0497" w:rsidSect="00691E35">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766AB" w14:textId="77777777" w:rsidR="001B046A" w:rsidRDefault="001B046A" w:rsidP="0024022F">
      <w:pPr>
        <w:spacing w:after="0" w:line="240" w:lineRule="auto"/>
      </w:pPr>
      <w:r>
        <w:separator/>
      </w:r>
    </w:p>
  </w:endnote>
  <w:endnote w:type="continuationSeparator" w:id="0">
    <w:p w14:paraId="12D4E782" w14:textId="77777777" w:rsidR="001B046A" w:rsidRDefault="001B046A" w:rsidP="0024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1B179" w14:textId="77777777" w:rsidR="001B046A" w:rsidRDefault="001B046A" w:rsidP="0024022F">
      <w:pPr>
        <w:spacing w:after="0" w:line="240" w:lineRule="auto"/>
      </w:pPr>
      <w:r>
        <w:separator/>
      </w:r>
    </w:p>
  </w:footnote>
  <w:footnote w:type="continuationSeparator" w:id="0">
    <w:p w14:paraId="72EACAF2" w14:textId="77777777" w:rsidR="001B046A" w:rsidRDefault="001B046A" w:rsidP="00240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197BFC"/>
    <w:multiLevelType w:val="multilevel"/>
    <w:tmpl w:val="932A152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29926FAD"/>
    <w:multiLevelType w:val="hybridMultilevel"/>
    <w:tmpl w:val="887C9908"/>
    <w:lvl w:ilvl="0" w:tplc="622E1DC6">
      <w:start w:val="4"/>
      <w:numFmt w:val="bullet"/>
      <w:lvlText w:val="-"/>
      <w:lvlJc w:val="left"/>
      <w:pPr>
        <w:ind w:left="520" w:hanging="360"/>
      </w:pPr>
      <w:rPr>
        <w:rFonts w:ascii="Aptos" w:eastAsia="Times New Roman" w:hAnsi="Aptos" w:cs="Times New Roman" w:hint="default"/>
      </w:rPr>
    </w:lvl>
    <w:lvl w:ilvl="1" w:tplc="08090003" w:tentative="1">
      <w:start w:val="1"/>
      <w:numFmt w:val="bullet"/>
      <w:lvlText w:val="o"/>
      <w:lvlJc w:val="left"/>
      <w:pPr>
        <w:ind w:left="1240" w:hanging="360"/>
      </w:pPr>
      <w:rPr>
        <w:rFonts w:ascii="Courier New" w:hAnsi="Courier New" w:cs="Courier New" w:hint="default"/>
      </w:rPr>
    </w:lvl>
    <w:lvl w:ilvl="2" w:tplc="08090005" w:tentative="1">
      <w:start w:val="1"/>
      <w:numFmt w:val="bullet"/>
      <w:lvlText w:val=""/>
      <w:lvlJc w:val="left"/>
      <w:pPr>
        <w:ind w:left="1960" w:hanging="360"/>
      </w:pPr>
      <w:rPr>
        <w:rFonts w:ascii="Wingdings" w:hAnsi="Wingdings" w:hint="default"/>
      </w:rPr>
    </w:lvl>
    <w:lvl w:ilvl="3" w:tplc="08090001" w:tentative="1">
      <w:start w:val="1"/>
      <w:numFmt w:val="bullet"/>
      <w:lvlText w:val=""/>
      <w:lvlJc w:val="left"/>
      <w:pPr>
        <w:ind w:left="2680" w:hanging="360"/>
      </w:pPr>
      <w:rPr>
        <w:rFonts w:ascii="Symbol" w:hAnsi="Symbol" w:hint="default"/>
      </w:rPr>
    </w:lvl>
    <w:lvl w:ilvl="4" w:tplc="08090003" w:tentative="1">
      <w:start w:val="1"/>
      <w:numFmt w:val="bullet"/>
      <w:lvlText w:val="o"/>
      <w:lvlJc w:val="left"/>
      <w:pPr>
        <w:ind w:left="3400" w:hanging="360"/>
      </w:pPr>
      <w:rPr>
        <w:rFonts w:ascii="Courier New" w:hAnsi="Courier New" w:cs="Courier New" w:hint="default"/>
      </w:rPr>
    </w:lvl>
    <w:lvl w:ilvl="5" w:tplc="08090005" w:tentative="1">
      <w:start w:val="1"/>
      <w:numFmt w:val="bullet"/>
      <w:lvlText w:val=""/>
      <w:lvlJc w:val="left"/>
      <w:pPr>
        <w:ind w:left="4120" w:hanging="360"/>
      </w:pPr>
      <w:rPr>
        <w:rFonts w:ascii="Wingdings" w:hAnsi="Wingdings" w:hint="default"/>
      </w:rPr>
    </w:lvl>
    <w:lvl w:ilvl="6" w:tplc="08090001" w:tentative="1">
      <w:start w:val="1"/>
      <w:numFmt w:val="bullet"/>
      <w:lvlText w:val=""/>
      <w:lvlJc w:val="left"/>
      <w:pPr>
        <w:ind w:left="4840" w:hanging="360"/>
      </w:pPr>
      <w:rPr>
        <w:rFonts w:ascii="Symbol" w:hAnsi="Symbol" w:hint="default"/>
      </w:rPr>
    </w:lvl>
    <w:lvl w:ilvl="7" w:tplc="08090003" w:tentative="1">
      <w:start w:val="1"/>
      <w:numFmt w:val="bullet"/>
      <w:lvlText w:val="o"/>
      <w:lvlJc w:val="left"/>
      <w:pPr>
        <w:ind w:left="5560" w:hanging="360"/>
      </w:pPr>
      <w:rPr>
        <w:rFonts w:ascii="Courier New" w:hAnsi="Courier New" w:cs="Courier New" w:hint="default"/>
      </w:rPr>
    </w:lvl>
    <w:lvl w:ilvl="8" w:tplc="08090005" w:tentative="1">
      <w:start w:val="1"/>
      <w:numFmt w:val="bullet"/>
      <w:lvlText w:val=""/>
      <w:lvlJc w:val="left"/>
      <w:pPr>
        <w:ind w:left="6280" w:hanging="360"/>
      </w:pPr>
      <w:rPr>
        <w:rFonts w:ascii="Wingdings" w:hAnsi="Wingdings" w:hint="default"/>
      </w:rPr>
    </w:lvl>
  </w:abstractNum>
  <w:abstractNum w:abstractNumId="11" w15:restartNumberingAfterBreak="0">
    <w:nsid w:val="2D8218B0"/>
    <w:multiLevelType w:val="multilevel"/>
    <w:tmpl w:val="A262310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6405534F"/>
    <w:multiLevelType w:val="multilevel"/>
    <w:tmpl w:val="6902E57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6C0D70A1"/>
    <w:multiLevelType w:val="multilevel"/>
    <w:tmpl w:val="2938C5A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761559A3"/>
    <w:multiLevelType w:val="multilevel"/>
    <w:tmpl w:val="F5820F7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7A107B9A"/>
    <w:multiLevelType w:val="multilevel"/>
    <w:tmpl w:val="1BB6928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A962E54"/>
    <w:multiLevelType w:val="multilevel"/>
    <w:tmpl w:val="23BE888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689215078">
    <w:abstractNumId w:val="8"/>
  </w:num>
  <w:num w:numId="2" w16cid:durableId="301738855">
    <w:abstractNumId w:val="6"/>
  </w:num>
  <w:num w:numId="3" w16cid:durableId="992369623">
    <w:abstractNumId w:val="5"/>
  </w:num>
  <w:num w:numId="4" w16cid:durableId="350424168">
    <w:abstractNumId w:val="4"/>
  </w:num>
  <w:num w:numId="5" w16cid:durableId="748042521">
    <w:abstractNumId w:val="7"/>
  </w:num>
  <w:num w:numId="6" w16cid:durableId="1542356415">
    <w:abstractNumId w:val="3"/>
  </w:num>
  <w:num w:numId="7" w16cid:durableId="492574958">
    <w:abstractNumId w:val="2"/>
  </w:num>
  <w:num w:numId="8" w16cid:durableId="100078857">
    <w:abstractNumId w:val="1"/>
  </w:num>
  <w:num w:numId="9" w16cid:durableId="1777869621">
    <w:abstractNumId w:val="0"/>
  </w:num>
  <w:num w:numId="10" w16cid:durableId="170068468">
    <w:abstractNumId w:val="13"/>
  </w:num>
  <w:num w:numId="11" w16cid:durableId="1693340629">
    <w:abstractNumId w:val="9"/>
  </w:num>
  <w:num w:numId="12" w16cid:durableId="1193031124">
    <w:abstractNumId w:val="12"/>
  </w:num>
  <w:num w:numId="13" w16cid:durableId="1482113490">
    <w:abstractNumId w:val="16"/>
  </w:num>
  <w:num w:numId="14" w16cid:durableId="746194655">
    <w:abstractNumId w:val="11"/>
  </w:num>
  <w:num w:numId="15" w16cid:durableId="784885428">
    <w:abstractNumId w:val="15"/>
  </w:num>
  <w:num w:numId="16" w16cid:durableId="1906648575">
    <w:abstractNumId w:val="14"/>
  </w:num>
  <w:num w:numId="17" w16cid:durableId="8981300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6BCF"/>
    <w:rsid w:val="00010562"/>
    <w:rsid w:val="0001105B"/>
    <w:rsid w:val="0002512A"/>
    <w:rsid w:val="00034616"/>
    <w:rsid w:val="00034F53"/>
    <w:rsid w:val="000419E2"/>
    <w:rsid w:val="0006063C"/>
    <w:rsid w:val="00060903"/>
    <w:rsid w:val="000646C5"/>
    <w:rsid w:val="00065295"/>
    <w:rsid w:val="00066636"/>
    <w:rsid w:val="00070581"/>
    <w:rsid w:val="00075055"/>
    <w:rsid w:val="00094824"/>
    <w:rsid w:val="000A26DD"/>
    <w:rsid w:val="000A2CF8"/>
    <w:rsid w:val="000B28A2"/>
    <w:rsid w:val="000D0497"/>
    <w:rsid w:val="000E2DF2"/>
    <w:rsid w:val="000F358F"/>
    <w:rsid w:val="00103BA9"/>
    <w:rsid w:val="0010491D"/>
    <w:rsid w:val="001136BB"/>
    <w:rsid w:val="0011584A"/>
    <w:rsid w:val="00136B4F"/>
    <w:rsid w:val="00137797"/>
    <w:rsid w:val="0014351F"/>
    <w:rsid w:val="0015074B"/>
    <w:rsid w:val="00155107"/>
    <w:rsid w:val="00161261"/>
    <w:rsid w:val="0017217E"/>
    <w:rsid w:val="001736DB"/>
    <w:rsid w:val="0019206A"/>
    <w:rsid w:val="001A3FC1"/>
    <w:rsid w:val="001B046A"/>
    <w:rsid w:val="001B6FC3"/>
    <w:rsid w:val="001C7A42"/>
    <w:rsid w:val="001D0808"/>
    <w:rsid w:val="001E7417"/>
    <w:rsid w:val="002131A2"/>
    <w:rsid w:val="0024022F"/>
    <w:rsid w:val="00244515"/>
    <w:rsid w:val="00250B49"/>
    <w:rsid w:val="00265BBE"/>
    <w:rsid w:val="0029639D"/>
    <w:rsid w:val="002A2EE5"/>
    <w:rsid w:val="002B3BC9"/>
    <w:rsid w:val="002E0906"/>
    <w:rsid w:val="002E30A5"/>
    <w:rsid w:val="002F4B14"/>
    <w:rsid w:val="00323AA0"/>
    <w:rsid w:val="00326F90"/>
    <w:rsid w:val="00331132"/>
    <w:rsid w:val="00351100"/>
    <w:rsid w:val="00357C64"/>
    <w:rsid w:val="003978BB"/>
    <w:rsid w:val="003A1154"/>
    <w:rsid w:val="003A14A6"/>
    <w:rsid w:val="003B589B"/>
    <w:rsid w:val="003D6750"/>
    <w:rsid w:val="003E143E"/>
    <w:rsid w:val="0041254D"/>
    <w:rsid w:val="00416521"/>
    <w:rsid w:val="0042312C"/>
    <w:rsid w:val="00430097"/>
    <w:rsid w:val="00432CA6"/>
    <w:rsid w:val="00436565"/>
    <w:rsid w:val="0043666A"/>
    <w:rsid w:val="00436A95"/>
    <w:rsid w:val="004540D2"/>
    <w:rsid w:val="0047458A"/>
    <w:rsid w:val="004912B1"/>
    <w:rsid w:val="00492E99"/>
    <w:rsid w:val="00494C29"/>
    <w:rsid w:val="004B0CE2"/>
    <w:rsid w:val="004F0124"/>
    <w:rsid w:val="00520F40"/>
    <w:rsid w:val="00526FC0"/>
    <w:rsid w:val="005304BA"/>
    <w:rsid w:val="00541EB1"/>
    <w:rsid w:val="00543166"/>
    <w:rsid w:val="00543E07"/>
    <w:rsid w:val="005503AA"/>
    <w:rsid w:val="00552C63"/>
    <w:rsid w:val="0056190C"/>
    <w:rsid w:val="005625B6"/>
    <w:rsid w:val="00575323"/>
    <w:rsid w:val="00595A59"/>
    <w:rsid w:val="005964BC"/>
    <w:rsid w:val="005A0869"/>
    <w:rsid w:val="005A1BCE"/>
    <w:rsid w:val="005A5550"/>
    <w:rsid w:val="005B55E2"/>
    <w:rsid w:val="005B744E"/>
    <w:rsid w:val="005C5A9B"/>
    <w:rsid w:val="005D7A61"/>
    <w:rsid w:val="005F6602"/>
    <w:rsid w:val="006073D3"/>
    <w:rsid w:val="00614CD2"/>
    <w:rsid w:val="00632C0E"/>
    <w:rsid w:val="0064347D"/>
    <w:rsid w:val="00653EE7"/>
    <w:rsid w:val="0065524D"/>
    <w:rsid w:val="006618D0"/>
    <w:rsid w:val="00663C89"/>
    <w:rsid w:val="006650EC"/>
    <w:rsid w:val="00665B74"/>
    <w:rsid w:val="0067005D"/>
    <w:rsid w:val="006718C3"/>
    <w:rsid w:val="00672F11"/>
    <w:rsid w:val="00691E35"/>
    <w:rsid w:val="00693F5F"/>
    <w:rsid w:val="006949F8"/>
    <w:rsid w:val="006A23D0"/>
    <w:rsid w:val="006C39E7"/>
    <w:rsid w:val="006D68AB"/>
    <w:rsid w:val="006D6DEB"/>
    <w:rsid w:val="006E3F5E"/>
    <w:rsid w:val="007004E8"/>
    <w:rsid w:val="00700DD1"/>
    <w:rsid w:val="0070153D"/>
    <w:rsid w:val="0070656A"/>
    <w:rsid w:val="00711786"/>
    <w:rsid w:val="00712FE7"/>
    <w:rsid w:val="00720BE9"/>
    <w:rsid w:val="00721603"/>
    <w:rsid w:val="00727D90"/>
    <w:rsid w:val="00732F3E"/>
    <w:rsid w:val="007435DA"/>
    <w:rsid w:val="0074408E"/>
    <w:rsid w:val="00760455"/>
    <w:rsid w:val="0076531E"/>
    <w:rsid w:val="007714E9"/>
    <w:rsid w:val="007758FD"/>
    <w:rsid w:val="00776EAE"/>
    <w:rsid w:val="00781EE7"/>
    <w:rsid w:val="00783A55"/>
    <w:rsid w:val="007A346A"/>
    <w:rsid w:val="007B3841"/>
    <w:rsid w:val="007C7733"/>
    <w:rsid w:val="007D0837"/>
    <w:rsid w:val="007D329D"/>
    <w:rsid w:val="007D7685"/>
    <w:rsid w:val="007E0DA9"/>
    <w:rsid w:val="007F5DD0"/>
    <w:rsid w:val="008071EE"/>
    <w:rsid w:val="00811E81"/>
    <w:rsid w:val="00816AF9"/>
    <w:rsid w:val="00830561"/>
    <w:rsid w:val="00852C51"/>
    <w:rsid w:val="00855CE8"/>
    <w:rsid w:val="00863DAD"/>
    <w:rsid w:val="008661D9"/>
    <w:rsid w:val="008A47D1"/>
    <w:rsid w:val="008A6DE6"/>
    <w:rsid w:val="008B42E5"/>
    <w:rsid w:val="008C1D2A"/>
    <w:rsid w:val="008C6612"/>
    <w:rsid w:val="008D279A"/>
    <w:rsid w:val="008D2AA8"/>
    <w:rsid w:val="008E3E63"/>
    <w:rsid w:val="00903D2E"/>
    <w:rsid w:val="0091426F"/>
    <w:rsid w:val="00914FCB"/>
    <w:rsid w:val="009154DB"/>
    <w:rsid w:val="00937F3F"/>
    <w:rsid w:val="00946B67"/>
    <w:rsid w:val="00970B75"/>
    <w:rsid w:val="009872CB"/>
    <w:rsid w:val="009A2822"/>
    <w:rsid w:val="009B1E59"/>
    <w:rsid w:val="009C29EB"/>
    <w:rsid w:val="009E7CC1"/>
    <w:rsid w:val="00A002D2"/>
    <w:rsid w:val="00A046FB"/>
    <w:rsid w:val="00A0737E"/>
    <w:rsid w:val="00A27B97"/>
    <w:rsid w:val="00A36BB2"/>
    <w:rsid w:val="00A36E4F"/>
    <w:rsid w:val="00A62D70"/>
    <w:rsid w:val="00A65F71"/>
    <w:rsid w:val="00A6752E"/>
    <w:rsid w:val="00A75C27"/>
    <w:rsid w:val="00A833F1"/>
    <w:rsid w:val="00A87C40"/>
    <w:rsid w:val="00A94AE3"/>
    <w:rsid w:val="00AA0150"/>
    <w:rsid w:val="00AA1D8D"/>
    <w:rsid w:val="00AC50BE"/>
    <w:rsid w:val="00AD3D2D"/>
    <w:rsid w:val="00AD6B23"/>
    <w:rsid w:val="00AF5EF5"/>
    <w:rsid w:val="00B40741"/>
    <w:rsid w:val="00B4723A"/>
    <w:rsid w:val="00B47730"/>
    <w:rsid w:val="00B6608E"/>
    <w:rsid w:val="00B669B0"/>
    <w:rsid w:val="00B73CCC"/>
    <w:rsid w:val="00B819FF"/>
    <w:rsid w:val="00B869A9"/>
    <w:rsid w:val="00B872F4"/>
    <w:rsid w:val="00BB3508"/>
    <w:rsid w:val="00BB5F56"/>
    <w:rsid w:val="00BC3657"/>
    <w:rsid w:val="00BD29E0"/>
    <w:rsid w:val="00BD3BA3"/>
    <w:rsid w:val="00BE02A8"/>
    <w:rsid w:val="00BE2075"/>
    <w:rsid w:val="00C105FA"/>
    <w:rsid w:val="00C14E56"/>
    <w:rsid w:val="00C37C96"/>
    <w:rsid w:val="00C43CC4"/>
    <w:rsid w:val="00C505B1"/>
    <w:rsid w:val="00C731D3"/>
    <w:rsid w:val="00C75587"/>
    <w:rsid w:val="00CA2183"/>
    <w:rsid w:val="00CB0664"/>
    <w:rsid w:val="00CB116A"/>
    <w:rsid w:val="00CC16E9"/>
    <w:rsid w:val="00CD0DD5"/>
    <w:rsid w:val="00CE75CE"/>
    <w:rsid w:val="00CF4C19"/>
    <w:rsid w:val="00D11367"/>
    <w:rsid w:val="00D12FAA"/>
    <w:rsid w:val="00D169A2"/>
    <w:rsid w:val="00D26165"/>
    <w:rsid w:val="00D261EA"/>
    <w:rsid w:val="00D46A8E"/>
    <w:rsid w:val="00D6202C"/>
    <w:rsid w:val="00D648B2"/>
    <w:rsid w:val="00D705F2"/>
    <w:rsid w:val="00D71D8F"/>
    <w:rsid w:val="00D74D74"/>
    <w:rsid w:val="00D77FF5"/>
    <w:rsid w:val="00D905F1"/>
    <w:rsid w:val="00D93E31"/>
    <w:rsid w:val="00D94392"/>
    <w:rsid w:val="00D95133"/>
    <w:rsid w:val="00D956B7"/>
    <w:rsid w:val="00DA2C24"/>
    <w:rsid w:val="00DD3F2B"/>
    <w:rsid w:val="00DD5237"/>
    <w:rsid w:val="00DE6C3B"/>
    <w:rsid w:val="00DE6D85"/>
    <w:rsid w:val="00E03594"/>
    <w:rsid w:val="00E1750B"/>
    <w:rsid w:val="00E17864"/>
    <w:rsid w:val="00E221CA"/>
    <w:rsid w:val="00E5130C"/>
    <w:rsid w:val="00E51C07"/>
    <w:rsid w:val="00E76508"/>
    <w:rsid w:val="00E83AE0"/>
    <w:rsid w:val="00E85F97"/>
    <w:rsid w:val="00E95D6B"/>
    <w:rsid w:val="00E964DF"/>
    <w:rsid w:val="00EA1349"/>
    <w:rsid w:val="00EA61FB"/>
    <w:rsid w:val="00ED281F"/>
    <w:rsid w:val="00ED38CB"/>
    <w:rsid w:val="00ED5F93"/>
    <w:rsid w:val="00ED74B4"/>
    <w:rsid w:val="00EE2DE1"/>
    <w:rsid w:val="00F04D68"/>
    <w:rsid w:val="00F05510"/>
    <w:rsid w:val="00F17DDE"/>
    <w:rsid w:val="00F41ECD"/>
    <w:rsid w:val="00F42860"/>
    <w:rsid w:val="00F451CB"/>
    <w:rsid w:val="00F4650D"/>
    <w:rsid w:val="00F478BC"/>
    <w:rsid w:val="00F534EA"/>
    <w:rsid w:val="00F63153"/>
    <w:rsid w:val="00F742C0"/>
    <w:rsid w:val="00F9124A"/>
    <w:rsid w:val="00F94034"/>
    <w:rsid w:val="00F9611F"/>
    <w:rsid w:val="00FA131B"/>
    <w:rsid w:val="00FA1E13"/>
    <w:rsid w:val="00FB0887"/>
    <w:rsid w:val="00FB156E"/>
    <w:rsid w:val="00FB71DF"/>
    <w:rsid w:val="00FC1E24"/>
    <w:rsid w:val="00FC693F"/>
    <w:rsid w:val="00FC75CD"/>
    <w:rsid w:val="00FE225D"/>
    <w:rsid w:val="00FF54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587E07"/>
  <w14:defaultImageDpi w14:val="300"/>
  <w15:docId w15:val="{46191A8D-4F01-4280-805B-7E48C63AF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E59"/>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691E35"/>
  </w:style>
  <w:style w:type="paragraph" w:styleId="TOC1">
    <w:name w:val="toc 1"/>
    <w:basedOn w:val="Normal"/>
    <w:next w:val="Normal"/>
    <w:autoRedefine/>
    <w:uiPriority w:val="39"/>
    <w:unhideWhenUsed/>
    <w:rsid w:val="00D11367"/>
    <w:pPr>
      <w:spacing w:after="100"/>
    </w:pPr>
  </w:style>
  <w:style w:type="paragraph" w:styleId="TOC2">
    <w:name w:val="toc 2"/>
    <w:basedOn w:val="Normal"/>
    <w:next w:val="Normal"/>
    <w:autoRedefine/>
    <w:uiPriority w:val="39"/>
    <w:unhideWhenUsed/>
    <w:rsid w:val="00D11367"/>
    <w:pPr>
      <w:spacing w:after="100"/>
      <w:ind w:left="220"/>
    </w:pPr>
  </w:style>
  <w:style w:type="character" w:styleId="Hyperlink">
    <w:name w:val="Hyperlink"/>
    <w:basedOn w:val="DefaultParagraphFont"/>
    <w:uiPriority w:val="99"/>
    <w:unhideWhenUsed/>
    <w:rsid w:val="00D11367"/>
    <w:rPr>
      <w:color w:val="0000FF" w:themeColor="hyperlink"/>
      <w:u w:val="single"/>
    </w:rPr>
  </w:style>
  <w:style w:type="paragraph" w:styleId="Bibliography">
    <w:name w:val="Bibliography"/>
    <w:basedOn w:val="Normal"/>
    <w:next w:val="Normal"/>
    <w:uiPriority w:val="37"/>
    <w:unhideWhenUsed/>
    <w:rsid w:val="00543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3615">
      <w:bodyDiv w:val="1"/>
      <w:marLeft w:val="0"/>
      <w:marRight w:val="0"/>
      <w:marTop w:val="0"/>
      <w:marBottom w:val="0"/>
      <w:divBdr>
        <w:top w:val="none" w:sz="0" w:space="0" w:color="auto"/>
        <w:left w:val="none" w:sz="0" w:space="0" w:color="auto"/>
        <w:bottom w:val="none" w:sz="0" w:space="0" w:color="auto"/>
        <w:right w:val="none" w:sz="0" w:space="0" w:color="auto"/>
      </w:divBdr>
    </w:div>
    <w:div w:id="336080253">
      <w:bodyDiv w:val="1"/>
      <w:marLeft w:val="0"/>
      <w:marRight w:val="0"/>
      <w:marTop w:val="0"/>
      <w:marBottom w:val="0"/>
      <w:divBdr>
        <w:top w:val="none" w:sz="0" w:space="0" w:color="auto"/>
        <w:left w:val="none" w:sz="0" w:space="0" w:color="auto"/>
        <w:bottom w:val="none" w:sz="0" w:space="0" w:color="auto"/>
        <w:right w:val="none" w:sz="0" w:space="0" w:color="auto"/>
      </w:divBdr>
    </w:div>
    <w:div w:id="543762130">
      <w:bodyDiv w:val="1"/>
      <w:marLeft w:val="0"/>
      <w:marRight w:val="0"/>
      <w:marTop w:val="0"/>
      <w:marBottom w:val="0"/>
      <w:divBdr>
        <w:top w:val="none" w:sz="0" w:space="0" w:color="auto"/>
        <w:left w:val="none" w:sz="0" w:space="0" w:color="auto"/>
        <w:bottom w:val="none" w:sz="0" w:space="0" w:color="auto"/>
        <w:right w:val="none" w:sz="0" w:space="0" w:color="auto"/>
      </w:divBdr>
    </w:div>
    <w:div w:id="629364969">
      <w:bodyDiv w:val="1"/>
      <w:marLeft w:val="0"/>
      <w:marRight w:val="0"/>
      <w:marTop w:val="0"/>
      <w:marBottom w:val="0"/>
      <w:divBdr>
        <w:top w:val="none" w:sz="0" w:space="0" w:color="auto"/>
        <w:left w:val="none" w:sz="0" w:space="0" w:color="auto"/>
        <w:bottom w:val="none" w:sz="0" w:space="0" w:color="auto"/>
        <w:right w:val="none" w:sz="0" w:space="0" w:color="auto"/>
      </w:divBdr>
    </w:div>
    <w:div w:id="664749099">
      <w:bodyDiv w:val="1"/>
      <w:marLeft w:val="0"/>
      <w:marRight w:val="0"/>
      <w:marTop w:val="0"/>
      <w:marBottom w:val="0"/>
      <w:divBdr>
        <w:top w:val="none" w:sz="0" w:space="0" w:color="auto"/>
        <w:left w:val="none" w:sz="0" w:space="0" w:color="auto"/>
        <w:bottom w:val="none" w:sz="0" w:space="0" w:color="auto"/>
        <w:right w:val="none" w:sz="0" w:space="0" w:color="auto"/>
      </w:divBdr>
    </w:div>
    <w:div w:id="1236862953">
      <w:bodyDiv w:val="1"/>
      <w:marLeft w:val="0"/>
      <w:marRight w:val="0"/>
      <w:marTop w:val="0"/>
      <w:marBottom w:val="0"/>
      <w:divBdr>
        <w:top w:val="none" w:sz="0" w:space="0" w:color="auto"/>
        <w:left w:val="none" w:sz="0" w:space="0" w:color="auto"/>
        <w:bottom w:val="none" w:sz="0" w:space="0" w:color="auto"/>
        <w:right w:val="none" w:sz="0" w:space="0" w:color="auto"/>
      </w:divBdr>
    </w:div>
    <w:div w:id="18510204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oleObject" Target="embeddings/oleObject4.bin"/><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7.png"/><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8" Type="http://schemas.openxmlformats.org/officeDocument/2006/relationships/endnotes" Target="endnotes.xml"/><Relationship Id="rId51" Type="http://schemas.openxmlformats.org/officeDocument/2006/relationships/image" Target="media/image39.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oleObject" Target="embeddings/oleObject2.bin"/><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9.png"/><Relationship Id="rId41" Type="http://schemas.openxmlformats.org/officeDocument/2006/relationships/image" Target="media/image29.png"/><Relationship Id="rId54" Type="http://schemas.openxmlformats.org/officeDocument/2006/relationships/image" Target="media/image4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Name: Leonardo Iwasaki
- Student ID: 2531571
- Module: ACCA4023  
- Lecturer: Anum Paracha</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Iva26</b:Tag>
    <b:SourceType>InternetSite</b:SourceType>
    <b:Guid>{FC481DD7-41E5-4A88-838D-568AF2FF9AB1}</b:Guid>
    <b:Author>
      <b:Author>
        <b:NameList>
          <b:Person>
            <b:Last>Ivan Belcic</b:Last>
            <b:First>Cole</b:First>
            <b:Middle>Stryker</b:Middle>
          </b:Person>
        </b:NameList>
      </b:Author>
    </b:Author>
    <b:Title>https://www.ibm.com/</b:Title>
    <b:InternetSiteTitle>IBM</b:InternetSiteTitle>
    <b:Year>2026</b:Year>
    <b:Month>07</b:Month>
    <b:Day>17</b:Day>
    <b:URL>https://www.ibm.com/think/topics/entity-relationship-diagram</b:URL>
    <b:RefOrder>1</b:RefOrder>
  </b:Source>
  <b:Source>
    <b:Tag>Ama26</b:Tag>
    <b:SourceType>InternetSite</b:SourceType>
    <b:Guid>{1207DE53-B6C2-4CB0-8D19-CFB27702FADD}</b:Guid>
    <b:LCID>en-GB</b:LCID>
    <b:Author>
      <b:Author>
        <b:NameList>
          <b:Person>
            <b:Last>Athuraliya</b:Last>
            <b:First>Amanda</b:First>
          </b:Person>
        </b:NameList>
      </b:Author>
    </b:Author>
    <b:Title>https://creately.com/</b:Title>
    <b:Year>2026</b:Year>
    <b:Month>01</b:Month>
    <b:Day>23</b:Day>
    <b:YearAccessed>2026</b:YearAccessed>
    <b:MonthAccessed>07</b:MonthAccessed>
    <b:DayAccessed>18</b:DayAccessed>
    <b:URL>https://creately.com/guides/types-of-erd/</b:URL>
    <b:RefOrder>2</b:RefOrder>
  </b:Source>
  <b:Source>
    <b:Tag>Ali26</b:Tag>
    <b:SourceType>InternetSite</b:SourceType>
    <b:Guid>{DA84A4F9-BCC8-4270-96D8-90FAB4676FB7}</b:Guid>
    <b:Author>
      <b:Author>
        <b:NameList>
          <b:Person>
            <b:Last>Gomstyn</b:Last>
            <b:First>Alice</b:First>
          </b:Person>
        </b:NameList>
      </b:Author>
    </b:Author>
    <b:Title>https://www.ibm.com/br-pt/think/topics/database-normalization</b:Title>
    <b:ProductionCompany>IBM</b:ProductionCompany>
    <b:Year>2026</b:Year>
    <b:Month>07</b:Month>
    <b:Day>18</b:Day>
    <b:URL>https://www.ibm.com/br-pt/think/topics/database-normalization</b:URL>
    <b:RefOrder>3</b:RefOrder>
  </b:Source>
  <b:Source>
    <b:Tag>Edg26</b:Tag>
    <b:SourceType>InternetSite</b:SourceType>
    <b:Guid>{9BD04F8C-C285-46B2-AA88-A883C26D0DE6}</b:Guid>
    <b:Author>
      <b:Author>
        <b:NameList>
          <b:Person>
            <b:Last>Codd</b:Last>
            <b:First>Edgar</b:First>
            <b:Middle>F.</b:Middle>
          </b:Person>
        </b:NameList>
      </b:Author>
    </b:Author>
    <b:Title>https://www.datacamp.com/</b:Title>
    <b:Year>2026</b:Year>
    <b:Month>07</b:Month>
    <b:Day>20</b:Day>
    <b:URL>https://www.datacamp.com//tutorial/second-normal-form</b:URL>
    <b:RefOrder>4</b:RefOrder>
  </b:Source>
  <b:Source>
    <b:Tag>Adw25</b:Tag>
    <b:SourceType>InternetSite</b:SourceType>
    <b:Guid>{B3BDFEF2-1816-4D22-8CB8-1308DD396D54}</b:Guid>
    <b:Author>
      <b:Author>
        <b:NameList>
          <b:Person>
            <b:Last>Pandey</b:Last>
            <b:First>Adwitiya</b:First>
          </b:Person>
        </b:NameList>
      </b:Author>
    </b:Author>
    <b:Title>https://www.virtuosoqa.com/</b:Title>
    <b:Year>2025</b:Year>
    <b:Month>10</b:Month>
    <b:Day>10</b:Day>
    <b:YearAccessed>20</b:YearAccessed>
    <b:MonthAccessed>07</b:MonthAccessed>
    <b:DayAccessed>2026</b:DayAccessed>
    <b:URL>https://www.virtuosoqa.com/testing-guides/database-testing</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BB208C-047D-4305-BE1B-8EF177222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3261</TotalTime>
  <Pages>32</Pages>
  <Words>2153</Words>
  <Characters>12275</Characters>
  <Application>Microsoft Office Word</Application>
  <DocSecurity>0</DocSecurity>
  <Lines>102</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CertHE Computing Skills for Workplace</vt:lpstr>
      <vt:lpstr/>
    </vt:vector>
  </TitlesOfParts>
  <Manager/>
  <Company/>
  <LinksUpToDate>false</LinksUpToDate>
  <CharactersWithSpaces>14400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Computing Skills for Workplace</dc:title>
  <dc:subject>Introduction to Web and Database Concepts</dc:subject>
  <dc:creator>python-docx</dc:creator>
  <cp:keywords/>
  <dc:description>generated by python-docx</dc:description>
  <cp:lastModifiedBy>Leonardo Iwasaki (2531571)</cp:lastModifiedBy>
  <cp:revision>118</cp:revision>
  <dcterms:created xsi:type="dcterms:W3CDTF">2026-07-16T16:50:00Z</dcterms:created>
  <dcterms:modified xsi:type="dcterms:W3CDTF">2026-07-20T15:40:00Z</dcterms:modified>
  <cp:category/>
</cp:coreProperties>
</file>