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5947D1BA" w:rsidP="65B61583" w:rsidRDefault="5947D1BA" w14:paraId="40E48DDD" w14:textId="42B645EC">
      <w:pPr>
        <w:pStyle w:val="Normal"/>
        <w:jc w:val="left"/>
      </w:pPr>
      <w:r w:rsidR="68D05B32">
        <w:rPr/>
        <w:t xml:space="preserve"> </w:t>
      </w:r>
    </w:p>
    <w:p w:rsidR="5947D1BA" w:rsidP="65B61583" w:rsidRDefault="5947D1BA" w14:paraId="691AAADA" w14:textId="7C2BC6AC">
      <w:pPr>
        <w:pStyle w:val="Normal"/>
        <w:jc w:val="left"/>
      </w:pPr>
    </w:p>
    <w:p w:rsidR="5947D1BA" w:rsidP="65B61583" w:rsidRDefault="5947D1BA" w14:paraId="5C9BF214" w14:textId="6BC8748D">
      <w:pPr>
        <w:pStyle w:val="Normal"/>
        <w:jc w:val="left"/>
      </w:pPr>
    </w:p>
    <w:p w:rsidR="5947D1BA" w:rsidP="65B61583" w:rsidRDefault="5947D1BA" w14:paraId="76850F1D" w14:textId="06F18A6F">
      <w:pPr>
        <w:pStyle w:val="Normal"/>
        <w:jc w:val="left"/>
      </w:pPr>
    </w:p>
    <w:p w:rsidR="5947D1BA" w:rsidP="65B61583" w:rsidRDefault="5947D1BA" w14:paraId="50BFAEF5" w14:textId="2E7B7AA0">
      <w:pPr>
        <w:pStyle w:val="Normal"/>
        <w:jc w:val="left"/>
      </w:pPr>
      <w:r w:rsidR="68D05B32">
        <w:drawing>
          <wp:inline wp14:editId="1517CB93" wp14:anchorId="43DEAD6E">
            <wp:extent cx="2209800" cy="1419225"/>
            <wp:effectExtent l="0" t="0" r="0" b="0"/>
            <wp:docPr id="943988978" name="drawing" title="A black and yellow logo&#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3988978" name="Picture 943988978"/>
                    <pic:cNvPicPr/>
                  </pic:nvPicPr>
                  <pic:blipFill>
                    <a:blip xmlns:r="http://schemas.openxmlformats.org/officeDocument/2006/relationships" r:embed="rId783668517">
                      <a:extLst>
                        <a:ext uri="{28A0092B-C50C-407E-A947-70E740481C1C}">
                          <a14:useLocalDpi xmlns:a14="http://schemas.microsoft.com/office/drawing/2010/main"/>
                        </a:ext>
                      </a:extLst>
                    </a:blip>
                    <a:stretch>
                      <a:fillRect/>
                    </a:stretch>
                  </pic:blipFill>
                  <pic:spPr>
                    <a:xfrm>
                      <a:off x="0" y="0"/>
                      <a:ext cx="2209800" cy="1419225"/>
                    </a:xfrm>
                    <a:prstGeom prst="rect">
                      <a:avLst/>
                    </a:prstGeom>
                  </pic:spPr>
                </pic:pic>
              </a:graphicData>
            </a:graphic>
          </wp:inline>
        </w:drawing>
      </w:r>
    </w:p>
    <w:p w:rsidR="65B61583" w:rsidP="65B61583" w:rsidRDefault="65B61583" w14:paraId="474CF237" w14:textId="33FC9C4D">
      <w:pPr>
        <w:pStyle w:val="Normal"/>
        <w:jc w:val="center"/>
      </w:pPr>
    </w:p>
    <w:p w:rsidR="65B61583" w:rsidP="65B61583" w:rsidRDefault="65B61583" w14:paraId="68E8674A" w14:textId="5BEB1919">
      <w:pPr>
        <w:pStyle w:val="Normal"/>
        <w:jc w:val="center"/>
      </w:pPr>
    </w:p>
    <w:p w:rsidR="28DADB5D" w:rsidP="65B61583" w:rsidRDefault="28DADB5D" w14:paraId="5D1E485A" w14:textId="3C12873D">
      <w:pPr>
        <w:pStyle w:val="Normal"/>
        <w:jc w:val="left"/>
        <w:rPr>
          <w:sz w:val="32"/>
          <w:szCs w:val="32"/>
        </w:rPr>
      </w:pPr>
      <w:r w:rsidRPr="65B61583" w:rsidR="3F964FC6">
        <w:rPr>
          <w:sz w:val="32"/>
          <w:szCs w:val="32"/>
        </w:rPr>
        <w:t xml:space="preserve">Module title: Research Methods for Business </w:t>
      </w:r>
    </w:p>
    <w:p w:rsidR="28DADB5D" w:rsidP="65B61583" w:rsidRDefault="28DADB5D" w14:paraId="6C199A8D" w14:textId="49C901D5">
      <w:pPr>
        <w:pStyle w:val="Normal"/>
        <w:jc w:val="left"/>
        <w:rPr>
          <w:sz w:val="32"/>
          <w:szCs w:val="32"/>
        </w:rPr>
      </w:pPr>
      <w:r w:rsidRPr="65B61583" w:rsidR="3F964FC6">
        <w:rPr>
          <w:sz w:val="32"/>
          <w:szCs w:val="32"/>
        </w:rPr>
        <w:t xml:space="preserve">Module code: LCLM6005 </w:t>
      </w:r>
    </w:p>
    <w:p w:rsidR="28DADB5D" w:rsidP="65B61583" w:rsidRDefault="28DADB5D" w14:paraId="1CAE599A" w14:textId="2B575B14">
      <w:pPr>
        <w:pStyle w:val="Normal"/>
        <w:jc w:val="left"/>
        <w:rPr>
          <w:sz w:val="32"/>
          <w:szCs w:val="32"/>
        </w:rPr>
      </w:pPr>
      <w:r w:rsidRPr="65B61583" w:rsidR="3F964FC6">
        <w:rPr>
          <w:sz w:val="32"/>
          <w:szCs w:val="32"/>
        </w:rPr>
        <w:t xml:space="preserve">Student name: Gabriela Savity </w:t>
      </w:r>
      <w:r>
        <w:br/>
      </w:r>
      <w:r w:rsidRPr="65B61583" w:rsidR="3F964FC6">
        <w:rPr>
          <w:sz w:val="32"/>
          <w:szCs w:val="32"/>
        </w:rPr>
        <w:t xml:space="preserve">Student ID: 2312231 </w:t>
      </w:r>
    </w:p>
    <w:p w:rsidR="28DADB5D" w:rsidP="65B61583" w:rsidRDefault="28DADB5D" w14:paraId="03239393" w14:textId="7FFE000A">
      <w:pPr>
        <w:pStyle w:val="Normal"/>
        <w:jc w:val="left"/>
        <w:rPr>
          <w:sz w:val="32"/>
          <w:szCs w:val="32"/>
        </w:rPr>
      </w:pPr>
      <w:r w:rsidRPr="65B61583" w:rsidR="3F964FC6">
        <w:rPr>
          <w:sz w:val="32"/>
          <w:szCs w:val="32"/>
        </w:rPr>
        <w:t xml:space="preserve">Lecturer name: Samuel Ofori </w:t>
      </w:r>
    </w:p>
    <w:p w:rsidR="28DADB5D" w:rsidP="65B61583" w:rsidRDefault="28DADB5D" w14:paraId="661EE75E" w14:textId="0B46CF76">
      <w:pPr>
        <w:pStyle w:val="Normal"/>
        <w:jc w:val="left"/>
        <w:rPr>
          <w:sz w:val="32"/>
          <w:szCs w:val="32"/>
        </w:rPr>
      </w:pPr>
      <w:r w:rsidRPr="65B61583" w:rsidR="3F964FC6">
        <w:rPr>
          <w:sz w:val="32"/>
          <w:szCs w:val="32"/>
        </w:rPr>
        <w:t>Supervisor name: Munodzinesa Zuwirai</w:t>
      </w:r>
    </w:p>
    <w:p w:rsidR="135FBA23" w:rsidP="65B61583" w:rsidRDefault="135FBA23" w14:paraId="495D2122" w14:textId="14D22670">
      <w:pPr>
        <w:pStyle w:val="Normal"/>
        <w:rPr>
          <w:sz w:val="32"/>
          <w:szCs w:val="32"/>
        </w:rPr>
      </w:pPr>
    </w:p>
    <w:p w:rsidR="135FBA23" w:rsidP="65B61583" w:rsidRDefault="135FBA23" w14:paraId="2383B9F5" w14:textId="61C005C2">
      <w:pPr>
        <w:pStyle w:val="Title"/>
        <w:jc w:val="center"/>
        <w:rPr>
          <w:rFonts w:ascii="Arial" w:hAnsi="Arial" w:eastAsia="Arial" w:cs="Arial"/>
          <w:b w:val="1"/>
          <w:bCs w:val="1"/>
          <w:color w:val="auto"/>
          <w:sz w:val="32"/>
          <w:szCs w:val="32"/>
        </w:rPr>
      </w:pPr>
    </w:p>
    <w:p w:rsidR="135FBA23" w:rsidRDefault="135FBA23" w14:paraId="3F77019C" w14:textId="5F94A04B">
      <w:r>
        <w:br w:type="page"/>
      </w:r>
    </w:p>
    <w:p w:rsidR="135FBA23" w:rsidP="65B61583" w:rsidRDefault="135FBA23" w14:paraId="54821609" w14:textId="2D059D99">
      <w:pPr>
        <w:pStyle w:val="Title"/>
        <w:jc w:val="center"/>
        <w:rPr>
          <w:rFonts w:ascii="Arial" w:hAnsi="Arial" w:eastAsia="Arial" w:cs="Arial"/>
          <w:b w:val="0"/>
          <w:bCs w:val="0"/>
          <w:color w:val="auto"/>
          <w:sz w:val="32"/>
          <w:szCs w:val="32"/>
        </w:rPr>
      </w:pPr>
      <w:r w:rsidRPr="65B61583" w:rsidR="707E10E1">
        <w:rPr>
          <w:rFonts w:ascii="Arial" w:hAnsi="Arial" w:eastAsia="Arial" w:cs="Arial"/>
          <w:b w:val="0"/>
          <w:bCs w:val="0"/>
          <w:color w:val="auto"/>
          <w:sz w:val="32"/>
          <w:szCs w:val="32"/>
        </w:rPr>
        <w:t>Research Process Reflection</w:t>
      </w:r>
    </w:p>
    <w:p w:rsidR="135FBA23" w:rsidP="135FBA23" w:rsidRDefault="135FBA23" w14:paraId="392DF58E" w14:textId="38D97E8C">
      <w:pPr>
        <w:pStyle w:val="Normal"/>
      </w:pPr>
    </w:p>
    <w:p xmlns:wp14="http://schemas.microsoft.com/office/word/2010/wordml" w:rsidP="65B61583" w14:paraId="31FF54C8" wp14:textId="77777777">
      <w:pPr>
        <w:pStyle w:val="Heading1"/>
        <w:keepNext w:val="0"/>
        <w:keepLines w:val="0"/>
        <w:rPr>
          <w:rFonts w:ascii="Arial" w:hAnsi="Arial" w:eastAsia="Arial" w:cs="Arial"/>
          <w:color w:val="auto"/>
          <w:sz w:val="28"/>
          <w:szCs w:val="28"/>
        </w:rPr>
      </w:pPr>
      <w:r w:rsidR="707E10E1">
        <w:rPr/>
        <w:t>Description</w:t>
      </w:r>
    </w:p>
    <w:p xmlns:wp14="http://schemas.microsoft.com/office/word/2010/wordml" w:rsidP="65B61583" w14:paraId="45CBF425" wp14:textId="77777777">
      <w:pPr>
        <w:pStyle w:val="Normal"/>
        <w:keepNext w:val="0"/>
        <w:keepLines w:val="0"/>
        <w:rPr>
          <w:rFonts w:ascii="Arial" w:hAnsi="Arial" w:eastAsia="Arial" w:cs="Arial"/>
          <w:color w:val="auto"/>
          <w:sz w:val="28"/>
          <w:szCs w:val="28"/>
        </w:rPr>
      </w:pPr>
      <w:r w:rsidR="707E10E1">
        <w:rPr/>
        <w:t xml:space="preserve">For my LCLM6005 Independent Project, I conducted a systematic </w:t>
      </w:r>
      <w:r w:rsidR="707E10E1">
        <w:rPr/>
        <w:t>literature review (SLR) evaluating the impact of AI-driven logistics and digital transformation on o</w:t>
      </w:r>
      <w:r w:rsidR="707E10E1">
        <w:rPr/>
        <w:t>perational efficiency and customer satisfaction at DPD UK. Utilising the PRISMA framework, I systematically screened and selected 15 peer-reviewed articles published between 2018 and 2026. The research process involved synthesizing qualitative and quantitative secondary data to identify key themes regarding technological implementation, employee acceptance, and consumer experiences within the UK parcel delivery sector.</w:t>
      </w:r>
    </w:p>
    <w:p xmlns:wp14="http://schemas.microsoft.com/office/word/2010/wordml" w:rsidP="65B61583" w14:paraId="5139F8D1" wp14:textId="77777777">
      <w:pPr>
        <w:pStyle w:val="Heading1"/>
        <w:keepNext w:val="0"/>
        <w:keepLines w:val="0"/>
        <w:rPr>
          <w:rFonts w:ascii="Arial" w:hAnsi="Arial" w:eastAsia="Arial" w:cs="Arial"/>
          <w:color w:val="auto"/>
          <w:sz w:val="28"/>
          <w:szCs w:val="28"/>
        </w:rPr>
      </w:pPr>
      <w:r w:rsidR="707E10E1">
        <w:rPr/>
        <w:t>Feelings</w:t>
      </w:r>
    </w:p>
    <w:p xmlns:wp14="http://schemas.microsoft.com/office/word/2010/wordml" w:rsidP="65B61583" w14:paraId="47287665" wp14:textId="77777777">
      <w:pPr>
        <w:pStyle w:val="Normal"/>
        <w:keepNext w:val="0"/>
        <w:keepLines w:val="0"/>
        <w:rPr>
          <w:rFonts w:ascii="Arial" w:hAnsi="Arial" w:eastAsia="Arial" w:cs="Arial"/>
          <w:color w:val="auto"/>
          <w:sz w:val="28"/>
          <w:szCs w:val="28"/>
        </w:rPr>
      </w:pPr>
      <w:r w:rsidR="707E10E1">
        <w:rPr/>
        <w:t>Initially, I felt overwhelmed by the vast amount of literature available on artificial intelligence and logistics. The broad nature of the topic made me anxious about losing focus. However, as I applied strict inclusion and exclusion criteria, I felt a growing sense of control and confidence. Narrowing the scope to DPD UK specifically brought clarity, transitioning my initial apprehension into genuine intellectual curiosity and satisfaction.</w:t>
      </w:r>
    </w:p>
    <w:p xmlns:wp14="http://schemas.microsoft.com/office/word/2010/wordml" w:rsidP="65B61583" w14:paraId="16D9E787" wp14:textId="77777777">
      <w:pPr>
        <w:pStyle w:val="Heading1"/>
        <w:keepNext w:val="0"/>
        <w:keepLines w:val="0"/>
        <w:rPr>
          <w:rFonts w:ascii="Arial" w:hAnsi="Arial" w:eastAsia="Arial" w:cs="Arial"/>
          <w:color w:val="auto"/>
          <w:sz w:val="28"/>
          <w:szCs w:val="28"/>
        </w:rPr>
      </w:pPr>
      <w:r w:rsidR="707E10E1">
        <w:rPr/>
        <w:t>Evaluation</w:t>
      </w:r>
    </w:p>
    <w:p xmlns:wp14="http://schemas.microsoft.com/office/word/2010/wordml" w:rsidP="65B61583" w14:paraId="1AF56755" wp14:textId="3DD00980">
      <w:pPr>
        <w:pStyle w:val="Normal"/>
        <w:keepNext w:val="0"/>
        <w:keepLines w:val="0"/>
        <w:rPr>
          <w:rFonts w:ascii="Arial" w:hAnsi="Arial" w:eastAsia="Arial" w:cs="Arial"/>
          <w:color w:val="auto"/>
          <w:sz w:val="28"/>
          <w:szCs w:val="28"/>
        </w:rPr>
      </w:pPr>
      <w:r w:rsidR="707E10E1">
        <w:rPr/>
        <w:t xml:space="preserve">The most successful aspect of the research process was the application of the PRISMA framework. It provided a highly structured approach that effectively </w:t>
      </w:r>
      <w:r w:rsidR="76F3C490">
        <w:rPr/>
        <w:t>minimised</w:t>
      </w:r>
      <w:r w:rsidR="707E10E1">
        <w:rPr/>
        <w:t xml:space="preserve"> selection bias and </w:t>
      </w:r>
      <w:r w:rsidR="23FAF42E">
        <w:rPr/>
        <w:t>ensures</w:t>
      </w:r>
      <w:r w:rsidR="707E10E1">
        <w:rPr/>
        <w:t xml:space="preserve"> methodological </w:t>
      </w:r>
      <w:r w:rsidR="707E10E1">
        <w:rPr/>
        <w:t>rigour</w:t>
      </w:r>
      <w:r w:rsidR="707E10E1">
        <w:rPr/>
        <w:t xml:space="preserve">. Conversely, relying solely on secondary data was a significant limitation. I found it frustrating that I could not investigate the real-time, internal operational dynamics of DPD UK through primary interviews or surveys. This limitation meant that my findings were </w:t>
      </w:r>
      <w:r w:rsidR="707E10E1">
        <w:rPr/>
        <w:t>largely inferential</w:t>
      </w:r>
      <w:r w:rsidR="707E10E1">
        <w:rPr/>
        <w:t>, based on broader industry patterns rather than direct, company-specific primary evidence.</w:t>
      </w:r>
    </w:p>
    <w:p xmlns:wp14="http://schemas.microsoft.com/office/word/2010/wordml" w:rsidP="65B61583" w14:paraId="79B66ACA" wp14:textId="77777777">
      <w:pPr>
        <w:pStyle w:val="Heading1"/>
        <w:keepNext w:val="0"/>
        <w:keepLines w:val="0"/>
        <w:rPr>
          <w:rFonts w:ascii="Arial" w:hAnsi="Arial" w:eastAsia="Arial" w:cs="Arial"/>
          <w:color w:val="auto"/>
          <w:sz w:val="28"/>
          <w:szCs w:val="28"/>
        </w:rPr>
      </w:pPr>
      <w:r w:rsidR="707E10E1">
        <w:rPr/>
        <w:t>Analysis</w:t>
      </w:r>
    </w:p>
    <w:p xmlns:wp14="http://schemas.microsoft.com/office/word/2010/wordml" w:rsidP="65B61583" w14:paraId="6550F958" wp14:textId="77777777">
      <w:pPr>
        <w:pStyle w:val="Normal"/>
        <w:keepNext w:val="0"/>
        <w:keepLines w:val="0"/>
        <w:rPr>
          <w:rFonts w:ascii="Arial" w:hAnsi="Arial" w:eastAsia="Arial" w:cs="Arial"/>
          <w:color w:val="auto"/>
          <w:sz w:val="28"/>
          <w:szCs w:val="28"/>
        </w:rPr>
      </w:pPr>
      <w:r w:rsidR="707E10E1">
        <w:rPr/>
        <w:t>Analysing the literature through the dual lenses of the Socio-Technical Systems theory and the Technology Acceptance Model was intellectually stimulating. I realised that technological integration is inherently tied to human factors. The research highlighted that AI's operational benefits are conditional upon employee readiness and effective change management. My struggle to find literature directly isolating DPD UK's internal metrics forced me to critically synthesise general UK logistics data and apply it contextually. This challenge significantly developed my analytical skills, teaching me how to draw parallel insights and evaluate theoretical frameworks against practical, real-world constraints like algorithmic control and workforce resistance.</w:t>
      </w:r>
    </w:p>
    <w:p xmlns:wp14="http://schemas.microsoft.com/office/word/2010/wordml" w:rsidP="65B61583" w14:paraId="2B2A7A39" wp14:textId="77777777">
      <w:pPr>
        <w:pStyle w:val="Heading1"/>
        <w:keepNext w:val="0"/>
        <w:keepLines w:val="0"/>
        <w:rPr>
          <w:rFonts w:ascii="Arial" w:hAnsi="Arial" w:eastAsia="Arial" w:cs="Arial"/>
          <w:color w:val="auto"/>
          <w:sz w:val="28"/>
          <w:szCs w:val="28"/>
        </w:rPr>
      </w:pPr>
      <w:r w:rsidR="707E10E1">
        <w:rPr/>
        <w:t>Conclusion</w:t>
      </w:r>
    </w:p>
    <w:p xmlns:wp14="http://schemas.microsoft.com/office/word/2010/wordml" w:rsidP="65B61583" w14:paraId="296F90E2" wp14:textId="77777777">
      <w:pPr>
        <w:pStyle w:val="Normal"/>
        <w:keepNext w:val="0"/>
        <w:keepLines w:val="0"/>
        <w:rPr>
          <w:rFonts w:ascii="Arial" w:hAnsi="Arial" w:eastAsia="Arial" w:cs="Arial"/>
          <w:color w:val="auto"/>
          <w:sz w:val="28"/>
          <w:szCs w:val="28"/>
        </w:rPr>
      </w:pPr>
      <w:r w:rsidR="707E10E1">
        <w:rPr/>
        <w:t>Ultimately, this research process taught me the critical importance of a structured methodological design in secondary research. While the SLR was highly effective for establishing a theoretical and contextual foundation, I recognize that it provides only a partial understanding of a phenomenon as dynamic as AI integration. I developed strong competencies in thematic analysis and literature screening, but I also learned the boundaries of secondary research when exploring specific organisational behaviours.</w:t>
      </w:r>
    </w:p>
    <w:p xmlns:wp14="http://schemas.microsoft.com/office/word/2010/wordml" w:rsidP="65B61583" w14:paraId="4EBC748D" wp14:textId="77777777">
      <w:pPr>
        <w:pStyle w:val="Heading1"/>
        <w:keepNext w:val="0"/>
        <w:keepLines w:val="0"/>
        <w:rPr>
          <w:rFonts w:ascii="Arial" w:hAnsi="Arial" w:eastAsia="Arial" w:cs="Arial"/>
          <w:b w:val="0"/>
          <w:bCs w:val="0"/>
          <w:color w:val="auto"/>
          <w:sz w:val="32"/>
          <w:szCs w:val="32"/>
        </w:rPr>
      </w:pPr>
      <w:r w:rsidR="707E10E1">
        <w:rPr/>
        <w:t>Action Plan</w:t>
      </w:r>
    </w:p>
    <w:p xmlns:wp14="http://schemas.microsoft.com/office/word/2010/wordml" w:rsidP="65B61583" w14:paraId="3D46B18E" wp14:textId="77777777">
      <w:pPr>
        <w:pStyle w:val="Normal"/>
        <w:keepNext w:val="0"/>
        <w:keepLines w:val="0"/>
        <w:rPr>
          <w:rFonts w:ascii="Arial" w:hAnsi="Arial" w:eastAsia="Arial" w:cs="Arial"/>
          <w:color w:val="auto"/>
          <w:sz w:val="28"/>
          <w:szCs w:val="28"/>
        </w:rPr>
      </w:pPr>
      <w:r w:rsidR="707E10E1">
        <w:rPr/>
        <w:t>Moving forward in my academic and professional career, I intend to adopt a mixed-methods approach for similar investigative projects. I will incorporate primary data collection, such as stakeholder interviews, to complement theoretical findings. Additionally, I will undertake advanced training in reference management software to streamline my literature screening process and manage complex search strings more efficiently.</w:t>
      </w:r>
    </w:p>
    <w:sectPr w:rsidRPr="0006063C" w:rsidR="00FC693F"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intelligence2.xml><?xml version="1.0" encoding="utf-8"?>
<int2:intelligence xmlns:int2="http://schemas.microsoft.com/office/intelligence/2020/intelligence">
  <int2:observations>
    <int2:textHash int2:hashCode="FXArT6fvLtOOK0" int2:id="i8C0OjCx">
      <int2:state int2:type="spell" int2:value="Rejected"/>
    </int2:textHash>
    <int2:textHash int2:hashCode="YK9bfMwaGXElMO" int2:id="StxpseBW">
      <int2:state int2:type="spell" int2:value="Rejected"/>
    </int2:textHash>
  </int2:observations>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3B4760D"/>
    <w:rsid w:val="03B4760D"/>
    <w:rsid w:val="085E0340"/>
    <w:rsid w:val="09A34A63"/>
    <w:rsid w:val="12F8EF38"/>
    <w:rsid w:val="135FBA23"/>
    <w:rsid w:val="17D9E9D1"/>
    <w:rsid w:val="18B52721"/>
    <w:rsid w:val="23FAF42E"/>
    <w:rsid w:val="28DADB5D"/>
    <w:rsid w:val="2950B712"/>
    <w:rsid w:val="2C94DF21"/>
    <w:rsid w:val="3383D403"/>
    <w:rsid w:val="3A4B772D"/>
    <w:rsid w:val="3D0AD758"/>
    <w:rsid w:val="3F09A2EA"/>
    <w:rsid w:val="3F964FC6"/>
    <w:rsid w:val="43963998"/>
    <w:rsid w:val="47164202"/>
    <w:rsid w:val="4A48B19B"/>
    <w:rsid w:val="528D5255"/>
    <w:rsid w:val="5947D1BA"/>
    <w:rsid w:val="65B61583"/>
    <w:rsid w:val="68D05B32"/>
    <w:rsid w:val="6C00FDFD"/>
    <w:rsid w:val="6E8B717F"/>
    <w:rsid w:val="707E10E1"/>
    <w:rsid w:val="721FA442"/>
    <w:rsid w:val="721FA442"/>
    <w:rsid w:val="76F3C4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F43312E3-F722-462C-B0AD-7B4890B3F7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uiPriority w:val="0"/>
    <w:name w:val="Normal"/>
    <w:qFormat/>
    <w:rsid w:val="65B61583"/>
    <w:rPr>
      <w:rFonts w:ascii="Arial" w:hAnsi="Arial" w:eastAsia="Arial" w:cs="Arial"/>
      <w:color w:val="auto"/>
    </w:rPr>
    <w:pPr>
      <w:keepNext w:val="0"/>
      <w:keepLines w:val="0"/>
      <w:jc w:val="left"/>
    </w:pPr>
  </w:style>
  <w:style w:type="paragraph" w:styleId="Header">
    <w:uiPriority w:val="99"/>
    <w:name w:val="header"/>
    <w:basedOn w:val="Normal"/>
    <w:unhideWhenUsed/>
    <w:link w:val="HeaderChar"/>
    <w:rsid w:val="65B61583"/>
    <w:pPr>
      <w:tabs>
        <w:tab w:val="center" w:leader="none" w:pos="4680"/>
        <w:tab w:val="right" w:leader="none" w:pos="9360"/>
      </w:tabs>
      <w:spacing w:after="0"/>
    </w:pPr>
  </w:style>
  <w:style w:type="character" w:styleId="HeaderChar" w:customStyle="1">
    <w:name w:val="Header Char"/>
    <w:basedOn w:val="DefaultParagraphFont"/>
    <w:link w:val="Header"/>
    <w:uiPriority w:val="99"/>
    <w:rsid w:val="00E618BF"/>
  </w:style>
  <w:style w:type="paragraph" w:styleId="Footer">
    <w:uiPriority w:val="99"/>
    <w:name w:val="footer"/>
    <w:basedOn w:val="Normal"/>
    <w:unhideWhenUsed/>
    <w:link w:val="FooterChar"/>
    <w:rsid w:val="65B61583"/>
    <w:pPr>
      <w:tabs>
        <w:tab w:val="center" w:leader="none" w:pos="4680"/>
        <w:tab w:val="right" w:leader="none" w:pos="9360"/>
      </w:tabs>
      <w:spacing w:after="0"/>
    </w:pPr>
  </w:style>
  <w:style w:type="character" w:styleId="FooterChar" w:customStyle="1">
    <w:name w:val="Footer Char"/>
    <w:basedOn w:val="DefaultParagraphFont"/>
    <w:link w:val="Footer"/>
    <w:uiPriority w:val="99"/>
    <w:rsid w:val="00E618BF"/>
  </w:style>
  <w:style w:type="paragraph" w:styleId="Heading1">
    <w:uiPriority w:val="9"/>
    <w:name w:val="heading 1"/>
    <w:basedOn w:val="Heading2"/>
    <w:next w:val="Normal"/>
    <w:link w:val="Heading1Char"/>
    <w:qFormat/>
    <w:rsid w:val="65B61583"/>
    <w:rPr>
      <w:rFonts w:ascii="Arial" w:hAnsi="Arial" w:eastAsia="Arial" w:cs="Arial"/>
      <w:b w:val="0"/>
      <w:bCs w:val="0"/>
      <w:color w:val="auto"/>
      <w:sz w:val="32"/>
      <w:szCs w:val="32"/>
    </w:rPr>
    <w:pPr>
      <w:keepNext w:val="0"/>
      <w:keepLines w:val="0"/>
      <w:spacing w:line="360" w:lineRule="auto"/>
      <w:jc w:val="left"/>
    </w:pPr>
  </w:style>
  <w:style w:type="paragraph" w:styleId="Heading2">
    <w:uiPriority w:val="9"/>
    <w:name w:val="heading 2"/>
    <w:basedOn w:val="Normal"/>
    <w:next w:val="Normal"/>
    <w:unhideWhenUsed/>
    <w:link w:val="Heading2Char"/>
    <w:qFormat/>
    <w:rsid w:val="65B61583"/>
    <w:rPr>
      <w:rFonts w:ascii="Calibri" w:hAnsi="Calibri" w:eastAsia="ＭＳ ゴシック" w:cs="" w:asciiTheme="majorAscii" w:hAnsiTheme="majorAscii" w:eastAsiaTheme="majorEastAsia" w:cstheme="majorBidi"/>
      <w:b w:val="1"/>
      <w:bCs w:val="1"/>
      <w:color w:val="4F80BD"/>
      <w:sz w:val="26"/>
      <w:szCs w:val="26"/>
    </w:rPr>
    <w:pPr>
      <w:keepNext w:val="1"/>
      <w:keepLines w:val="1"/>
      <w:spacing w:before="200" w:after="0"/>
      <w:outlineLvl w:val="1"/>
    </w:pPr>
  </w:style>
  <w:style w:type="paragraph" w:styleId="Heading3">
    <w:uiPriority w:val="9"/>
    <w:name w:val="heading 3"/>
    <w:basedOn w:val="Normal"/>
    <w:next w:val="Normal"/>
    <w:unhideWhenUsed/>
    <w:link w:val="Heading3Char"/>
    <w:qFormat/>
    <w:rsid w:val="65B61583"/>
    <w:rPr>
      <w:rFonts w:ascii="Calibri" w:hAnsi="Calibri" w:eastAsia="ＭＳ ゴシック" w:cs="" w:asciiTheme="majorAscii" w:hAnsiTheme="majorAscii" w:eastAsiaTheme="majorEastAsia" w:cstheme="majorBidi"/>
      <w:b w:val="1"/>
      <w:bCs w:val="1"/>
      <w:color w:val="4F80BD"/>
    </w:rPr>
    <w:pPr>
      <w:keepNext w:val="1"/>
      <w:keepLines w:val="1"/>
      <w:spacing w:before="200" w:after="0"/>
      <w:outlineLvl w:val="2"/>
    </w:pPr>
  </w:style>
  <w:style w:type="paragraph" w:styleId="Heading4">
    <w:uiPriority w:val="9"/>
    <w:name w:val="heading 4"/>
    <w:basedOn w:val="Normal"/>
    <w:next w:val="Normal"/>
    <w:semiHidden/>
    <w:unhideWhenUsed/>
    <w:link w:val="Heading4Char"/>
    <w:qFormat/>
    <w:rsid w:val="65B61583"/>
    <w:rPr>
      <w:rFonts w:ascii="Calibri" w:hAnsi="Calibri" w:eastAsia="ＭＳ ゴシック" w:cs="" w:asciiTheme="majorAscii" w:hAnsiTheme="majorAscii" w:eastAsiaTheme="majorEastAsia" w:cstheme="majorBidi"/>
      <w:b w:val="1"/>
      <w:bCs w:val="1"/>
      <w:i w:val="1"/>
      <w:iCs w:val="1"/>
      <w:color w:val="4F80BD"/>
    </w:rPr>
    <w:pPr>
      <w:keepNext w:val="1"/>
      <w:keepLines w:val="1"/>
      <w:spacing w:before="200" w:after="0"/>
      <w:outlineLvl w:val="3"/>
    </w:pPr>
  </w:style>
  <w:style w:type="paragraph" w:styleId="Heading5">
    <w:uiPriority w:val="9"/>
    <w:name w:val="heading 5"/>
    <w:basedOn w:val="Normal"/>
    <w:next w:val="Normal"/>
    <w:semiHidden/>
    <w:unhideWhenUsed/>
    <w:link w:val="Heading5Char"/>
    <w:qFormat/>
    <w:rsid w:val="65B61583"/>
    <w:rPr>
      <w:rFonts w:ascii="Calibri" w:hAnsi="Calibri" w:eastAsia="ＭＳ ゴシック" w:cs="" w:asciiTheme="majorAscii" w:hAnsiTheme="majorAscii" w:eastAsiaTheme="majorEastAsia" w:cstheme="majorBidi"/>
      <w:color w:val="243F60"/>
    </w:rPr>
    <w:pPr>
      <w:keepNext w:val="1"/>
      <w:keepLines w:val="1"/>
      <w:spacing w:before="200" w:after="0"/>
      <w:outlineLvl w:val="4"/>
    </w:pPr>
  </w:style>
  <w:style w:type="paragraph" w:styleId="Heading6">
    <w:uiPriority w:val="9"/>
    <w:name w:val="heading 6"/>
    <w:basedOn w:val="Normal"/>
    <w:next w:val="Normal"/>
    <w:semiHidden/>
    <w:unhideWhenUsed/>
    <w:link w:val="Heading6Char"/>
    <w:qFormat/>
    <w:rsid w:val="65B61583"/>
    <w:rPr>
      <w:rFonts w:ascii="Calibri" w:hAnsi="Calibri" w:eastAsia="ＭＳ ゴシック" w:cs="" w:asciiTheme="majorAscii" w:hAnsiTheme="majorAscii" w:eastAsiaTheme="majorEastAsia" w:cstheme="majorBidi"/>
      <w:i w:val="1"/>
      <w:iCs w:val="1"/>
      <w:color w:val="243F60"/>
    </w:rPr>
    <w:pPr>
      <w:keepNext w:val="1"/>
      <w:keepLines w:val="1"/>
      <w:spacing w:before="200" w:after="0"/>
      <w:outlineLvl w:val="5"/>
    </w:pPr>
  </w:style>
  <w:style w:type="paragraph" w:styleId="Heading7">
    <w:uiPriority w:val="9"/>
    <w:name w:val="heading 7"/>
    <w:basedOn w:val="Normal"/>
    <w:next w:val="Normal"/>
    <w:semiHidden/>
    <w:unhideWhenUsed/>
    <w:link w:val="Heading7Char"/>
    <w:qFormat/>
    <w:rsid w:val="65B61583"/>
    <w:rPr>
      <w:rFonts w:ascii="Calibri" w:hAnsi="Calibri" w:eastAsia="ＭＳ ゴシック" w:cs="" w:asciiTheme="majorAscii" w:hAnsiTheme="majorAscii" w:eastAsiaTheme="majorEastAsia" w:cstheme="majorBidi"/>
      <w:i w:val="1"/>
      <w:iCs w:val="1"/>
      <w:color w:val="000000" w:themeColor="text1" w:themeTint="FF" w:themeShade="FF"/>
    </w:rPr>
    <w:pPr>
      <w:keepNext w:val="1"/>
      <w:keepLines w:val="1"/>
      <w:spacing w:before="200" w:after="0"/>
      <w:outlineLvl w:val="6"/>
    </w:pPr>
  </w:style>
  <w:style w:type="paragraph" w:styleId="Heading8">
    <w:uiPriority w:val="9"/>
    <w:name w:val="heading 8"/>
    <w:basedOn w:val="Normal"/>
    <w:next w:val="Normal"/>
    <w:semiHidden/>
    <w:unhideWhenUsed/>
    <w:link w:val="Heading8Char"/>
    <w:qFormat/>
    <w:rsid w:val="65B61583"/>
    <w:rPr>
      <w:rFonts w:ascii="Calibri" w:hAnsi="Calibri" w:eastAsia="ＭＳ ゴシック" w:cs="" w:asciiTheme="majorAscii" w:hAnsiTheme="majorAscii" w:eastAsiaTheme="majorEastAsia" w:cstheme="majorBidi"/>
      <w:color w:val="4F80BD"/>
      <w:sz w:val="20"/>
      <w:szCs w:val="20"/>
    </w:rPr>
    <w:pPr>
      <w:keepNext w:val="1"/>
      <w:keepLines w:val="1"/>
      <w:spacing w:before="200" w:after="0"/>
      <w:outlineLvl w:val="7"/>
    </w:pPr>
  </w:style>
  <w:style w:type="paragraph" w:styleId="Heading9">
    <w:uiPriority w:val="9"/>
    <w:name w:val="heading 9"/>
    <w:basedOn w:val="Normal"/>
    <w:next w:val="Normal"/>
    <w:semiHidden/>
    <w:unhideWhenUsed/>
    <w:link w:val="Heading9Char"/>
    <w:qFormat/>
    <w:rsid w:val="65B61583"/>
    <w:rPr>
      <w:rFonts w:ascii="Calibri" w:hAnsi="Calibri" w:eastAsia="ＭＳ ゴシック" w:cs="" w:asciiTheme="majorAscii" w:hAnsiTheme="majorAscii" w:eastAsiaTheme="majorEastAsia" w:cstheme="majorBidi"/>
      <w:i w:val="1"/>
      <w:iCs w:val="1"/>
      <w:color w:val="000000" w:themeColor="text1" w:themeTint="FF" w:themeShade="FF"/>
      <w:sz w:val="20"/>
      <w:szCs w:val="20"/>
    </w:rPr>
    <w:pPr>
      <w:keepNext w:val="1"/>
      <w:keepLines w:val="1"/>
      <w:spacing w:before="200"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basedOn w:val="Normal"/>
    <w:qFormat/>
    <w:rsid w:val="65B61583"/>
  </w:style>
  <w:style w:type="character" w:styleId="Heading1Char" w:customStyle="true">
    <w:uiPriority w:val="9"/>
    <w:name w:val="Heading 1 Char"/>
    <w:basedOn w:val="Heading2"/>
    <w:link w:val="Heading1"/>
    <w:rsid w:val="65B61583"/>
    <w:rPr>
      <w:rFonts w:ascii="Arial" w:hAnsi="Arial" w:eastAsia="Arial" w:cs="Arial"/>
      <w:b w:val="0"/>
      <w:bCs w:val="0"/>
      <w:color w:val="auto"/>
      <w:sz w:val="32"/>
      <w:szCs w:val="32"/>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uiPriority w:val="10"/>
    <w:name w:val="Title"/>
    <w:basedOn w:val="Normal"/>
    <w:next w:val="Normal"/>
    <w:link w:val="TitleChar"/>
    <w:qFormat/>
    <w:rsid w:val="65B61583"/>
  </w:style>
  <w:style w:type="character" w:styleId="TitleChar" w:customStyle="true">
    <w:uiPriority w:val="10"/>
    <w:name w:val="Title Char"/>
    <w:basedOn w:val="Normal"/>
    <w:link w:val="Title"/>
    <w:rsid w:val="65B61583"/>
  </w:style>
  <w:style w:type="paragraph" w:styleId="Subtitle">
    <w:uiPriority w:val="11"/>
    <w:name w:val="Subtitle"/>
    <w:basedOn w:val="Normal"/>
    <w:next w:val="Normal"/>
    <w:link w:val="SubtitleChar"/>
    <w:qFormat/>
    <w:rsid w:val="65B61583"/>
    <w:rPr>
      <w:rFonts w:ascii="Calibri" w:hAnsi="Calibri" w:eastAsia="ＭＳ ゴシック" w:cs="" w:asciiTheme="majorAscii" w:hAnsiTheme="majorAscii" w:eastAsiaTheme="majorEastAsia" w:cstheme="majorBidi"/>
      <w:i w:val="1"/>
      <w:iCs w:val="1"/>
      <w:color w:val="4F80BD"/>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uiPriority w:val="34"/>
    <w:name w:val="List Paragraph"/>
    <w:basedOn w:val="Normal"/>
    <w:qFormat/>
    <w:rsid w:val="65B61583"/>
    <w:pPr>
      <w:spacing/>
      <w:ind w:left="720"/>
      <w:contextualSpacing/>
    </w:pPr>
  </w:style>
  <w:style w:type="paragraph" w:styleId="BodyText">
    <w:uiPriority w:val="99"/>
    <w:name w:val="Body Text"/>
    <w:basedOn w:val="Normal"/>
    <w:unhideWhenUsed/>
    <w:link w:val="BodyTextChar"/>
    <w:rsid w:val="65B61583"/>
    <w:pPr>
      <w:spacing w:after="120"/>
    </w:pPr>
  </w:style>
  <w:style w:type="character" w:styleId="BodyTextChar" w:customStyle="1">
    <w:name w:val="Body Text Char"/>
    <w:basedOn w:val="DefaultParagraphFont"/>
    <w:link w:val="BodyText"/>
    <w:uiPriority w:val="99"/>
    <w:rsid w:val="00AA1D8D"/>
  </w:style>
  <w:style w:type="paragraph" w:styleId="BodyText2">
    <w:uiPriority w:val="99"/>
    <w:name w:val="Body Text 2"/>
    <w:basedOn w:val="Normal"/>
    <w:unhideWhenUsed/>
    <w:link w:val="BodyText2Char"/>
    <w:rsid w:val="65B61583"/>
    <w:pPr>
      <w:spacing w:after="120"/>
    </w:pPr>
  </w:style>
  <w:style w:type="character" w:styleId="BodyText2Char" w:customStyle="1">
    <w:name w:val="Body Text 2 Char"/>
    <w:basedOn w:val="DefaultParagraphFont"/>
    <w:link w:val="BodyText2"/>
    <w:uiPriority w:val="99"/>
    <w:rsid w:val="00AA1D8D"/>
  </w:style>
  <w:style w:type="paragraph" w:styleId="BodyText3">
    <w:uiPriority w:val="99"/>
    <w:name w:val="Body Text 3"/>
    <w:basedOn w:val="Normal"/>
    <w:unhideWhenUsed/>
    <w:link w:val="BodyText3Char"/>
    <w:rsid w:val="65B61583"/>
    <w:rPr>
      <w:sz w:val="16"/>
      <w:szCs w:val="16"/>
    </w:rPr>
    <w:pPr>
      <w:spacing w:after="120"/>
    </w:pPr>
  </w:style>
  <w:style w:type="character" w:styleId="BodyText3Char" w:customStyle="1">
    <w:name w:val="Body Text 3 Char"/>
    <w:basedOn w:val="DefaultParagraphFont"/>
    <w:link w:val="BodyText3"/>
    <w:uiPriority w:val="99"/>
    <w:rsid w:val="00AA1D8D"/>
    <w:rPr>
      <w:sz w:val="16"/>
      <w:szCs w:val="16"/>
    </w:rPr>
  </w:style>
  <w:style w:type="paragraph" w:styleId="List">
    <w:uiPriority w:val="99"/>
    <w:name w:val="List"/>
    <w:basedOn w:val="Normal"/>
    <w:unhideWhenUsed/>
    <w:rsid w:val="65B61583"/>
    <w:pPr>
      <w:spacing/>
      <w:ind w:left="360" w:hanging="360"/>
      <w:contextualSpacing/>
    </w:pPr>
  </w:style>
  <w:style w:type="paragraph" w:styleId="List2">
    <w:uiPriority w:val="99"/>
    <w:name w:val="List 2"/>
    <w:basedOn w:val="Normal"/>
    <w:unhideWhenUsed/>
    <w:rsid w:val="65B61583"/>
    <w:pPr>
      <w:spacing/>
      <w:ind w:left="720" w:hanging="360"/>
      <w:contextualSpacing/>
    </w:pPr>
  </w:style>
  <w:style w:type="paragraph" w:styleId="List3">
    <w:uiPriority w:val="99"/>
    <w:name w:val="List 3"/>
    <w:basedOn w:val="Normal"/>
    <w:unhideWhenUsed/>
    <w:rsid w:val="65B61583"/>
    <w:pPr>
      <w:spacing/>
      <w:ind w:left="1080" w:hanging="360"/>
      <w:contextualSpacing/>
    </w:pPr>
  </w:style>
  <w:style w:type="paragraph" w:styleId="ListBullet">
    <w:uiPriority w:val="99"/>
    <w:name w:val="List Bullet"/>
    <w:basedOn w:val="Normal"/>
    <w:unhideWhenUsed/>
    <w:rsid w:val="65B61583"/>
    <w:pPr>
      <w:numPr>
        <w:numId w:val="1"/>
      </w:numPr>
      <w:spacing/>
      <w:contextualSpacing/>
    </w:pPr>
  </w:style>
  <w:style w:type="paragraph" w:styleId="ListBullet2">
    <w:uiPriority w:val="99"/>
    <w:name w:val="List Bullet 2"/>
    <w:basedOn w:val="Normal"/>
    <w:unhideWhenUsed/>
    <w:rsid w:val="65B61583"/>
    <w:pPr>
      <w:numPr>
        <w:numId w:val="2"/>
      </w:numPr>
      <w:spacing/>
      <w:contextualSpacing/>
    </w:pPr>
  </w:style>
  <w:style w:type="paragraph" w:styleId="ListBullet3">
    <w:uiPriority w:val="99"/>
    <w:name w:val="List Bullet 3"/>
    <w:basedOn w:val="Normal"/>
    <w:unhideWhenUsed/>
    <w:rsid w:val="65B61583"/>
    <w:pPr>
      <w:numPr>
        <w:numId w:val="3"/>
      </w:numPr>
      <w:spacing/>
      <w:contextualSpacing/>
    </w:pPr>
  </w:style>
  <w:style w:type="paragraph" w:styleId="ListNumber">
    <w:uiPriority w:val="99"/>
    <w:name w:val="List Number"/>
    <w:basedOn w:val="Normal"/>
    <w:unhideWhenUsed/>
    <w:rsid w:val="65B61583"/>
    <w:pPr>
      <w:numPr>
        <w:numId w:val="5"/>
      </w:numPr>
      <w:spacing/>
      <w:contextualSpacing/>
    </w:pPr>
  </w:style>
  <w:style w:type="paragraph" w:styleId="ListNumber2">
    <w:uiPriority w:val="99"/>
    <w:name w:val="List Number 2"/>
    <w:basedOn w:val="Normal"/>
    <w:unhideWhenUsed/>
    <w:rsid w:val="65B61583"/>
    <w:pPr>
      <w:numPr>
        <w:numId w:val="6"/>
      </w:numPr>
      <w:spacing/>
      <w:contextualSpacing/>
    </w:pPr>
  </w:style>
  <w:style w:type="paragraph" w:styleId="ListNumber3">
    <w:uiPriority w:val="99"/>
    <w:name w:val="List Number 3"/>
    <w:basedOn w:val="Normal"/>
    <w:unhideWhenUsed/>
    <w:rsid w:val="65B61583"/>
    <w:pPr>
      <w:numPr>
        <w:numId w:val="7"/>
      </w:numPr>
      <w:spacing/>
      <w:contextualSpacing/>
    </w:pPr>
  </w:style>
  <w:style w:type="paragraph" w:styleId="ListContinue">
    <w:uiPriority w:val="99"/>
    <w:name w:val="List Continue"/>
    <w:basedOn w:val="Normal"/>
    <w:unhideWhenUsed/>
    <w:rsid w:val="65B61583"/>
    <w:pPr>
      <w:spacing w:after="120"/>
      <w:ind w:left="360"/>
      <w:contextualSpacing/>
    </w:pPr>
  </w:style>
  <w:style w:type="paragraph" w:styleId="ListContinue2">
    <w:uiPriority w:val="99"/>
    <w:name w:val="List Continue 2"/>
    <w:basedOn w:val="Normal"/>
    <w:unhideWhenUsed/>
    <w:rsid w:val="65B61583"/>
    <w:pPr>
      <w:spacing w:after="120"/>
      <w:ind w:left="720"/>
      <w:contextualSpacing/>
    </w:pPr>
  </w:style>
  <w:style w:type="paragraph" w:styleId="ListContinue3">
    <w:uiPriority w:val="99"/>
    <w:name w:val="List Continue 3"/>
    <w:basedOn w:val="Normal"/>
    <w:unhideWhenUsed/>
    <w:rsid w:val="65B61583"/>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uiPriority w:val="29"/>
    <w:name w:val="Quote"/>
    <w:basedOn w:val="Normal"/>
    <w:next w:val="Normal"/>
    <w:link w:val="QuoteChar"/>
    <w:qFormat/>
    <w:rsid w:val="65B61583"/>
    <w:rPr>
      <w:i w:val="1"/>
      <w:iCs w:val="1"/>
      <w:color w:val="000000" w:themeColor="text1" w:themeTint="FF" w:themeShade="FF"/>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uiPriority w:val="35"/>
    <w:name w:val="caption"/>
    <w:basedOn w:val="Normal"/>
    <w:next w:val="Normal"/>
    <w:semiHidden/>
    <w:unhideWhenUsed/>
    <w:qFormat/>
    <w:rsid w:val="65B61583"/>
    <w:rPr>
      <w:b w:val="1"/>
      <w:bCs w:val="1"/>
      <w:color w:val="4F80BD"/>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uiPriority w:val="30"/>
    <w:name w:val="Intense Quote"/>
    <w:basedOn w:val="Normal"/>
    <w:next w:val="Normal"/>
    <w:link w:val="IntenseQuoteChar"/>
    <w:qFormat/>
    <w:rsid w:val="65B61583"/>
    <w:rPr>
      <w:b w:val="1"/>
      <w:bCs w:val="1"/>
      <w:i w:val="1"/>
      <w:iCs w:val="1"/>
      <w:color w:val="4F80BD"/>
    </w:rPr>
    <w:pPr>
      <w:pBdr>
        <w:bottom w:val="single" w:color="4F81BD" w:themeColor="accent1" w:sz="4" w:space="4"/>
      </w:pBdr>
      <w:spacing w:before="200" w:after="280"/>
      <w:ind w:left="936" w:right="936"/>
    </w:p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uiPriority w:val="39"/>
    <w:name w:val="TOC Heading"/>
    <w:basedOn w:val="Heading1"/>
    <w:next w:val="Normal"/>
    <w:semiHidden/>
    <w:unhideWhenUsed/>
    <w:qFormat/>
    <w:rsid w:val="65B61583"/>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image" Target="/media/image.png" Id="rId783668517" /><Relationship Type="http://schemas.microsoft.com/office/2020/10/relationships/intelligence" Target="intelligence2.xml" Id="Rb7771bcad0f842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Andreea M Popa</lastModifiedBy>
  <revision>3</revision>
  <dcterms:created xsi:type="dcterms:W3CDTF">2013-12-23T23:15:00.0000000Z</dcterms:created>
  <dcterms:modified xsi:type="dcterms:W3CDTF">2026-07-24T16:51:36.7579745Z</dcterms:modified>
  <category/>
</coreProperties>
</file>