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0E2F7" w14:textId="77777777" w:rsidR="00880A98" w:rsidRDefault="00000000">
      <w:pPr>
        <w:pStyle w:val="Title"/>
      </w:pPr>
      <w:r>
        <w:t>Supporting motivation</w:t>
      </w:r>
    </w:p>
    <w:p w14:paraId="49332109" w14:textId="77777777" w:rsidR="00880A98" w:rsidRDefault="00000000">
      <w:r>
        <w:t>Assess a proposed practice-quiz app and design an improved screen that supports students’ goals while giving them meaningful control.</w:t>
      </w:r>
    </w:p>
    <w:p w14:paraId="498741CB" w14:textId="77777777" w:rsidR="00880A98" w:rsidRDefault="00000000">
      <w:r>
        <w:t>Timing: 5 minutes individual review, 15 minutes design work in pairs and 5 minutes preparing your response. A 5-minute class discussion follows.</w:t>
      </w:r>
    </w:p>
    <w:p w14:paraId="64F3D552" w14:textId="77777777" w:rsidR="00880A98" w:rsidRDefault="00000000">
      <w:pPr>
        <w:pStyle w:val="Heading1"/>
      </w:pPr>
      <w:r>
        <w:t>The scenario</w:t>
      </w:r>
    </w:p>
    <w:p w14:paraId="794B9D0D" w14:textId="77777777" w:rsidR="00880A98" w:rsidRDefault="00000000">
      <w:r>
        <w:t>The university wants students to practise regularly. Students want to prepare effectively for an assessment. The proposed app includes the five features listed below.</w:t>
      </w:r>
    </w:p>
    <w:p w14:paraId="64D4FBFF" w14:textId="77777777" w:rsidR="00880A98" w:rsidRDefault="00000000">
      <w:r>
        <w:t>Consider students who need help with difficult topics, have limited or unpredictable study time, or prefer to keep their performance private.</w:t>
      </w:r>
    </w:p>
    <w:p w14:paraId="59D464A4" w14:textId="77777777" w:rsidR="00880A98" w:rsidRDefault="00000000">
      <w:pPr>
        <w:pStyle w:val="Heading1"/>
      </w:pPr>
      <w:r>
        <w:t>1 Review the proposed features</w:t>
      </w:r>
    </w:p>
    <w:p w14:paraId="4425BCD9" w14:textId="77777777" w:rsidR="00880A98" w:rsidRDefault="00000000">
      <w:r>
        <w:t>For each feature, note a possible benefit and a possible unwanted effect. These are predictions to investigate, rather than established findings.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24"/>
        <w:gridCol w:w="3528"/>
        <w:gridCol w:w="3528"/>
      </w:tblGrid>
      <w:tr w:rsidR="00880A98" w14:paraId="4A85F28B" w14:textId="77777777">
        <w:trPr>
          <w:jc w:val="center"/>
        </w:trPr>
        <w:tc>
          <w:tcPr>
            <w:tcW w:w="3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vAlign w:val="center"/>
          </w:tcPr>
          <w:p w14:paraId="76CA9F6E" w14:textId="77777777" w:rsidR="00880A98" w:rsidRDefault="00000000">
            <w:pPr>
              <w:spacing w:before="100" w:after="100"/>
            </w:pPr>
            <w:r>
              <w:rPr>
                <w:b/>
              </w:rPr>
              <w:t>Proposed feature</w:t>
            </w: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vAlign w:val="center"/>
          </w:tcPr>
          <w:p w14:paraId="56532D8E" w14:textId="77777777" w:rsidR="00880A98" w:rsidRDefault="00000000">
            <w:pPr>
              <w:spacing w:before="100" w:after="100"/>
            </w:pPr>
            <w:r>
              <w:rPr>
                <w:b/>
              </w:rPr>
              <w:t>Possible benefit</w:t>
            </w: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6E6"/>
            <w:vAlign w:val="center"/>
          </w:tcPr>
          <w:p w14:paraId="50077E52" w14:textId="77777777" w:rsidR="00880A98" w:rsidRDefault="00000000">
            <w:pPr>
              <w:spacing w:before="100" w:after="100"/>
            </w:pPr>
            <w:r>
              <w:rPr>
                <w:b/>
              </w:rPr>
              <w:t>Possible unwanted effect</w:t>
            </w:r>
          </w:p>
        </w:tc>
      </w:tr>
      <w:tr w:rsidR="00880A98" w14:paraId="0A0BEF21" w14:textId="77777777">
        <w:trPr>
          <w:trHeight w:val="893"/>
          <w:jc w:val="center"/>
        </w:trPr>
        <w:tc>
          <w:tcPr>
            <w:tcW w:w="3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0FB6A7C6" w14:textId="77777777" w:rsidR="00880A98" w:rsidRDefault="00000000">
            <w:pPr>
              <w:spacing w:before="100" w:after="100"/>
            </w:pPr>
            <w:r>
              <w:t>Public leaderboard ranked by total points</w:t>
            </w: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6D4F1245" w14:textId="77777777" w:rsidR="00880A98" w:rsidRDefault="00880A98">
            <w:pPr>
              <w:spacing w:before="100" w:after="100"/>
            </w:pP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0D7CDBE1" w14:textId="77777777" w:rsidR="00880A98" w:rsidRDefault="00880A98">
            <w:pPr>
              <w:spacing w:before="100" w:after="100"/>
            </w:pPr>
          </w:p>
        </w:tc>
      </w:tr>
      <w:tr w:rsidR="00880A98" w14:paraId="5B2B33FD" w14:textId="77777777">
        <w:trPr>
          <w:trHeight w:val="893"/>
          <w:jc w:val="center"/>
        </w:trPr>
        <w:tc>
          <w:tcPr>
            <w:tcW w:w="3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06E174CC" w14:textId="77777777" w:rsidR="00880A98" w:rsidRDefault="00000000">
            <w:pPr>
              <w:spacing w:before="100" w:after="100"/>
            </w:pPr>
            <w:r>
              <w:t>Daily streak that resets after a missed day</w:t>
            </w: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124A653E" w14:textId="77777777" w:rsidR="00880A98" w:rsidRDefault="00880A98">
            <w:pPr>
              <w:spacing w:before="100" w:after="100"/>
            </w:pP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4B1AB8AA" w14:textId="77777777" w:rsidR="00880A98" w:rsidRDefault="00880A98">
            <w:pPr>
              <w:spacing w:before="100" w:after="100"/>
            </w:pPr>
          </w:p>
        </w:tc>
      </w:tr>
      <w:tr w:rsidR="00880A98" w14:paraId="6B1BAEEF" w14:textId="77777777">
        <w:trPr>
          <w:trHeight w:val="893"/>
          <w:jc w:val="center"/>
        </w:trPr>
        <w:tc>
          <w:tcPr>
            <w:tcW w:w="3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23764FC5" w14:textId="77777777" w:rsidR="00880A98" w:rsidRDefault="00000000">
            <w:pPr>
              <w:spacing w:before="100" w:after="100"/>
            </w:pPr>
            <w:r>
              <w:t>Reminders saying “You are falling behind”</w:t>
            </w: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0CDF10C3" w14:textId="77777777" w:rsidR="00880A98" w:rsidRDefault="00880A98">
            <w:pPr>
              <w:spacing w:before="100" w:after="100"/>
            </w:pP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6492B44C" w14:textId="77777777" w:rsidR="00880A98" w:rsidRDefault="00880A98">
            <w:pPr>
              <w:spacing w:before="100" w:after="100"/>
            </w:pPr>
          </w:p>
        </w:tc>
      </w:tr>
      <w:tr w:rsidR="00880A98" w14:paraId="655CA4C8" w14:textId="77777777">
        <w:trPr>
          <w:trHeight w:val="893"/>
          <w:jc w:val="center"/>
        </w:trPr>
        <w:tc>
          <w:tcPr>
            <w:tcW w:w="3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2012F32C" w14:textId="77777777" w:rsidR="00880A98" w:rsidRDefault="00000000">
            <w:pPr>
              <w:spacing w:before="100" w:after="100"/>
            </w:pPr>
            <w:r>
              <w:t>Explanation of each incorrect answer</w:t>
            </w: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1207ABA4" w14:textId="77777777" w:rsidR="00880A98" w:rsidRDefault="00880A98">
            <w:pPr>
              <w:spacing w:before="100" w:after="100"/>
            </w:pP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4B505F16" w14:textId="77777777" w:rsidR="00880A98" w:rsidRDefault="00880A98">
            <w:pPr>
              <w:spacing w:before="100" w:after="100"/>
            </w:pPr>
          </w:p>
        </w:tc>
      </w:tr>
      <w:tr w:rsidR="00880A98" w14:paraId="401A69AB" w14:textId="77777777">
        <w:trPr>
          <w:trHeight w:val="893"/>
          <w:jc w:val="center"/>
        </w:trPr>
        <w:tc>
          <w:tcPr>
            <w:tcW w:w="30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2E2A8C09" w14:textId="77777777" w:rsidR="00880A98" w:rsidRDefault="00000000">
            <w:pPr>
              <w:spacing w:before="100" w:after="100"/>
            </w:pPr>
            <w:r>
              <w:t>Choice of topic and difficulty</w:t>
            </w: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314B0704" w14:textId="77777777" w:rsidR="00880A98" w:rsidRDefault="00880A98">
            <w:pPr>
              <w:spacing w:before="100" w:after="100"/>
            </w:pPr>
          </w:p>
        </w:tc>
        <w:tc>
          <w:tcPr>
            <w:tcW w:w="352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265904D0" w14:textId="77777777" w:rsidR="00880A98" w:rsidRDefault="00880A98">
            <w:pPr>
              <w:spacing w:before="100" w:after="100"/>
            </w:pPr>
          </w:p>
        </w:tc>
      </w:tr>
    </w:tbl>
    <w:p w14:paraId="5054913F" w14:textId="77777777" w:rsidR="00880A98" w:rsidRDefault="00000000">
      <w:r>
        <w:t>Useful concepts: autonomy means meaningful choice and willing action; competence means feeling capable and effective; relatedness means feeling connected to others. Apply them where relevant.</w:t>
      </w:r>
    </w:p>
    <w:p w14:paraId="57550CB4" w14:textId="77777777" w:rsidR="00880A98" w:rsidRDefault="00000000">
      <w:r>
        <w:br w:type="page"/>
      </w:r>
    </w:p>
    <w:p w14:paraId="74D54807" w14:textId="77777777" w:rsidR="00880A98" w:rsidRDefault="00000000">
      <w:pPr>
        <w:pStyle w:val="Heading1"/>
      </w:pPr>
      <w:r>
        <w:lastRenderedPageBreak/>
        <w:t>2 Design an improved screen</w:t>
      </w:r>
    </w:p>
    <w:p w14:paraId="3539314D" w14:textId="77777777" w:rsidR="00880A98" w:rsidRDefault="00000000">
      <w:r>
        <w:t>Retain, adapt or remove features based on your review. Sketch one screen that shows your approach. Annotate what the student sees and can do. Graphic polish is unnecessary.</w:t>
      </w:r>
    </w:p>
    <w:p w14:paraId="6E251B14" w14:textId="77777777" w:rsidR="00880A98" w:rsidRDefault="00000000">
      <w:pPr>
        <w:spacing w:after="0" w:line="5300" w:lineRule="exact"/>
      </w:pPr>
      <w:r>
        <w:t xml:space="preserve"> </w:t>
      </w:r>
    </w:p>
    <w:p w14:paraId="208CD2BE" w14:textId="77777777" w:rsidR="00880A98" w:rsidRDefault="00000000">
      <w:pPr>
        <w:pStyle w:val="Heading1"/>
      </w:pPr>
      <w:r>
        <w:t>3 Explain your decisions</w:t>
      </w:r>
    </w:p>
    <w:p w14:paraId="557D7BE5" w14:textId="77777777" w:rsidR="00880A98" w:rsidRDefault="00000000">
      <w:r>
        <w:t>Identify two features you retained or changed. For each, explain the user goal or need it supports and the behaviour you expect.</w:t>
      </w:r>
    </w:p>
    <w:p w14:paraId="4A06D4DC" w14:textId="77777777" w:rsidR="00880A98" w:rsidRDefault="00000000">
      <w:r>
        <w:t>Feature and decision 1</w:t>
      </w:r>
    </w:p>
    <w:p w14:paraId="0320DF81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1F2B1AB4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53AC1FC4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0D4B91C6" w14:textId="77777777" w:rsidR="00880A98" w:rsidRDefault="00000000">
      <w:r>
        <w:t>Feature and decision 2</w:t>
      </w:r>
    </w:p>
    <w:p w14:paraId="27241E2A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2FA604CE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0F131A9F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6AF0F9AF" w14:textId="77777777" w:rsidR="00880A98" w:rsidRDefault="00000000">
      <w:r>
        <w:br w:type="page"/>
      </w:r>
    </w:p>
    <w:p w14:paraId="39A7AA0F" w14:textId="77777777" w:rsidR="00880A98" w:rsidRDefault="00000000">
      <w:pPr>
        <w:pStyle w:val="Heading1"/>
      </w:pPr>
      <w:r>
        <w:lastRenderedPageBreak/>
        <w:t>4 User control</w:t>
      </w:r>
    </w:p>
    <w:p w14:paraId="7033C21C" w14:textId="77777777" w:rsidR="00880A98" w:rsidRDefault="00000000">
      <w:r>
        <w:t>How can students choose whether and when to receive reminders? How can they change or stop them?</w:t>
      </w:r>
    </w:p>
    <w:p w14:paraId="0CAAA303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093C60DE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6C5CCFA8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3F9743E9" w14:textId="77777777" w:rsidR="00880A98" w:rsidRDefault="00000000">
      <w:r>
        <w:t>Who can see a student’s performance? How does the student choose or change that visibility?</w:t>
      </w:r>
    </w:p>
    <w:p w14:paraId="2915206E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2A89ED2F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085CFA05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71F05267" w14:textId="77777777" w:rsidR="00880A98" w:rsidRDefault="00000000">
      <w:pPr>
        <w:pStyle w:val="Heading1"/>
      </w:pPr>
      <w:r>
        <w:t>5 Benefits and possible drawbacks</w:t>
      </w:r>
    </w:p>
    <w:p w14:paraId="2B96294A" w14:textId="77777777" w:rsidR="00880A98" w:rsidRDefault="00000000">
      <w:r>
        <w:t>Identify one expected benefit of your design and one possible unintended effect. Consider a student who already feels behind.</w:t>
      </w:r>
    </w:p>
    <w:p w14:paraId="3ABAB6B4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27FFE16C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1E77B165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70DD3C44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725DEEF7" w14:textId="77777777" w:rsidR="00880A98" w:rsidRDefault="00000000">
      <w:pPr>
        <w:pStyle w:val="Heading1"/>
      </w:pPr>
      <w:r>
        <w:t>6 Evidence and discussion</w:t>
      </w:r>
    </w:p>
    <w:p w14:paraId="18A57A16" w14:textId="77777777" w:rsidR="00880A98" w:rsidRDefault="00000000">
      <w:r>
        <w:t>Choose one design claim. What evidence would help you decide whether it holds? Suggest a task, neutral question or measure.</w:t>
      </w:r>
    </w:p>
    <w:p w14:paraId="1F495751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5BA7702D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41875F91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016A02C4" w14:textId="77777777" w:rsidR="00880A98" w:rsidRDefault="00000000">
      <w:pPr>
        <w:spacing w:after="80"/>
      </w:pPr>
      <w:r>
        <w:t>________________________________________________________________________________</w:t>
      </w:r>
    </w:p>
    <w:p w14:paraId="5AF8B872" w14:textId="77777777" w:rsidR="00880A98" w:rsidRDefault="00000000">
      <w:r>
        <w:t>Prepare to share one feature, the need it addresses, the behaviour you expect, a possible unintended effect and the evidence you would collect.</w:t>
      </w:r>
    </w:p>
    <w:p w14:paraId="12C8E3CE" w14:textId="77777777" w:rsidR="00880A98" w:rsidRDefault="00000000">
      <w:r>
        <w:t>Remember: more frequent app use alone does not demonstrate better learning or a better experience.</w:t>
      </w:r>
    </w:p>
    <w:sectPr w:rsidR="00880A98" w:rsidSect="00034616">
      <w:headerReference w:type="default" r:id="rId8"/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62851" w14:textId="77777777" w:rsidR="006F2E69" w:rsidRDefault="006F2E69">
      <w:pPr>
        <w:spacing w:after="0" w:line="240" w:lineRule="auto"/>
      </w:pPr>
      <w:r>
        <w:separator/>
      </w:r>
    </w:p>
  </w:endnote>
  <w:endnote w:type="continuationSeparator" w:id="0">
    <w:p w14:paraId="3991BE0E" w14:textId="77777777" w:rsidR="006F2E69" w:rsidRDefault="006F2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8900F" w14:textId="77777777" w:rsidR="00880A98" w:rsidRDefault="00000000">
    <w:pPr>
      <w:pStyle w:val="Footer"/>
    </w:pPr>
    <w:r>
      <w:t xml:space="preserve">Understanding User </w:t>
    </w:r>
    <w:proofErr w:type="spellStart"/>
    <w:r>
      <w:t>Behaviour</w:t>
    </w:r>
    <w:proofErr w:type="spellEnd"/>
    <w:r>
      <w:t xml:space="preserve">                                    </w:t>
    </w:r>
    <w:r>
      <w:fldChar w:fldCharType="begin"/>
    </w:r>
    <w:r>
      <w:instrText>PAGE</w:instrText>
    </w:r>
    <w:r>
      <w:fldChar w:fldCharType="separate"/>
    </w:r>
    <w:r w:rsidR="008A56F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634C0" w14:textId="77777777" w:rsidR="006F2E69" w:rsidRDefault="006F2E69">
      <w:pPr>
        <w:spacing w:after="0" w:line="240" w:lineRule="auto"/>
      </w:pPr>
      <w:r>
        <w:separator/>
      </w:r>
    </w:p>
  </w:footnote>
  <w:footnote w:type="continuationSeparator" w:id="0">
    <w:p w14:paraId="465AF095" w14:textId="77777777" w:rsidR="006F2E69" w:rsidRDefault="006F2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06393" w14:textId="77777777" w:rsidR="00880A98" w:rsidRDefault="00000000">
    <w:pPr>
      <w:pStyle w:val="Header"/>
    </w:pPr>
    <w:r>
      <w:t>Usability Engineering • Workshop 15 • Exercise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78228785">
    <w:abstractNumId w:val="8"/>
  </w:num>
  <w:num w:numId="2" w16cid:durableId="2145199602">
    <w:abstractNumId w:val="6"/>
  </w:num>
  <w:num w:numId="3" w16cid:durableId="1879775186">
    <w:abstractNumId w:val="5"/>
  </w:num>
  <w:num w:numId="4" w16cid:durableId="1985163026">
    <w:abstractNumId w:val="4"/>
  </w:num>
  <w:num w:numId="5" w16cid:durableId="1447313006">
    <w:abstractNumId w:val="7"/>
  </w:num>
  <w:num w:numId="6" w16cid:durableId="1534919658">
    <w:abstractNumId w:val="3"/>
  </w:num>
  <w:num w:numId="7" w16cid:durableId="1918441430">
    <w:abstractNumId w:val="2"/>
  </w:num>
  <w:num w:numId="8" w16cid:durableId="1535464986">
    <w:abstractNumId w:val="1"/>
  </w:num>
  <w:num w:numId="9" w16cid:durableId="1772126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02A6"/>
    <w:rsid w:val="006F2E69"/>
    <w:rsid w:val="00880A98"/>
    <w:rsid w:val="008A56F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8AAA08"/>
  <w14:defaultImageDpi w14:val="300"/>
  <w15:docId w15:val="{54AC7889-6EBA-4E0B-8F74-EC9E71AC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Calibri" w:hAnsi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3659</Characters>
  <Application>Microsoft Office Word</Application>
  <DocSecurity>0</DocSecurity>
  <Lines>81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2</cp:revision>
  <dcterms:created xsi:type="dcterms:W3CDTF">2013-12-23T23:15:00Z</dcterms:created>
  <dcterms:modified xsi:type="dcterms:W3CDTF">2026-10-15T12:41:00Z</dcterms:modified>
  <cp:category/>
</cp:coreProperties>
</file>