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7CCCC" w14:textId="77777777" w:rsidR="00924244" w:rsidRDefault="00000000">
      <w:pPr>
        <w:jc w:val="center"/>
        <w:rPr>
          <w:b/>
          <w:sz w:val="40"/>
        </w:rPr>
      </w:pPr>
      <w:r>
        <w:rPr>
          <w:b/>
          <w:sz w:val="40"/>
        </w:rPr>
        <w:t>Urban Aroma Coffee</w:t>
      </w:r>
    </w:p>
    <w:p w14:paraId="15DF1D30" w14:textId="1AA22217" w:rsidR="000C7A36" w:rsidRDefault="000C7A36" w:rsidP="000C7A36">
      <w:pPr>
        <w:jc w:val="center"/>
        <w:rPr>
          <w:b/>
          <w:sz w:val="40"/>
        </w:rPr>
      </w:pPr>
      <w:r>
        <w:rPr>
          <w:b/>
          <w:noProof/>
          <w:sz w:val="40"/>
        </w:rPr>
        <w:drawing>
          <wp:inline distT="0" distB="0" distL="0" distR="0" wp14:anchorId="22D759B2" wp14:editId="696C35FF">
            <wp:extent cx="2828925" cy="2828925"/>
            <wp:effectExtent l="0" t="0" r="9525" b="9525"/>
            <wp:docPr id="12329760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2595A8" w14:textId="77777777" w:rsidR="000C7A36" w:rsidRDefault="000C7A36">
      <w:pPr>
        <w:jc w:val="center"/>
      </w:pPr>
    </w:p>
    <w:p w14:paraId="45C7A95A" w14:textId="77777777" w:rsidR="00924244" w:rsidRPr="000454AB" w:rsidRDefault="00000000">
      <w:pPr>
        <w:jc w:val="center"/>
        <w:rPr>
          <w:sz w:val="40"/>
          <w:szCs w:val="40"/>
          <w:lang w:val="pt-BR"/>
        </w:rPr>
      </w:pPr>
      <w:r w:rsidRPr="000454AB">
        <w:rPr>
          <w:sz w:val="40"/>
          <w:szCs w:val="40"/>
          <w:lang w:val="pt-BR"/>
        </w:rPr>
        <w:t>www.urbanaromacoffee.com</w:t>
      </w:r>
    </w:p>
    <w:p w14:paraId="17B8AAC1" w14:textId="77777777" w:rsidR="00924244" w:rsidRPr="000454AB" w:rsidRDefault="00924244">
      <w:pPr>
        <w:rPr>
          <w:lang w:val="pt-BR"/>
        </w:rPr>
      </w:pPr>
    </w:p>
    <w:p w14:paraId="05819D26" w14:textId="77777777" w:rsidR="000C7A36" w:rsidRPr="000454AB" w:rsidRDefault="000C7A36">
      <w:pPr>
        <w:rPr>
          <w:lang w:val="pt-BR"/>
        </w:rPr>
      </w:pPr>
    </w:p>
    <w:p w14:paraId="5534B203" w14:textId="77777777" w:rsidR="000C7A36" w:rsidRPr="000454AB" w:rsidRDefault="000C7A36">
      <w:pPr>
        <w:rPr>
          <w:lang w:val="pt-BR"/>
        </w:rPr>
      </w:pPr>
    </w:p>
    <w:p w14:paraId="0752B4E4" w14:textId="77777777" w:rsidR="000C7A36" w:rsidRPr="000454AB" w:rsidRDefault="000C7A36">
      <w:pPr>
        <w:rPr>
          <w:lang w:val="pt-BR"/>
        </w:rPr>
      </w:pPr>
    </w:p>
    <w:p w14:paraId="0B3138A6" w14:textId="77777777" w:rsidR="000C7A36" w:rsidRPr="000454AB" w:rsidRDefault="000C7A36">
      <w:pPr>
        <w:rPr>
          <w:lang w:val="pt-BR"/>
        </w:rPr>
      </w:pPr>
    </w:p>
    <w:p w14:paraId="74BF9C65" w14:textId="77777777" w:rsidR="000C7A36" w:rsidRPr="000454AB" w:rsidRDefault="000C7A36">
      <w:pPr>
        <w:rPr>
          <w:lang w:val="pt-BR"/>
        </w:rPr>
      </w:pPr>
    </w:p>
    <w:p w14:paraId="21C12A9A" w14:textId="77777777" w:rsidR="000C7A36" w:rsidRPr="000454AB" w:rsidRDefault="000C7A36">
      <w:pPr>
        <w:rPr>
          <w:lang w:val="pt-BR"/>
        </w:rPr>
      </w:pPr>
    </w:p>
    <w:p w14:paraId="3BBF29F9" w14:textId="77777777" w:rsidR="000C7A36" w:rsidRPr="000454AB" w:rsidRDefault="000C7A36">
      <w:pPr>
        <w:rPr>
          <w:lang w:val="pt-BR"/>
        </w:rPr>
      </w:pPr>
    </w:p>
    <w:p w14:paraId="227B656A" w14:textId="77777777" w:rsidR="00924244" w:rsidRPr="000454AB" w:rsidRDefault="00000000">
      <w:pPr>
        <w:rPr>
          <w:lang w:val="pt-BR"/>
        </w:rPr>
      </w:pPr>
      <w:r w:rsidRPr="000454AB">
        <w:rPr>
          <w:lang w:val="pt-BR"/>
        </w:rPr>
        <w:t>Student: Fatima Galbiade Fernandes</w:t>
      </w:r>
    </w:p>
    <w:p w14:paraId="72EE48EE" w14:textId="77777777" w:rsidR="00924244" w:rsidRDefault="00000000">
      <w:r>
        <w:t>Submission Date: 29-03-2026</w:t>
      </w:r>
    </w:p>
    <w:p w14:paraId="3A70BFDB" w14:textId="77777777" w:rsidR="00924244" w:rsidRDefault="00000000">
      <w:r>
        <w:t>Lecturer: Toyin Adisa</w:t>
      </w:r>
    </w:p>
    <w:p w14:paraId="1A509427" w14:textId="77777777" w:rsidR="002342F3" w:rsidRDefault="002342F3"/>
    <w:p w14:paraId="127D15E5" w14:textId="77777777" w:rsidR="00924244" w:rsidRDefault="00000000">
      <w:r>
        <w:rPr>
          <w:b/>
          <w:sz w:val="28"/>
        </w:rPr>
        <w:lastRenderedPageBreak/>
        <w:t>Table of Contents</w:t>
      </w:r>
    </w:p>
    <w:p w14:paraId="0A59465C" w14:textId="444FB82C" w:rsidR="00563F77" w:rsidRDefault="00563F77" w:rsidP="00563F77">
      <w:pPr>
        <w:pStyle w:val="ListBullet"/>
      </w:pPr>
      <w:r>
        <w:t>E</w:t>
      </w:r>
      <w:r>
        <w:t>xecu</w:t>
      </w:r>
      <w:r>
        <w:t>t</w:t>
      </w:r>
      <w:r>
        <w:t>ive Summary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</w:t>
      </w:r>
    </w:p>
    <w:p w14:paraId="1DECDAA4" w14:textId="363DE1F0" w:rsidR="00563F77" w:rsidRDefault="00563F77" w:rsidP="00563F77">
      <w:pPr>
        <w:pStyle w:val="ListBullet"/>
      </w:pPr>
      <w:r>
        <w:t>Business Concept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14:paraId="228C874B" w14:textId="26808AF9" w:rsidR="00563F77" w:rsidRDefault="00563F77" w:rsidP="00563F77">
      <w:pPr>
        <w:pStyle w:val="ListBullet"/>
      </w:pPr>
      <w:r>
        <w:t>Bu</w:t>
      </w:r>
      <w:r>
        <w:t>s</w:t>
      </w:r>
      <w:r>
        <w:t>iness Description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14:paraId="042F0731" w14:textId="185F4A64" w:rsidR="00563F77" w:rsidRDefault="00563F77" w:rsidP="00563F77">
      <w:pPr>
        <w:pStyle w:val="ListBullet"/>
      </w:pPr>
      <w:r>
        <w:t>Pro</w:t>
      </w:r>
      <w:r>
        <w:t>duction Description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14:paraId="122DBE36" w14:textId="138439D0" w:rsidR="00563F77" w:rsidRDefault="00563F77" w:rsidP="00563F77">
      <w:pPr>
        <w:pStyle w:val="ListBullet"/>
      </w:pPr>
      <w:r>
        <w:t>Business Objectives (SMART)</w:t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14:paraId="13B7F731" w14:textId="7F884FD8" w:rsidR="00563F77" w:rsidRDefault="00563F77" w:rsidP="00563F77">
      <w:pPr>
        <w:pStyle w:val="ListBullet"/>
      </w:pPr>
      <w:r>
        <w:t>Market Analysis and Marketing Plan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5,6</w:t>
      </w:r>
    </w:p>
    <w:p w14:paraId="0373C4F3" w14:textId="2F04621B" w:rsidR="00563F77" w:rsidRDefault="00563F77" w:rsidP="00563F77">
      <w:pPr>
        <w:pStyle w:val="ListBullet"/>
      </w:pPr>
      <w:r>
        <w:t>PESTEL Analysis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6</w:t>
      </w:r>
    </w:p>
    <w:p w14:paraId="0B5743D2" w14:textId="29D264B6" w:rsidR="00563F77" w:rsidRDefault="00563F77" w:rsidP="00563F77">
      <w:pPr>
        <w:pStyle w:val="ListBullet"/>
      </w:pPr>
      <w:r>
        <w:t>SWOT Analysis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7</w:t>
      </w:r>
    </w:p>
    <w:p w14:paraId="2DD182D7" w14:textId="13F4FC8D" w:rsidR="00563F77" w:rsidRDefault="00563F77" w:rsidP="00563F77">
      <w:pPr>
        <w:pStyle w:val="ListBullet"/>
      </w:pPr>
      <w:r>
        <w:t>Marketing Mix (4Ps)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8</w:t>
      </w:r>
    </w:p>
    <w:p w14:paraId="644639A1" w14:textId="611F52A6" w:rsidR="00563F77" w:rsidRDefault="00563F77" w:rsidP="00563F77">
      <w:pPr>
        <w:pStyle w:val="ListBullet"/>
      </w:pPr>
      <w:proofErr w:type="spellStart"/>
      <w:r>
        <w:t>Orgarisational</w:t>
      </w:r>
      <w:proofErr w:type="spellEnd"/>
      <w:r>
        <w:t xml:space="preserve"> Chart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9</w:t>
      </w:r>
    </w:p>
    <w:p w14:paraId="11F8375E" w14:textId="1D6522E8" w:rsidR="00563F77" w:rsidRDefault="00563F77" w:rsidP="00F3737E">
      <w:pPr>
        <w:pStyle w:val="ListBullet"/>
      </w:pPr>
      <w:r>
        <w:t>Financial Plan (One Year)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10</w:t>
      </w:r>
    </w:p>
    <w:p w14:paraId="7A70CD9D" w14:textId="28B99A17" w:rsidR="00563F77" w:rsidRDefault="00563F77" w:rsidP="00563F77">
      <w:pPr>
        <w:pStyle w:val="ListBullet"/>
      </w:pPr>
      <w:r>
        <w:t>Cash Flow Forecast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11</w:t>
      </w:r>
    </w:p>
    <w:p w14:paraId="548CF047" w14:textId="6816A7E1" w:rsidR="00563F77" w:rsidRDefault="00563F77" w:rsidP="00563F77">
      <w:pPr>
        <w:pStyle w:val="ListBullet"/>
      </w:pPr>
      <w:r>
        <w:t>Sales Forecast &amp; Production Break down</w:t>
      </w:r>
      <w:r w:rsidR="00F3737E">
        <w:tab/>
      </w:r>
      <w:r w:rsidR="00F3737E">
        <w:tab/>
      </w:r>
      <w:r w:rsidR="00F3737E">
        <w:tab/>
      </w:r>
      <w:r w:rsidR="00F3737E">
        <w:tab/>
      </w:r>
      <w:r w:rsidR="00F3737E">
        <w:tab/>
        <w:t>12</w:t>
      </w:r>
    </w:p>
    <w:p w14:paraId="6FA96ACC" w14:textId="305A4D68" w:rsidR="00563F77" w:rsidRDefault="00F3737E" w:rsidP="00563F77">
      <w:pPr>
        <w:pStyle w:val="ListBullet"/>
      </w:pPr>
      <w:r>
        <w:t>Break-Even Analysis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13</w:t>
      </w:r>
    </w:p>
    <w:p w14:paraId="520F5168" w14:textId="63BD91C4" w:rsidR="00FC0334" w:rsidRPr="00A14E15" w:rsidRDefault="00FC0334" w:rsidP="00FC0334">
      <w:pPr>
        <w:pStyle w:val="ListBullet"/>
        <w:rPr>
          <w:lang w:val="en-GB"/>
        </w:rPr>
      </w:pPr>
      <w:r w:rsidRPr="00A14E15">
        <w:rPr>
          <w:lang w:val="en-GB"/>
        </w:rPr>
        <w:t>Operations and Management Plan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14</w:t>
      </w:r>
    </w:p>
    <w:p w14:paraId="26B6DD04" w14:textId="606017DD" w:rsidR="00563F77" w:rsidRDefault="00B6779D" w:rsidP="00563F77">
      <w:pPr>
        <w:pStyle w:val="ListBullet"/>
      </w:pPr>
      <w:r>
        <w:t>Reference List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</w:t>
      </w:r>
    </w:p>
    <w:p w14:paraId="202B9FC9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CFB751E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06D7281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834895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FD231D0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376780A2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10E1BA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495DE2C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26D2B189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7FF59D29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056CB1AC" w14:textId="77777777" w:rsidR="00563F77" w:rsidRDefault="00563F77" w:rsidP="002342F3">
      <w:pPr>
        <w:pStyle w:val="ListBullet"/>
        <w:numPr>
          <w:ilvl w:val="0"/>
          <w:numId w:val="0"/>
        </w:numPr>
        <w:ind w:left="360" w:hanging="360"/>
      </w:pPr>
    </w:p>
    <w:p w14:paraId="3F6D4E4C" w14:textId="77777777" w:rsidR="00563F77" w:rsidRDefault="00563F77" w:rsidP="002342F3">
      <w:pPr>
        <w:pStyle w:val="ListBullet"/>
        <w:numPr>
          <w:ilvl w:val="0"/>
          <w:numId w:val="0"/>
        </w:numPr>
        <w:ind w:left="360" w:hanging="360"/>
      </w:pPr>
    </w:p>
    <w:p w14:paraId="24B760BF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75E2E428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3BE70585" w14:textId="77777777" w:rsidR="00563F77" w:rsidRDefault="00563F77" w:rsidP="002342F3">
      <w:pPr>
        <w:pStyle w:val="ListBullet"/>
        <w:numPr>
          <w:ilvl w:val="0"/>
          <w:numId w:val="0"/>
        </w:numPr>
        <w:ind w:left="360" w:hanging="360"/>
      </w:pPr>
    </w:p>
    <w:p w14:paraId="6F0D2F17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718153A" w14:textId="77777777" w:rsidR="00B6779D" w:rsidRDefault="00B6779D" w:rsidP="002342F3">
      <w:pPr>
        <w:pStyle w:val="ListBullet"/>
        <w:numPr>
          <w:ilvl w:val="0"/>
          <w:numId w:val="0"/>
        </w:numPr>
        <w:ind w:left="360" w:hanging="360"/>
      </w:pPr>
    </w:p>
    <w:p w14:paraId="3281E509" w14:textId="77777777" w:rsidR="00B6779D" w:rsidRDefault="00B6779D" w:rsidP="002342F3">
      <w:pPr>
        <w:pStyle w:val="ListBullet"/>
        <w:numPr>
          <w:ilvl w:val="0"/>
          <w:numId w:val="0"/>
        </w:numPr>
        <w:ind w:left="360" w:hanging="360"/>
      </w:pPr>
    </w:p>
    <w:p w14:paraId="6F5B8B92" w14:textId="77777777" w:rsidR="00B6779D" w:rsidRDefault="00B6779D" w:rsidP="002342F3">
      <w:pPr>
        <w:pStyle w:val="ListBullet"/>
        <w:numPr>
          <w:ilvl w:val="0"/>
          <w:numId w:val="0"/>
        </w:numPr>
        <w:ind w:left="360" w:hanging="360"/>
      </w:pPr>
    </w:p>
    <w:p w14:paraId="5EE692C3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809F60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336E7EE1" w14:textId="77777777" w:rsidR="00F3737E" w:rsidRDefault="00F3737E" w:rsidP="002342F3">
      <w:pPr>
        <w:pStyle w:val="ListBullet"/>
        <w:numPr>
          <w:ilvl w:val="0"/>
          <w:numId w:val="0"/>
        </w:numPr>
        <w:ind w:left="360" w:hanging="360"/>
      </w:pPr>
    </w:p>
    <w:p w14:paraId="686FBBD0" w14:textId="77777777" w:rsidR="002342F3" w:rsidRDefault="002342F3" w:rsidP="00563F77">
      <w:pPr>
        <w:pStyle w:val="ListBullet"/>
        <w:numPr>
          <w:ilvl w:val="0"/>
          <w:numId w:val="0"/>
        </w:numPr>
      </w:pPr>
    </w:p>
    <w:p w14:paraId="185B21DF" w14:textId="77777777" w:rsidR="00563F77" w:rsidRDefault="00563F77" w:rsidP="00563F77">
      <w:pPr>
        <w:pStyle w:val="ListBullet"/>
        <w:numPr>
          <w:ilvl w:val="0"/>
          <w:numId w:val="0"/>
        </w:numPr>
      </w:pPr>
    </w:p>
    <w:p w14:paraId="54CEFD09" w14:textId="596ABA5E" w:rsidR="00924244" w:rsidRDefault="00000000">
      <w:r>
        <w:rPr>
          <w:b/>
          <w:sz w:val="28"/>
        </w:rPr>
        <w:lastRenderedPageBreak/>
        <w:t>Executive Summary</w:t>
      </w:r>
    </w:p>
    <w:p w14:paraId="23CE2F98" w14:textId="77777777" w:rsidR="00924244" w:rsidRDefault="00000000">
      <w:r>
        <w:t>Urban Aroma Coffee is a business that offers high-quality coffee in a modern and comfortable place. It is located in a busy urban area with many people. The business serves workers, students, and people who like special coffee. It offers premium products and a different experience.</w:t>
      </w:r>
    </w:p>
    <w:p w14:paraId="38048E38" w14:textId="77777777" w:rsidR="00924244" w:rsidRDefault="00000000">
      <w:r>
        <w:t>The initial investment is £80,000. The business expects to return this investment in 24 months. The idea is to combine good coffee, sustainability, and customer experience.</w:t>
      </w:r>
    </w:p>
    <w:p w14:paraId="04FFC0D3" w14:textId="77777777" w:rsidR="002342F3" w:rsidRDefault="002342F3"/>
    <w:p w14:paraId="0E71D04E" w14:textId="77777777" w:rsidR="002342F3" w:rsidRDefault="002342F3"/>
    <w:p w14:paraId="231E7C46" w14:textId="77777777" w:rsidR="002342F3" w:rsidRDefault="002342F3"/>
    <w:p w14:paraId="00C94D52" w14:textId="77777777" w:rsidR="002342F3" w:rsidRDefault="002342F3"/>
    <w:p w14:paraId="59292EA8" w14:textId="77777777" w:rsidR="002342F3" w:rsidRDefault="002342F3"/>
    <w:p w14:paraId="5A74E2EB" w14:textId="77777777" w:rsidR="002342F3" w:rsidRDefault="002342F3"/>
    <w:p w14:paraId="10429F2B" w14:textId="77777777" w:rsidR="002342F3" w:rsidRDefault="002342F3"/>
    <w:p w14:paraId="5C37E422" w14:textId="77777777" w:rsidR="002342F3" w:rsidRDefault="002342F3"/>
    <w:p w14:paraId="6444BA3E" w14:textId="77777777" w:rsidR="002342F3" w:rsidRDefault="002342F3"/>
    <w:p w14:paraId="7CDC3061" w14:textId="77777777" w:rsidR="002342F3" w:rsidRDefault="002342F3"/>
    <w:p w14:paraId="721F7D4C" w14:textId="77777777" w:rsidR="002342F3" w:rsidRDefault="002342F3"/>
    <w:p w14:paraId="2B49A0F0" w14:textId="77777777" w:rsidR="002342F3" w:rsidRDefault="002342F3"/>
    <w:p w14:paraId="728D8D69" w14:textId="77777777" w:rsidR="002342F3" w:rsidRDefault="002342F3"/>
    <w:p w14:paraId="63F4DBC8" w14:textId="77777777" w:rsidR="002342F3" w:rsidRDefault="002342F3"/>
    <w:p w14:paraId="16F53E7B" w14:textId="77777777" w:rsidR="002342F3" w:rsidRDefault="002342F3"/>
    <w:p w14:paraId="00499771" w14:textId="77777777" w:rsidR="002342F3" w:rsidRDefault="002342F3"/>
    <w:p w14:paraId="1438DE71" w14:textId="77777777" w:rsidR="002342F3" w:rsidRDefault="002342F3"/>
    <w:p w14:paraId="59A572E7" w14:textId="77777777" w:rsidR="002342F3" w:rsidRDefault="002342F3"/>
    <w:p w14:paraId="1FEB8114" w14:textId="77777777" w:rsidR="002342F3" w:rsidRDefault="002342F3"/>
    <w:p w14:paraId="736DE6AC" w14:textId="77777777" w:rsidR="002342F3" w:rsidRDefault="002342F3"/>
    <w:p w14:paraId="21D0D66F" w14:textId="0FDDADAD" w:rsidR="00924244" w:rsidRDefault="00000000">
      <w:r>
        <w:rPr>
          <w:b/>
          <w:sz w:val="28"/>
        </w:rPr>
        <w:lastRenderedPageBreak/>
        <w:t>Business Concept</w:t>
      </w:r>
    </w:p>
    <w:p w14:paraId="63BF1CDD" w14:textId="77777777" w:rsidR="00924244" w:rsidRDefault="00000000">
      <w:r>
        <w:t>Urban Aroma Coffee focuses on the coffee experience. It offers good quality products, a comfortable place, and friendly service. The business includes eat-in, take-away, and online orders.</w:t>
      </w:r>
    </w:p>
    <w:p w14:paraId="0FBDD2AE" w14:textId="77777777" w:rsidR="002342F3" w:rsidRDefault="002342F3"/>
    <w:p w14:paraId="35C3417F" w14:textId="6DDE29C8" w:rsidR="00924244" w:rsidRDefault="00000000">
      <w:r>
        <w:rPr>
          <w:b/>
          <w:sz w:val="28"/>
        </w:rPr>
        <w:t>Business Description</w:t>
      </w:r>
    </w:p>
    <w:p w14:paraId="1EB47E9A" w14:textId="77777777" w:rsidR="00924244" w:rsidRDefault="00000000">
      <w:r>
        <w:t>The company will be a limited business located in London. The shop will be in a busy area, near universities or offices. The mission is to offer excellent coffee with social and environmental responsibility. The vision is to become a popular local coffee shop.</w:t>
      </w:r>
    </w:p>
    <w:p w14:paraId="671CA876" w14:textId="77777777" w:rsidR="002342F3" w:rsidRDefault="002342F3"/>
    <w:p w14:paraId="0D69AF24" w14:textId="2E33C02B" w:rsidR="00924244" w:rsidRDefault="00000000">
      <w:r>
        <w:rPr>
          <w:b/>
          <w:sz w:val="28"/>
        </w:rPr>
        <w:t>Product Description</w:t>
      </w:r>
    </w:p>
    <w:p w14:paraId="2A70BFB6" w14:textId="77777777" w:rsidR="00924244" w:rsidRDefault="00000000">
      <w:pPr>
        <w:pStyle w:val="ListBullet"/>
      </w:pPr>
      <w:r>
        <w:t>Special coffee (espresso, cappuccino, latte)</w:t>
      </w:r>
    </w:p>
    <w:p w14:paraId="42777578" w14:textId="77777777" w:rsidR="00924244" w:rsidRDefault="00000000">
      <w:pPr>
        <w:pStyle w:val="ListBullet"/>
      </w:pPr>
      <w:r>
        <w:t>Other drinks (tea and plant-based drinks)</w:t>
      </w:r>
    </w:p>
    <w:p w14:paraId="7BE259F3" w14:textId="77777777" w:rsidR="00924244" w:rsidRDefault="00000000">
      <w:pPr>
        <w:pStyle w:val="ListBullet"/>
      </w:pPr>
      <w:r>
        <w:t>Bakery products</w:t>
      </w:r>
    </w:p>
    <w:p w14:paraId="35A1CBEB" w14:textId="77777777" w:rsidR="00924244" w:rsidRDefault="00000000">
      <w:pPr>
        <w:pStyle w:val="ListBullet"/>
      </w:pPr>
      <w:r>
        <w:t>Vegan and gluten-free options</w:t>
      </w:r>
    </w:p>
    <w:p w14:paraId="1B18CDF7" w14:textId="77777777" w:rsidR="00924244" w:rsidRDefault="00000000">
      <w:r>
        <w:t>The difference is the use of sustainable coffee beans and controlled preparation.</w:t>
      </w:r>
    </w:p>
    <w:p w14:paraId="76E282AD" w14:textId="77777777" w:rsidR="002342F3" w:rsidRDefault="002342F3"/>
    <w:p w14:paraId="21A23D2C" w14:textId="5DF3296E" w:rsidR="00924244" w:rsidRDefault="00000000">
      <w:r>
        <w:rPr>
          <w:b/>
          <w:sz w:val="28"/>
        </w:rPr>
        <w:t>Business Objectives (SMART)</w:t>
      </w:r>
    </w:p>
    <w:p w14:paraId="68117C8D" w14:textId="77777777" w:rsidR="00924244" w:rsidRDefault="00000000">
      <w:r>
        <w:rPr>
          <w:b/>
          <w:sz w:val="24"/>
        </w:rPr>
        <w:t>Short Term (less than 1 year):</w:t>
      </w:r>
    </w:p>
    <w:p w14:paraId="01E41693" w14:textId="77777777" w:rsidR="00924244" w:rsidRDefault="00000000">
      <w:pPr>
        <w:pStyle w:val="ListBullet"/>
      </w:pPr>
      <w:r>
        <w:t>Reach break-even in 12 months</w:t>
      </w:r>
    </w:p>
    <w:p w14:paraId="2642C7B7" w14:textId="77777777" w:rsidR="00924244" w:rsidRDefault="00000000">
      <w:pPr>
        <w:pStyle w:val="ListBullet"/>
      </w:pPr>
      <w:r>
        <w:t>Serve 200 customers per day</w:t>
      </w:r>
    </w:p>
    <w:p w14:paraId="6AF487CE" w14:textId="77777777" w:rsidR="00924244" w:rsidRDefault="00000000">
      <w:pPr>
        <w:pStyle w:val="ListBullet"/>
      </w:pPr>
      <w:r>
        <w:t>Build strong online presence</w:t>
      </w:r>
    </w:p>
    <w:p w14:paraId="420ACFE3" w14:textId="77777777" w:rsidR="00924244" w:rsidRDefault="00000000">
      <w:r>
        <w:rPr>
          <w:b/>
          <w:sz w:val="24"/>
        </w:rPr>
        <w:t>Long Term (more than 1 year):</w:t>
      </w:r>
    </w:p>
    <w:p w14:paraId="33D62097" w14:textId="77777777" w:rsidR="00924244" w:rsidRDefault="00000000">
      <w:pPr>
        <w:pStyle w:val="ListBullet"/>
      </w:pPr>
      <w:r>
        <w:t>Open a second shop in 3 years</w:t>
      </w:r>
    </w:p>
    <w:p w14:paraId="38AD14A0" w14:textId="77777777" w:rsidR="00924244" w:rsidRDefault="00000000">
      <w:pPr>
        <w:pStyle w:val="ListBullet"/>
      </w:pPr>
      <w:r>
        <w:t>Create own coffee brand</w:t>
      </w:r>
    </w:p>
    <w:p w14:paraId="62FD1ACF" w14:textId="77777777" w:rsidR="00924244" w:rsidRDefault="00000000">
      <w:pPr>
        <w:pStyle w:val="ListBullet"/>
      </w:pPr>
      <w:r>
        <w:t>Develop loyalty program</w:t>
      </w:r>
    </w:p>
    <w:p w14:paraId="33FCE9F8" w14:textId="77777777" w:rsidR="002342F3" w:rsidRDefault="002342F3">
      <w:pPr>
        <w:rPr>
          <w:b/>
          <w:sz w:val="28"/>
        </w:rPr>
      </w:pPr>
    </w:p>
    <w:p w14:paraId="456C1847" w14:textId="77777777" w:rsidR="002342F3" w:rsidRDefault="002342F3">
      <w:pPr>
        <w:rPr>
          <w:b/>
          <w:sz w:val="28"/>
        </w:rPr>
      </w:pPr>
    </w:p>
    <w:p w14:paraId="235AF915" w14:textId="77777777" w:rsidR="002342F3" w:rsidRDefault="002342F3">
      <w:pPr>
        <w:rPr>
          <w:b/>
          <w:sz w:val="28"/>
        </w:rPr>
      </w:pPr>
    </w:p>
    <w:p w14:paraId="22FA6B7D" w14:textId="6238D87B" w:rsidR="00924244" w:rsidRDefault="00000000">
      <w:r>
        <w:rPr>
          <w:b/>
          <w:sz w:val="28"/>
        </w:rPr>
        <w:lastRenderedPageBreak/>
        <w:t>Market Analysis and Marketing Plan</w:t>
      </w:r>
    </w:p>
    <w:p w14:paraId="7BFA70A6" w14:textId="77777777" w:rsidR="00924244" w:rsidRDefault="00000000">
      <w:r>
        <w:rPr>
          <w:b/>
          <w:sz w:val="24"/>
        </w:rPr>
        <w:t>Market Analysis (Competitors, Customers, Target Groups)</w:t>
      </w:r>
    </w:p>
    <w:p w14:paraId="51C09321" w14:textId="77777777" w:rsidR="00924244" w:rsidRDefault="00000000">
      <w:r>
        <w:rPr>
          <w:b/>
          <w:sz w:val="24"/>
        </w:rPr>
        <w:t>Competitors</w:t>
      </w:r>
    </w:p>
    <w:p w14:paraId="63D93885" w14:textId="77777777" w:rsidR="00924244" w:rsidRDefault="00000000">
      <w:r>
        <w:t>There are many coffee shops in the market. Big companies like Starbucks and Costa Coffee are very popular. There are also small local cafés.</w:t>
      </w:r>
    </w:p>
    <w:p w14:paraId="1F5A36DC" w14:textId="77777777" w:rsidR="00924244" w:rsidRDefault="00000000">
      <w:r>
        <w:t>Big companies have strong brands and lower prices. Small cafés focus on quality and good service. Urban Aroma Coffee will offer good coffee, a nice place, and friendly service.</w:t>
      </w:r>
    </w:p>
    <w:p w14:paraId="62F76904" w14:textId="77777777" w:rsidR="00924244" w:rsidRDefault="00000000">
      <w:r>
        <w:rPr>
          <w:b/>
          <w:sz w:val="24"/>
        </w:rPr>
        <w:t>Customers</w:t>
      </w:r>
    </w:p>
    <w:p w14:paraId="4884A927" w14:textId="77777777" w:rsidR="00924244" w:rsidRDefault="00000000">
      <w:r>
        <w:t>The main customers are:</w:t>
      </w:r>
    </w:p>
    <w:p w14:paraId="245A09D2" w14:textId="77777777" w:rsidR="00924244" w:rsidRDefault="00000000">
      <w:pPr>
        <w:pStyle w:val="ListBullet"/>
      </w:pPr>
      <w:r>
        <w:t>Office workers</w:t>
      </w:r>
    </w:p>
    <w:p w14:paraId="2D379029" w14:textId="77777777" w:rsidR="00924244" w:rsidRDefault="00000000">
      <w:pPr>
        <w:pStyle w:val="ListBullet"/>
      </w:pPr>
      <w:r>
        <w:t>Students</w:t>
      </w:r>
    </w:p>
    <w:p w14:paraId="47A24AB0" w14:textId="77777777" w:rsidR="00924244" w:rsidRDefault="00000000">
      <w:pPr>
        <w:pStyle w:val="ListBullet"/>
      </w:pPr>
      <w:r>
        <w:t>People who like coffee</w:t>
      </w:r>
    </w:p>
    <w:p w14:paraId="38181AF4" w14:textId="77777777" w:rsidR="00924244" w:rsidRDefault="00000000">
      <w:r>
        <w:t>These customers want good coffee, fast service, and a comfortable place.</w:t>
      </w:r>
    </w:p>
    <w:p w14:paraId="0FCED464" w14:textId="77777777" w:rsidR="00924244" w:rsidRDefault="00000000">
      <w:r>
        <w:rPr>
          <w:b/>
          <w:sz w:val="24"/>
        </w:rPr>
        <w:t>Target Groups</w:t>
      </w:r>
    </w:p>
    <w:p w14:paraId="0CB6BA53" w14:textId="77777777" w:rsidR="00924244" w:rsidRDefault="00000000">
      <w:r>
        <w:rPr>
          <w:b/>
          <w:sz w:val="24"/>
        </w:rPr>
        <w:t>Market Segmentation</w:t>
      </w:r>
    </w:p>
    <w:p w14:paraId="5916CC41" w14:textId="77777777" w:rsidR="00924244" w:rsidRDefault="00000000">
      <w:pPr>
        <w:pStyle w:val="ListBullet"/>
      </w:pPr>
      <w:r>
        <w:t>Age: 18 to 40 years old</w:t>
      </w:r>
    </w:p>
    <w:p w14:paraId="5AA6CC1A" w14:textId="77777777" w:rsidR="00924244" w:rsidRDefault="00000000">
      <w:pPr>
        <w:pStyle w:val="ListBullet"/>
      </w:pPr>
      <w:r>
        <w:t>Location: city centre (London)</w:t>
      </w:r>
    </w:p>
    <w:p w14:paraId="4BF0F044" w14:textId="77777777" w:rsidR="00924244" w:rsidRDefault="00000000">
      <w:pPr>
        <w:pStyle w:val="ListBullet"/>
      </w:pPr>
      <w:r>
        <w:t>Lifestyle: people who like modern and quality products</w:t>
      </w:r>
    </w:p>
    <w:p w14:paraId="753E2CFA" w14:textId="77777777" w:rsidR="00924244" w:rsidRDefault="00000000">
      <w:pPr>
        <w:pStyle w:val="ListBullet"/>
      </w:pPr>
      <w:r>
        <w:t>Behaviour: people who drink coffee often</w:t>
      </w:r>
    </w:p>
    <w:p w14:paraId="6D506F93" w14:textId="77777777" w:rsidR="00924244" w:rsidRDefault="00000000">
      <w:r>
        <w:rPr>
          <w:b/>
          <w:sz w:val="24"/>
        </w:rPr>
        <w:t>Targeting</w:t>
      </w:r>
    </w:p>
    <w:p w14:paraId="41D544E0" w14:textId="77777777" w:rsidR="00924244" w:rsidRDefault="00000000">
      <w:r>
        <w:t>The main target is young people and workers who buy coffee every day and like good quality.</w:t>
      </w:r>
    </w:p>
    <w:p w14:paraId="2DC02390" w14:textId="77777777" w:rsidR="00924244" w:rsidRDefault="00000000">
      <w:r>
        <w:rPr>
          <w:b/>
          <w:sz w:val="24"/>
        </w:rPr>
        <w:t>Positioning</w:t>
      </w:r>
    </w:p>
    <w:p w14:paraId="3F210B27" w14:textId="77777777" w:rsidR="00924244" w:rsidRDefault="00000000">
      <w:r>
        <w:t>The café will be a modern coffee shop with good quality and fair prices. It will be a good place to relax, study, or meet friends.</w:t>
      </w:r>
    </w:p>
    <w:p w14:paraId="7A34C7CE" w14:textId="77777777" w:rsidR="002342F3" w:rsidRDefault="002342F3">
      <w:pPr>
        <w:rPr>
          <w:b/>
          <w:sz w:val="24"/>
        </w:rPr>
      </w:pPr>
    </w:p>
    <w:p w14:paraId="5FA1BCE5" w14:textId="77777777" w:rsidR="002342F3" w:rsidRDefault="002342F3">
      <w:pPr>
        <w:rPr>
          <w:b/>
          <w:sz w:val="24"/>
        </w:rPr>
      </w:pPr>
    </w:p>
    <w:p w14:paraId="3E77D2C6" w14:textId="77777777" w:rsidR="002342F3" w:rsidRDefault="002342F3">
      <w:pPr>
        <w:rPr>
          <w:b/>
          <w:sz w:val="24"/>
        </w:rPr>
      </w:pPr>
    </w:p>
    <w:p w14:paraId="7B80D2D4" w14:textId="77777777" w:rsidR="002342F3" w:rsidRDefault="002342F3">
      <w:pPr>
        <w:rPr>
          <w:b/>
          <w:sz w:val="24"/>
        </w:rPr>
      </w:pPr>
    </w:p>
    <w:p w14:paraId="71B5A7B7" w14:textId="15DDDD55" w:rsidR="00924244" w:rsidRDefault="00000000">
      <w:r>
        <w:rPr>
          <w:b/>
          <w:sz w:val="24"/>
        </w:rPr>
        <w:lastRenderedPageBreak/>
        <w:t>Marketing Plan</w:t>
      </w:r>
    </w:p>
    <w:p w14:paraId="60EFFB6F" w14:textId="77777777" w:rsidR="00924244" w:rsidRDefault="00000000">
      <w:r>
        <w:rPr>
          <w:b/>
          <w:sz w:val="24"/>
        </w:rPr>
        <w:t>Reaching Your Audience</w:t>
      </w:r>
    </w:p>
    <w:p w14:paraId="718DB726" w14:textId="77777777" w:rsidR="00924244" w:rsidRDefault="00000000">
      <w:pPr>
        <w:pStyle w:val="ListBullet"/>
      </w:pPr>
      <w:r>
        <w:t>Social media (Instagram, TikTok)</w:t>
      </w:r>
    </w:p>
    <w:p w14:paraId="64B8273C" w14:textId="77777777" w:rsidR="00924244" w:rsidRDefault="00000000">
      <w:pPr>
        <w:pStyle w:val="ListBullet"/>
      </w:pPr>
      <w:r>
        <w:t>Google Maps</w:t>
      </w:r>
    </w:p>
    <w:p w14:paraId="07C62183" w14:textId="77777777" w:rsidR="00924244" w:rsidRDefault="00000000">
      <w:pPr>
        <w:pStyle w:val="ListBullet"/>
      </w:pPr>
      <w:r>
        <w:t>Promotions and discounts</w:t>
      </w:r>
    </w:p>
    <w:p w14:paraId="5700439A" w14:textId="77777777" w:rsidR="00924244" w:rsidRDefault="00000000">
      <w:r>
        <w:rPr>
          <w:b/>
          <w:sz w:val="24"/>
        </w:rPr>
        <w:t>Promotion Strategy</w:t>
      </w:r>
    </w:p>
    <w:p w14:paraId="402E60CF" w14:textId="77777777" w:rsidR="00924244" w:rsidRDefault="00000000">
      <w:pPr>
        <w:pStyle w:val="ListBullet"/>
      </w:pPr>
      <w:r>
        <w:t>Opening discounts</w:t>
      </w:r>
    </w:p>
    <w:p w14:paraId="4E44B453" w14:textId="77777777" w:rsidR="00924244" w:rsidRDefault="00000000">
      <w:pPr>
        <w:pStyle w:val="ListBullet"/>
      </w:pPr>
      <w:r>
        <w:t>Special offers</w:t>
      </w:r>
    </w:p>
    <w:p w14:paraId="3CC6A6CC" w14:textId="77777777" w:rsidR="00924244" w:rsidRDefault="00000000">
      <w:pPr>
        <w:pStyle w:val="ListBullet"/>
      </w:pPr>
      <w:r>
        <w:t>Loyalty cards</w:t>
      </w:r>
    </w:p>
    <w:p w14:paraId="2BF9C75D" w14:textId="77777777" w:rsidR="00924244" w:rsidRDefault="00000000">
      <w:pPr>
        <w:pStyle w:val="ListBullet"/>
      </w:pPr>
      <w:r>
        <w:t>Small events</w:t>
      </w:r>
    </w:p>
    <w:p w14:paraId="2861F9CD" w14:textId="7CF97ED5" w:rsidR="00924244" w:rsidRDefault="00000000">
      <w:r>
        <w:rPr>
          <w:b/>
          <w:sz w:val="28"/>
        </w:rPr>
        <w:t>PESTEL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24244" w14:paraId="235C7A23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1B8FE18" w14:textId="77777777" w:rsidR="00924244" w:rsidRDefault="00000000">
            <w:r>
              <w:t>Factor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F8C9A4" w14:textId="77777777" w:rsidR="00924244" w:rsidRDefault="00000000">
            <w:r>
              <w:t>Impacts on the Business</w:t>
            </w:r>
          </w:p>
        </w:tc>
      </w:tr>
      <w:tr w:rsidR="00924244" w14:paraId="66445493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C65739" w14:textId="77777777" w:rsidR="00924244" w:rsidRDefault="00000000">
            <w:r>
              <w:t>Political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0CFCA0" w14:textId="77777777" w:rsidR="00924244" w:rsidRDefault="00000000">
            <w:r>
              <w:t>The business must follow government rules and health regulations. The café needs licenses to operate legally. Changes in government policies can affect costs and operations.</w:t>
            </w:r>
          </w:p>
        </w:tc>
      </w:tr>
      <w:tr w:rsidR="00924244" w14:paraId="77C1749A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66D6C0F" w14:textId="77777777" w:rsidR="00924244" w:rsidRDefault="00000000">
            <w:r>
              <w:t>Economic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ED7616E" w14:textId="77777777" w:rsidR="00924244" w:rsidRDefault="00000000">
            <w:r>
              <w:t>Inflation can increase the cost of coffee, milk, and other products. Customer income affects spending. Economic problems can reduce sales.</w:t>
            </w:r>
          </w:p>
        </w:tc>
      </w:tr>
      <w:tr w:rsidR="00924244" w14:paraId="517CDFC2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A32843" w14:textId="77777777" w:rsidR="00924244" w:rsidRDefault="00000000">
            <w:r>
              <w:t>Social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54C76F8" w14:textId="77777777" w:rsidR="00924244" w:rsidRDefault="00000000">
            <w:r>
              <w:t>Coffee culture is growing and more people drink coffee every day. Customers like comfortable places to relax or work. Many people prefer healthy and sustainable products.</w:t>
            </w:r>
          </w:p>
        </w:tc>
      </w:tr>
      <w:tr w:rsidR="00924244" w14:paraId="0A784764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EA1033F" w14:textId="77777777" w:rsidR="00924244" w:rsidRDefault="00000000">
            <w:r>
              <w:t>Technological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0665B2" w14:textId="77777777" w:rsidR="00924244" w:rsidRDefault="00000000">
            <w:r>
              <w:t>The café can use POS systems to improve service. Delivery apps help increase sales. Social media is important for marketing.</w:t>
            </w:r>
          </w:p>
        </w:tc>
      </w:tr>
      <w:tr w:rsidR="00924244" w14:paraId="7C68841A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57861E" w14:textId="77777777" w:rsidR="00924244" w:rsidRDefault="00000000">
            <w:r>
              <w:t>Environmental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FC10EFC" w14:textId="77777777" w:rsidR="00924244" w:rsidRDefault="00000000">
            <w:r>
              <w:t>Customers prefer eco-friendly businesses. The café should use recyclable materials and reduce waste. Sustainable coffee improves brand image.</w:t>
            </w:r>
          </w:p>
        </w:tc>
      </w:tr>
      <w:tr w:rsidR="00924244" w14:paraId="6DE04475" w14:textId="77777777"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A0E03E" w14:textId="77777777" w:rsidR="00924244" w:rsidRDefault="00000000">
            <w:r>
              <w:t>Legal</w:t>
            </w:r>
          </w:p>
        </w:tc>
        <w:tc>
          <w:tcPr>
            <w:tcW w:w="4320" w:type="dxa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6C77BAC" w14:textId="77777777" w:rsidR="00924244" w:rsidRDefault="00000000">
            <w:r>
              <w:t>The business must follow food safety and hygiene laws. Employment laws must be respected. Legal problems can cause fines or closure.</w:t>
            </w:r>
          </w:p>
        </w:tc>
      </w:tr>
    </w:tbl>
    <w:p w14:paraId="00E9DEDA" w14:textId="77777777" w:rsidR="002342F3" w:rsidRDefault="002342F3">
      <w:pPr>
        <w:rPr>
          <w:b/>
          <w:sz w:val="28"/>
        </w:rPr>
      </w:pPr>
    </w:p>
    <w:p w14:paraId="36D0A68A" w14:textId="77777777" w:rsidR="002342F3" w:rsidRDefault="002342F3">
      <w:pPr>
        <w:rPr>
          <w:b/>
          <w:sz w:val="28"/>
        </w:rPr>
      </w:pPr>
    </w:p>
    <w:p w14:paraId="5FF405C8" w14:textId="77777777" w:rsidR="002342F3" w:rsidRDefault="002342F3">
      <w:pPr>
        <w:rPr>
          <w:b/>
          <w:sz w:val="28"/>
        </w:rPr>
      </w:pPr>
    </w:p>
    <w:p w14:paraId="4FAF2793" w14:textId="7D91DDB9" w:rsidR="00924244" w:rsidRDefault="00000000">
      <w:r>
        <w:rPr>
          <w:b/>
          <w:sz w:val="28"/>
        </w:rPr>
        <w:lastRenderedPageBreak/>
        <w:t>SWOT Analysis</w:t>
      </w:r>
    </w:p>
    <w:p w14:paraId="0D8E21F9" w14:textId="77777777" w:rsidR="00924244" w:rsidRDefault="00000000">
      <w:r>
        <w:rPr>
          <w:b/>
          <w:sz w:val="24"/>
        </w:rPr>
        <w:t>Strengths</w:t>
      </w:r>
    </w:p>
    <w:p w14:paraId="20BA12B1" w14:textId="77777777" w:rsidR="00924244" w:rsidRDefault="00000000">
      <w:pPr>
        <w:pStyle w:val="ListBullet"/>
      </w:pPr>
      <w:r>
        <w:t>High quality coffee products</w:t>
      </w:r>
    </w:p>
    <w:p w14:paraId="1D6BE3D9" w14:textId="77777777" w:rsidR="00924244" w:rsidRDefault="00000000">
      <w:pPr>
        <w:pStyle w:val="ListBullet"/>
      </w:pPr>
      <w:r>
        <w:t>Good location in a busy area</w:t>
      </w:r>
    </w:p>
    <w:p w14:paraId="4F10C39D" w14:textId="77777777" w:rsidR="00924244" w:rsidRDefault="00000000">
      <w:pPr>
        <w:pStyle w:val="ListBullet"/>
      </w:pPr>
      <w:r>
        <w:t>Friendly service and comfortable environment</w:t>
      </w:r>
    </w:p>
    <w:p w14:paraId="512D3853" w14:textId="77777777" w:rsidR="00924244" w:rsidRDefault="00000000">
      <w:r>
        <w:rPr>
          <w:b/>
          <w:sz w:val="24"/>
        </w:rPr>
        <w:t>Weaknesses</w:t>
      </w:r>
    </w:p>
    <w:p w14:paraId="4ED69D45" w14:textId="77777777" w:rsidR="00924244" w:rsidRDefault="00000000">
      <w:pPr>
        <w:pStyle w:val="ListBullet"/>
      </w:pPr>
      <w:r>
        <w:t>High initial investment</w:t>
      </w:r>
    </w:p>
    <w:p w14:paraId="1A5C4718" w14:textId="77777777" w:rsidR="00924244" w:rsidRDefault="00000000">
      <w:pPr>
        <w:pStyle w:val="ListBullet"/>
      </w:pPr>
      <w:r>
        <w:t>New brand with low recognition</w:t>
      </w:r>
    </w:p>
    <w:p w14:paraId="61203431" w14:textId="77777777" w:rsidR="00924244" w:rsidRDefault="00000000">
      <w:pPr>
        <w:pStyle w:val="ListBullet"/>
      </w:pPr>
      <w:r>
        <w:t>Dependence on suppliers</w:t>
      </w:r>
    </w:p>
    <w:p w14:paraId="2B7F18CA" w14:textId="77777777" w:rsidR="00924244" w:rsidRDefault="00000000">
      <w:r>
        <w:rPr>
          <w:b/>
          <w:sz w:val="24"/>
        </w:rPr>
        <w:t>Opportunities</w:t>
      </w:r>
    </w:p>
    <w:p w14:paraId="45E6C0D1" w14:textId="77777777" w:rsidR="00924244" w:rsidRDefault="00000000">
      <w:pPr>
        <w:pStyle w:val="ListBullet"/>
      </w:pPr>
      <w:r>
        <w:t>Growing demand for coffee shops</w:t>
      </w:r>
    </w:p>
    <w:p w14:paraId="407FFE0C" w14:textId="77777777" w:rsidR="00924244" w:rsidRDefault="00000000">
      <w:pPr>
        <w:pStyle w:val="ListBullet"/>
      </w:pPr>
      <w:r>
        <w:t>Increase in coffee culture</w:t>
      </w:r>
    </w:p>
    <w:p w14:paraId="0941F053" w14:textId="77777777" w:rsidR="00924244" w:rsidRDefault="00000000">
      <w:pPr>
        <w:pStyle w:val="ListBullet"/>
      </w:pPr>
      <w:r>
        <w:t>Opportunity to expand business in the future</w:t>
      </w:r>
    </w:p>
    <w:p w14:paraId="41AD4B16" w14:textId="77777777" w:rsidR="00924244" w:rsidRDefault="00000000">
      <w:r>
        <w:rPr>
          <w:b/>
          <w:sz w:val="24"/>
        </w:rPr>
        <w:t>Threats</w:t>
      </w:r>
    </w:p>
    <w:p w14:paraId="302667E8" w14:textId="77777777" w:rsidR="00924244" w:rsidRDefault="00000000">
      <w:pPr>
        <w:pStyle w:val="ListBullet"/>
      </w:pPr>
      <w:r>
        <w:t>Strong competition from big brands</w:t>
      </w:r>
    </w:p>
    <w:p w14:paraId="4C6CEBBF" w14:textId="77777777" w:rsidR="00924244" w:rsidRDefault="00000000">
      <w:pPr>
        <w:pStyle w:val="ListBullet"/>
      </w:pPr>
      <w:r>
        <w:t>Price changes in raw materials</w:t>
      </w:r>
    </w:p>
    <w:p w14:paraId="099CEEA2" w14:textId="77777777" w:rsidR="00924244" w:rsidRDefault="00000000">
      <w:pPr>
        <w:pStyle w:val="ListBullet"/>
      </w:pPr>
      <w:r>
        <w:t>Economic problems can reduce customers</w:t>
      </w:r>
    </w:p>
    <w:p w14:paraId="4B98390F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FEF698B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71771CF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E6E109E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62758C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003A91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DD77C7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02FE899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057976C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9F39871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D289F28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24C369CA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5F0970C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F0D4BF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3E3524F4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3E30A7FB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2125748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B7C6D33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A5F0F00" w14:textId="77777777" w:rsidR="002342F3" w:rsidRDefault="002342F3" w:rsidP="002342F3">
      <w:pPr>
        <w:pStyle w:val="ListBullet"/>
        <w:numPr>
          <w:ilvl w:val="0"/>
          <w:numId w:val="0"/>
        </w:numPr>
        <w:ind w:left="360"/>
      </w:pPr>
    </w:p>
    <w:p w14:paraId="647B7412" w14:textId="54C868C6" w:rsidR="00924244" w:rsidRDefault="00000000">
      <w:r>
        <w:rPr>
          <w:b/>
          <w:sz w:val="28"/>
        </w:rPr>
        <w:lastRenderedPageBreak/>
        <w:t>Marketing Mix (4Ps)</w:t>
      </w:r>
    </w:p>
    <w:p w14:paraId="6F20D1B8" w14:textId="77777777" w:rsidR="00924244" w:rsidRDefault="00000000">
      <w:r>
        <w:rPr>
          <w:b/>
          <w:sz w:val="24"/>
        </w:rPr>
        <w:t>Product</w:t>
      </w:r>
    </w:p>
    <w:p w14:paraId="591A715C" w14:textId="77777777" w:rsidR="00924244" w:rsidRDefault="00000000">
      <w:r>
        <w:t>The café offers high-quality coffee, drinks, bakery products, and healthy options. The focus is on quality and customer experience.</w:t>
      </w:r>
    </w:p>
    <w:p w14:paraId="667BB774" w14:textId="77777777" w:rsidR="00924244" w:rsidRDefault="00000000">
      <w:r>
        <w:rPr>
          <w:b/>
          <w:sz w:val="24"/>
        </w:rPr>
        <w:t>Price</w:t>
      </w:r>
    </w:p>
    <w:p w14:paraId="3339BF99" w14:textId="77777777" w:rsidR="00924244" w:rsidRDefault="00000000">
      <w:r>
        <w:t>Prices will be competitive but slightly higher than average because of better quality. The café will offer value for money.</w:t>
      </w:r>
    </w:p>
    <w:p w14:paraId="49781DFC" w14:textId="77777777" w:rsidR="00924244" w:rsidRDefault="00000000">
      <w:r>
        <w:rPr>
          <w:b/>
          <w:sz w:val="24"/>
        </w:rPr>
        <w:t>Place</w:t>
      </w:r>
    </w:p>
    <w:p w14:paraId="20231860" w14:textId="77777777" w:rsidR="00924244" w:rsidRDefault="00000000">
      <w:r>
        <w:t>The café will be located in a busy area in London. It will also offer take-away and online orders.</w:t>
      </w:r>
    </w:p>
    <w:p w14:paraId="7D6AEDD1" w14:textId="77777777" w:rsidR="00924244" w:rsidRDefault="00000000">
      <w:r>
        <w:rPr>
          <w:b/>
          <w:sz w:val="24"/>
        </w:rPr>
        <w:t>Promotion</w:t>
      </w:r>
    </w:p>
    <w:p w14:paraId="0A326E0E" w14:textId="77777777" w:rsidR="00924244" w:rsidRDefault="00000000">
      <w:r>
        <w:t>The café will use social media, promotions, discounts, and loyalty cards to attract customers.</w:t>
      </w:r>
    </w:p>
    <w:p w14:paraId="4BB4BDC4" w14:textId="0197CB58" w:rsidR="00924244" w:rsidRDefault="00000000">
      <w:r>
        <w:rPr>
          <w:b/>
          <w:sz w:val="28"/>
        </w:rPr>
        <w:t>Management Team</w:t>
      </w:r>
    </w:p>
    <w:p w14:paraId="6FE0E842" w14:textId="77777777" w:rsidR="00924244" w:rsidRDefault="00000000">
      <w:pPr>
        <w:pStyle w:val="ListBullet"/>
      </w:pPr>
      <w:r>
        <w:t>CEO (Owner): Responsible for business decisions, strategy, and management.</w:t>
      </w:r>
    </w:p>
    <w:p w14:paraId="223B26F0" w14:textId="77777777" w:rsidR="00924244" w:rsidRDefault="00000000">
      <w:pPr>
        <w:pStyle w:val="ListBullet"/>
      </w:pPr>
      <w:r>
        <w:t>Head Barista: Responsible for coffee preparation and product quality.</w:t>
      </w:r>
    </w:p>
    <w:p w14:paraId="52517B82" w14:textId="77777777" w:rsidR="00924244" w:rsidRDefault="00000000">
      <w:pPr>
        <w:pStyle w:val="ListBullet"/>
      </w:pPr>
      <w:r>
        <w:t>Operations Manager: Responsible for daily operations and staff management.</w:t>
      </w:r>
    </w:p>
    <w:p w14:paraId="0339E27E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08BD7322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E0C6DF0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EA92724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57978B4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55A96A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D4CC4C3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3CD1F18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1257C06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E2B08A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2B79551E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24069F48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42299AF7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1952F47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57742A85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A6080FD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760B19DF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66786139" w14:textId="77777777" w:rsidR="002342F3" w:rsidRDefault="002342F3" w:rsidP="002342F3">
      <w:pPr>
        <w:pStyle w:val="ListBullet"/>
        <w:numPr>
          <w:ilvl w:val="0"/>
          <w:numId w:val="0"/>
        </w:numPr>
        <w:ind w:left="360" w:hanging="360"/>
      </w:pPr>
    </w:p>
    <w:p w14:paraId="1AFC1E85" w14:textId="77777777" w:rsidR="00924244" w:rsidRDefault="00000000">
      <w:r>
        <w:rPr>
          <w:b/>
          <w:sz w:val="28"/>
        </w:rPr>
        <w:lastRenderedPageBreak/>
        <w:t>Organisational Chart</w:t>
      </w:r>
    </w:p>
    <w:p w14:paraId="552B8432" w14:textId="77777777" w:rsidR="00924244" w:rsidRDefault="00000000">
      <w:r>
        <w:t>Below is an overview of the planned organisational structure of the business. The number of staff, including baristas, admin, HR, and marketing staff, will increase in line with business growth.</w:t>
      </w:r>
    </w:p>
    <w:p w14:paraId="017B4EA1" w14:textId="77777777" w:rsidR="00924244" w:rsidRDefault="00000000">
      <w:pPr>
        <w:rPr>
          <w:lang w:val="pt-BR"/>
        </w:rPr>
      </w:pPr>
      <w:r>
        <w:rPr>
          <w:noProof/>
        </w:rPr>
        <w:drawing>
          <wp:inline distT="0" distB="0" distL="0" distR="0" wp14:anchorId="72842F82" wp14:editId="541F70D5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_fixe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1E50F" w14:textId="77777777" w:rsidR="00076D16" w:rsidRDefault="00076D16">
      <w:pPr>
        <w:rPr>
          <w:lang w:val="pt-BR"/>
        </w:rPr>
      </w:pPr>
    </w:p>
    <w:p w14:paraId="23CD3347" w14:textId="77777777" w:rsidR="00076D16" w:rsidRDefault="00076D16">
      <w:pPr>
        <w:rPr>
          <w:lang w:val="pt-BR"/>
        </w:rPr>
      </w:pPr>
    </w:p>
    <w:p w14:paraId="14FFE38C" w14:textId="77777777" w:rsidR="00076D16" w:rsidRDefault="00076D16">
      <w:pPr>
        <w:rPr>
          <w:lang w:val="pt-BR"/>
        </w:rPr>
      </w:pPr>
    </w:p>
    <w:p w14:paraId="12064B43" w14:textId="77777777" w:rsidR="00076D16" w:rsidRDefault="00076D16">
      <w:pPr>
        <w:rPr>
          <w:lang w:val="pt-BR"/>
        </w:rPr>
      </w:pPr>
    </w:p>
    <w:p w14:paraId="171409D6" w14:textId="77777777" w:rsidR="00076D16" w:rsidRDefault="00076D16">
      <w:pPr>
        <w:rPr>
          <w:lang w:val="pt-BR"/>
        </w:rPr>
      </w:pPr>
    </w:p>
    <w:p w14:paraId="4388EEE4" w14:textId="77777777" w:rsidR="00076D16" w:rsidRDefault="00076D16">
      <w:pPr>
        <w:rPr>
          <w:lang w:val="pt-BR"/>
        </w:rPr>
      </w:pPr>
    </w:p>
    <w:p w14:paraId="250ECF2D" w14:textId="77777777" w:rsidR="00076D16" w:rsidRDefault="00076D16">
      <w:pPr>
        <w:rPr>
          <w:lang w:val="pt-BR"/>
        </w:rPr>
      </w:pPr>
    </w:p>
    <w:p w14:paraId="4F0566D6" w14:textId="77777777" w:rsidR="00076D16" w:rsidRDefault="00076D16">
      <w:pPr>
        <w:rPr>
          <w:lang w:val="pt-BR"/>
        </w:rPr>
      </w:pPr>
    </w:p>
    <w:p w14:paraId="378A1F07" w14:textId="66D7E9F3" w:rsidR="00076D16" w:rsidRDefault="00076D16" w:rsidP="00076D16">
      <w:pPr>
        <w:rPr>
          <w:b/>
          <w:sz w:val="28"/>
        </w:rPr>
      </w:pPr>
      <w:r>
        <w:rPr>
          <w:b/>
          <w:sz w:val="28"/>
        </w:rPr>
        <w:lastRenderedPageBreak/>
        <w:t>Financial Plan (One Year</w:t>
      </w:r>
    </w:p>
    <w:p w14:paraId="4ADBE716" w14:textId="18A02E6B" w:rsidR="00076D16" w:rsidRDefault="00076D16" w:rsidP="00076D16">
      <w:pPr>
        <w:rPr>
          <w:b/>
          <w:sz w:val="28"/>
        </w:rPr>
      </w:pPr>
      <w:r>
        <w:rPr>
          <w:b/>
          <w:sz w:val="28"/>
        </w:rPr>
        <w:t>Sources of Finance</w:t>
      </w:r>
    </w:p>
    <w:p w14:paraId="0BFC2AD0" w14:textId="09596FE4" w:rsidR="00076D16" w:rsidRPr="00076D16" w:rsidRDefault="00076D16" w:rsidP="00076D16">
      <w:pPr>
        <w:rPr>
          <w:bCs/>
        </w:rPr>
      </w:pPr>
      <w:r w:rsidRPr="00076D16">
        <w:rPr>
          <w:bCs/>
        </w:rPr>
        <w:t>Funding from a Loan</w:t>
      </w:r>
      <w:r>
        <w:rPr>
          <w:bCs/>
        </w:rPr>
        <w:t xml:space="preserve"> </w:t>
      </w:r>
      <w:r>
        <w:t>£</w:t>
      </w:r>
      <w:r w:rsidR="00D41929">
        <w:t>50.000</w:t>
      </w:r>
    </w:p>
    <w:p w14:paraId="3F77F8C7" w14:textId="36FBCF4D" w:rsidR="00D41929" w:rsidRDefault="00076D16" w:rsidP="00D41929">
      <w:pPr>
        <w:rPr>
          <w:bCs/>
        </w:rPr>
      </w:pPr>
      <w:r w:rsidRPr="00076D16">
        <w:rPr>
          <w:bCs/>
        </w:rPr>
        <w:t xml:space="preserve">Personal </w:t>
      </w:r>
      <w:proofErr w:type="spellStart"/>
      <w:r w:rsidRPr="00076D16">
        <w:rPr>
          <w:bCs/>
        </w:rPr>
        <w:t>Investiment</w:t>
      </w:r>
      <w:proofErr w:type="spellEnd"/>
      <w:r w:rsidRPr="00076D16">
        <w:rPr>
          <w:bCs/>
        </w:rPr>
        <w:t xml:space="preserve"> into the Business </w:t>
      </w:r>
      <w:r>
        <w:t>£</w:t>
      </w:r>
      <w:r w:rsidRPr="00076D16">
        <w:rPr>
          <w:bCs/>
        </w:rPr>
        <w:t>35.00</w:t>
      </w:r>
      <w:r w:rsidR="00D41929">
        <w:rPr>
          <w:bCs/>
        </w:rPr>
        <w:t>0</w:t>
      </w:r>
    </w:p>
    <w:p w14:paraId="19DE7291" w14:textId="77777777" w:rsidR="000454AB" w:rsidRDefault="000454AB" w:rsidP="000454AB">
      <w:pPr>
        <w:pStyle w:val="NormalWeb"/>
      </w:pPr>
      <w:r>
        <w:rPr>
          <w:noProof/>
        </w:rPr>
        <w:drawing>
          <wp:inline distT="0" distB="0" distL="0" distR="0" wp14:anchorId="05DDEA96" wp14:editId="2FD5AD2D">
            <wp:extent cx="5461000" cy="4140200"/>
            <wp:effectExtent l="0" t="0" r="635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E9537" w14:textId="77777777" w:rsidR="000454AB" w:rsidRDefault="000454AB" w:rsidP="00D41929">
      <w:pPr>
        <w:rPr>
          <w:bCs/>
        </w:rPr>
      </w:pPr>
    </w:p>
    <w:p w14:paraId="2D7D44BC" w14:textId="77777777" w:rsidR="000454AB" w:rsidRPr="00D41929" w:rsidRDefault="000454AB" w:rsidP="00D41929">
      <w:pPr>
        <w:rPr>
          <w:bCs/>
        </w:rPr>
      </w:pPr>
    </w:p>
    <w:p w14:paraId="3F0236E9" w14:textId="77777777" w:rsidR="00D41929" w:rsidRPr="00D41929" w:rsidRDefault="00D41929" w:rsidP="00076D16">
      <w:pPr>
        <w:jc w:val="center"/>
        <w:rPr>
          <w:noProof/>
          <w:lang w:val="en-GB"/>
        </w:rPr>
      </w:pPr>
    </w:p>
    <w:p w14:paraId="77A4BB49" w14:textId="77777777" w:rsidR="00D41929" w:rsidRPr="00D41929" w:rsidRDefault="00D41929" w:rsidP="00076D16">
      <w:pPr>
        <w:jc w:val="center"/>
        <w:rPr>
          <w:noProof/>
          <w:lang w:val="en-GB"/>
        </w:rPr>
      </w:pPr>
    </w:p>
    <w:p w14:paraId="5EFA4995" w14:textId="77777777" w:rsidR="00D41929" w:rsidRDefault="00D41929" w:rsidP="000454AB">
      <w:pPr>
        <w:rPr>
          <w:lang w:val="en-GB"/>
        </w:rPr>
      </w:pPr>
    </w:p>
    <w:p w14:paraId="394092A4" w14:textId="77777777" w:rsidR="000454AB" w:rsidRPr="000454AB" w:rsidRDefault="000454AB" w:rsidP="000454AB">
      <w:pPr>
        <w:rPr>
          <w:lang w:val="en-GB"/>
        </w:rPr>
      </w:pPr>
    </w:p>
    <w:p w14:paraId="01D31CFA" w14:textId="77777777" w:rsidR="00D41929" w:rsidRPr="000454AB" w:rsidRDefault="00D41929" w:rsidP="00076D16">
      <w:pPr>
        <w:jc w:val="center"/>
        <w:rPr>
          <w:lang w:val="en-GB"/>
        </w:rPr>
      </w:pPr>
    </w:p>
    <w:p w14:paraId="1B28C83D" w14:textId="77777777" w:rsidR="00D41929" w:rsidRPr="000454AB" w:rsidRDefault="00D41929" w:rsidP="00076D16">
      <w:pPr>
        <w:jc w:val="center"/>
        <w:rPr>
          <w:lang w:val="en-GB"/>
        </w:rPr>
      </w:pPr>
    </w:p>
    <w:p w14:paraId="53C84AF8" w14:textId="69B25CB5" w:rsidR="00F40A84" w:rsidRDefault="00F40A84" w:rsidP="00F40A84">
      <w:pPr>
        <w:rPr>
          <w:b/>
          <w:sz w:val="28"/>
        </w:rPr>
      </w:pPr>
      <w:r>
        <w:rPr>
          <w:b/>
          <w:sz w:val="28"/>
        </w:rPr>
        <w:lastRenderedPageBreak/>
        <w:t>Cash Flow Forecast</w:t>
      </w:r>
    </w:p>
    <w:p w14:paraId="36FFA51B" w14:textId="33C8A74C" w:rsidR="00F40A84" w:rsidRDefault="00F40A84" w:rsidP="00F40A84">
      <w:pPr>
        <w:rPr>
          <w:bCs/>
        </w:rPr>
      </w:pPr>
      <w:r>
        <w:rPr>
          <w:bCs/>
        </w:rPr>
        <w:t xml:space="preserve">Predicted positive cash flow by the end of the </w:t>
      </w:r>
      <w:proofErr w:type="spellStart"/>
      <w:r>
        <w:rPr>
          <w:bCs/>
        </w:rPr>
        <w:t>firt</w:t>
      </w:r>
      <w:proofErr w:type="spellEnd"/>
      <w:r>
        <w:rPr>
          <w:bCs/>
        </w:rPr>
        <w:t xml:space="preserve"> financial year.</w:t>
      </w:r>
    </w:p>
    <w:p w14:paraId="6EF3496D" w14:textId="77777777" w:rsidR="00A14E15" w:rsidRDefault="00A14E15" w:rsidP="00F40A84">
      <w:pPr>
        <w:rPr>
          <w:bCs/>
        </w:rPr>
      </w:pPr>
    </w:p>
    <w:p w14:paraId="412A145C" w14:textId="45F9A892" w:rsidR="00A14E15" w:rsidRDefault="00A14E15" w:rsidP="00F40A84">
      <w:pPr>
        <w:rPr>
          <w:bCs/>
        </w:rPr>
      </w:pPr>
      <w:r>
        <w:rPr>
          <w:bCs/>
          <w:noProof/>
        </w:rPr>
        <w:drawing>
          <wp:inline distT="0" distB="0" distL="0" distR="0" wp14:anchorId="0E454CB5" wp14:editId="014D1A07">
            <wp:extent cx="5657850" cy="4813300"/>
            <wp:effectExtent l="0" t="0" r="0" b="6350"/>
            <wp:docPr id="273028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81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10A3B8" w14:textId="77777777" w:rsidR="00F40A84" w:rsidRPr="00F40A84" w:rsidRDefault="00F40A84" w:rsidP="00F40A84">
      <w:pPr>
        <w:rPr>
          <w:bCs/>
        </w:rPr>
      </w:pPr>
    </w:p>
    <w:p w14:paraId="6D202460" w14:textId="05EC4102" w:rsidR="000454AB" w:rsidRDefault="000454AB" w:rsidP="000454AB">
      <w:pPr>
        <w:pStyle w:val="NormalWeb"/>
      </w:pPr>
    </w:p>
    <w:p w14:paraId="3169A703" w14:textId="106EDA52" w:rsidR="00F40A84" w:rsidRPr="00F40A84" w:rsidRDefault="00F40A84" w:rsidP="00F40A84">
      <w:pPr>
        <w:jc w:val="center"/>
        <w:rPr>
          <w:lang w:val="en-GB"/>
        </w:rPr>
      </w:pPr>
    </w:p>
    <w:p w14:paraId="51B080C5" w14:textId="77777777" w:rsidR="00D41929" w:rsidRDefault="00D41929" w:rsidP="00076D16">
      <w:pPr>
        <w:jc w:val="center"/>
        <w:rPr>
          <w:lang w:val="en-GB"/>
        </w:rPr>
      </w:pPr>
    </w:p>
    <w:p w14:paraId="53B6AAB7" w14:textId="77777777" w:rsidR="00F40A84" w:rsidRDefault="00F40A84" w:rsidP="0043033A">
      <w:pPr>
        <w:rPr>
          <w:lang w:val="en-GB"/>
        </w:rPr>
      </w:pPr>
    </w:p>
    <w:p w14:paraId="6FF5A5EB" w14:textId="77777777" w:rsidR="0043033A" w:rsidRDefault="0043033A" w:rsidP="0043033A">
      <w:pPr>
        <w:rPr>
          <w:lang w:val="en-GB"/>
        </w:rPr>
      </w:pPr>
    </w:p>
    <w:p w14:paraId="5F765EAD" w14:textId="77777777" w:rsidR="00F40A84" w:rsidRDefault="00F40A84" w:rsidP="00076D16">
      <w:pPr>
        <w:jc w:val="center"/>
        <w:rPr>
          <w:lang w:val="en-GB"/>
        </w:rPr>
      </w:pPr>
    </w:p>
    <w:p w14:paraId="7D042926" w14:textId="4361694E" w:rsidR="00CC2600" w:rsidRDefault="00CC2600" w:rsidP="00A14E15">
      <w:p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lastRenderedPageBreak/>
        <w:t>Sales Forecast &amp; Production Breakdown</w:t>
      </w:r>
    </w:p>
    <w:p w14:paraId="3F26F248" w14:textId="34658644" w:rsidR="00CC2600" w:rsidRDefault="00CC2600" w:rsidP="00A14E15">
      <w:pPr>
        <w:rPr>
          <w:b/>
          <w:bCs/>
          <w:sz w:val="24"/>
          <w:szCs w:val="24"/>
          <w:lang w:val="en-GB"/>
        </w:rPr>
      </w:pPr>
      <w:r w:rsidRPr="00CC2600">
        <w:rPr>
          <w:b/>
          <w:bCs/>
          <w:sz w:val="24"/>
          <w:szCs w:val="24"/>
          <w:lang w:val="en-GB"/>
        </w:rPr>
        <w:t xml:space="preserve">The below shows the projected sales </w:t>
      </w:r>
      <w:proofErr w:type="spellStart"/>
      <w:r w:rsidRPr="00CC2600">
        <w:rPr>
          <w:b/>
          <w:bCs/>
          <w:sz w:val="24"/>
          <w:szCs w:val="24"/>
          <w:lang w:val="en-GB"/>
        </w:rPr>
        <w:t>expectel</w:t>
      </w:r>
      <w:proofErr w:type="spellEnd"/>
      <w:r w:rsidRPr="00CC2600">
        <w:rPr>
          <w:b/>
          <w:bCs/>
          <w:sz w:val="24"/>
          <w:szCs w:val="24"/>
          <w:lang w:val="en-GB"/>
        </w:rPr>
        <w:t xml:space="preserve"> for the first financial year.</w:t>
      </w:r>
    </w:p>
    <w:p w14:paraId="3979CAC7" w14:textId="77777777" w:rsidR="00CC2600" w:rsidRDefault="00CC2600" w:rsidP="00A14E15">
      <w:pPr>
        <w:rPr>
          <w:b/>
          <w:bCs/>
          <w:sz w:val="24"/>
          <w:szCs w:val="24"/>
          <w:lang w:val="en-GB"/>
        </w:rPr>
      </w:pPr>
    </w:p>
    <w:p w14:paraId="1196AC1C" w14:textId="5E6FA4C1" w:rsidR="00CC2600" w:rsidRPr="00CC2600" w:rsidRDefault="00CC2600" w:rsidP="00A14E15">
      <w:pPr>
        <w:rPr>
          <w:b/>
          <w:bCs/>
          <w:sz w:val="24"/>
          <w:szCs w:val="24"/>
          <w:lang w:val="en-GB"/>
        </w:rPr>
      </w:pPr>
      <w:r>
        <w:rPr>
          <w:b/>
          <w:bCs/>
          <w:noProof/>
          <w:sz w:val="24"/>
          <w:szCs w:val="24"/>
          <w:lang w:val="en-GB"/>
        </w:rPr>
        <w:drawing>
          <wp:inline distT="0" distB="0" distL="0" distR="0" wp14:anchorId="0550DEA1" wp14:editId="1F0E33D6">
            <wp:extent cx="5416550" cy="5715000"/>
            <wp:effectExtent l="0" t="0" r="0" b="0"/>
            <wp:docPr id="13820126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42DFA3" w14:textId="77777777" w:rsidR="00CC2600" w:rsidRDefault="00CC2600" w:rsidP="00A14E15">
      <w:pPr>
        <w:rPr>
          <w:b/>
          <w:bCs/>
          <w:sz w:val="28"/>
          <w:szCs w:val="28"/>
          <w:lang w:val="en-GB"/>
        </w:rPr>
      </w:pPr>
    </w:p>
    <w:p w14:paraId="02BB4A1E" w14:textId="77777777" w:rsidR="00CC2600" w:rsidRDefault="00CC2600" w:rsidP="00A14E15">
      <w:pPr>
        <w:rPr>
          <w:b/>
          <w:bCs/>
          <w:sz w:val="28"/>
          <w:szCs w:val="28"/>
          <w:lang w:val="en-GB"/>
        </w:rPr>
      </w:pPr>
    </w:p>
    <w:p w14:paraId="019182B1" w14:textId="77777777" w:rsidR="00CC2600" w:rsidRDefault="00CC2600" w:rsidP="00A14E15">
      <w:pPr>
        <w:rPr>
          <w:b/>
          <w:bCs/>
          <w:sz w:val="28"/>
          <w:szCs w:val="28"/>
          <w:lang w:val="en-GB"/>
        </w:rPr>
      </w:pPr>
    </w:p>
    <w:p w14:paraId="71DCE22B" w14:textId="77777777" w:rsidR="00CC2600" w:rsidRDefault="00CC2600" w:rsidP="00A14E15">
      <w:pPr>
        <w:rPr>
          <w:b/>
          <w:bCs/>
          <w:sz w:val="28"/>
          <w:szCs w:val="28"/>
          <w:lang w:val="en-GB"/>
        </w:rPr>
      </w:pPr>
    </w:p>
    <w:p w14:paraId="5A961151" w14:textId="51259DE9" w:rsidR="00FC0334" w:rsidRDefault="00FC0334" w:rsidP="00A14E15">
      <w:pPr>
        <w:rPr>
          <w:b/>
          <w:bCs/>
          <w:sz w:val="28"/>
          <w:szCs w:val="28"/>
          <w:lang w:val="en-GB"/>
        </w:rPr>
      </w:pPr>
      <w:r w:rsidRPr="00FC0334">
        <w:rPr>
          <w:b/>
          <w:bCs/>
          <w:sz w:val="28"/>
          <w:szCs w:val="28"/>
        </w:rPr>
        <w:lastRenderedPageBreak/>
        <w:t>Break-Even Analysi</w:t>
      </w:r>
      <w:r>
        <w:rPr>
          <w:b/>
          <w:bCs/>
          <w:sz w:val="28"/>
          <w:szCs w:val="28"/>
        </w:rPr>
        <w:t>s</w:t>
      </w:r>
    </w:p>
    <w:p w14:paraId="3C881FC9" w14:textId="01169671" w:rsidR="00F3737E" w:rsidRDefault="00F3737E" w:rsidP="00A14E15">
      <w:pPr>
        <w:rPr>
          <w:b/>
          <w:bCs/>
          <w:sz w:val="28"/>
          <w:szCs w:val="28"/>
          <w:lang w:val="en-GB"/>
        </w:rPr>
      </w:pPr>
      <w:r>
        <w:rPr>
          <w:b/>
          <w:bCs/>
          <w:noProof/>
          <w:sz w:val="28"/>
          <w:szCs w:val="28"/>
          <w:lang w:val="en-GB"/>
        </w:rPr>
        <w:drawing>
          <wp:inline distT="0" distB="0" distL="0" distR="0" wp14:anchorId="58ADC163" wp14:editId="5957015A">
            <wp:extent cx="5429250" cy="5080000"/>
            <wp:effectExtent l="0" t="0" r="0" b="6350"/>
            <wp:docPr id="147669499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5D641C" w14:textId="77777777" w:rsidR="00F3737E" w:rsidRDefault="00F3737E" w:rsidP="00A14E15">
      <w:pPr>
        <w:rPr>
          <w:b/>
          <w:bCs/>
          <w:sz w:val="28"/>
          <w:szCs w:val="28"/>
          <w:lang w:val="en-GB"/>
        </w:rPr>
      </w:pPr>
    </w:p>
    <w:p w14:paraId="450D08E4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465D521E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31E035C3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71A53EA2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56557E55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42C8E9FA" w14:textId="77777777" w:rsidR="00FC0334" w:rsidRDefault="00FC0334" w:rsidP="00A14E15">
      <w:pPr>
        <w:rPr>
          <w:b/>
          <w:bCs/>
          <w:sz w:val="28"/>
          <w:szCs w:val="28"/>
          <w:lang w:val="en-GB"/>
        </w:rPr>
      </w:pPr>
    </w:p>
    <w:p w14:paraId="6BB77203" w14:textId="4D383531" w:rsidR="00A14E15" w:rsidRPr="00A14E15" w:rsidRDefault="00A14E15" w:rsidP="00A14E15">
      <w:pPr>
        <w:rPr>
          <w:b/>
          <w:bCs/>
          <w:sz w:val="28"/>
          <w:szCs w:val="28"/>
          <w:lang w:val="en-GB"/>
        </w:rPr>
      </w:pPr>
      <w:r w:rsidRPr="00A14E15">
        <w:rPr>
          <w:b/>
          <w:bCs/>
          <w:sz w:val="28"/>
          <w:szCs w:val="28"/>
          <w:lang w:val="en-GB"/>
        </w:rPr>
        <w:lastRenderedPageBreak/>
        <w:t>Operations and Management Plan</w:t>
      </w:r>
    </w:p>
    <w:p w14:paraId="779DC28A" w14:textId="77777777" w:rsidR="00A14E15" w:rsidRPr="00A14E15" w:rsidRDefault="00A14E15" w:rsidP="00A14E15">
      <w:pPr>
        <w:rPr>
          <w:lang w:val="en-GB"/>
        </w:rPr>
      </w:pPr>
    </w:p>
    <w:p w14:paraId="16F0C09D" w14:textId="45CFCE0A" w:rsidR="00A14E15" w:rsidRPr="0043033A" w:rsidRDefault="00A14E15" w:rsidP="00A14E15">
      <w:pPr>
        <w:rPr>
          <w:b/>
          <w:bCs/>
          <w:sz w:val="24"/>
          <w:szCs w:val="24"/>
          <w:lang w:val="en-GB"/>
        </w:rPr>
      </w:pPr>
      <w:r w:rsidRPr="00A14E15">
        <w:rPr>
          <w:b/>
          <w:bCs/>
          <w:sz w:val="24"/>
          <w:szCs w:val="24"/>
          <w:lang w:val="en-GB"/>
        </w:rPr>
        <w:t>P</w:t>
      </w:r>
      <w:r w:rsidRPr="00A14E15">
        <w:rPr>
          <w:b/>
          <w:bCs/>
          <w:sz w:val="24"/>
          <w:szCs w:val="24"/>
          <w:lang w:val="en-GB"/>
        </w:rPr>
        <w:t>roduction of Goods and Services</w:t>
      </w:r>
    </w:p>
    <w:p w14:paraId="2D1A0168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>Urban Aroma Coffee will serve high-quality coffee, drinks, and baked goods.</w:t>
      </w:r>
    </w:p>
    <w:p w14:paraId="59B4B95D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Coffee and drinks are made daily with fresh beans.</w:t>
      </w:r>
    </w:p>
    <w:p w14:paraId="053802AD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Baked goods are made in-house or by trusted local suppliers.</w:t>
      </w:r>
    </w:p>
    <w:p w14:paraId="50CB4AD0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Daily quality checks for taste and presentation.</w:t>
      </w:r>
    </w:p>
    <w:p w14:paraId="47824C14" w14:textId="3DEB2ECB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Weekly inventory control for stock and expiry dates</w:t>
      </w:r>
    </w:p>
    <w:p w14:paraId="5469EA61" w14:textId="42BE5DBA" w:rsidR="00A14E15" w:rsidRPr="0043033A" w:rsidRDefault="00A14E15" w:rsidP="00A14E15">
      <w:pPr>
        <w:rPr>
          <w:b/>
          <w:bCs/>
          <w:sz w:val="24"/>
          <w:szCs w:val="24"/>
          <w:lang w:val="en-GB"/>
        </w:rPr>
      </w:pPr>
      <w:r w:rsidRPr="0043033A">
        <w:rPr>
          <w:b/>
          <w:bCs/>
          <w:sz w:val="24"/>
          <w:szCs w:val="24"/>
          <w:lang w:val="en-GB"/>
        </w:rPr>
        <w:t>Technology Plan</w:t>
      </w:r>
    </w:p>
    <w:p w14:paraId="7E516047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>Technology will help manage the store and improve customer experience.</w:t>
      </w:r>
    </w:p>
    <w:p w14:paraId="12E78A38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POS system for sales and inventory tracking.</w:t>
      </w:r>
    </w:p>
    <w:p w14:paraId="57AE34B9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Accounting software for cash flow and payments.</w:t>
      </w:r>
    </w:p>
    <w:p w14:paraId="512987C1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Social media and loyalty programs for marketing.</w:t>
      </w:r>
    </w:p>
    <w:p w14:paraId="5FAFEEC7" w14:textId="026EF67E" w:rsidR="00A14E15" w:rsidRPr="0043033A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Data security and automatic backups.</w:t>
      </w:r>
    </w:p>
    <w:p w14:paraId="69E8CADC" w14:textId="13B85E98" w:rsidR="00A14E15" w:rsidRPr="0043033A" w:rsidRDefault="00A14E15" w:rsidP="00A14E15">
      <w:pPr>
        <w:rPr>
          <w:b/>
          <w:bCs/>
          <w:sz w:val="24"/>
          <w:szCs w:val="24"/>
          <w:lang w:val="en-GB"/>
        </w:rPr>
      </w:pPr>
      <w:r w:rsidRPr="0043033A">
        <w:rPr>
          <w:b/>
          <w:bCs/>
          <w:sz w:val="24"/>
          <w:szCs w:val="24"/>
          <w:lang w:val="en-GB"/>
        </w:rPr>
        <w:t xml:space="preserve"> Human Resource Plan</w:t>
      </w:r>
    </w:p>
    <w:p w14:paraId="22BB473F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>The team is trained to provide good service and manage operations.</w:t>
      </w:r>
    </w:p>
    <w:p w14:paraId="05A8EFE4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Staff: 4 baristas, 1 operations manager, 1 finance/marketing.</w:t>
      </w:r>
    </w:p>
    <w:p w14:paraId="3D07B38D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Training: customer service, food safety, and production.</w:t>
      </w:r>
    </w:p>
    <w:p w14:paraId="738E8E51" w14:textId="75F303F5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Benefits: competitive salaries and bonuses for performance.</w:t>
      </w:r>
    </w:p>
    <w:p w14:paraId="16E38DC7" w14:textId="52A2515D" w:rsidR="00A14E15" w:rsidRPr="0043033A" w:rsidRDefault="00A14E15" w:rsidP="00A14E15">
      <w:pPr>
        <w:rPr>
          <w:b/>
          <w:bCs/>
          <w:sz w:val="24"/>
          <w:szCs w:val="24"/>
          <w:lang w:val="en-GB"/>
        </w:rPr>
      </w:pPr>
      <w:r w:rsidRPr="0043033A">
        <w:rPr>
          <w:b/>
          <w:bCs/>
          <w:sz w:val="24"/>
          <w:szCs w:val="24"/>
          <w:lang w:val="en-GB"/>
        </w:rPr>
        <w:t>Expansion Plan</w:t>
      </w:r>
    </w:p>
    <w:p w14:paraId="32C2C5BD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>The café will grow step by step:</w:t>
      </w:r>
    </w:p>
    <w:p w14:paraId="7528B135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Short-term: keep current store running and increase customers.</w:t>
      </w:r>
    </w:p>
    <w:p w14:paraId="35233E62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Medium-term: open a second location in 3 years.</w:t>
      </w:r>
    </w:p>
    <w:p w14:paraId="241D0075" w14:textId="77777777" w:rsidR="00A14E15" w:rsidRPr="00A14E15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Long-term: expand brand through franchises or licensing.</w:t>
      </w:r>
    </w:p>
    <w:p w14:paraId="330B0CB5" w14:textId="07A74D97" w:rsidR="00F40A84" w:rsidRDefault="00A14E15" w:rsidP="00A14E15">
      <w:pPr>
        <w:rPr>
          <w:lang w:val="en-GB"/>
        </w:rPr>
      </w:pPr>
      <w:r w:rsidRPr="00A14E15">
        <w:rPr>
          <w:lang w:val="en-GB"/>
        </w:rPr>
        <w:tab/>
        <w:t>•</w:t>
      </w:r>
      <w:r w:rsidRPr="00A14E15">
        <w:rPr>
          <w:lang w:val="en-GB"/>
        </w:rPr>
        <w:tab/>
        <w:t>Funding: use profits or small loans for expansion.</w:t>
      </w:r>
    </w:p>
    <w:p w14:paraId="12C38C76" w14:textId="77777777" w:rsidR="00F40A84" w:rsidRDefault="00F40A84" w:rsidP="00A14E15">
      <w:pPr>
        <w:rPr>
          <w:lang w:val="en-GB"/>
        </w:rPr>
      </w:pPr>
    </w:p>
    <w:p w14:paraId="0586284B" w14:textId="27056475" w:rsidR="00F40A84" w:rsidRDefault="00400B75" w:rsidP="00A14E15">
      <w:pPr>
        <w:rPr>
          <w:b/>
          <w:bCs/>
          <w:sz w:val="28"/>
          <w:szCs w:val="28"/>
          <w:lang w:val="en-GB"/>
        </w:rPr>
      </w:pPr>
      <w:r w:rsidRPr="00400B75">
        <w:rPr>
          <w:b/>
          <w:bCs/>
          <w:sz w:val="28"/>
          <w:szCs w:val="28"/>
          <w:lang w:val="en-GB"/>
        </w:rPr>
        <w:lastRenderedPageBreak/>
        <w:t xml:space="preserve">Reference List </w:t>
      </w:r>
    </w:p>
    <w:p w14:paraId="2D22D61D" w14:textId="77777777" w:rsidR="00400B75" w:rsidRDefault="00400B75" w:rsidP="00A14E15">
      <w:pPr>
        <w:rPr>
          <w:b/>
          <w:bCs/>
          <w:sz w:val="28"/>
          <w:szCs w:val="28"/>
          <w:lang w:val="en-GB"/>
        </w:rPr>
      </w:pPr>
    </w:p>
    <w:p w14:paraId="45A6460E" w14:textId="0AEE6AE8" w:rsidR="00400B75" w:rsidRPr="00400B75" w:rsidRDefault="00400B75" w:rsidP="00400B75">
      <w:pPr>
        <w:rPr>
          <w:lang w:val="en-GB"/>
        </w:rPr>
      </w:pPr>
      <w:r w:rsidRPr="00400B75">
        <w:rPr>
          <w:lang w:val="en-GB"/>
        </w:rPr>
        <w:t>Statistica. (2025) Average price for a cup of coffee in the UK in 2025, by region. Statistica.com. Available at: https://www.statista.com/statistics/coffee-prices-uk (Accessed: 29 Mar</w:t>
      </w:r>
      <w:r w:rsidR="00B6779D">
        <w:rPr>
          <w:lang w:val="en-GB"/>
        </w:rPr>
        <w:t>ch</w:t>
      </w:r>
      <w:r w:rsidRPr="00400B75">
        <w:rPr>
          <w:lang w:val="en-GB"/>
        </w:rPr>
        <w:t xml:space="preserve"> 2026).</w:t>
      </w:r>
    </w:p>
    <w:p w14:paraId="2FB32CC1" w14:textId="447E0778" w:rsidR="00400B75" w:rsidRPr="00400B75" w:rsidRDefault="00400B75" w:rsidP="00400B75">
      <w:pPr>
        <w:rPr>
          <w:lang w:val="en-GB"/>
        </w:rPr>
      </w:pPr>
      <w:r w:rsidRPr="00400B75">
        <w:rPr>
          <w:lang w:val="en-GB"/>
        </w:rPr>
        <w:t>Small Business Price Index. (2025) Typical operating costs for a coffee shop UK. SmallBusinessPriceIndex.co.uk. Available at: https://smallbusinesspriceindex.co.uk/costs/coffee-shop (Accessed: 29 Mar</w:t>
      </w:r>
      <w:r w:rsidR="00B6779D">
        <w:rPr>
          <w:lang w:val="en-GB"/>
        </w:rPr>
        <w:t>ch</w:t>
      </w:r>
      <w:r w:rsidRPr="00400B75">
        <w:rPr>
          <w:lang w:val="en-GB"/>
        </w:rPr>
        <w:t xml:space="preserve"> 2026).</w:t>
      </w:r>
    </w:p>
    <w:p w14:paraId="3AA60C3F" w14:textId="197BDFC3" w:rsidR="00400B75" w:rsidRPr="00400B75" w:rsidRDefault="00400B75" w:rsidP="00400B75">
      <w:pPr>
        <w:rPr>
          <w:lang w:val="en-GB"/>
        </w:rPr>
      </w:pPr>
      <w:r w:rsidRPr="00400B75">
        <w:rPr>
          <w:lang w:val="en-GB"/>
        </w:rPr>
        <w:t>Office for National Statistics. (2025) Commercial rental price index, London. ONS.gov.uk. Available at: https://www.ons.gov.uk/businessindustryandtrade/propertyincome/datasets/commercialrentalpriceindex (Accessed: 29 Mar</w:t>
      </w:r>
      <w:r w:rsidR="00B6779D">
        <w:rPr>
          <w:lang w:val="en-GB"/>
        </w:rPr>
        <w:t>ch</w:t>
      </w:r>
      <w:r w:rsidRPr="00400B75">
        <w:rPr>
          <w:lang w:val="en-GB"/>
        </w:rPr>
        <w:t xml:space="preserve"> 2026).</w:t>
      </w:r>
    </w:p>
    <w:p w14:paraId="2E91A130" w14:textId="0519371C" w:rsidR="00400B75" w:rsidRPr="00400B75" w:rsidRDefault="00400B75" w:rsidP="00400B75">
      <w:pPr>
        <w:rPr>
          <w:lang w:val="en-GB"/>
        </w:rPr>
      </w:pPr>
      <w:r w:rsidRPr="00400B75">
        <w:rPr>
          <w:lang w:val="en-GB"/>
        </w:rPr>
        <w:t>Glassdoor. (2025) Average barista salary in London. Glassdoor.co.uk. Available at: https://www.glassdoor.co.uk/Salaries/barista-salary-London (Accessed: 29 Mar</w:t>
      </w:r>
      <w:r w:rsidR="00B6779D">
        <w:rPr>
          <w:lang w:val="en-GB"/>
        </w:rPr>
        <w:t>ch</w:t>
      </w:r>
      <w:r w:rsidRPr="00400B75">
        <w:rPr>
          <w:lang w:val="en-GB"/>
        </w:rPr>
        <w:t xml:space="preserve"> 2026).</w:t>
      </w:r>
    </w:p>
    <w:sectPr w:rsidR="00400B75" w:rsidRPr="00400B75" w:rsidSect="00034616">
      <w:footerReference w:type="defaul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7C452" w14:textId="77777777" w:rsidR="00C0358C" w:rsidRDefault="00C0358C" w:rsidP="008F3D1C">
      <w:pPr>
        <w:spacing w:after="0" w:line="240" w:lineRule="auto"/>
      </w:pPr>
      <w:r>
        <w:separator/>
      </w:r>
    </w:p>
  </w:endnote>
  <w:endnote w:type="continuationSeparator" w:id="0">
    <w:p w14:paraId="7623F6EA" w14:textId="77777777" w:rsidR="00C0358C" w:rsidRDefault="00C0358C" w:rsidP="008F3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C485B" w14:textId="77777777" w:rsidR="008F3D1C" w:rsidRDefault="008F3D1C">
    <w:pPr>
      <w:pStyle w:val="Footer"/>
      <w:jc w:val="right"/>
    </w:pPr>
    <w:r>
      <w:rPr>
        <w:color w:val="4F81BD" w:themeColor="accent1"/>
        <w:sz w:val="20"/>
        <w:szCs w:val="20"/>
      </w:rPr>
      <w:t xml:space="preserve">pg. </w:t>
    </w:r>
    <w:r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 xml:space="preserve"> PAGE  \* Arabic </w:instrText>
    </w:r>
    <w:r>
      <w:rPr>
        <w:color w:val="4F81BD" w:themeColor="accent1"/>
        <w:sz w:val="20"/>
        <w:szCs w:val="20"/>
      </w:rPr>
      <w:fldChar w:fldCharType="separate"/>
    </w:r>
    <w:r>
      <w:rPr>
        <w:noProof/>
        <w:color w:val="4F81BD" w:themeColor="accent1"/>
        <w:sz w:val="20"/>
        <w:szCs w:val="20"/>
      </w:rPr>
      <w:t>1</w:t>
    </w:r>
    <w:r>
      <w:rPr>
        <w:color w:val="4F81BD" w:themeColor="accent1"/>
        <w:sz w:val="20"/>
        <w:szCs w:val="20"/>
      </w:rPr>
      <w:fldChar w:fldCharType="end"/>
    </w:r>
  </w:p>
  <w:p w14:paraId="73F73523" w14:textId="77777777" w:rsidR="008F3D1C" w:rsidRDefault="008F3D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52426" w14:textId="77777777" w:rsidR="00C0358C" w:rsidRDefault="00C0358C" w:rsidP="008F3D1C">
      <w:pPr>
        <w:spacing w:after="0" w:line="240" w:lineRule="auto"/>
      </w:pPr>
      <w:r>
        <w:separator/>
      </w:r>
    </w:p>
  </w:footnote>
  <w:footnote w:type="continuationSeparator" w:id="0">
    <w:p w14:paraId="44FFFEE9" w14:textId="77777777" w:rsidR="00C0358C" w:rsidRDefault="00C0358C" w:rsidP="008F3D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60385464">
    <w:abstractNumId w:val="8"/>
  </w:num>
  <w:num w:numId="2" w16cid:durableId="980110748">
    <w:abstractNumId w:val="6"/>
  </w:num>
  <w:num w:numId="3" w16cid:durableId="1378968697">
    <w:abstractNumId w:val="5"/>
  </w:num>
  <w:num w:numId="4" w16cid:durableId="640185575">
    <w:abstractNumId w:val="4"/>
  </w:num>
  <w:num w:numId="5" w16cid:durableId="1405571060">
    <w:abstractNumId w:val="7"/>
  </w:num>
  <w:num w:numId="6" w16cid:durableId="288128396">
    <w:abstractNumId w:val="3"/>
  </w:num>
  <w:num w:numId="7" w16cid:durableId="460927051">
    <w:abstractNumId w:val="2"/>
  </w:num>
  <w:num w:numId="8" w16cid:durableId="1273127422">
    <w:abstractNumId w:val="1"/>
  </w:num>
  <w:num w:numId="9" w16cid:durableId="113641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54AB"/>
    <w:rsid w:val="0006063C"/>
    <w:rsid w:val="00072A5B"/>
    <w:rsid w:val="00076D16"/>
    <w:rsid w:val="000C7A36"/>
    <w:rsid w:val="0015074B"/>
    <w:rsid w:val="002342F3"/>
    <w:rsid w:val="0029639D"/>
    <w:rsid w:val="00326F90"/>
    <w:rsid w:val="00400B75"/>
    <w:rsid w:val="0043033A"/>
    <w:rsid w:val="00563F77"/>
    <w:rsid w:val="006E4F0E"/>
    <w:rsid w:val="007F6DC0"/>
    <w:rsid w:val="008F3D1C"/>
    <w:rsid w:val="00924244"/>
    <w:rsid w:val="00951176"/>
    <w:rsid w:val="009B78AB"/>
    <w:rsid w:val="00A14E15"/>
    <w:rsid w:val="00AA1D8D"/>
    <w:rsid w:val="00B47730"/>
    <w:rsid w:val="00B6779D"/>
    <w:rsid w:val="00C0358C"/>
    <w:rsid w:val="00CB0664"/>
    <w:rsid w:val="00CC2600"/>
    <w:rsid w:val="00D41929"/>
    <w:rsid w:val="00F3737E"/>
    <w:rsid w:val="00F40A84"/>
    <w:rsid w:val="00FC033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E1C90E"/>
  <w14:defaultImageDpi w14:val="300"/>
  <w15:docId w15:val="{B0AB2549-E6A2-48DC-841F-D0F1C71F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4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Fatima Galbiade Fernandes (2435941)</cp:lastModifiedBy>
  <cp:revision>2</cp:revision>
  <dcterms:created xsi:type="dcterms:W3CDTF">2026-04-06T15:43:00Z</dcterms:created>
  <dcterms:modified xsi:type="dcterms:W3CDTF">2026-04-06T15:43:00Z</dcterms:modified>
  <cp:category/>
</cp:coreProperties>
</file>