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C5C" w:rsidRDefault="0012665F">
      <w:pPr>
        <w:jc w:val="center"/>
        <w:rPr>
          <w:rFonts w:ascii="Aptos Display" w:hAnsi="Aptos Display"/>
          <w:b/>
          <w:color w:val="19365D"/>
          <w:sz w:val="48"/>
        </w:rPr>
      </w:pPr>
      <w:r>
        <w:rPr>
          <w:rFonts w:ascii="Aptos Display" w:hAnsi="Aptos Display"/>
          <w:b/>
          <w:color w:val="19365D"/>
          <w:sz w:val="48"/>
        </w:rPr>
        <w:t>Artifact</w:t>
      </w:r>
      <w:r>
        <w:rPr>
          <w:rFonts w:ascii="Aptos Display" w:hAnsi="Aptos Display"/>
          <w:b/>
          <w:color w:val="19365D"/>
          <w:sz w:val="48"/>
        </w:rPr>
        <w:br/>
      </w:r>
      <w:r w:rsidR="00180B1A">
        <w:rPr>
          <w:rFonts w:ascii="Aptos Display" w:hAnsi="Aptos Display"/>
          <w:b/>
          <w:color w:val="19365D"/>
          <w:sz w:val="48"/>
        </w:rPr>
        <w:t xml:space="preserve">COMPLETE </w:t>
      </w:r>
      <w:r w:rsidR="00180B1A">
        <w:rPr>
          <w:rFonts w:ascii="Aptos Display" w:hAnsi="Aptos Display"/>
          <w:b/>
          <w:color w:val="19365D"/>
          <w:sz w:val="48"/>
        </w:rPr>
        <w:t>SOURCE CODE</w:t>
      </w:r>
      <w:r>
        <w:rPr>
          <w:rFonts w:ascii="Aptos Display" w:hAnsi="Aptos Display"/>
          <w:b/>
          <w:color w:val="19365D"/>
          <w:sz w:val="48"/>
        </w:rPr>
        <w:t xml:space="preserve"> &amp; GitHub link</w:t>
      </w:r>
    </w:p>
    <w:p w:rsidR="0012665F" w:rsidRPr="0012665F" w:rsidRDefault="0012665F" w:rsidP="0012665F">
      <w:pPr>
        <w:spacing w:after="160" w:line="259" w:lineRule="auto"/>
        <w:rPr>
          <w:rFonts w:ascii="Calibri" w:eastAsia="Calibri" w:hAnsi="Calibri" w:cs="Vrinda"/>
          <w:sz w:val="44"/>
          <w:szCs w:val="44"/>
        </w:rPr>
      </w:pPr>
      <w:hyperlink r:id="rId8" w:history="1">
        <w:r w:rsidRPr="0012665F">
          <w:rPr>
            <w:rFonts w:ascii="Calibri" w:eastAsia="Calibri" w:hAnsi="Calibri" w:cs="Vrinda"/>
            <w:color w:val="0563C1"/>
            <w:sz w:val="44"/>
            <w:szCs w:val="44"/>
            <w:u w:val="single"/>
          </w:rPr>
          <w:t>https://github.com/mr-rob</w:t>
        </w:r>
        <w:r w:rsidRPr="0012665F">
          <w:rPr>
            <w:rFonts w:ascii="Calibri" w:eastAsia="Calibri" w:hAnsi="Calibri" w:cs="Vrinda"/>
            <w:color w:val="0563C1"/>
            <w:sz w:val="44"/>
            <w:szCs w:val="44"/>
            <w:u w:val="single"/>
          </w:rPr>
          <w:t>o</w:t>
        </w:r>
        <w:r w:rsidRPr="0012665F">
          <w:rPr>
            <w:rFonts w:ascii="Calibri" w:eastAsia="Calibri" w:hAnsi="Calibri" w:cs="Vrinda"/>
            <w:color w:val="0563C1"/>
            <w:sz w:val="44"/>
            <w:szCs w:val="44"/>
            <w:u w:val="single"/>
          </w:rPr>
          <w:t>t077/Md-Riad-hossain_zero-trust-ai-agent_artifact</w:t>
        </w:r>
      </w:hyperlink>
    </w:p>
    <w:p w:rsidR="0012665F" w:rsidRDefault="0012665F">
      <w:pPr>
        <w:jc w:val="center"/>
        <w:rPr>
          <w:rFonts w:hint="eastAsia"/>
        </w:rPr>
      </w:pPr>
    </w:p>
    <w:p w:rsidR="003B5C5C" w:rsidRDefault="00180B1A">
      <w:pPr>
        <w:jc w:val="center"/>
        <w:rPr>
          <w:rFonts w:hint="eastAsia"/>
        </w:rPr>
      </w:pPr>
      <w:r>
        <w:rPr>
          <w:rFonts w:ascii="Aptos Display" w:hAnsi="Aptos Display"/>
          <w:b/>
          <w:color w:val="232830"/>
          <w:sz w:val="34"/>
        </w:rPr>
        <w:t>Adaptive Zero Trust Framework for Securing Autonomous AI Agents Against Unauthorized Tool Execution</w:t>
      </w:r>
    </w:p>
    <w:p w:rsidR="003B5C5C" w:rsidRPr="00285415" w:rsidRDefault="00180B1A">
      <w:pPr>
        <w:jc w:val="center"/>
        <w:rPr>
          <w:rFonts w:hint="eastAsia"/>
          <w:sz w:val="32"/>
          <w:szCs w:val="32"/>
        </w:rPr>
      </w:pPr>
      <w:r w:rsidRPr="00285415">
        <w:rPr>
          <w:color w:val="5A697D"/>
          <w:sz w:val="32"/>
          <w:szCs w:val="32"/>
        </w:rPr>
        <w:t>Md Riad Hossain</w:t>
      </w:r>
    </w:p>
    <w:p w:rsidR="003B5C5C" w:rsidRPr="00285415" w:rsidRDefault="00180B1A">
      <w:pPr>
        <w:jc w:val="center"/>
        <w:rPr>
          <w:rFonts w:hint="eastAsia"/>
          <w:sz w:val="32"/>
          <w:szCs w:val="32"/>
        </w:rPr>
      </w:pPr>
      <w:r w:rsidRPr="00285415">
        <w:rPr>
          <w:color w:val="5A697D"/>
          <w:sz w:val="32"/>
          <w:szCs w:val="32"/>
        </w:rPr>
        <w:t>Student ID: 2434324</w:t>
      </w:r>
    </w:p>
    <w:p w:rsidR="003B5C5C" w:rsidRPr="00285415" w:rsidRDefault="00180B1A">
      <w:pPr>
        <w:jc w:val="center"/>
        <w:rPr>
          <w:rFonts w:hint="eastAsia"/>
          <w:sz w:val="32"/>
          <w:szCs w:val="32"/>
        </w:rPr>
      </w:pPr>
      <w:r w:rsidRPr="00285415">
        <w:rPr>
          <w:color w:val="5A697D"/>
          <w:sz w:val="32"/>
          <w:szCs w:val="32"/>
        </w:rPr>
        <w:t>MSc Cyber Security &amp; Digital Forensics</w:t>
      </w:r>
    </w:p>
    <w:p w:rsidR="003B5C5C" w:rsidRPr="00285415" w:rsidRDefault="00180B1A">
      <w:pPr>
        <w:jc w:val="center"/>
        <w:rPr>
          <w:rFonts w:hint="eastAsia"/>
          <w:sz w:val="32"/>
          <w:szCs w:val="32"/>
        </w:rPr>
      </w:pPr>
      <w:r w:rsidRPr="00285415">
        <w:rPr>
          <w:color w:val="5A697D"/>
          <w:sz w:val="32"/>
          <w:szCs w:val="32"/>
        </w:rPr>
        <w:t xml:space="preserve">University of Wales Trinity Saint David - London </w:t>
      </w:r>
      <w:r w:rsidRPr="00285415">
        <w:rPr>
          <w:color w:val="5A697D"/>
          <w:sz w:val="32"/>
          <w:szCs w:val="32"/>
        </w:rPr>
        <w:t>Campus</w:t>
      </w:r>
    </w:p>
    <w:p w:rsidR="003B5C5C" w:rsidRPr="00285415" w:rsidRDefault="00180B1A">
      <w:pPr>
        <w:jc w:val="center"/>
        <w:rPr>
          <w:rFonts w:hint="eastAsia"/>
          <w:sz w:val="32"/>
          <w:szCs w:val="32"/>
        </w:rPr>
      </w:pPr>
      <w:r w:rsidRPr="00285415">
        <w:rPr>
          <w:color w:val="5A697D"/>
          <w:sz w:val="32"/>
          <w:szCs w:val="32"/>
        </w:rPr>
        <w:t>2026</w:t>
      </w:r>
    </w:p>
    <w:p w:rsidR="003B5C5C" w:rsidRDefault="00180B1A">
      <w:pPr>
        <w:rPr>
          <w:rFonts w:hint="eastAsia"/>
        </w:rPr>
      </w:pPr>
      <w:r>
        <w:br w:type="page"/>
      </w:r>
    </w:p>
    <w:p w:rsidR="003B5C5C" w:rsidRDefault="00180B1A">
      <w:pPr>
        <w:pStyle w:val="Heading1"/>
      </w:pPr>
      <w:r>
        <w:lastRenderedPageBreak/>
        <w:t>Project Structure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color w:val="232830"/>
          <w:sz w:val="19"/>
        </w:rPr>
        <w:t>Adaptive-Zero-Trust-AI-Agent/</w:t>
      </w:r>
      <w:r>
        <w:rPr>
          <w:rFonts w:ascii="Consolas" w:hAnsi="Consolas"/>
          <w:color w:val="232830"/>
          <w:sz w:val="19"/>
        </w:rPr>
        <w:br/>
        <w:t>|</w:t>
      </w:r>
      <w:r>
        <w:rPr>
          <w:rFonts w:ascii="Consolas" w:hAnsi="Consolas"/>
          <w:color w:val="232830"/>
          <w:sz w:val="19"/>
        </w:rPr>
        <w:br/>
        <w:t>|-- main.py</w:t>
      </w:r>
      <w:r>
        <w:rPr>
          <w:rFonts w:ascii="Consolas" w:hAnsi="Consolas"/>
          <w:color w:val="232830"/>
          <w:sz w:val="19"/>
        </w:rPr>
        <w:br/>
        <w:t>|-- ai_agent/</w:t>
      </w:r>
      <w:r>
        <w:rPr>
          <w:rFonts w:ascii="Consolas" w:hAnsi="Consolas"/>
          <w:color w:val="232830"/>
          <w:sz w:val="19"/>
        </w:rPr>
        <w:br/>
        <w:t>|   `-- agent.py</w:t>
      </w:r>
      <w:r>
        <w:rPr>
          <w:rFonts w:ascii="Consolas" w:hAnsi="Consolas"/>
          <w:color w:val="232830"/>
          <w:sz w:val="19"/>
        </w:rPr>
        <w:br/>
        <w:t>|-- zero_trust/</w:t>
      </w:r>
      <w:r>
        <w:rPr>
          <w:rFonts w:ascii="Consolas" w:hAnsi="Consolas"/>
          <w:color w:val="232830"/>
          <w:sz w:val="19"/>
        </w:rPr>
        <w:br/>
        <w:t>|   |-- identity.py</w:t>
      </w:r>
      <w:r>
        <w:rPr>
          <w:rFonts w:ascii="Consolas" w:hAnsi="Consolas"/>
          <w:color w:val="232830"/>
          <w:sz w:val="19"/>
        </w:rPr>
        <w:br/>
        <w:t>|   |-- ris</w:t>
      </w:r>
      <w:r>
        <w:rPr>
          <w:rFonts w:ascii="Consolas" w:hAnsi="Consolas"/>
          <w:color w:val="232830"/>
          <w:sz w:val="19"/>
        </w:rPr>
        <w:t>k_engine.py</w:t>
      </w:r>
      <w:r>
        <w:rPr>
          <w:rFonts w:ascii="Consolas" w:hAnsi="Consolas"/>
          <w:color w:val="232830"/>
          <w:sz w:val="19"/>
        </w:rPr>
        <w:br/>
        <w:t>|   |-- policy_engine.py</w:t>
      </w:r>
      <w:r>
        <w:rPr>
          <w:rFonts w:ascii="Consolas" w:hAnsi="Consolas"/>
          <w:color w:val="232830"/>
          <w:sz w:val="19"/>
        </w:rPr>
        <w:br/>
        <w:t>|   |-- decision.py</w:t>
      </w:r>
      <w:r>
        <w:rPr>
          <w:rFonts w:ascii="Consolas" w:hAnsi="Consolas"/>
          <w:color w:val="232830"/>
          <w:sz w:val="19"/>
        </w:rPr>
        <w:br/>
        <w:t>|   `-- logger.py</w:t>
      </w:r>
      <w:r>
        <w:rPr>
          <w:rFonts w:ascii="Consolas" w:hAnsi="Consolas"/>
          <w:color w:val="232830"/>
          <w:sz w:val="19"/>
        </w:rPr>
        <w:br/>
        <w:t>|-- tools/</w:t>
      </w:r>
      <w:r>
        <w:rPr>
          <w:rFonts w:ascii="Consolas" w:hAnsi="Consolas"/>
          <w:color w:val="232830"/>
          <w:sz w:val="19"/>
        </w:rPr>
        <w:br/>
        <w:t>|   |-- support_tool.py</w:t>
      </w:r>
      <w:r>
        <w:rPr>
          <w:rFonts w:ascii="Consolas" w:hAnsi="Consolas"/>
          <w:color w:val="232830"/>
          <w:sz w:val="19"/>
        </w:rPr>
        <w:br/>
        <w:t>|   |-- database_tool.py</w:t>
      </w:r>
      <w:r>
        <w:rPr>
          <w:rFonts w:ascii="Consolas" w:hAnsi="Consolas"/>
          <w:color w:val="232830"/>
          <w:sz w:val="19"/>
        </w:rPr>
        <w:br/>
        <w:t>|   |-- file_tool.py</w:t>
      </w:r>
      <w:r>
        <w:rPr>
          <w:rFonts w:ascii="Consolas" w:hAnsi="Consolas"/>
          <w:color w:val="232830"/>
          <w:sz w:val="19"/>
        </w:rPr>
        <w:br/>
        <w:t>|   `-- tool_manager.py</w:t>
      </w:r>
      <w:r>
        <w:rPr>
          <w:rFonts w:ascii="Consolas" w:hAnsi="Consolas"/>
          <w:color w:val="232830"/>
          <w:sz w:val="19"/>
        </w:rPr>
        <w:br/>
        <w:t>|-- tests/</w:t>
      </w:r>
      <w:r>
        <w:rPr>
          <w:rFonts w:ascii="Consolas" w:hAnsi="Consolas"/>
          <w:color w:val="232830"/>
          <w:sz w:val="19"/>
        </w:rPr>
        <w:br/>
        <w:t>|   `-- test_identity.py</w:t>
      </w:r>
      <w:r>
        <w:rPr>
          <w:rFonts w:ascii="Consolas" w:hAnsi="Consolas"/>
          <w:color w:val="232830"/>
          <w:sz w:val="19"/>
        </w:rPr>
        <w:br/>
        <w:t>`-- logs/</w:t>
      </w:r>
      <w:r>
        <w:rPr>
          <w:rFonts w:ascii="Consolas" w:hAnsi="Consolas"/>
          <w:color w:val="232830"/>
          <w:sz w:val="19"/>
        </w:rPr>
        <w:br/>
        <w:t xml:space="preserve">    `-- security.log   (genera</w:t>
      </w:r>
      <w:r>
        <w:rPr>
          <w:rFonts w:ascii="Consolas" w:hAnsi="Consolas"/>
          <w:color w:val="232830"/>
          <w:sz w:val="19"/>
        </w:rPr>
        <w:t>ted at runtime)</w:t>
      </w:r>
      <w:r>
        <w:rPr>
          <w:rFonts w:ascii="Consolas" w:hAnsi="Consolas"/>
          <w:color w:val="232830"/>
          <w:sz w:val="19"/>
        </w:rPr>
        <w:br/>
      </w:r>
      <w:bookmarkStart w:id="0" w:name="_GoBack"/>
      <w:bookmarkEnd w:id="0"/>
    </w:p>
    <w:p w:rsidR="003B5C5C" w:rsidRDefault="00180B1A">
      <w:pPr>
        <w:pStyle w:val="Heading1"/>
        <w:pageBreakBefore/>
      </w:pPr>
      <w:r>
        <w:lastRenderedPageBreak/>
        <w:t>1. Main Application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main.py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ai_</w:t>
      </w:r>
      <w:r>
        <w:rPr>
          <w:rFonts w:ascii="Consolas" w:hAnsi="Consolas"/>
          <w:color w:val="232830"/>
          <w:sz w:val="17"/>
        </w:rPr>
        <w:t>agent.agent import AIAgent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zero_trust.decision import ZeroTrustDecision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tools.tool_manager import ToolManager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# Create system components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agent = AIAgent()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security = ZeroTrustDecision()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tool_manager = ToolManager()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# Get user identity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user = </w:t>
      </w:r>
      <w:r>
        <w:rPr>
          <w:rFonts w:ascii="Consolas" w:hAnsi="Consolas"/>
          <w:color w:val="232830"/>
          <w:sz w:val="17"/>
        </w:rPr>
        <w:t>input("Enter username: ")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# Get user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request = input("Enter your request: ")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# AI Agent processes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action = agent.process_request(request)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# Zero Trust evaluates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result = security.check_request(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action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print("\nAI Agent Action:")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print(action)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print("\nZero Trust Decision:")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print(result)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# Execute tool only if allowed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tool_result = tool_manager.execute(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result["Decision"]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print("\nTool Result:")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print(tool_result)</w:t>
      </w:r>
    </w:p>
    <w:p w:rsidR="003B5C5C" w:rsidRDefault="00180B1A">
      <w:pPr>
        <w:pStyle w:val="Heading1"/>
        <w:pageBreakBefore/>
      </w:pPr>
      <w:r>
        <w:lastRenderedPageBreak/>
        <w:t xml:space="preserve">2. AI Agent </w:t>
      </w:r>
      <w:r>
        <w:t>Request Processing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ai_agent/agent.py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AIAgent: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process_request(self, user_request):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request = user_request.lower()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Export customer data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("customer" in request or "client" in request)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</w:t>
      </w:r>
      <w:r>
        <w:rPr>
          <w:rFonts w:ascii="Consolas" w:hAnsi="Consolas"/>
          <w:color w:val="232830"/>
          <w:sz w:val="17"/>
        </w:rPr>
        <w:t xml:space="preserve"> and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("export" in request or "download" in request or "extract" in request)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"EXPORT_CUSTOMER_DATA"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Delete files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"delete"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"remove file"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</w:t>
      </w:r>
      <w:r>
        <w:rPr>
          <w:rFonts w:ascii="Consolas" w:hAnsi="Consolas"/>
          <w:color w:val="232830"/>
          <w:sz w:val="17"/>
        </w:rPr>
        <w:t xml:space="preserve">         or "erase file"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"remove document"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"DELETE_FILE"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Employee records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"employee"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"staff record"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"employee information"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"staff details"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"READ_EMPLOYEE_RECORDS"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Database access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"database"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"customer database"</w:t>
      </w:r>
      <w:r>
        <w:rPr>
          <w:rFonts w:ascii="Consolas" w:hAnsi="Consolas"/>
          <w:color w:val="232830"/>
          <w:sz w:val="17"/>
        </w:rPr>
        <w:t xml:space="preserve">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"system database"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"READ_DATABASE"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Financial reports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"financial"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"finance report"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"money report" i</w:t>
      </w:r>
      <w:r>
        <w:rPr>
          <w:rFonts w:ascii="Consolas" w:hAnsi="Consolas"/>
          <w:color w:val="232830"/>
          <w:sz w:val="17"/>
        </w:rPr>
        <w:t>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"account report"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"ACCESS_FINANCIAL_REPORT"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Password reset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"password"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"reset password"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"change password"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"forgot password"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"RESET_USER_PASSWORD"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Support ticket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"support ticket"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lastRenderedPageBreak/>
        <w:t xml:space="preserve">            or "support case" in r</w:t>
      </w:r>
      <w:r>
        <w:rPr>
          <w:rFonts w:ascii="Consolas" w:hAnsi="Consolas"/>
          <w:color w:val="232830"/>
          <w:sz w:val="17"/>
        </w:rPr>
        <w:t>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"create ticket"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"open ticket"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"open a case"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"customer complaint"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"customer issue"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"customer problem" in </w:t>
      </w:r>
      <w:r>
        <w:rPr>
          <w:rFonts w:ascii="Consolas" w:hAnsi="Consolas"/>
          <w:color w:val="232830"/>
          <w:sz w:val="17"/>
        </w:rPr>
        <w:t>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"problem report"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"log an issue"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"CREATE_SUPPORT_TICKET"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Security logs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"security log"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"audit log"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or "access log" in request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"VIEW_SECURITY_LOGS"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else: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"UNKNOWN_ACTION"</w:t>
      </w:r>
    </w:p>
    <w:p w:rsidR="003B5C5C" w:rsidRDefault="00180B1A">
      <w:pPr>
        <w:pStyle w:val="Heading1"/>
        <w:pageBreakBefore/>
      </w:pPr>
      <w:r>
        <w:lastRenderedPageBreak/>
        <w:t>3. Identity Verification and RBAC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zero_trust/identity.py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class </w:t>
      </w:r>
      <w:r>
        <w:rPr>
          <w:rFonts w:ascii="Consolas" w:hAnsi="Consolas"/>
          <w:color w:val="232830"/>
          <w:sz w:val="17"/>
        </w:rPr>
        <w:t>IdentityVerifier: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__init__(self):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self.users = {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"admin": {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"role": "administrator",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"permissions": [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"CREATE_SUPPORT_TICKET",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"READ_EMPLOYEE_RECORDS"</w:t>
      </w:r>
      <w:r>
        <w:rPr>
          <w:rFonts w:ascii="Consolas" w:hAnsi="Consolas"/>
          <w:color w:val="232830"/>
          <w:sz w:val="17"/>
        </w:rPr>
        <w:t>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"VIEW_SECURITY_LOGS",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"ACCESS_FINANCIAL_REPORT",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"EXPORT_CUSTOMER_DATA",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"DELETE_FILE",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"RESET_USER_PASSWORD"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]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},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"employee": {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"role": "support_employee",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"permissions": [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"CREATE_SUPPORT_TICKET",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"READ_EMPLOYEE_RECORDS"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]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},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"data_manager": {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"role": "data_manager",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"permissions": [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"READ_EMPLOYEE_RECORDS",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"ACCESS_FINANCIAL_REPORT",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"EXPORT_CUSTOMER_DATA"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]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}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}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  <w:r>
        <w:rPr>
          <w:rFonts w:ascii="Consolas" w:hAnsi="Consolas"/>
          <w:color w:val="232830"/>
          <w:sz w:val="17"/>
        </w:rPr>
        <w:t xml:space="preserve">   def verify(self, user):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user in self.users: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True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False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get_user_role(self, user):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user in self.users: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self.users[user]["role"]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None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check_permission(self, user, action):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user in self.users: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permissions = self.users[user]["permissions"]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if action in permissions: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lastRenderedPageBreak/>
        <w:t xml:space="preserve">                return True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False</w:t>
      </w:r>
    </w:p>
    <w:p w:rsidR="003B5C5C" w:rsidRDefault="00180B1A">
      <w:pPr>
        <w:pStyle w:val="Heading1"/>
        <w:pageBreakBefore/>
      </w:pPr>
      <w:r>
        <w:lastRenderedPageBreak/>
        <w:t>4. Risk Engine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zero_trust/</w:t>
      </w:r>
      <w:r>
        <w:rPr>
          <w:rFonts w:ascii="Consolas" w:hAnsi="Consolas"/>
          <w:b/>
          <w:color w:val="5A697D"/>
          <w:sz w:val="20"/>
        </w:rPr>
        <w:t>risk_engine.py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RiskEngine: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calculate_risk(self, action):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action == "CREATE_SUPPORT_TICKET":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10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"READ_INVENTORY":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20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"READ_EMPLOYEE_RECORDS":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50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"VIEW_SECURITY_LOGS":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60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"RESET_USER_PASSWORD":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70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"ACCESS_FINANCIAL_REPO</w:t>
      </w:r>
      <w:r>
        <w:rPr>
          <w:rFonts w:ascii="Consolas" w:hAnsi="Consolas"/>
          <w:color w:val="232830"/>
          <w:sz w:val="17"/>
        </w:rPr>
        <w:t>RT":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80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"EXPORT_CUSTOMER_DATA":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90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"DELETE_FILE":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100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else: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80</w:t>
      </w:r>
    </w:p>
    <w:p w:rsidR="003B5C5C" w:rsidRDefault="00180B1A">
      <w:pPr>
        <w:pStyle w:val="Heading1"/>
        <w:pageBreakBefore/>
      </w:pPr>
      <w:r>
        <w:lastRenderedPageBreak/>
        <w:t>5. Policy Engine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zero_trust/policy_engine.py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Policy</w:t>
      </w:r>
      <w:r>
        <w:rPr>
          <w:rFonts w:ascii="Consolas" w:hAnsi="Consolas"/>
          <w:color w:val="232830"/>
          <w:sz w:val="17"/>
        </w:rPr>
        <w:t>Engine: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evaluate(self, user, action, risk_score):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Admin policy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user == "admin":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# Admin can perform high-risk actions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# but extremely dangerous actions still need control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if risk_score &lt;= 90: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return "ALLOW"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else: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return "REQUIRE_APPROVAL"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Employee policy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user == "employee":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allowed_actions = [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"CREATE_SUPPORT_TICKET",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"READ_INVENTORY",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"READ_EMPLOYEE_RECORDS"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]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if action in allowed_actions: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if risk_score &lt;= 50: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return "ALLOW"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else: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    return "REQUIRE_APPROVAL"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else: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return "DENY"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Unknown users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else: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"DENY"</w:t>
      </w:r>
    </w:p>
    <w:p w:rsidR="003B5C5C" w:rsidRDefault="00180B1A">
      <w:pPr>
        <w:pStyle w:val="Heading1"/>
        <w:pageBreakBefore/>
      </w:pPr>
      <w:r>
        <w:lastRenderedPageBreak/>
        <w:t>6. Zero Trust Decision Engine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zero_trust/decision.py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zero_trust.ide</w:t>
      </w:r>
      <w:r>
        <w:rPr>
          <w:rFonts w:ascii="Consolas" w:hAnsi="Consolas"/>
          <w:color w:val="232830"/>
          <w:sz w:val="17"/>
        </w:rPr>
        <w:t>ntity import IdentityVerifier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zero_trust.risk_engine import RiskEngine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zero_trust.policy_engine import PolicyEngine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zero_trust.logger import SecurityLogger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ZeroTrustDecision: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__init__(self):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self.identity = Identi</w:t>
      </w:r>
      <w:r>
        <w:rPr>
          <w:rFonts w:ascii="Consolas" w:hAnsi="Consolas"/>
          <w:color w:val="232830"/>
          <w:sz w:val="17"/>
        </w:rPr>
        <w:t>tyVerifier()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self.risk_engine = RiskEngine()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self.policy_engine = PolicyEngine()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self.logger = SecurityLogger()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check_request(self, user, action):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Step 1: Verify identity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identity_result = self.identity.verify(user)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not identity_result: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self.logger.log_event(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100,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"DENY"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{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"User":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"Action":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"Risk Score": 100,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"Decision": "DENY - Unknown User"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}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Step 2: Check user permission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permission_result = self.identity.check_per</w:t>
      </w:r>
      <w:r>
        <w:rPr>
          <w:rFonts w:ascii="Consolas" w:hAnsi="Consolas"/>
          <w:color w:val="232830"/>
          <w:sz w:val="17"/>
        </w:rPr>
        <w:t>mission(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action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not permission_result: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self.logger.log_event(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90,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"DENY - Permission Failed"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{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"User":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"Action":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"Risk Score": 90,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    "Decision": "DENY - Permission Failed"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}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Step 3: Calculate risk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risk_score = self.risk_en</w:t>
      </w:r>
      <w:r>
        <w:rPr>
          <w:rFonts w:ascii="Consolas" w:hAnsi="Consolas"/>
          <w:color w:val="232830"/>
          <w:sz w:val="17"/>
        </w:rPr>
        <w:t>gine.calculate_risk(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action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lastRenderedPageBreak/>
        <w:t xml:space="preserve">        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Step 4: Policy decision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decision = self.policy_engine.evaluate(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risk_score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Step 5: Security logging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self.logger.log_event(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risk_score,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decision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{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"User": user,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"Action": action,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"Risk Score": risk_score,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"Decisi</w:t>
      </w:r>
      <w:r>
        <w:rPr>
          <w:rFonts w:ascii="Consolas" w:hAnsi="Consolas"/>
          <w:color w:val="232830"/>
          <w:sz w:val="17"/>
        </w:rPr>
        <w:t>on": decision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}</w:t>
      </w:r>
    </w:p>
    <w:p w:rsidR="003B5C5C" w:rsidRDefault="00180B1A">
      <w:pPr>
        <w:pStyle w:val="Heading1"/>
        <w:pageBreakBefore/>
      </w:pPr>
      <w:r>
        <w:lastRenderedPageBreak/>
        <w:t>7. Security Logger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zero_trust/logger.py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datetime import datetime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SecurityLogger: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log_event(self, user, action, risk_score, decision):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timestamp = datetime.now()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message = 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f"{t</w:t>
      </w:r>
      <w:r>
        <w:rPr>
          <w:rFonts w:ascii="Consolas" w:hAnsi="Consolas"/>
          <w:color w:val="232830"/>
          <w:sz w:val="17"/>
        </w:rPr>
        <w:t>imestamp} | 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f"User: {user} | 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f"Action: {action} | 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f"Risk: {risk_score} | 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f"Decision: {decision}\n"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with open("logs/security.log", "a") as file: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file.write(message)</w:t>
      </w:r>
    </w:p>
    <w:p w:rsidR="003B5C5C" w:rsidRDefault="00180B1A">
      <w:pPr>
        <w:pStyle w:val="Heading1"/>
        <w:pageBreakBefore/>
      </w:pPr>
      <w:r>
        <w:lastRenderedPageBreak/>
        <w:t xml:space="preserve">8. </w:t>
      </w:r>
      <w:r>
        <w:t>Tool Manager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tools/tool_manager.py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tools.support_tool import SupportTool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tools.database_tool import DatabaseTool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tools.file_tool import FileTool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ToolManager: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__init__(self):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self.support = SupportTool()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self.database = DatabaseTool()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self.file = FileTool()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execute(self, action, decision):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# Zero Trust enforcement point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"DENY" in decision: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"ACCESS DENIED: Tool execution blocked by Zero Trust."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if action == "CREATE_SUPPORT_TICKET":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self.support.create_ticket()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"READ_EMPLOYEE_RECORDS":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"Employee rec</w:t>
      </w:r>
      <w:r>
        <w:rPr>
          <w:rFonts w:ascii="Consolas" w:hAnsi="Consolas"/>
          <w:color w:val="232830"/>
          <w:sz w:val="17"/>
        </w:rPr>
        <w:t>ords accessed."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"ACCESS_FINANCIAL_REPORT":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"Financial report accessed."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"EXPORT_CUSTOMER_DATA":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self.database.export_database()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elif action == "DELETE_FIL</w:t>
      </w:r>
      <w:r>
        <w:rPr>
          <w:rFonts w:ascii="Consolas" w:hAnsi="Consolas"/>
          <w:color w:val="232830"/>
          <w:sz w:val="17"/>
        </w:rPr>
        <w:t>E":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self.file.delete_file()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else: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    return "Unknown action."</w:t>
      </w:r>
    </w:p>
    <w:p w:rsidR="003B5C5C" w:rsidRDefault="00180B1A">
      <w:pPr>
        <w:pStyle w:val="Heading1"/>
        <w:pageBreakBefore/>
      </w:pPr>
      <w:r>
        <w:lastRenderedPageBreak/>
        <w:t>9. Support Tool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tools/support_tool.py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SupportTool: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create_ticket(self):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"Support ticket created successfully."</w:t>
      </w:r>
    </w:p>
    <w:p w:rsidR="003B5C5C" w:rsidRDefault="00180B1A">
      <w:pPr>
        <w:pStyle w:val="Heading1"/>
        <w:pageBreakBefore/>
      </w:pPr>
      <w:r>
        <w:lastRenderedPageBreak/>
        <w:t xml:space="preserve">10. </w:t>
      </w:r>
      <w:r>
        <w:t>Database Tool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tools/database_tool.py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class DatabaseTool: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read_database(self):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"Customer database has been read."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export_database(self):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"Customer database exported."</w:t>
      </w:r>
    </w:p>
    <w:p w:rsidR="003B5C5C" w:rsidRDefault="00180B1A">
      <w:pPr>
        <w:pStyle w:val="Heading1"/>
        <w:pageBreakBefore/>
      </w:pPr>
      <w:r>
        <w:lastRenderedPageBreak/>
        <w:t>11. File Tool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tools/file_tool.py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class </w:t>
      </w:r>
      <w:r>
        <w:rPr>
          <w:rFonts w:ascii="Consolas" w:hAnsi="Consolas"/>
          <w:color w:val="232830"/>
          <w:sz w:val="17"/>
        </w:rPr>
        <w:t>FileTool: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read_file(self):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"File contents displayed."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def delete_file(self):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    return "File deleted."</w:t>
      </w:r>
    </w:p>
    <w:p w:rsidR="003B5C5C" w:rsidRDefault="00180B1A">
      <w:pPr>
        <w:pStyle w:val="Heading1"/>
        <w:pageBreakBefore/>
      </w:pPr>
      <w:r>
        <w:lastRenderedPageBreak/>
        <w:t>12. Identity Test Script</w:t>
      </w:r>
    </w:p>
    <w:p w:rsidR="003B5C5C" w:rsidRDefault="00180B1A">
      <w:pPr>
        <w:rPr>
          <w:rFonts w:hint="eastAsia"/>
        </w:rPr>
      </w:pPr>
      <w:r>
        <w:rPr>
          <w:rFonts w:ascii="Consolas" w:hAnsi="Consolas"/>
          <w:b/>
          <w:color w:val="5A697D"/>
          <w:sz w:val="20"/>
        </w:rPr>
        <w:t>tests/test_identity.py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from zero_trust.identity import IdentityVerifier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identity = </w:t>
      </w:r>
      <w:r>
        <w:rPr>
          <w:rFonts w:ascii="Consolas" w:hAnsi="Consolas"/>
          <w:color w:val="232830"/>
          <w:sz w:val="17"/>
        </w:rPr>
        <w:t>IdentityVerifier()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print(identity.verify("employee"))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print(identity.get_user_role("employee"))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print(identity.check_permission(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"employee",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"EXPORT_CUSTOMER_DATA"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))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print(identity.check_permission(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"employee",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 xml:space="preserve">    "CREATE_SUPPORT_TICK</w:t>
      </w:r>
      <w:r>
        <w:rPr>
          <w:rFonts w:ascii="Consolas" w:hAnsi="Consolas"/>
          <w:color w:val="232830"/>
          <w:sz w:val="17"/>
        </w:rPr>
        <w:t>ET"</w:t>
      </w:r>
    </w:p>
    <w:p w:rsidR="003B5C5C" w:rsidRDefault="00180B1A">
      <w:pPr>
        <w:shd w:val="clear" w:color="auto" w:fill="F5F7FA"/>
        <w:spacing w:after="0" w:line="240" w:lineRule="auto"/>
        <w:ind w:left="115" w:right="115"/>
        <w:rPr>
          <w:rFonts w:hint="eastAsia"/>
        </w:rPr>
      </w:pPr>
      <w:r>
        <w:rPr>
          <w:rFonts w:ascii="Consolas" w:hAnsi="Consolas"/>
          <w:color w:val="232830"/>
          <w:sz w:val="17"/>
        </w:rPr>
        <w:t>))</w:t>
      </w:r>
    </w:p>
    <w:p w:rsidR="003B5C5C" w:rsidRDefault="00180B1A">
      <w:pPr>
        <w:spacing w:before="160"/>
        <w:rPr>
          <w:rFonts w:hint="eastAsia"/>
        </w:rPr>
      </w:pPr>
      <w:r>
        <w:rPr>
          <w:i/>
          <w:color w:val="5A697D"/>
          <w:sz w:val="19"/>
        </w:rPr>
        <w:t>End of prototype source code.</w:t>
      </w:r>
    </w:p>
    <w:sectPr w:rsidR="003B5C5C" w:rsidSect="00034616">
      <w:footerReference w:type="default" r:id="rId9"/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B1A" w:rsidRDefault="00180B1A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180B1A" w:rsidRDefault="00180B1A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C5C" w:rsidRDefault="003B5C5C">
    <w:pPr>
      <w:pStyle w:val="Footer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B1A" w:rsidRDefault="00180B1A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180B1A" w:rsidRDefault="00180B1A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2665F"/>
    <w:rsid w:val="0015074B"/>
    <w:rsid w:val="00180B1A"/>
    <w:rsid w:val="001C70A5"/>
    <w:rsid w:val="00285415"/>
    <w:rsid w:val="0029639D"/>
    <w:rsid w:val="00326F90"/>
    <w:rsid w:val="003B5C5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2A540C"/>
  <w14:defaultImageDpi w14:val="300"/>
  <w15:docId w15:val="{23046EFA-F342-4CE6-9968-491DC4CA4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9365D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9365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936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mr-robot077/Md-Riad-hossain_zero-trust-ai-agent_artifa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506A1DC-D8B2-4FDB-8AE4-85A9E35A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17</Pages>
  <Words>1764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11796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Md Riad Hossain (2434324)</cp:lastModifiedBy>
  <cp:revision>4</cp:revision>
  <dcterms:created xsi:type="dcterms:W3CDTF">2013-12-23T23:15:00Z</dcterms:created>
  <dcterms:modified xsi:type="dcterms:W3CDTF">2026-10-03T13:48:00Z</dcterms:modified>
  <cp:category/>
</cp:coreProperties>
</file>