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030BB" w14:textId="77777777" w:rsidR="00953E04" w:rsidRPr="00953E04" w:rsidRDefault="00953E04">
      <w:pPr>
        <w:rPr>
          <w:rFonts w:cs="Arial"/>
          <w:b/>
          <w:bCs/>
          <w:sz w:val="24"/>
          <w:szCs w:val="24"/>
        </w:rPr>
      </w:pPr>
    </w:p>
    <w:p w14:paraId="318A7A2F" w14:textId="77777777" w:rsidR="00953E04" w:rsidRPr="00953E04" w:rsidRDefault="00953E04">
      <w:pPr>
        <w:rPr>
          <w:rFonts w:cs="Arial"/>
          <w:b/>
          <w:bCs/>
          <w:sz w:val="24"/>
          <w:szCs w:val="24"/>
        </w:rPr>
      </w:pPr>
    </w:p>
    <w:p w14:paraId="287E277B" w14:textId="77777777" w:rsidR="00900ED5" w:rsidRPr="00953E04" w:rsidRDefault="00672E8E">
      <w:pPr>
        <w:rPr>
          <w:rFonts w:cs="Arial"/>
          <w:b/>
          <w:bCs/>
          <w:sz w:val="24"/>
          <w:szCs w:val="24"/>
        </w:rPr>
      </w:pPr>
      <w:r w:rsidRPr="00953E04">
        <w:rPr>
          <w:rFonts w:cs="Arial"/>
          <w:b/>
          <w:bCs/>
          <w:sz w:val="24"/>
          <w:szCs w:val="24"/>
        </w:rPr>
        <w:t>Name:</w:t>
      </w:r>
      <w:r w:rsidRPr="00953E04">
        <w:rPr>
          <w:rFonts w:cs="Arial"/>
          <w:sz w:val="24"/>
          <w:szCs w:val="24"/>
        </w:rPr>
        <w:t xml:space="preserve"> </w:t>
      </w:r>
      <w:r w:rsidR="0006640B" w:rsidRPr="00953E04">
        <w:rPr>
          <w:rFonts w:cs="Arial"/>
          <w:sz w:val="24"/>
          <w:szCs w:val="24"/>
        </w:rPr>
        <w:t xml:space="preserve">Nzage Barroso Ngunza </w:t>
      </w:r>
    </w:p>
    <w:p w14:paraId="0ABD5B53" w14:textId="77777777" w:rsidR="00900ED5" w:rsidRPr="00953E04" w:rsidRDefault="00672E8E">
      <w:pPr>
        <w:rPr>
          <w:rFonts w:cs="Arial"/>
          <w:sz w:val="24"/>
          <w:szCs w:val="24"/>
        </w:rPr>
      </w:pPr>
      <w:r w:rsidRPr="00953E04">
        <w:rPr>
          <w:rFonts w:cs="Arial"/>
          <w:b/>
          <w:bCs/>
          <w:sz w:val="24"/>
          <w:szCs w:val="24"/>
        </w:rPr>
        <w:t>Student Number:</w:t>
      </w:r>
      <w:r w:rsidRPr="00953E04">
        <w:rPr>
          <w:rFonts w:cs="Arial"/>
          <w:sz w:val="24"/>
          <w:szCs w:val="24"/>
        </w:rPr>
        <w:t xml:space="preserve"> </w:t>
      </w:r>
      <w:r w:rsidR="00BD3BAE" w:rsidRPr="00953E04">
        <w:rPr>
          <w:rFonts w:cs="Arial"/>
          <w:sz w:val="24"/>
          <w:szCs w:val="24"/>
        </w:rPr>
        <w:t>2327578</w:t>
      </w:r>
    </w:p>
    <w:p w14:paraId="1D653720" w14:textId="77777777" w:rsidR="00900ED5" w:rsidRPr="00953E04" w:rsidRDefault="00672E8E">
      <w:pPr>
        <w:rPr>
          <w:rFonts w:cs="Arial"/>
          <w:sz w:val="24"/>
          <w:szCs w:val="24"/>
        </w:rPr>
      </w:pPr>
      <w:r w:rsidRPr="00953E04">
        <w:rPr>
          <w:rFonts w:cs="Arial"/>
          <w:b/>
          <w:bCs/>
          <w:sz w:val="24"/>
          <w:szCs w:val="24"/>
        </w:rPr>
        <w:t>Module Code and Title:</w:t>
      </w:r>
      <w:r w:rsidRPr="00953E04">
        <w:rPr>
          <w:rFonts w:cs="Arial"/>
          <w:sz w:val="24"/>
          <w:szCs w:val="24"/>
        </w:rPr>
        <w:t xml:space="preserve"> [Module Code] Academic Skills</w:t>
      </w:r>
    </w:p>
    <w:p w14:paraId="4F009466" w14:textId="77777777" w:rsidR="00900ED5" w:rsidRPr="00953E04" w:rsidRDefault="00672E8E">
      <w:pPr>
        <w:rPr>
          <w:rFonts w:cs="Arial"/>
          <w:sz w:val="24"/>
          <w:szCs w:val="24"/>
        </w:rPr>
      </w:pPr>
      <w:r w:rsidRPr="00953E04">
        <w:rPr>
          <w:rFonts w:cs="Arial"/>
          <w:b/>
          <w:bCs/>
          <w:sz w:val="24"/>
          <w:szCs w:val="24"/>
        </w:rPr>
        <w:t>Lecturer’s Name:</w:t>
      </w:r>
      <w:r w:rsidRPr="00953E04">
        <w:rPr>
          <w:rFonts w:cs="Arial"/>
          <w:sz w:val="24"/>
          <w:szCs w:val="24"/>
        </w:rPr>
        <w:t xml:space="preserve"> </w:t>
      </w:r>
      <w:r w:rsidR="00E40215">
        <w:rPr>
          <w:rFonts w:cs="Arial"/>
          <w:sz w:val="24"/>
          <w:szCs w:val="24"/>
        </w:rPr>
        <w:t xml:space="preserve">Charissa Brain </w:t>
      </w:r>
    </w:p>
    <w:p w14:paraId="6449FBB9" w14:textId="77777777" w:rsidR="00900ED5" w:rsidRPr="00953E04" w:rsidRDefault="00672E8E">
      <w:pPr>
        <w:rPr>
          <w:rFonts w:cs="Arial"/>
          <w:sz w:val="24"/>
          <w:szCs w:val="24"/>
        </w:rPr>
      </w:pPr>
      <w:r w:rsidRPr="00953E04">
        <w:rPr>
          <w:rFonts w:cs="Arial"/>
          <w:b/>
          <w:bCs/>
          <w:sz w:val="24"/>
          <w:szCs w:val="24"/>
        </w:rPr>
        <w:t>Assignment Title:</w:t>
      </w:r>
      <w:r w:rsidRPr="00953E04">
        <w:rPr>
          <w:rFonts w:cs="Arial"/>
          <w:sz w:val="24"/>
          <w:szCs w:val="24"/>
        </w:rPr>
        <w:t xml:space="preserve"> Reflective Report on Academic Skills Development</w:t>
      </w:r>
    </w:p>
    <w:p w14:paraId="054ACCEA" w14:textId="77777777" w:rsidR="00900ED5" w:rsidRPr="00953E04" w:rsidRDefault="00672E8E">
      <w:pPr>
        <w:rPr>
          <w:rFonts w:cs="Arial"/>
          <w:sz w:val="24"/>
          <w:szCs w:val="24"/>
        </w:rPr>
      </w:pPr>
      <w:r w:rsidRPr="00953E04">
        <w:rPr>
          <w:rFonts w:cs="Arial"/>
          <w:sz w:val="24"/>
          <w:szCs w:val="24"/>
        </w:rPr>
        <w:br w:type="page"/>
      </w:r>
    </w:p>
    <w:p w14:paraId="21A3E548" w14:textId="77777777" w:rsidR="00953E04" w:rsidRPr="003C0D83" w:rsidRDefault="00953E04" w:rsidP="00953E04">
      <w:pPr>
        <w:pStyle w:val="Ttulo1"/>
        <w:rPr>
          <w:rFonts w:ascii="Arial" w:hAnsi="Arial" w:cs="Arial"/>
          <w:color w:val="000000"/>
          <w:sz w:val="24"/>
          <w:szCs w:val="24"/>
        </w:rPr>
      </w:pPr>
    </w:p>
    <w:p w14:paraId="279FBE72" w14:textId="77777777" w:rsidR="00953E04" w:rsidRPr="003C0D83" w:rsidRDefault="00672E8E" w:rsidP="00953E04">
      <w:pPr>
        <w:pStyle w:val="Ttulo1"/>
        <w:spacing w:before="0" w:after="240"/>
        <w:rPr>
          <w:rFonts w:ascii="Arial" w:hAnsi="Arial" w:cs="Arial"/>
          <w:color w:val="000000"/>
          <w:sz w:val="24"/>
          <w:szCs w:val="24"/>
        </w:rPr>
      </w:pPr>
      <w:r w:rsidRPr="003C0D83">
        <w:rPr>
          <w:rFonts w:ascii="Arial" w:hAnsi="Arial" w:cs="Arial"/>
          <w:color w:val="000000"/>
          <w:sz w:val="24"/>
          <w:szCs w:val="24"/>
        </w:rPr>
        <w:t>Introduction</w:t>
      </w:r>
    </w:p>
    <w:p w14:paraId="3659D33D" w14:textId="77777777" w:rsidR="006349D6" w:rsidRPr="003C0D83" w:rsidRDefault="006349D6" w:rsidP="00953E04">
      <w:pPr>
        <w:pStyle w:val="Ttulo1"/>
        <w:spacing w:before="0" w:after="240"/>
        <w:rPr>
          <w:rFonts w:ascii="Arial" w:hAnsi="Arial" w:cs="Arial"/>
          <w:b w:val="0"/>
          <w:bCs w:val="0"/>
          <w:color w:val="000000"/>
          <w:sz w:val="24"/>
          <w:szCs w:val="24"/>
        </w:rPr>
      </w:pPr>
      <w:r w:rsidRPr="003C0D83">
        <w:rPr>
          <w:rFonts w:ascii="Arial" w:hAnsi="Arial" w:cs="Arial"/>
          <w:b w:val="0"/>
          <w:bCs w:val="0"/>
          <w:color w:val="000000"/>
          <w:sz w:val="24"/>
          <w:szCs w:val="24"/>
        </w:rPr>
        <w:t xml:space="preserve">This report aims to talk about my academic development during the Academic Skills module. With </w:t>
      </w:r>
      <w:r w:rsidR="003627B5" w:rsidRPr="003C0D83">
        <w:rPr>
          <w:rFonts w:ascii="Arial" w:hAnsi="Arial" w:cs="Arial"/>
          <w:b w:val="0"/>
          <w:bCs w:val="0"/>
          <w:color w:val="000000"/>
          <w:sz w:val="24"/>
          <w:szCs w:val="24"/>
        </w:rPr>
        <w:t>a focu</w:t>
      </w:r>
      <w:r w:rsidRPr="003C0D83">
        <w:rPr>
          <w:rFonts w:ascii="Arial" w:hAnsi="Arial" w:cs="Arial"/>
          <w:b w:val="0"/>
          <w:bCs w:val="0"/>
          <w:color w:val="000000"/>
          <w:sz w:val="24"/>
          <w:szCs w:val="24"/>
        </w:rPr>
        <w:t xml:space="preserve">s on the main learning experiences and how they improve my progress. The module has been fundamental </w:t>
      </w:r>
      <w:r w:rsidR="003627B5" w:rsidRPr="003C0D83">
        <w:rPr>
          <w:rFonts w:ascii="Arial" w:hAnsi="Arial" w:cs="Arial"/>
          <w:b w:val="0"/>
          <w:bCs w:val="0"/>
          <w:color w:val="000000"/>
          <w:sz w:val="24"/>
          <w:szCs w:val="24"/>
        </w:rPr>
        <w:t>in</w:t>
      </w:r>
      <w:r w:rsidRPr="003C0D83">
        <w:rPr>
          <w:rFonts w:ascii="Arial" w:hAnsi="Arial" w:cs="Arial"/>
          <w:b w:val="0"/>
          <w:bCs w:val="0"/>
          <w:color w:val="000000"/>
          <w:sz w:val="24"/>
          <w:szCs w:val="24"/>
        </w:rPr>
        <w:t xml:space="preserve"> acquir</w:t>
      </w:r>
      <w:r w:rsidR="003627B5" w:rsidRPr="003C0D83">
        <w:rPr>
          <w:rFonts w:ascii="Arial" w:hAnsi="Arial" w:cs="Arial"/>
          <w:b w:val="0"/>
          <w:bCs w:val="0"/>
          <w:color w:val="000000"/>
          <w:sz w:val="24"/>
          <w:szCs w:val="24"/>
        </w:rPr>
        <w:t>ing</w:t>
      </w:r>
      <w:r w:rsidRPr="003C0D83">
        <w:rPr>
          <w:rFonts w:ascii="Arial" w:hAnsi="Arial" w:cs="Arial"/>
          <w:b w:val="0"/>
          <w:bCs w:val="0"/>
          <w:color w:val="000000"/>
          <w:sz w:val="24"/>
          <w:szCs w:val="24"/>
        </w:rPr>
        <w:t xml:space="preserve"> </w:t>
      </w:r>
      <w:r w:rsidR="003627B5" w:rsidRPr="003C0D83">
        <w:rPr>
          <w:rFonts w:ascii="Arial" w:hAnsi="Arial" w:cs="Arial"/>
          <w:b w:val="0"/>
          <w:bCs w:val="0"/>
          <w:color w:val="000000"/>
          <w:sz w:val="24"/>
          <w:szCs w:val="24"/>
        </w:rPr>
        <w:t>essenti</w:t>
      </w:r>
      <w:r w:rsidRPr="003C0D83">
        <w:rPr>
          <w:rFonts w:ascii="Arial" w:hAnsi="Arial" w:cs="Arial"/>
          <w:b w:val="0"/>
          <w:bCs w:val="0"/>
          <w:color w:val="000000"/>
          <w:sz w:val="24"/>
          <w:szCs w:val="24"/>
        </w:rPr>
        <w:t>al skills, such as academic writing, critical analysis</w:t>
      </w:r>
      <w:r w:rsidR="003627B5" w:rsidRPr="003C0D83">
        <w:rPr>
          <w:rFonts w:ascii="Arial" w:hAnsi="Arial" w:cs="Arial"/>
          <w:b w:val="0"/>
          <w:bCs w:val="0"/>
          <w:color w:val="000000"/>
          <w:sz w:val="24"/>
          <w:szCs w:val="24"/>
        </w:rPr>
        <w:t>,</w:t>
      </w:r>
      <w:r w:rsidRPr="003C0D83">
        <w:rPr>
          <w:rFonts w:ascii="Arial" w:hAnsi="Arial" w:cs="Arial"/>
          <w:b w:val="0"/>
          <w:bCs w:val="0"/>
          <w:color w:val="000000"/>
          <w:sz w:val="24"/>
          <w:szCs w:val="24"/>
        </w:rPr>
        <w:t xml:space="preserve"> and research. Through structured </w:t>
      </w:r>
      <w:r w:rsidR="003627B5" w:rsidRPr="003C0D83">
        <w:rPr>
          <w:rFonts w:ascii="Arial" w:hAnsi="Arial" w:cs="Arial"/>
          <w:b w:val="0"/>
          <w:bCs w:val="0"/>
          <w:color w:val="000000"/>
          <w:sz w:val="24"/>
          <w:szCs w:val="24"/>
        </w:rPr>
        <w:t>evaluations, such as Task 1 (source evaluation) and Task 2 (group presentation), along with interactive classroom activities, it acquires a clearer understanding</w:t>
      </w:r>
      <w:r w:rsidRPr="003C0D83">
        <w:rPr>
          <w:rFonts w:ascii="Arial" w:hAnsi="Arial" w:cs="Arial"/>
          <w:b w:val="0"/>
          <w:bCs w:val="0"/>
          <w:color w:val="000000"/>
          <w:sz w:val="24"/>
          <w:szCs w:val="24"/>
        </w:rPr>
        <w:t xml:space="preserve"> of academic standards and expectations. By reflecting on these experiences, I intend to evaluate my development, </w:t>
      </w:r>
      <w:r w:rsidR="003627B5" w:rsidRPr="003C0D83">
        <w:rPr>
          <w:rFonts w:ascii="Arial" w:hAnsi="Arial" w:cs="Arial"/>
          <w:b w:val="0"/>
          <w:bCs w:val="0"/>
          <w:color w:val="000000"/>
          <w:sz w:val="24"/>
          <w:szCs w:val="24"/>
        </w:rPr>
        <w:t>recognise</w:t>
      </w:r>
      <w:r w:rsidRPr="003C0D83">
        <w:rPr>
          <w:rFonts w:ascii="Arial" w:hAnsi="Arial" w:cs="Arial"/>
          <w:b w:val="0"/>
          <w:bCs w:val="0"/>
          <w:color w:val="000000"/>
          <w:sz w:val="24"/>
          <w:szCs w:val="24"/>
        </w:rPr>
        <w:t xml:space="preserve"> areas that require improvement and </w:t>
      </w:r>
      <w:r w:rsidR="003627B5" w:rsidRPr="003C0D83">
        <w:rPr>
          <w:rFonts w:ascii="Arial" w:hAnsi="Arial" w:cs="Arial"/>
          <w:b w:val="0"/>
          <w:bCs w:val="0"/>
          <w:color w:val="000000"/>
          <w:sz w:val="24"/>
          <w:szCs w:val="24"/>
        </w:rPr>
        <w:t>identify</w:t>
      </w:r>
      <w:r w:rsidRPr="003C0D83">
        <w:rPr>
          <w:rFonts w:ascii="Arial" w:hAnsi="Arial" w:cs="Arial"/>
          <w:b w:val="0"/>
          <w:bCs w:val="0"/>
          <w:color w:val="000000"/>
          <w:sz w:val="24"/>
          <w:szCs w:val="24"/>
        </w:rPr>
        <w:t xml:space="preserve"> how this module contributed to my academic growth</w:t>
      </w:r>
      <w:r w:rsidR="00953E04" w:rsidRPr="003C0D83">
        <w:rPr>
          <w:rFonts w:ascii="Arial" w:hAnsi="Arial" w:cs="Arial"/>
          <w:b w:val="0"/>
          <w:bCs w:val="0"/>
          <w:color w:val="000000"/>
          <w:sz w:val="24"/>
          <w:szCs w:val="24"/>
        </w:rPr>
        <w:t xml:space="preserve">. </w:t>
      </w:r>
    </w:p>
    <w:p w14:paraId="2F098B00" w14:textId="77777777" w:rsidR="00953E04" w:rsidRPr="00953E04" w:rsidRDefault="00953E04" w:rsidP="00953E04">
      <w:pPr>
        <w:spacing w:after="240"/>
        <w:rPr>
          <w:rFonts w:cs="Arial"/>
          <w:sz w:val="24"/>
          <w:szCs w:val="24"/>
        </w:rPr>
      </w:pPr>
    </w:p>
    <w:p w14:paraId="1C264F8D" w14:textId="77777777" w:rsidR="00953E04" w:rsidRPr="003C0D83" w:rsidRDefault="00672E8E" w:rsidP="00953E04">
      <w:pPr>
        <w:pStyle w:val="Ttulo1"/>
        <w:spacing w:before="0"/>
        <w:rPr>
          <w:rFonts w:ascii="Arial" w:hAnsi="Arial" w:cs="Arial"/>
          <w:color w:val="000000"/>
          <w:sz w:val="24"/>
          <w:szCs w:val="24"/>
        </w:rPr>
      </w:pPr>
      <w:r w:rsidRPr="003C0D83">
        <w:rPr>
          <w:rFonts w:ascii="Arial" w:hAnsi="Arial" w:cs="Arial"/>
          <w:color w:val="000000"/>
          <w:sz w:val="24"/>
          <w:szCs w:val="24"/>
        </w:rPr>
        <w:t xml:space="preserve">Description of </w:t>
      </w:r>
      <w:r w:rsidR="00440A26" w:rsidRPr="003C0D83">
        <w:rPr>
          <w:rFonts w:ascii="Arial" w:hAnsi="Arial" w:cs="Arial"/>
          <w:color w:val="000000"/>
          <w:sz w:val="24"/>
          <w:szCs w:val="24"/>
        </w:rPr>
        <w:t>Experiences</w:t>
      </w:r>
    </w:p>
    <w:p w14:paraId="04C691D1" w14:textId="67FE2B04" w:rsidR="00900ED5" w:rsidRPr="003C0D83" w:rsidRDefault="003627B5" w:rsidP="00953E04">
      <w:pPr>
        <w:pStyle w:val="Ttulo1"/>
        <w:spacing w:before="0"/>
        <w:rPr>
          <w:rFonts w:ascii="Arial" w:hAnsi="Arial" w:cs="Arial"/>
          <w:b w:val="0"/>
          <w:bCs w:val="0"/>
          <w:color w:val="000000"/>
          <w:sz w:val="24"/>
          <w:szCs w:val="24"/>
        </w:rPr>
      </w:pPr>
      <w:r w:rsidRPr="003C0D83">
        <w:rPr>
          <w:rFonts w:ascii="Arial" w:hAnsi="Arial" w:cs="Arial"/>
          <w:b w:val="0"/>
          <w:bCs w:val="0"/>
          <w:color w:val="000000"/>
          <w:sz w:val="24"/>
          <w:szCs w:val="24"/>
        </w:rPr>
        <w:t>During</w:t>
      </w:r>
      <w:r w:rsidR="002F141F" w:rsidRPr="003C0D83">
        <w:rPr>
          <w:rFonts w:ascii="Arial" w:hAnsi="Arial" w:cs="Arial"/>
          <w:b w:val="0"/>
          <w:bCs w:val="0"/>
          <w:color w:val="000000"/>
          <w:sz w:val="24"/>
          <w:szCs w:val="24"/>
        </w:rPr>
        <w:t xml:space="preserve"> the </w:t>
      </w:r>
      <w:r w:rsidRPr="003C0D83">
        <w:rPr>
          <w:rFonts w:ascii="Arial" w:hAnsi="Arial" w:cs="Arial"/>
          <w:b w:val="0"/>
          <w:bCs w:val="0"/>
          <w:color w:val="000000"/>
          <w:sz w:val="24"/>
          <w:szCs w:val="24"/>
        </w:rPr>
        <w:t>course</w:t>
      </w:r>
      <w:r w:rsidR="002F141F" w:rsidRPr="003C0D83">
        <w:rPr>
          <w:rFonts w:ascii="Arial" w:hAnsi="Arial" w:cs="Arial"/>
          <w:b w:val="0"/>
          <w:bCs w:val="0"/>
          <w:color w:val="000000"/>
          <w:sz w:val="24"/>
          <w:szCs w:val="24"/>
        </w:rPr>
        <w:t>, I</w:t>
      </w:r>
      <w:r w:rsidRPr="003C0D83">
        <w:rPr>
          <w:rFonts w:ascii="Arial" w:hAnsi="Arial" w:cs="Arial"/>
          <w:b w:val="0"/>
          <w:bCs w:val="0"/>
          <w:color w:val="000000"/>
          <w:sz w:val="24"/>
          <w:szCs w:val="24"/>
        </w:rPr>
        <w:t xml:space="preserve"> have </w:t>
      </w:r>
      <w:r w:rsidR="002F141F" w:rsidRPr="003C0D83">
        <w:rPr>
          <w:rFonts w:ascii="Arial" w:hAnsi="Arial" w:cs="Arial"/>
          <w:b w:val="0"/>
          <w:bCs w:val="0"/>
          <w:color w:val="000000"/>
          <w:sz w:val="24"/>
          <w:szCs w:val="24"/>
        </w:rPr>
        <w:t xml:space="preserve">participated in some tasks that </w:t>
      </w:r>
      <w:r w:rsidRPr="003C0D83">
        <w:rPr>
          <w:rFonts w:ascii="Arial" w:hAnsi="Arial" w:cs="Arial"/>
          <w:b w:val="0"/>
          <w:bCs w:val="0"/>
          <w:color w:val="000000"/>
          <w:sz w:val="24"/>
          <w:szCs w:val="24"/>
        </w:rPr>
        <w:t xml:space="preserve">have </w:t>
      </w:r>
      <w:r w:rsidR="002F141F" w:rsidRPr="003C0D83">
        <w:rPr>
          <w:rFonts w:ascii="Arial" w:hAnsi="Arial" w:cs="Arial"/>
          <w:b w:val="0"/>
          <w:bCs w:val="0"/>
          <w:color w:val="000000"/>
          <w:sz w:val="24"/>
          <w:szCs w:val="24"/>
        </w:rPr>
        <w:t xml:space="preserve">had a very big impact on my academic journey. Task 1 involved the evaluation of academic knowledge, which helped my ability to identify reliable material and </w:t>
      </w:r>
      <w:r w:rsidR="00FA3405" w:rsidRPr="003C0D83">
        <w:rPr>
          <w:rFonts w:ascii="Arial" w:hAnsi="Arial" w:cs="Arial"/>
          <w:b w:val="0"/>
          <w:bCs w:val="0"/>
          <w:color w:val="000000"/>
          <w:sz w:val="24"/>
          <w:szCs w:val="24"/>
        </w:rPr>
        <w:t>summarize</w:t>
      </w:r>
      <w:r w:rsidR="002F141F" w:rsidRPr="003C0D83">
        <w:rPr>
          <w:rFonts w:ascii="Arial" w:hAnsi="Arial" w:cs="Arial"/>
          <w:b w:val="0"/>
          <w:bCs w:val="0"/>
          <w:color w:val="000000"/>
          <w:sz w:val="24"/>
          <w:szCs w:val="24"/>
        </w:rPr>
        <w:t xml:space="preserve"> ideas effectively. I also participated in discussions on plagiarism and referenc</w:t>
      </w:r>
      <w:r w:rsidRPr="003C0D83">
        <w:rPr>
          <w:rFonts w:ascii="Arial" w:hAnsi="Arial" w:cs="Arial"/>
          <w:b w:val="0"/>
          <w:bCs w:val="0"/>
          <w:color w:val="000000"/>
          <w:sz w:val="24"/>
          <w:szCs w:val="24"/>
        </w:rPr>
        <w:t>ing</w:t>
      </w:r>
      <w:r w:rsidR="002F141F" w:rsidRPr="003C0D83">
        <w:rPr>
          <w:rFonts w:ascii="Arial" w:hAnsi="Arial" w:cs="Arial"/>
          <w:b w:val="0"/>
          <w:bCs w:val="0"/>
          <w:color w:val="000000"/>
          <w:sz w:val="24"/>
          <w:szCs w:val="24"/>
        </w:rPr>
        <w:t xml:space="preserve">, which expanded my appreciation for academic honesty and clarified adequate citation </w:t>
      </w:r>
      <w:r w:rsidR="00352805" w:rsidRPr="003C0D83">
        <w:rPr>
          <w:rFonts w:ascii="Arial" w:hAnsi="Arial" w:cs="Arial"/>
          <w:b w:val="0"/>
          <w:bCs w:val="0"/>
          <w:color w:val="000000"/>
          <w:sz w:val="24"/>
          <w:szCs w:val="24"/>
        </w:rPr>
        <w:t>practices</w:t>
      </w:r>
      <w:r w:rsidR="002F141F" w:rsidRPr="003C0D83">
        <w:rPr>
          <w:rFonts w:ascii="Arial" w:hAnsi="Arial" w:cs="Arial"/>
          <w:b w:val="0"/>
          <w:bCs w:val="0"/>
          <w:color w:val="000000"/>
          <w:sz w:val="24"/>
          <w:szCs w:val="24"/>
        </w:rPr>
        <w:t xml:space="preserve">. A group review activity allowed me to receive constructive feedback, highlighting the need for greater clarity in my writing. Task 2, a collaborative group presentation, challenged my ability to work in a team and communicate. This required the </w:t>
      </w:r>
      <w:r w:rsidR="00352805" w:rsidRPr="003C0D83">
        <w:rPr>
          <w:rFonts w:ascii="Arial" w:hAnsi="Arial" w:cs="Arial"/>
          <w:b w:val="0"/>
          <w:bCs w:val="0"/>
          <w:color w:val="000000"/>
          <w:sz w:val="24"/>
          <w:szCs w:val="24"/>
        </w:rPr>
        <w:t>organi</w:t>
      </w:r>
      <w:r w:rsidRPr="003C0D83">
        <w:rPr>
          <w:rFonts w:ascii="Arial" w:hAnsi="Arial" w:cs="Arial"/>
          <w:b w:val="0"/>
          <w:bCs w:val="0"/>
          <w:color w:val="000000"/>
          <w:sz w:val="24"/>
          <w:szCs w:val="24"/>
        </w:rPr>
        <w:t>s</w:t>
      </w:r>
      <w:r w:rsidR="00352805" w:rsidRPr="003C0D83">
        <w:rPr>
          <w:rFonts w:ascii="Arial" w:hAnsi="Arial" w:cs="Arial"/>
          <w:b w:val="0"/>
          <w:bCs w:val="0"/>
          <w:color w:val="000000"/>
          <w:sz w:val="24"/>
          <w:szCs w:val="24"/>
        </w:rPr>
        <w:t>ation</w:t>
      </w:r>
      <w:r w:rsidR="002F141F" w:rsidRPr="003C0D83">
        <w:rPr>
          <w:rFonts w:ascii="Arial" w:hAnsi="Arial" w:cs="Arial"/>
          <w:b w:val="0"/>
          <w:bCs w:val="0"/>
          <w:color w:val="000000"/>
          <w:sz w:val="24"/>
          <w:szCs w:val="24"/>
        </w:rPr>
        <w:t xml:space="preserve"> of ideas, the distribution of responsibilities and the presentation to the class. It also helped me become more confident when speaking in public. Together, these activities provided a basis to approach academic work with more structure and self-awareness</w:t>
      </w:r>
      <w:r w:rsidR="00953E04" w:rsidRPr="003C0D83">
        <w:rPr>
          <w:rFonts w:ascii="Arial" w:hAnsi="Arial" w:cs="Arial"/>
          <w:b w:val="0"/>
          <w:bCs w:val="0"/>
          <w:color w:val="000000"/>
          <w:sz w:val="24"/>
          <w:szCs w:val="24"/>
        </w:rPr>
        <w:t>.</w:t>
      </w:r>
    </w:p>
    <w:p w14:paraId="50D4BE3D" w14:textId="77777777" w:rsidR="00953E04" w:rsidRPr="00953E04" w:rsidRDefault="00953E04" w:rsidP="00953E04">
      <w:pPr>
        <w:rPr>
          <w:rFonts w:cs="Arial"/>
          <w:sz w:val="24"/>
          <w:szCs w:val="24"/>
        </w:rPr>
      </w:pPr>
    </w:p>
    <w:p w14:paraId="0C9316A9" w14:textId="77777777" w:rsidR="00900ED5" w:rsidRPr="003C0D83" w:rsidRDefault="00672E8E" w:rsidP="00953E04">
      <w:pPr>
        <w:pStyle w:val="Ttulo1"/>
        <w:spacing w:before="0"/>
        <w:rPr>
          <w:rFonts w:ascii="Arial" w:hAnsi="Arial" w:cs="Arial"/>
          <w:color w:val="000000"/>
          <w:sz w:val="24"/>
          <w:szCs w:val="24"/>
        </w:rPr>
      </w:pPr>
      <w:r w:rsidRPr="003C0D83">
        <w:rPr>
          <w:rFonts w:ascii="Arial" w:hAnsi="Arial" w:cs="Arial"/>
          <w:color w:val="000000"/>
          <w:sz w:val="24"/>
          <w:szCs w:val="24"/>
        </w:rPr>
        <w:t xml:space="preserve">Analysis and Personal </w:t>
      </w:r>
      <w:r w:rsidR="004B0A32" w:rsidRPr="003C0D83">
        <w:rPr>
          <w:rFonts w:ascii="Arial" w:hAnsi="Arial" w:cs="Arial"/>
          <w:color w:val="000000"/>
          <w:sz w:val="24"/>
          <w:szCs w:val="24"/>
        </w:rPr>
        <w:t xml:space="preserve">Reflection </w:t>
      </w:r>
    </w:p>
    <w:p w14:paraId="01D90579" w14:textId="77777777" w:rsidR="00900ED5" w:rsidRPr="00953E04" w:rsidRDefault="00672E8E" w:rsidP="00953E04">
      <w:pPr>
        <w:rPr>
          <w:rFonts w:cs="Arial"/>
          <w:sz w:val="24"/>
          <w:szCs w:val="24"/>
        </w:rPr>
      </w:pPr>
      <w:r w:rsidRPr="00953E04">
        <w:rPr>
          <w:rFonts w:cs="Arial"/>
          <w:sz w:val="24"/>
          <w:szCs w:val="24"/>
        </w:rPr>
        <w:t>Evaluation of Experiences</w:t>
      </w:r>
    </w:p>
    <w:p w14:paraId="1E3FD5A6" w14:textId="2F2CAB43" w:rsidR="005C413F" w:rsidRPr="005C413F" w:rsidRDefault="00672E8E" w:rsidP="005C413F">
      <w:pPr>
        <w:pStyle w:val="p1"/>
        <w:divId w:val="1586259376"/>
        <w:rPr>
          <w:rStyle w:val="s1"/>
          <w:rFonts w:ascii="Arial" w:hAnsi="Arial" w:cs="Arial"/>
          <w:sz w:val="24"/>
          <w:szCs w:val="24"/>
        </w:rPr>
      </w:pPr>
      <w:r w:rsidRPr="00953E04">
        <w:rPr>
          <w:rFonts w:ascii="Arial" w:hAnsi="Arial" w:cs="Arial"/>
          <w:sz w:val="24"/>
          <w:szCs w:val="24"/>
        </w:rPr>
        <w:t>The module brought several challenges</w:t>
      </w:r>
      <w:r w:rsidR="003627B5" w:rsidRPr="00953E04">
        <w:rPr>
          <w:rFonts w:ascii="Arial" w:hAnsi="Arial" w:cs="Arial"/>
          <w:sz w:val="24"/>
          <w:szCs w:val="24"/>
        </w:rPr>
        <w:t>,</w:t>
      </w:r>
      <w:r w:rsidRPr="00953E04">
        <w:rPr>
          <w:rFonts w:ascii="Arial" w:hAnsi="Arial" w:cs="Arial"/>
          <w:sz w:val="24"/>
          <w:szCs w:val="24"/>
        </w:rPr>
        <w:t xml:space="preserve"> but also valuable learning opportunities. Task 1 initially felt daunting due to the number of sources I had to examine, but it ultimately refined my research approach. I learned to use Boolean operators to streamline online searches, which saved time and improved relevance. </w:t>
      </w:r>
      <w:r w:rsidR="001A6600" w:rsidRPr="00953E04">
        <w:rPr>
          <w:rStyle w:val="s1"/>
          <w:rFonts w:ascii="Arial" w:hAnsi="Arial" w:cs="Arial"/>
          <w:sz w:val="24"/>
          <w:szCs w:val="24"/>
        </w:rPr>
        <w:t xml:space="preserve">Why? - </w:t>
      </w:r>
      <w:r w:rsidR="00DE08F7" w:rsidRPr="00953E04">
        <w:rPr>
          <w:rStyle w:val="s1"/>
          <w:rFonts w:ascii="Arial" w:hAnsi="Arial" w:cs="Arial"/>
          <w:sz w:val="24"/>
          <w:szCs w:val="24"/>
        </w:rPr>
        <w:t>I</w:t>
      </w:r>
      <w:r w:rsidR="001A6600" w:rsidRPr="00953E04">
        <w:rPr>
          <w:rStyle w:val="s1"/>
          <w:rFonts w:ascii="Arial" w:hAnsi="Arial" w:cs="Arial"/>
          <w:sz w:val="24"/>
          <w:szCs w:val="24"/>
        </w:rPr>
        <w:t>t includes understanding why finding information and note</w:t>
      </w:r>
      <w:r w:rsidR="00953E04">
        <w:rPr>
          <w:rStyle w:val="s1"/>
          <w:rFonts w:ascii="Arial" w:hAnsi="Arial" w:cs="Arial"/>
          <w:sz w:val="24"/>
          <w:szCs w:val="24"/>
        </w:rPr>
        <w:t>-</w:t>
      </w:r>
      <w:r w:rsidR="001A6600" w:rsidRPr="00953E04">
        <w:rPr>
          <w:rStyle w:val="s1"/>
          <w:rFonts w:ascii="Arial" w:hAnsi="Arial" w:cs="Arial"/>
          <w:sz w:val="24"/>
          <w:szCs w:val="24"/>
        </w:rPr>
        <w:t>taking are important skills in academic life.</w:t>
      </w:r>
      <w:r w:rsidR="005C413F" w:rsidRPr="005C413F">
        <w:rPr>
          <w:rStyle w:val="s1"/>
          <w:rFonts w:ascii="Arial" w:hAnsi="Arial" w:cs="Arial"/>
          <w:sz w:val="24"/>
          <w:szCs w:val="24"/>
        </w:rPr>
        <w:t xml:space="preserve"> I </w:t>
      </w:r>
      <w:r w:rsidR="00BD7DFE" w:rsidRPr="005C413F">
        <w:rPr>
          <w:rStyle w:val="s1"/>
          <w:rFonts w:ascii="Arial" w:hAnsi="Arial" w:cs="Arial"/>
          <w:sz w:val="24"/>
          <w:szCs w:val="24"/>
        </w:rPr>
        <w:t>noitece</w:t>
      </w:r>
      <w:r w:rsidR="005C413F" w:rsidRPr="005C413F">
        <w:rPr>
          <w:rStyle w:val="s1"/>
          <w:rFonts w:ascii="Arial" w:hAnsi="Arial" w:cs="Arial"/>
          <w:sz w:val="24"/>
          <w:szCs w:val="24"/>
        </w:rPr>
        <w:t xml:space="preserve"> that my </w:t>
      </w:r>
      <w:proofErr w:type="spellStart"/>
      <w:r w:rsidR="005C413F" w:rsidRPr="005C413F">
        <w:rPr>
          <w:rStyle w:val="s1"/>
          <w:rFonts w:ascii="Arial" w:hAnsi="Arial" w:cs="Arial"/>
          <w:sz w:val="24"/>
          <w:szCs w:val="24"/>
        </w:rPr>
        <w:t>writing</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was</w:t>
      </w:r>
      <w:proofErr w:type="spellEnd"/>
      <w:r w:rsidR="005C413F" w:rsidRPr="005C413F">
        <w:rPr>
          <w:rStyle w:val="s1"/>
          <w:rFonts w:ascii="Arial" w:hAnsi="Arial" w:cs="Arial"/>
          <w:sz w:val="24"/>
          <w:szCs w:val="24"/>
        </w:rPr>
        <w:t xml:space="preserve"> not </w:t>
      </w:r>
      <w:proofErr w:type="spellStart"/>
      <w:r w:rsidR="005C413F" w:rsidRPr="005C413F">
        <w:rPr>
          <w:rStyle w:val="s1"/>
          <w:rFonts w:ascii="Arial" w:hAnsi="Arial" w:cs="Arial"/>
          <w:sz w:val="24"/>
          <w:szCs w:val="24"/>
        </w:rPr>
        <w:t>clear</w:t>
      </w:r>
      <w:proofErr w:type="spellEnd"/>
      <w:r w:rsidR="005C413F" w:rsidRPr="005C413F">
        <w:rPr>
          <w:rStyle w:val="s1"/>
          <w:rFonts w:ascii="Arial" w:hAnsi="Arial" w:cs="Arial"/>
          <w:sz w:val="24"/>
          <w:szCs w:val="24"/>
        </w:rPr>
        <w:t xml:space="preserve"> in some </w:t>
      </w:r>
      <w:proofErr w:type="spellStart"/>
      <w:r w:rsidR="005C413F" w:rsidRPr="005C413F">
        <w:rPr>
          <w:rStyle w:val="s1"/>
          <w:rFonts w:ascii="Arial" w:hAnsi="Arial" w:cs="Arial"/>
          <w:sz w:val="24"/>
          <w:szCs w:val="24"/>
        </w:rPr>
        <w:t>places</w:t>
      </w:r>
      <w:proofErr w:type="spellEnd"/>
      <w:r w:rsidR="005C413F" w:rsidRPr="005C413F">
        <w:rPr>
          <w:rStyle w:val="s1"/>
          <w:rFonts w:ascii="Arial" w:hAnsi="Arial" w:cs="Arial"/>
          <w:sz w:val="24"/>
          <w:szCs w:val="24"/>
        </w:rPr>
        <w:t xml:space="preserve">. This </w:t>
      </w:r>
      <w:proofErr w:type="spellStart"/>
      <w:r w:rsidR="005C413F" w:rsidRPr="005C413F">
        <w:rPr>
          <w:rStyle w:val="s1"/>
          <w:rFonts w:ascii="Arial" w:hAnsi="Arial" w:cs="Arial"/>
          <w:sz w:val="24"/>
          <w:szCs w:val="24"/>
        </w:rPr>
        <w:t>feedback</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encouraged</w:t>
      </w:r>
      <w:proofErr w:type="spellEnd"/>
      <w:r w:rsidR="005C413F" w:rsidRPr="005C413F">
        <w:rPr>
          <w:rStyle w:val="s1"/>
          <w:rFonts w:ascii="Arial" w:hAnsi="Arial" w:cs="Arial"/>
          <w:sz w:val="24"/>
          <w:szCs w:val="24"/>
        </w:rPr>
        <w:t xml:space="preserve"> me to </w:t>
      </w:r>
      <w:proofErr w:type="spellStart"/>
      <w:r w:rsidR="005C413F" w:rsidRPr="005C413F">
        <w:rPr>
          <w:rStyle w:val="s1"/>
          <w:rFonts w:ascii="Arial" w:hAnsi="Arial" w:cs="Arial"/>
          <w:sz w:val="24"/>
          <w:szCs w:val="24"/>
        </w:rPr>
        <w:t>focus</w:t>
      </w:r>
      <w:proofErr w:type="spellEnd"/>
      <w:r w:rsidR="005C413F" w:rsidRPr="005C413F">
        <w:rPr>
          <w:rStyle w:val="s1"/>
          <w:rFonts w:ascii="Arial" w:hAnsi="Arial" w:cs="Arial"/>
          <w:sz w:val="24"/>
          <w:szCs w:val="24"/>
        </w:rPr>
        <w:t xml:space="preserve"> on the </w:t>
      </w:r>
      <w:proofErr w:type="spellStart"/>
      <w:r w:rsidR="005C413F" w:rsidRPr="005C413F">
        <w:rPr>
          <w:rStyle w:val="s1"/>
          <w:rFonts w:ascii="Arial" w:hAnsi="Arial" w:cs="Arial"/>
          <w:sz w:val="24"/>
          <w:szCs w:val="24"/>
        </w:rPr>
        <w:t>logical</w:t>
      </w:r>
      <w:proofErr w:type="spellEnd"/>
      <w:r w:rsidR="005C413F" w:rsidRPr="005C413F">
        <w:rPr>
          <w:rStyle w:val="s1"/>
          <w:rFonts w:ascii="Arial" w:hAnsi="Arial" w:cs="Arial"/>
          <w:sz w:val="24"/>
          <w:szCs w:val="24"/>
        </w:rPr>
        <w:t xml:space="preserve"> flow and </w:t>
      </w:r>
      <w:proofErr w:type="spellStart"/>
      <w:r w:rsidR="005C413F" w:rsidRPr="005C413F">
        <w:rPr>
          <w:rStyle w:val="s1"/>
          <w:rFonts w:ascii="Arial" w:hAnsi="Arial" w:cs="Arial"/>
          <w:sz w:val="24"/>
          <w:szCs w:val="24"/>
        </w:rPr>
        <w:t>paragraph</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transitions</w:t>
      </w:r>
      <w:proofErr w:type="spellEnd"/>
      <w:r w:rsidR="005C413F" w:rsidRPr="005C413F">
        <w:rPr>
          <w:rStyle w:val="s1"/>
          <w:rFonts w:ascii="Arial" w:hAnsi="Arial" w:cs="Arial"/>
          <w:sz w:val="24"/>
          <w:szCs w:val="24"/>
        </w:rPr>
        <w:t xml:space="preserve">. On the </w:t>
      </w:r>
      <w:proofErr w:type="spellStart"/>
      <w:r w:rsidR="005C413F" w:rsidRPr="005C413F">
        <w:rPr>
          <w:rStyle w:val="s1"/>
          <w:rFonts w:ascii="Arial" w:hAnsi="Arial" w:cs="Arial"/>
          <w:sz w:val="24"/>
          <w:szCs w:val="24"/>
        </w:rPr>
        <w:t>other</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hand</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Task</w:t>
      </w:r>
      <w:proofErr w:type="spellEnd"/>
      <w:r w:rsidR="005C413F" w:rsidRPr="005C413F">
        <w:rPr>
          <w:rStyle w:val="s1"/>
          <w:rFonts w:ascii="Arial" w:hAnsi="Arial" w:cs="Arial"/>
          <w:sz w:val="24"/>
          <w:szCs w:val="24"/>
        </w:rPr>
        <w:t xml:space="preserve"> 2 </w:t>
      </w:r>
      <w:proofErr w:type="spellStart"/>
      <w:r w:rsidR="005C413F" w:rsidRPr="005C413F">
        <w:rPr>
          <w:rStyle w:val="s1"/>
          <w:rFonts w:ascii="Arial" w:hAnsi="Arial" w:cs="Arial"/>
          <w:sz w:val="24"/>
          <w:szCs w:val="24"/>
        </w:rPr>
        <w:t>was</w:t>
      </w:r>
      <w:proofErr w:type="spellEnd"/>
      <w:r w:rsidR="005C413F" w:rsidRPr="005C413F">
        <w:rPr>
          <w:rStyle w:val="s1"/>
          <w:rFonts w:ascii="Arial" w:hAnsi="Arial" w:cs="Arial"/>
          <w:sz w:val="24"/>
          <w:szCs w:val="24"/>
        </w:rPr>
        <w:t xml:space="preserve"> a more positive </w:t>
      </w:r>
      <w:proofErr w:type="spellStart"/>
      <w:r w:rsidR="005C413F" w:rsidRPr="005C413F">
        <w:rPr>
          <w:rStyle w:val="s1"/>
          <w:rFonts w:ascii="Arial" w:hAnsi="Arial" w:cs="Arial"/>
          <w:sz w:val="24"/>
          <w:szCs w:val="24"/>
        </w:rPr>
        <w:t>experience</w:t>
      </w:r>
      <w:proofErr w:type="spellEnd"/>
      <w:r w:rsidR="005C413F" w:rsidRPr="005C413F">
        <w:rPr>
          <w:rStyle w:val="s1"/>
          <w:rFonts w:ascii="Arial" w:hAnsi="Arial" w:cs="Arial"/>
          <w:sz w:val="24"/>
          <w:szCs w:val="24"/>
        </w:rPr>
        <w:t xml:space="preserve">. By </w:t>
      </w:r>
      <w:proofErr w:type="spellStart"/>
      <w:r w:rsidR="005C413F" w:rsidRPr="005C413F">
        <w:rPr>
          <w:rStyle w:val="s1"/>
          <w:rFonts w:ascii="Arial" w:hAnsi="Arial" w:cs="Arial"/>
          <w:sz w:val="24"/>
          <w:szCs w:val="24"/>
        </w:rPr>
        <w:t>implementing</w:t>
      </w:r>
      <w:proofErr w:type="spellEnd"/>
      <w:r w:rsidR="005C413F" w:rsidRPr="005C413F">
        <w:rPr>
          <w:rStyle w:val="s1"/>
          <w:rFonts w:ascii="Arial" w:hAnsi="Arial" w:cs="Arial"/>
          <w:sz w:val="24"/>
          <w:szCs w:val="24"/>
        </w:rPr>
        <w:t xml:space="preserve"> the </w:t>
      </w:r>
      <w:proofErr w:type="spellStart"/>
      <w:r w:rsidR="005C413F" w:rsidRPr="005C413F">
        <w:rPr>
          <w:rStyle w:val="s1"/>
          <w:rFonts w:ascii="Arial" w:hAnsi="Arial" w:cs="Arial"/>
          <w:sz w:val="24"/>
          <w:szCs w:val="24"/>
        </w:rPr>
        <w:lastRenderedPageBreak/>
        <w:t>feedback</w:t>
      </w:r>
      <w:proofErr w:type="spellEnd"/>
      <w:r w:rsidR="005C413F" w:rsidRPr="005C413F">
        <w:rPr>
          <w:rStyle w:val="s1"/>
          <w:rFonts w:ascii="Arial" w:hAnsi="Arial" w:cs="Arial"/>
          <w:sz w:val="24"/>
          <w:szCs w:val="24"/>
        </w:rPr>
        <w:t xml:space="preserve"> from </w:t>
      </w:r>
      <w:proofErr w:type="spellStart"/>
      <w:r w:rsidR="005C413F" w:rsidRPr="005C413F">
        <w:rPr>
          <w:rStyle w:val="s1"/>
          <w:rFonts w:ascii="Arial" w:hAnsi="Arial" w:cs="Arial"/>
          <w:sz w:val="24"/>
          <w:szCs w:val="24"/>
        </w:rPr>
        <w:t>colleagues</w:t>
      </w:r>
      <w:proofErr w:type="spellEnd"/>
      <w:r w:rsidR="005C413F" w:rsidRPr="005C413F">
        <w:rPr>
          <w:rStyle w:val="s1"/>
          <w:rFonts w:ascii="Arial" w:hAnsi="Arial" w:cs="Arial"/>
          <w:sz w:val="24"/>
          <w:szCs w:val="24"/>
        </w:rPr>
        <w:t xml:space="preserve"> and the </w:t>
      </w:r>
      <w:proofErr w:type="spellStart"/>
      <w:r w:rsidR="005C413F" w:rsidRPr="005C413F">
        <w:rPr>
          <w:rStyle w:val="s1"/>
          <w:rFonts w:ascii="Arial" w:hAnsi="Arial" w:cs="Arial"/>
          <w:sz w:val="24"/>
          <w:szCs w:val="24"/>
        </w:rPr>
        <w:t>speaker</w:t>
      </w:r>
      <w:proofErr w:type="spellEnd"/>
      <w:r w:rsidR="005C413F" w:rsidRPr="005C413F">
        <w:rPr>
          <w:rStyle w:val="s1"/>
          <w:rFonts w:ascii="Arial" w:hAnsi="Arial" w:cs="Arial"/>
          <w:sz w:val="24"/>
          <w:szCs w:val="24"/>
        </w:rPr>
        <w:t xml:space="preserve">, I </w:t>
      </w:r>
      <w:proofErr w:type="spellStart"/>
      <w:r w:rsidR="005C413F" w:rsidRPr="005C413F">
        <w:rPr>
          <w:rStyle w:val="s1"/>
          <w:rFonts w:ascii="Arial" w:hAnsi="Arial" w:cs="Arial"/>
          <w:sz w:val="24"/>
          <w:szCs w:val="24"/>
        </w:rPr>
        <w:t>contributed</w:t>
      </w:r>
      <w:proofErr w:type="spellEnd"/>
      <w:r w:rsidR="005C413F" w:rsidRPr="005C413F">
        <w:rPr>
          <w:rStyle w:val="s1"/>
          <w:rFonts w:ascii="Arial" w:hAnsi="Arial" w:cs="Arial"/>
          <w:sz w:val="24"/>
          <w:szCs w:val="24"/>
        </w:rPr>
        <w:t xml:space="preserve"> to a </w:t>
      </w:r>
      <w:proofErr w:type="spellStart"/>
      <w:r w:rsidR="005C413F" w:rsidRPr="005C413F">
        <w:rPr>
          <w:rStyle w:val="s1"/>
          <w:rFonts w:ascii="Arial" w:hAnsi="Arial" w:cs="Arial"/>
          <w:sz w:val="24"/>
          <w:szCs w:val="24"/>
        </w:rPr>
        <w:t>well-structured</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presentation</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which</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strengthened</w:t>
      </w:r>
      <w:proofErr w:type="spellEnd"/>
      <w:r w:rsidR="005C413F" w:rsidRPr="005C413F">
        <w:rPr>
          <w:rStyle w:val="s1"/>
          <w:rFonts w:ascii="Arial" w:hAnsi="Arial" w:cs="Arial"/>
          <w:sz w:val="24"/>
          <w:szCs w:val="24"/>
        </w:rPr>
        <w:t xml:space="preserve"> my verbal </w:t>
      </w:r>
      <w:proofErr w:type="spellStart"/>
      <w:r w:rsidR="005C413F" w:rsidRPr="005C413F">
        <w:rPr>
          <w:rStyle w:val="s1"/>
          <w:rFonts w:ascii="Arial" w:hAnsi="Arial" w:cs="Arial"/>
          <w:sz w:val="24"/>
          <w:szCs w:val="24"/>
        </w:rPr>
        <w:t>communication</w:t>
      </w:r>
      <w:proofErr w:type="spellEnd"/>
      <w:r w:rsidR="005C413F" w:rsidRPr="005C413F">
        <w:rPr>
          <w:rStyle w:val="s1"/>
          <w:rFonts w:ascii="Arial" w:hAnsi="Arial" w:cs="Arial"/>
          <w:sz w:val="24"/>
          <w:szCs w:val="24"/>
        </w:rPr>
        <w:t xml:space="preserve"> </w:t>
      </w:r>
      <w:proofErr w:type="spellStart"/>
      <w:r w:rsidR="005C413F" w:rsidRPr="005C413F">
        <w:rPr>
          <w:rStyle w:val="s1"/>
          <w:rFonts w:ascii="Arial" w:hAnsi="Arial" w:cs="Arial"/>
          <w:sz w:val="24"/>
          <w:szCs w:val="24"/>
        </w:rPr>
        <w:t>skills</w:t>
      </w:r>
      <w:proofErr w:type="spellEnd"/>
      <w:r w:rsidR="005C413F" w:rsidRPr="005C413F">
        <w:rPr>
          <w:rStyle w:val="s1"/>
          <w:rFonts w:ascii="Arial" w:hAnsi="Arial" w:cs="Arial"/>
          <w:sz w:val="24"/>
          <w:szCs w:val="24"/>
        </w:rPr>
        <w:t>.</w:t>
      </w:r>
    </w:p>
    <w:p w14:paraId="11F40412" w14:textId="77777777" w:rsidR="005C413F" w:rsidRPr="005C413F" w:rsidRDefault="005C413F" w:rsidP="005C413F">
      <w:pPr>
        <w:pStyle w:val="p1"/>
        <w:divId w:val="1586259376"/>
        <w:rPr>
          <w:rStyle w:val="s1"/>
          <w:rFonts w:ascii="Arial" w:hAnsi="Arial" w:cs="Arial"/>
          <w:sz w:val="24"/>
          <w:szCs w:val="24"/>
        </w:rPr>
      </w:pPr>
    </w:p>
    <w:p w14:paraId="594CD3F2" w14:textId="77777777" w:rsidR="005C413F" w:rsidRPr="005C413F" w:rsidRDefault="005C413F" w:rsidP="005C413F">
      <w:pPr>
        <w:pStyle w:val="p1"/>
        <w:divId w:val="1586259376"/>
        <w:rPr>
          <w:rStyle w:val="s1"/>
          <w:rFonts w:ascii="Arial" w:hAnsi="Arial" w:cs="Arial"/>
          <w:sz w:val="24"/>
          <w:szCs w:val="24"/>
        </w:rPr>
      </w:pPr>
      <w:r w:rsidRPr="005C413F">
        <w:rPr>
          <w:rStyle w:val="s1"/>
          <w:rFonts w:ascii="Arial" w:hAnsi="Arial" w:cs="Arial"/>
          <w:sz w:val="24"/>
          <w:szCs w:val="24"/>
        </w:rPr>
        <w:t xml:space="preserve">Learning </w:t>
      </w:r>
      <w:proofErr w:type="spellStart"/>
      <w:r w:rsidRPr="005C413F">
        <w:rPr>
          <w:rStyle w:val="s1"/>
          <w:rFonts w:ascii="Arial" w:hAnsi="Arial" w:cs="Arial"/>
          <w:sz w:val="24"/>
          <w:szCs w:val="24"/>
        </w:rPr>
        <w:t>Results</w:t>
      </w:r>
      <w:proofErr w:type="spellEnd"/>
    </w:p>
    <w:p w14:paraId="736BC799" w14:textId="77777777" w:rsidR="005C413F" w:rsidRPr="005C413F" w:rsidRDefault="005C413F" w:rsidP="005C413F">
      <w:pPr>
        <w:pStyle w:val="p1"/>
        <w:divId w:val="1586259376"/>
        <w:rPr>
          <w:rStyle w:val="s1"/>
          <w:rFonts w:ascii="Arial" w:hAnsi="Arial" w:cs="Arial"/>
          <w:sz w:val="24"/>
          <w:szCs w:val="24"/>
        </w:rPr>
      </w:pPr>
    </w:p>
    <w:p w14:paraId="08D52CE0" w14:textId="77777777" w:rsidR="005C413F" w:rsidRPr="005C413F" w:rsidRDefault="005C413F" w:rsidP="005C413F">
      <w:pPr>
        <w:pStyle w:val="p1"/>
        <w:divId w:val="1586259376"/>
        <w:rPr>
          <w:rStyle w:val="s1"/>
          <w:rFonts w:ascii="Arial" w:hAnsi="Arial" w:cs="Arial"/>
          <w:sz w:val="24"/>
          <w:szCs w:val="24"/>
        </w:rPr>
      </w:pPr>
      <w:r w:rsidRPr="005C413F">
        <w:rPr>
          <w:rStyle w:val="s1"/>
          <w:rFonts w:ascii="Arial" w:hAnsi="Arial" w:cs="Arial"/>
          <w:sz w:val="24"/>
          <w:szCs w:val="24"/>
        </w:rPr>
        <w:t xml:space="preserve">A </w:t>
      </w:r>
      <w:proofErr w:type="spellStart"/>
      <w:r w:rsidRPr="005C413F">
        <w:rPr>
          <w:rStyle w:val="s1"/>
          <w:rFonts w:ascii="Arial" w:hAnsi="Arial" w:cs="Arial"/>
          <w:sz w:val="24"/>
          <w:szCs w:val="24"/>
        </w:rPr>
        <w:t>very</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relevant</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impact</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was</w:t>
      </w:r>
      <w:proofErr w:type="spellEnd"/>
      <w:r w:rsidRPr="005C413F">
        <w:rPr>
          <w:rStyle w:val="s1"/>
          <w:rFonts w:ascii="Arial" w:hAnsi="Arial" w:cs="Arial"/>
          <w:sz w:val="24"/>
          <w:szCs w:val="24"/>
        </w:rPr>
        <w:t xml:space="preserve"> the </w:t>
      </w:r>
      <w:proofErr w:type="spellStart"/>
      <w:r w:rsidRPr="005C413F">
        <w:rPr>
          <w:rStyle w:val="s1"/>
          <w:rFonts w:ascii="Arial" w:hAnsi="Arial" w:cs="Arial"/>
          <w:sz w:val="24"/>
          <w:szCs w:val="24"/>
        </w:rPr>
        <w:t>importance</w:t>
      </w:r>
      <w:proofErr w:type="spellEnd"/>
      <w:r w:rsidRPr="005C413F">
        <w:rPr>
          <w:rStyle w:val="s1"/>
          <w:rFonts w:ascii="Arial" w:hAnsi="Arial" w:cs="Arial"/>
          <w:sz w:val="24"/>
          <w:szCs w:val="24"/>
        </w:rPr>
        <w:t xml:space="preserve"> of time </w:t>
      </w:r>
      <w:proofErr w:type="spellStart"/>
      <w:r w:rsidRPr="005C413F">
        <w:rPr>
          <w:rStyle w:val="s1"/>
          <w:rFonts w:ascii="Arial" w:hAnsi="Arial" w:cs="Arial"/>
          <w:sz w:val="24"/>
          <w:szCs w:val="24"/>
        </w:rPr>
        <w:t>management</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Balancing</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several</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deadlines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forced</w:t>
      </w:r>
      <w:proofErr w:type="spellEnd"/>
      <w:r w:rsidRPr="005C413F">
        <w:rPr>
          <w:rStyle w:val="s1"/>
          <w:rFonts w:ascii="Arial" w:hAnsi="Arial" w:cs="Arial"/>
          <w:sz w:val="24"/>
          <w:szCs w:val="24"/>
        </w:rPr>
        <w:t xml:space="preserve"> me to </w:t>
      </w:r>
      <w:proofErr w:type="spellStart"/>
      <w:r w:rsidRPr="005C413F">
        <w:rPr>
          <w:rStyle w:val="s1"/>
          <w:rFonts w:ascii="Arial" w:hAnsi="Arial" w:cs="Arial"/>
          <w:sz w:val="24"/>
          <w:szCs w:val="24"/>
        </w:rPr>
        <w:t>prioritize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tasks</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plan</w:t>
      </w:r>
      <w:proofErr w:type="spellEnd"/>
      <w:r w:rsidRPr="005C413F">
        <w:rPr>
          <w:rStyle w:val="s1"/>
          <w:rFonts w:ascii="Arial" w:hAnsi="Arial" w:cs="Arial"/>
          <w:sz w:val="24"/>
          <w:szCs w:val="24"/>
        </w:rPr>
        <w:t xml:space="preserve"> more </w:t>
      </w:r>
      <w:proofErr w:type="spellStart"/>
      <w:r w:rsidRPr="005C413F">
        <w:rPr>
          <w:rStyle w:val="s1"/>
          <w:rFonts w:ascii="Arial" w:hAnsi="Arial" w:cs="Arial"/>
          <w:sz w:val="24"/>
          <w:szCs w:val="24"/>
        </w:rPr>
        <w:t>effectively</w:t>
      </w:r>
      <w:proofErr w:type="spellEnd"/>
      <w:r w:rsidRPr="005C413F">
        <w:rPr>
          <w:rStyle w:val="s1"/>
          <w:rFonts w:ascii="Arial" w:hAnsi="Arial" w:cs="Arial"/>
          <w:sz w:val="24"/>
          <w:szCs w:val="24"/>
        </w:rPr>
        <w:t xml:space="preserve">. The module </w:t>
      </w:r>
      <w:proofErr w:type="spellStart"/>
      <w:r w:rsidRPr="005C413F">
        <w:rPr>
          <w:rStyle w:val="s1"/>
          <w:rFonts w:ascii="Arial" w:hAnsi="Arial" w:cs="Arial"/>
          <w:sz w:val="24"/>
          <w:szCs w:val="24"/>
        </w:rPr>
        <w:t>also</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strengthened</w:t>
      </w:r>
      <w:proofErr w:type="spellEnd"/>
      <w:r w:rsidRPr="005C413F">
        <w:rPr>
          <w:rStyle w:val="s1"/>
          <w:rFonts w:ascii="Arial" w:hAnsi="Arial" w:cs="Arial"/>
          <w:sz w:val="24"/>
          <w:szCs w:val="24"/>
        </w:rPr>
        <w:t xml:space="preserve"> my </w:t>
      </w:r>
      <w:proofErr w:type="spellStart"/>
      <w:r w:rsidRPr="005C413F">
        <w:rPr>
          <w:rStyle w:val="s1"/>
          <w:rFonts w:ascii="Arial" w:hAnsi="Arial" w:cs="Arial"/>
          <w:sz w:val="24"/>
          <w:szCs w:val="24"/>
        </w:rPr>
        <w:t>critical</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thinking</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skills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especially</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when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analyzing</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sources</w:t>
      </w:r>
      <w:proofErr w:type="spellEnd"/>
      <w:r w:rsidRPr="005C413F">
        <w:rPr>
          <w:rStyle w:val="s1"/>
          <w:rFonts w:ascii="Arial" w:hAnsi="Arial" w:cs="Arial"/>
          <w:sz w:val="24"/>
          <w:szCs w:val="24"/>
        </w:rPr>
        <w:t xml:space="preserve">. I </w:t>
      </w:r>
      <w:proofErr w:type="spellStart"/>
      <w:r w:rsidRPr="005C413F">
        <w:rPr>
          <w:rStyle w:val="s1"/>
          <w:rFonts w:ascii="Arial" w:hAnsi="Arial" w:cs="Arial"/>
          <w:sz w:val="24"/>
          <w:szCs w:val="24"/>
        </w:rPr>
        <w:t>learned</w:t>
      </w:r>
      <w:proofErr w:type="spellEnd"/>
      <w:r w:rsidRPr="005C413F">
        <w:rPr>
          <w:rStyle w:val="s1"/>
          <w:rFonts w:ascii="Arial" w:hAnsi="Arial" w:cs="Arial"/>
          <w:sz w:val="24"/>
          <w:szCs w:val="24"/>
        </w:rPr>
        <w:t xml:space="preserve"> not to </w:t>
      </w:r>
      <w:proofErr w:type="spellStart"/>
      <w:r w:rsidRPr="005C413F">
        <w:rPr>
          <w:rStyle w:val="s1"/>
          <w:rFonts w:ascii="Arial" w:hAnsi="Arial" w:cs="Arial"/>
          <w:sz w:val="24"/>
          <w:szCs w:val="24"/>
        </w:rPr>
        <w:t>accept</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information</w:t>
      </w:r>
      <w:proofErr w:type="spellEnd"/>
      <w:r w:rsidRPr="005C413F">
        <w:rPr>
          <w:rStyle w:val="s1"/>
          <w:rFonts w:ascii="Arial" w:hAnsi="Arial" w:cs="Arial"/>
          <w:sz w:val="24"/>
          <w:szCs w:val="24"/>
        </w:rPr>
        <w:t xml:space="preserve"> by face </w:t>
      </w:r>
      <w:proofErr w:type="spellStart"/>
      <w:r w:rsidRPr="005C413F">
        <w:rPr>
          <w:rStyle w:val="s1"/>
          <w:rFonts w:ascii="Arial" w:hAnsi="Arial" w:cs="Arial"/>
          <w:sz w:val="24"/>
          <w:szCs w:val="24"/>
        </w:rPr>
        <w:t>value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but</w:t>
      </w:r>
      <w:proofErr w:type="spellEnd"/>
      <w:r w:rsidRPr="005C413F">
        <w:rPr>
          <w:rStyle w:val="s1"/>
          <w:rFonts w:ascii="Arial" w:hAnsi="Arial" w:cs="Arial"/>
          <w:sz w:val="24"/>
          <w:szCs w:val="24"/>
        </w:rPr>
        <w:t xml:space="preserve"> to </w:t>
      </w:r>
      <w:proofErr w:type="spellStart"/>
      <w:r w:rsidRPr="005C413F">
        <w:rPr>
          <w:rStyle w:val="s1"/>
          <w:rFonts w:ascii="Arial" w:hAnsi="Arial" w:cs="Arial"/>
          <w:sz w:val="24"/>
          <w:szCs w:val="24"/>
        </w:rPr>
        <w:t>question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its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validity</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relevance</w:t>
      </w:r>
      <w:proofErr w:type="spellEnd"/>
      <w:r w:rsidRPr="005C413F">
        <w:rPr>
          <w:rStyle w:val="s1"/>
          <w:rFonts w:ascii="Arial" w:hAnsi="Arial" w:cs="Arial"/>
          <w:sz w:val="24"/>
          <w:szCs w:val="24"/>
        </w:rPr>
        <w:t xml:space="preserve">. A </w:t>
      </w:r>
      <w:proofErr w:type="spellStart"/>
      <w:r w:rsidRPr="005C413F">
        <w:rPr>
          <w:rStyle w:val="s1"/>
          <w:rFonts w:ascii="Arial" w:hAnsi="Arial" w:cs="Arial"/>
          <w:sz w:val="24"/>
          <w:szCs w:val="24"/>
        </w:rPr>
        <w:t>lecture</w:t>
      </w:r>
      <w:proofErr w:type="spellEnd"/>
      <w:r w:rsidRPr="005C413F">
        <w:rPr>
          <w:rStyle w:val="s1"/>
          <w:rFonts w:ascii="Arial" w:hAnsi="Arial" w:cs="Arial"/>
          <w:sz w:val="24"/>
          <w:szCs w:val="24"/>
        </w:rPr>
        <w:t xml:space="preserve"> on Harvard </w:t>
      </w:r>
      <w:proofErr w:type="spellStart"/>
      <w:r w:rsidRPr="005C413F">
        <w:rPr>
          <w:rStyle w:val="s1"/>
          <w:rFonts w:ascii="Arial" w:hAnsi="Arial" w:cs="Arial"/>
          <w:sz w:val="24"/>
          <w:szCs w:val="24"/>
        </w:rPr>
        <w:t>references</w:t>
      </w:r>
      <w:proofErr w:type="spellEnd"/>
      <w:r w:rsidRPr="005C413F">
        <w:rPr>
          <w:rStyle w:val="s1"/>
          <w:rFonts w:ascii="Arial" w:hAnsi="Arial" w:cs="Arial"/>
          <w:sz w:val="24"/>
          <w:szCs w:val="24"/>
        </w:rPr>
        <w:t xml:space="preserve">, in particular, </w:t>
      </w:r>
      <w:proofErr w:type="spellStart"/>
      <w:r w:rsidRPr="005C413F">
        <w:rPr>
          <w:rStyle w:val="s1"/>
          <w:rFonts w:ascii="Arial" w:hAnsi="Arial" w:cs="Arial"/>
          <w:sz w:val="24"/>
          <w:szCs w:val="24"/>
        </w:rPr>
        <w:t>helped</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demystify</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citation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conventions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relieving</w:t>
      </w:r>
      <w:proofErr w:type="spellEnd"/>
      <w:r w:rsidRPr="005C413F">
        <w:rPr>
          <w:rStyle w:val="s1"/>
          <w:rFonts w:ascii="Arial" w:hAnsi="Arial" w:cs="Arial"/>
          <w:sz w:val="24"/>
          <w:szCs w:val="24"/>
        </w:rPr>
        <w:t xml:space="preserve"> my </w:t>
      </w:r>
      <w:proofErr w:type="spellStart"/>
      <w:r w:rsidRPr="005C413F">
        <w:rPr>
          <w:rStyle w:val="s1"/>
          <w:rFonts w:ascii="Arial" w:hAnsi="Arial" w:cs="Arial"/>
          <w:sz w:val="24"/>
          <w:szCs w:val="24"/>
        </w:rPr>
        <w:t>anxiety</w:t>
      </w:r>
      <w:proofErr w:type="spellEnd"/>
      <w:r w:rsidRPr="005C413F">
        <w:rPr>
          <w:rStyle w:val="s1"/>
          <w:rFonts w:ascii="Arial" w:hAnsi="Arial" w:cs="Arial"/>
          <w:sz w:val="24"/>
          <w:szCs w:val="24"/>
        </w:rPr>
        <w:t xml:space="preserve"> about </w:t>
      </w:r>
      <w:proofErr w:type="spellStart"/>
      <w:r w:rsidRPr="005C413F">
        <w:rPr>
          <w:rStyle w:val="s1"/>
          <w:rFonts w:ascii="Arial" w:hAnsi="Arial" w:cs="Arial"/>
          <w:sz w:val="24"/>
          <w:szCs w:val="24"/>
        </w:rPr>
        <w:t>correct</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formatting</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plagiarism</w:t>
      </w:r>
      <w:proofErr w:type="spellEnd"/>
      <w:r w:rsidRPr="005C413F">
        <w:rPr>
          <w:rStyle w:val="s1"/>
          <w:rFonts w:ascii="Arial" w:hAnsi="Arial" w:cs="Arial"/>
          <w:sz w:val="24"/>
          <w:szCs w:val="24"/>
        </w:rPr>
        <w:t>.</w:t>
      </w:r>
    </w:p>
    <w:p w14:paraId="75273D40" w14:textId="77777777" w:rsidR="005C413F" w:rsidRPr="005C413F" w:rsidRDefault="005C413F" w:rsidP="005C413F">
      <w:pPr>
        <w:pStyle w:val="p1"/>
        <w:divId w:val="1586259376"/>
        <w:rPr>
          <w:rStyle w:val="s1"/>
          <w:rFonts w:ascii="Arial" w:hAnsi="Arial" w:cs="Arial"/>
          <w:sz w:val="24"/>
          <w:szCs w:val="24"/>
        </w:rPr>
      </w:pPr>
    </w:p>
    <w:p w14:paraId="7D65C312" w14:textId="77777777" w:rsidR="005C413F" w:rsidRPr="005C413F" w:rsidRDefault="005C413F" w:rsidP="005C413F">
      <w:pPr>
        <w:pStyle w:val="p1"/>
        <w:divId w:val="1586259376"/>
        <w:rPr>
          <w:rStyle w:val="s1"/>
          <w:rFonts w:ascii="Arial" w:hAnsi="Arial" w:cs="Arial"/>
          <w:sz w:val="24"/>
          <w:szCs w:val="24"/>
        </w:rPr>
      </w:pPr>
      <w:proofErr w:type="spellStart"/>
      <w:r w:rsidRPr="005C413F">
        <w:rPr>
          <w:rStyle w:val="s1"/>
          <w:rFonts w:ascii="Arial" w:hAnsi="Arial" w:cs="Arial"/>
          <w:sz w:val="24"/>
          <w:szCs w:val="24"/>
        </w:rPr>
        <w:t>Strengths</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areas</w:t>
      </w:r>
      <w:proofErr w:type="spellEnd"/>
      <w:r w:rsidRPr="005C413F">
        <w:rPr>
          <w:rStyle w:val="s1"/>
          <w:rFonts w:ascii="Arial" w:hAnsi="Arial" w:cs="Arial"/>
          <w:sz w:val="24"/>
          <w:szCs w:val="24"/>
        </w:rPr>
        <w:t xml:space="preserve"> for </w:t>
      </w:r>
      <w:proofErr w:type="spellStart"/>
      <w:r w:rsidRPr="005C413F">
        <w:rPr>
          <w:rStyle w:val="s1"/>
          <w:rFonts w:ascii="Arial" w:hAnsi="Arial" w:cs="Arial"/>
          <w:sz w:val="24"/>
          <w:szCs w:val="24"/>
        </w:rPr>
        <w:t>improvement</w:t>
      </w:r>
      <w:proofErr w:type="spellEnd"/>
    </w:p>
    <w:p w14:paraId="43F98F49" w14:textId="77777777" w:rsidR="005C413F" w:rsidRPr="005C413F" w:rsidRDefault="005C413F" w:rsidP="005C413F">
      <w:pPr>
        <w:pStyle w:val="p1"/>
        <w:divId w:val="1586259376"/>
        <w:rPr>
          <w:rStyle w:val="s1"/>
          <w:rFonts w:ascii="Arial" w:hAnsi="Arial" w:cs="Arial"/>
          <w:sz w:val="24"/>
          <w:szCs w:val="24"/>
        </w:rPr>
      </w:pPr>
    </w:p>
    <w:p w14:paraId="57FAC633" w14:textId="77777777" w:rsidR="005C413F" w:rsidRPr="005C413F" w:rsidRDefault="005C413F" w:rsidP="005C413F">
      <w:pPr>
        <w:pStyle w:val="p1"/>
        <w:divId w:val="1586259376"/>
        <w:rPr>
          <w:rStyle w:val="s1"/>
          <w:rFonts w:ascii="Arial" w:hAnsi="Arial" w:cs="Arial"/>
          <w:sz w:val="24"/>
          <w:szCs w:val="24"/>
        </w:rPr>
      </w:pPr>
      <w:r w:rsidRPr="005C413F">
        <w:rPr>
          <w:rStyle w:val="s1"/>
          <w:rFonts w:ascii="Arial" w:hAnsi="Arial" w:cs="Arial"/>
          <w:sz w:val="24"/>
          <w:szCs w:val="24"/>
        </w:rPr>
        <w:t xml:space="preserve">I </w:t>
      </w:r>
      <w:proofErr w:type="spellStart"/>
      <w:r w:rsidRPr="005C413F">
        <w:rPr>
          <w:rStyle w:val="s1"/>
          <w:rFonts w:ascii="Arial" w:hAnsi="Arial" w:cs="Arial"/>
          <w:sz w:val="24"/>
          <w:szCs w:val="24"/>
        </w:rPr>
        <w:t>consider</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adaptability</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collaboration</w:t>
      </w:r>
      <w:proofErr w:type="spellEnd"/>
      <w:r w:rsidRPr="005C413F">
        <w:rPr>
          <w:rStyle w:val="s1"/>
          <w:rFonts w:ascii="Arial" w:hAnsi="Arial" w:cs="Arial"/>
          <w:sz w:val="24"/>
          <w:szCs w:val="24"/>
        </w:rPr>
        <w:t xml:space="preserve"> as fundamental </w:t>
      </w:r>
      <w:proofErr w:type="spellStart"/>
      <w:r w:rsidRPr="005C413F">
        <w:rPr>
          <w:rStyle w:val="s1"/>
          <w:rFonts w:ascii="Arial" w:hAnsi="Arial" w:cs="Arial"/>
          <w:sz w:val="24"/>
          <w:szCs w:val="24"/>
        </w:rPr>
        <w:t>strengths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particularly</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evident</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during</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Task</w:t>
      </w:r>
      <w:proofErr w:type="spellEnd"/>
      <w:r w:rsidRPr="005C413F">
        <w:rPr>
          <w:rStyle w:val="s1"/>
          <w:rFonts w:ascii="Arial" w:hAnsi="Arial" w:cs="Arial"/>
          <w:sz w:val="24"/>
          <w:szCs w:val="24"/>
        </w:rPr>
        <w:t xml:space="preserve"> 2. I </w:t>
      </w:r>
      <w:proofErr w:type="spellStart"/>
      <w:r w:rsidRPr="005C413F">
        <w:rPr>
          <w:rStyle w:val="s1"/>
          <w:rFonts w:ascii="Arial" w:hAnsi="Arial" w:cs="Arial"/>
          <w:sz w:val="24"/>
          <w:szCs w:val="24"/>
        </w:rPr>
        <w:t>was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able</w:t>
      </w:r>
      <w:proofErr w:type="spellEnd"/>
      <w:r w:rsidRPr="005C413F">
        <w:rPr>
          <w:rStyle w:val="s1"/>
          <w:rFonts w:ascii="Arial" w:hAnsi="Arial" w:cs="Arial"/>
          <w:sz w:val="24"/>
          <w:szCs w:val="24"/>
        </w:rPr>
        <w:t xml:space="preserve"> to work well </w:t>
      </w:r>
      <w:proofErr w:type="spellStart"/>
      <w:r w:rsidRPr="005C413F">
        <w:rPr>
          <w:rStyle w:val="s1"/>
          <w:rFonts w:ascii="Arial" w:hAnsi="Arial" w:cs="Arial"/>
          <w:sz w:val="24"/>
          <w:szCs w:val="24"/>
        </w:rPr>
        <w:t>within</w:t>
      </w:r>
      <w:proofErr w:type="spellEnd"/>
      <w:r w:rsidRPr="005C413F">
        <w:rPr>
          <w:rStyle w:val="s1"/>
          <w:rFonts w:ascii="Arial" w:hAnsi="Arial" w:cs="Arial"/>
          <w:sz w:val="24"/>
          <w:szCs w:val="24"/>
        </w:rPr>
        <w:t xml:space="preserve"> a </w:t>
      </w:r>
      <w:proofErr w:type="spellStart"/>
      <w:r w:rsidRPr="005C413F">
        <w:rPr>
          <w:rStyle w:val="s1"/>
          <w:rFonts w:ascii="Arial" w:hAnsi="Arial" w:cs="Arial"/>
          <w:sz w:val="24"/>
          <w:szCs w:val="24"/>
        </w:rPr>
        <w:t>team</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listen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actively</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contribute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ideas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respecting</w:t>
      </w:r>
      <w:proofErr w:type="spellEnd"/>
      <w:r w:rsidRPr="005C413F">
        <w:rPr>
          <w:rStyle w:val="s1"/>
          <w:rFonts w:ascii="Arial" w:hAnsi="Arial" w:cs="Arial"/>
          <w:sz w:val="24"/>
          <w:szCs w:val="24"/>
        </w:rPr>
        <w:t xml:space="preserve"> the </w:t>
      </w:r>
      <w:proofErr w:type="spellStart"/>
      <w:r w:rsidRPr="005C413F">
        <w:rPr>
          <w:rStyle w:val="s1"/>
          <w:rFonts w:ascii="Arial" w:hAnsi="Arial" w:cs="Arial"/>
          <w:sz w:val="24"/>
          <w:szCs w:val="24"/>
        </w:rPr>
        <w:t>contribution</w:t>
      </w:r>
      <w:proofErr w:type="spellEnd"/>
      <w:r w:rsidRPr="005C413F">
        <w:rPr>
          <w:rStyle w:val="s1"/>
          <w:rFonts w:ascii="Arial" w:hAnsi="Arial" w:cs="Arial"/>
          <w:sz w:val="24"/>
          <w:szCs w:val="24"/>
        </w:rPr>
        <w:t xml:space="preserve"> of </w:t>
      </w:r>
      <w:proofErr w:type="spellStart"/>
      <w:r w:rsidRPr="005C413F">
        <w:rPr>
          <w:rStyle w:val="s1"/>
          <w:rFonts w:ascii="Arial" w:hAnsi="Arial" w:cs="Arial"/>
          <w:sz w:val="24"/>
          <w:szCs w:val="24"/>
        </w:rPr>
        <w:t>others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However</w:t>
      </w:r>
      <w:proofErr w:type="spellEnd"/>
      <w:r w:rsidRPr="005C413F">
        <w:rPr>
          <w:rStyle w:val="s1"/>
          <w:rFonts w:ascii="Arial" w:hAnsi="Arial" w:cs="Arial"/>
          <w:sz w:val="24"/>
          <w:szCs w:val="24"/>
        </w:rPr>
        <w:t xml:space="preserve">, I </w:t>
      </w:r>
      <w:proofErr w:type="spellStart"/>
      <w:r w:rsidRPr="005C413F">
        <w:rPr>
          <w:rStyle w:val="s1"/>
          <w:rFonts w:ascii="Arial" w:hAnsi="Arial" w:cs="Arial"/>
          <w:sz w:val="24"/>
          <w:szCs w:val="24"/>
        </w:rPr>
        <w:t>recognize</w:t>
      </w:r>
      <w:proofErr w:type="spellEnd"/>
      <w:r w:rsidRPr="005C413F">
        <w:rPr>
          <w:rStyle w:val="s1"/>
          <w:rFonts w:ascii="Arial" w:hAnsi="Arial" w:cs="Arial"/>
          <w:sz w:val="24"/>
          <w:szCs w:val="24"/>
        </w:rPr>
        <w:t xml:space="preserve"> the </w:t>
      </w:r>
      <w:proofErr w:type="spellStart"/>
      <w:r w:rsidRPr="005C413F">
        <w:rPr>
          <w:rStyle w:val="s1"/>
          <w:rFonts w:ascii="Arial" w:hAnsi="Arial" w:cs="Arial"/>
          <w:sz w:val="24"/>
          <w:szCs w:val="24"/>
        </w:rPr>
        <w:t>need</w:t>
      </w:r>
      <w:proofErr w:type="spellEnd"/>
      <w:r w:rsidRPr="005C413F">
        <w:rPr>
          <w:rStyle w:val="s1"/>
          <w:rFonts w:ascii="Arial" w:hAnsi="Arial" w:cs="Arial"/>
          <w:sz w:val="24"/>
          <w:szCs w:val="24"/>
        </w:rPr>
        <w:t xml:space="preserve"> to </w:t>
      </w:r>
      <w:proofErr w:type="spellStart"/>
      <w:r w:rsidRPr="005C413F">
        <w:rPr>
          <w:rStyle w:val="s1"/>
          <w:rFonts w:ascii="Arial" w:hAnsi="Arial" w:cs="Arial"/>
          <w:sz w:val="24"/>
          <w:szCs w:val="24"/>
        </w:rPr>
        <w:t>improve</w:t>
      </w:r>
      <w:proofErr w:type="spellEnd"/>
      <w:r w:rsidRPr="005C413F">
        <w:rPr>
          <w:rStyle w:val="s1"/>
          <w:rFonts w:ascii="Arial" w:hAnsi="Arial" w:cs="Arial"/>
          <w:sz w:val="24"/>
          <w:szCs w:val="24"/>
        </w:rPr>
        <w:t xml:space="preserve"> my time </w:t>
      </w:r>
      <w:proofErr w:type="spellStart"/>
      <w:r w:rsidRPr="005C413F">
        <w:rPr>
          <w:rStyle w:val="s1"/>
          <w:rFonts w:ascii="Arial" w:hAnsi="Arial" w:cs="Arial"/>
          <w:sz w:val="24"/>
          <w:szCs w:val="24"/>
        </w:rPr>
        <w:t>management</w:t>
      </w:r>
      <w:proofErr w:type="spellEnd"/>
      <w:r w:rsidRPr="005C413F">
        <w:rPr>
          <w:rStyle w:val="s1"/>
          <w:rFonts w:ascii="Arial" w:hAnsi="Arial" w:cs="Arial"/>
          <w:sz w:val="24"/>
          <w:szCs w:val="24"/>
        </w:rPr>
        <w:t xml:space="preserve">. The work on </w:t>
      </w:r>
      <w:proofErr w:type="spellStart"/>
      <w:r w:rsidRPr="005C413F">
        <w:rPr>
          <w:rStyle w:val="s1"/>
          <w:rFonts w:ascii="Arial" w:hAnsi="Arial" w:cs="Arial"/>
          <w:sz w:val="24"/>
          <w:szCs w:val="24"/>
        </w:rPr>
        <w:t>pressure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led</w:t>
      </w:r>
      <w:proofErr w:type="spellEnd"/>
      <w:r w:rsidRPr="005C413F">
        <w:rPr>
          <w:rStyle w:val="s1"/>
          <w:rFonts w:ascii="Arial" w:hAnsi="Arial" w:cs="Arial"/>
          <w:sz w:val="24"/>
          <w:szCs w:val="24"/>
        </w:rPr>
        <w:t xml:space="preserve"> me to </w:t>
      </w:r>
      <w:proofErr w:type="spellStart"/>
      <w:r w:rsidRPr="005C413F">
        <w:rPr>
          <w:rStyle w:val="s1"/>
          <w:rFonts w:ascii="Arial" w:hAnsi="Arial" w:cs="Arial"/>
          <w:sz w:val="24"/>
          <w:szCs w:val="24"/>
        </w:rPr>
        <w:t>last-minute</w:t>
      </w:r>
      <w:proofErr w:type="spellEnd"/>
      <w:r w:rsidRPr="005C413F">
        <w:rPr>
          <w:rStyle w:val="s1"/>
          <w:rFonts w:ascii="Arial" w:hAnsi="Arial" w:cs="Arial"/>
          <w:sz w:val="24"/>
          <w:szCs w:val="24"/>
        </w:rPr>
        <w:t xml:space="preserve"> reviews that </w:t>
      </w:r>
      <w:proofErr w:type="spellStart"/>
      <w:r w:rsidRPr="005C413F">
        <w:rPr>
          <w:rStyle w:val="s1"/>
          <w:rFonts w:ascii="Arial" w:hAnsi="Arial" w:cs="Arial"/>
          <w:sz w:val="24"/>
          <w:szCs w:val="24"/>
        </w:rPr>
        <w:t>could</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have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been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avoided</w:t>
      </w:r>
      <w:proofErr w:type="spellEnd"/>
      <w:r w:rsidRPr="005C413F">
        <w:rPr>
          <w:rStyle w:val="s1"/>
          <w:rFonts w:ascii="Arial" w:hAnsi="Arial" w:cs="Arial"/>
          <w:sz w:val="24"/>
          <w:szCs w:val="24"/>
        </w:rPr>
        <w:t xml:space="preserve"> with </w:t>
      </w:r>
      <w:proofErr w:type="spellStart"/>
      <w:r w:rsidRPr="005C413F">
        <w:rPr>
          <w:rStyle w:val="s1"/>
          <w:rFonts w:ascii="Arial" w:hAnsi="Arial" w:cs="Arial"/>
          <w:sz w:val="24"/>
          <w:szCs w:val="24"/>
        </w:rPr>
        <w:t>better</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planning</w:t>
      </w:r>
      <w:proofErr w:type="spellEnd"/>
      <w:r w:rsidRPr="005C413F">
        <w:rPr>
          <w:rStyle w:val="s1"/>
          <w:rFonts w:ascii="Arial" w:hAnsi="Arial" w:cs="Arial"/>
          <w:sz w:val="24"/>
          <w:szCs w:val="24"/>
        </w:rPr>
        <w:t xml:space="preserve">. In </w:t>
      </w:r>
      <w:proofErr w:type="spellStart"/>
      <w:r w:rsidRPr="005C413F">
        <w:rPr>
          <w:rStyle w:val="s1"/>
          <w:rFonts w:ascii="Arial" w:hAnsi="Arial" w:cs="Arial"/>
          <w:sz w:val="24"/>
          <w:szCs w:val="24"/>
        </w:rPr>
        <w:t>addition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although</w:t>
      </w:r>
      <w:proofErr w:type="spellEnd"/>
      <w:r w:rsidRPr="005C413F">
        <w:rPr>
          <w:rStyle w:val="s1"/>
          <w:rFonts w:ascii="Arial" w:hAnsi="Arial" w:cs="Arial"/>
          <w:sz w:val="24"/>
          <w:szCs w:val="24"/>
        </w:rPr>
        <w:t xml:space="preserve"> my research </w:t>
      </w:r>
      <w:proofErr w:type="spellStart"/>
      <w:r w:rsidRPr="005C413F">
        <w:rPr>
          <w:rStyle w:val="s1"/>
          <w:rFonts w:ascii="Arial" w:hAnsi="Arial" w:cs="Arial"/>
          <w:sz w:val="24"/>
          <w:szCs w:val="24"/>
        </w:rPr>
        <w:t>skills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have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improved</w:t>
      </w:r>
      <w:proofErr w:type="spellEnd"/>
      <w:r w:rsidRPr="005C413F">
        <w:rPr>
          <w:rStyle w:val="s1"/>
          <w:rFonts w:ascii="Arial" w:hAnsi="Arial" w:cs="Arial"/>
          <w:sz w:val="24"/>
          <w:szCs w:val="24"/>
        </w:rPr>
        <w:t xml:space="preserve">, I </w:t>
      </w:r>
      <w:proofErr w:type="spellStart"/>
      <w:r w:rsidRPr="005C413F">
        <w:rPr>
          <w:rStyle w:val="s1"/>
          <w:rFonts w:ascii="Arial" w:hAnsi="Arial" w:cs="Arial"/>
          <w:sz w:val="24"/>
          <w:szCs w:val="24"/>
        </w:rPr>
        <w:t>still</w:t>
      </w:r>
      <w:proofErr w:type="spellEnd"/>
      <w:r w:rsidRPr="005C413F">
        <w:rPr>
          <w:rStyle w:val="s1"/>
          <w:rFonts w:ascii="Arial" w:hAnsi="Arial" w:cs="Arial"/>
          <w:sz w:val="24"/>
          <w:szCs w:val="24"/>
        </w:rPr>
        <w:t xml:space="preserve"> find it </w:t>
      </w:r>
      <w:proofErr w:type="spellStart"/>
      <w:r w:rsidRPr="005C413F">
        <w:rPr>
          <w:rStyle w:val="s1"/>
          <w:rFonts w:ascii="Arial" w:hAnsi="Arial" w:cs="Arial"/>
          <w:sz w:val="24"/>
          <w:szCs w:val="24"/>
        </w:rPr>
        <w:t>challenging</w:t>
      </w:r>
      <w:proofErr w:type="spellEnd"/>
      <w:r w:rsidRPr="005C413F">
        <w:rPr>
          <w:rStyle w:val="s1"/>
          <w:rFonts w:ascii="Arial" w:hAnsi="Arial" w:cs="Arial"/>
          <w:sz w:val="24"/>
          <w:szCs w:val="24"/>
        </w:rPr>
        <w:t xml:space="preserve"> to </w:t>
      </w:r>
      <w:proofErr w:type="spellStart"/>
      <w:r w:rsidRPr="005C413F">
        <w:rPr>
          <w:rStyle w:val="s1"/>
          <w:rFonts w:ascii="Arial" w:hAnsi="Arial" w:cs="Arial"/>
          <w:sz w:val="24"/>
          <w:szCs w:val="24"/>
        </w:rPr>
        <w:t>engage</w:t>
      </w:r>
      <w:proofErr w:type="spellEnd"/>
      <w:r w:rsidRPr="005C413F">
        <w:rPr>
          <w:rStyle w:val="s1"/>
          <w:rFonts w:ascii="Arial" w:hAnsi="Arial" w:cs="Arial"/>
          <w:sz w:val="24"/>
          <w:szCs w:val="24"/>
        </w:rPr>
        <w:t xml:space="preserve"> with </w:t>
      </w:r>
      <w:proofErr w:type="spellStart"/>
      <w:r w:rsidRPr="005C413F">
        <w:rPr>
          <w:rStyle w:val="s1"/>
          <w:rFonts w:ascii="Arial" w:hAnsi="Arial" w:cs="Arial"/>
          <w:sz w:val="24"/>
          <w:szCs w:val="24"/>
        </w:rPr>
        <w:t>dense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academic</w:t>
      </w:r>
      <w:proofErr w:type="spellEnd"/>
      <w:r w:rsidRPr="005C413F">
        <w:rPr>
          <w:rStyle w:val="s1"/>
          <w:rFonts w:ascii="Arial" w:hAnsi="Arial" w:cs="Arial"/>
          <w:sz w:val="24"/>
          <w:szCs w:val="24"/>
        </w:rPr>
        <w:t xml:space="preserve"> texts, and I </w:t>
      </w:r>
      <w:proofErr w:type="spellStart"/>
      <w:r w:rsidRPr="005C413F">
        <w:rPr>
          <w:rStyle w:val="s1"/>
          <w:rFonts w:ascii="Arial" w:hAnsi="Arial" w:cs="Arial"/>
          <w:sz w:val="24"/>
          <w:szCs w:val="24"/>
        </w:rPr>
        <w:t>intend</w:t>
      </w:r>
      <w:proofErr w:type="spellEnd"/>
      <w:r w:rsidRPr="005C413F">
        <w:rPr>
          <w:rStyle w:val="s1"/>
          <w:rFonts w:ascii="Arial" w:hAnsi="Arial" w:cs="Arial"/>
          <w:sz w:val="24"/>
          <w:szCs w:val="24"/>
        </w:rPr>
        <w:t xml:space="preserve"> to work on it by </w:t>
      </w:r>
      <w:proofErr w:type="spellStart"/>
      <w:r w:rsidRPr="005C413F">
        <w:rPr>
          <w:rStyle w:val="s1"/>
          <w:rFonts w:ascii="Arial" w:hAnsi="Arial" w:cs="Arial"/>
          <w:sz w:val="24"/>
          <w:szCs w:val="24"/>
        </w:rPr>
        <w:t>practicing</w:t>
      </w:r>
      <w:proofErr w:type="spellEnd"/>
      <w:r w:rsidRPr="005C413F">
        <w:rPr>
          <w:rStyle w:val="s1"/>
          <w:rFonts w:ascii="Arial" w:hAnsi="Arial" w:cs="Arial"/>
          <w:sz w:val="24"/>
          <w:szCs w:val="24"/>
        </w:rPr>
        <w:t xml:space="preserve"> active </w:t>
      </w:r>
      <w:proofErr w:type="spellStart"/>
      <w:r w:rsidRPr="005C413F">
        <w:rPr>
          <w:rStyle w:val="s1"/>
          <w:rFonts w:ascii="Arial" w:hAnsi="Arial" w:cs="Arial"/>
          <w:sz w:val="24"/>
          <w:szCs w:val="24"/>
        </w:rPr>
        <w:t>reading</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techniques</w:t>
      </w:r>
      <w:proofErr w:type="spellEnd"/>
      <w:r w:rsidRPr="005C413F">
        <w:rPr>
          <w:rStyle w:val="s1"/>
          <w:rFonts w:ascii="Arial" w:hAnsi="Arial" w:cs="Arial"/>
          <w:sz w:val="24"/>
          <w:szCs w:val="24"/>
        </w:rPr>
        <w:t>.</w:t>
      </w:r>
    </w:p>
    <w:p w14:paraId="4A9274D5" w14:textId="77777777" w:rsidR="005C413F" w:rsidRPr="005C413F" w:rsidRDefault="005C413F" w:rsidP="005C413F">
      <w:pPr>
        <w:pStyle w:val="p1"/>
        <w:divId w:val="1586259376"/>
        <w:rPr>
          <w:rStyle w:val="s1"/>
          <w:rFonts w:ascii="Arial" w:hAnsi="Arial" w:cs="Arial"/>
          <w:sz w:val="24"/>
          <w:szCs w:val="24"/>
        </w:rPr>
      </w:pPr>
    </w:p>
    <w:p w14:paraId="7DB3AFA5" w14:textId="6F98F534" w:rsidR="001A6600" w:rsidRDefault="005C413F" w:rsidP="00953E04">
      <w:pPr>
        <w:pStyle w:val="p1"/>
        <w:divId w:val="1586259376"/>
        <w:rPr>
          <w:rStyle w:val="s1"/>
          <w:rFonts w:ascii="Arial" w:hAnsi="Arial" w:cs="Arial"/>
          <w:sz w:val="24"/>
          <w:szCs w:val="24"/>
        </w:rPr>
      </w:pPr>
      <w:r w:rsidRPr="005C413F">
        <w:rPr>
          <w:rStyle w:val="s1"/>
          <w:rFonts w:ascii="Arial" w:hAnsi="Arial" w:cs="Arial"/>
          <w:sz w:val="24"/>
          <w:szCs w:val="24"/>
        </w:rPr>
        <w:t xml:space="preserve">This module </w:t>
      </w:r>
      <w:proofErr w:type="spellStart"/>
      <w:r w:rsidRPr="005C413F">
        <w:rPr>
          <w:rStyle w:val="s1"/>
          <w:rFonts w:ascii="Arial" w:hAnsi="Arial" w:cs="Arial"/>
          <w:sz w:val="24"/>
          <w:szCs w:val="24"/>
        </w:rPr>
        <w:t>helped</w:t>
      </w:r>
      <w:proofErr w:type="spellEnd"/>
      <w:r w:rsidRPr="005C413F">
        <w:rPr>
          <w:rStyle w:val="s1"/>
          <w:rFonts w:ascii="Arial" w:hAnsi="Arial" w:cs="Arial"/>
          <w:sz w:val="24"/>
          <w:szCs w:val="24"/>
        </w:rPr>
        <w:t xml:space="preserve"> me </w:t>
      </w:r>
      <w:proofErr w:type="spellStart"/>
      <w:r w:rsidRPr="005C413F">
        <w:rPr>
          <w:rStyle w:val="s1"/>
          <w:rFonts w:ascii="Arial" w:hAnsi="Arial" w:cs="Arial"/>
          <w:sz w:val="24"/>
          <w:szCs w:val="24"/>
        </w:rPr>
        <w:t>become</w:t>
      </w:r>
      <w:proofErr w:type="spellEnd"/>
      <w:r w:rsidRPr="005C413F">
        <w:rPr>
          <w:rStyle w:val="s1"/>
          <w:rFonts w:ascii="Arial" w:hAnsi="Arial" w:cs="Arial"/>
          <w:sz w:val="24"/>
          <w:szCs w:val="24"/>
        </w:rPr>
        <w:t xml:space="preserve"> a more </w:t>
      </w:r>
      <w:proofErr w:type="spellStart"/>
      <w:r w:rsidRPr="005C413F">
        <w:rPr>
          <w:rStyle w:val="s1"/>
          <w:rFonts w:ascii="Arial" w:hAnsi="Arial" w:cs="Arial"/>
          <w:sz w:val="24"/>
          <w:szCs w:val="24"/>
        </w:rPr>
        <w:t>reflective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learner</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Feedback</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both</w:t>
      </w:r>
      <w:proofErr w:type="spellEnd"/>
      <w:r w:rsidRPr="005C413F">
        <w:rPr>
          <w:rStyle w:val="s1"/>
          <w:rFonts w:ascii="Arial" w:hAnsi="Arial" w:cs="Arial"/>
          <w:sz w:val="24"/>
          <w:szCs w:val="24"/>
        </w:rPr>
        <w:t xml:space="preserve"> formal and informal, </w:t>
      </w:r>
      <w:proofErr w:type="spellStart"/>
      <w:r w:rsidRPr="005C413F">
        <w:rPr>
          <w:rStyle w:val="s1"/>
          <w:rFonts w:ascii="Arial" w:hAnsi="Arial" w:cs="Arial"/>
          <w:sz w:val="24"/>
          <w:szCs w:val="24"/>
        </w:rPr>
        <w:t>has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been</w:t>
      </w:r>
      <w:proofErr w:type="spellEnd"/>
      <w:r w:rsidRPr="005C413F">
        <w:rPr>
          <w:rStyle w:val="s1"/>
          <w:rFonts w:ascii="Arial" w:hAnsi="Arial" w:cs="Arial"/>
          <w:sz w:val="24"/>
          <w:szCs w:val="24"/>
        </w:rPr>
        <w:t xml:space="preserve"> fundamental in </w:t>
      </w:r>
      <w:proofErr w:type="spellStart"/>
      <w:r w:rsidRPr="005C413F">
        <w:rPr>
          <w:rStyle w:val="s1"/>
          <w:rFonts w:ascii="Arial" w:hAnsi="Arial" w:cs="Arial"/>
          <w:sz w:val="24"/>
          <w:szCs w:val="24"/>
        </w:rPr>
        <w:t>building</w:t>
      </w:r>
      <w:proofErr w:type="spellEnd"/>
      <w:r w:rsidRPr="005C413F">
        <w:rPr>
          <w:rStyle w:val="s1"/>
          <w:rFonts w:ascii="Arial" w:hAnsi="Arial" w:cs="Arial"/>
          <w:sz w:val="24"/>
          <w:szCs w:val="24"/>
        </w:rPr>
        <w:t xml:space="preserve"> my </w:t>
      </w:r>
      <w:proofErr w:type="spellStart"/>
      <w:r w:rsidRPr="005C413F">
        <w:rPr>
          <w:rStyle w:val="s1"/>
          <w:rFonts w:ascii="Arial" w:hAnsi="Arial" w:cs="Arial"/>
          <w:sz w:val="24"/>
          <w:szCs w:val="24"/>
        </w:rPr>
        <w:t>academic</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confidence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Now</w:t>
      </w:r>
      <w:proofErr w:type="spellEnd"/>
      <w:r w:rsidRPr="005C413F">
        <w:rPr>
          <w:rStyle w:val="s1"/>
          <w:rFonts w:ascii="Arial" w:hAnsi="Arial" w:cs="Arial"/>
          <w:sz w:val="24"/>
          <w:szCs w:val="24"/>
        </w:rPr>
        <w:t xml:space="preserve"> I </w:t>
      </w:r>
      <w:proofErr w:type="spellStart"/>
      <w:r w:rsidRPr="005C413F">
        <w:rPr>
          <w:rStyle w:val="s1"/>
          <w:rFonts w:ascii="Arial" w:hAnsi="Arial" w:cs="Arial"/>
          <w:sz w:val="24"/>
          <w:szCs w:val="24"/>
        </w:rPr>
        <w:t>approach</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tasks</w:t>
      </w:r>
      <w:proofErr w:type="spellEnd"/>
      <w:r w:rsidRPr="005C413F">
        <w:rPr>
          <w:rStyle w:val="s1"/>
          <w:rFonts w:ascii="Arial" w:hAnsi="Arial" w:cs="Arial"/>
          <w:sz w:val="24"/>
          <w:szCs w:val="24"/>
        </w:rPr>
        <w:t xml:space="preserve"> more </w:t>
      </w:r>
      <w:proofErr w:type="spellStart"/>
      <w:r w:rsidRPr="005C413F">
        <w:rPr>
          <w:rStyle w:val="s1"/>
          <w:rFonts w:ascii="Arial" w:hAnsi="Arial" w:cs="Arial"/>
          <w:sz w:val="24"/>
          <w:szCs w:val="24"/>
        </w:rPr>
        <w:t>systematically</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often</w:t>
      </w:r>
      <w:proofErr w:type="spellEnd"/>
      <w:r w:rsidRPr="005C413F">
        <w:rPr>
          <w:rStyle w:val="s1"/>
          <w:rFonts w:ascii="Arial" w:hAnsi="Arial" w:cs="Arial"/>
          <w:sz w:val="24"/>
          <w:szCs w:val="24"/>
        </w:rPr>
        <w:t xml:space="preserve"> using tools </w:t>
      </w:r>
      <w:proofErr w:type="spellStart"/>
      <w:r w:rsidRPr="005C413F">
        <w:rPr>
          <w:rStyle w:val="s1"/>
          <w:rFonts w:ascii="Arial" w:hAnsi="Arial" w:cs="Arial"/>
          <w:sz w:val="24"/>
          <w:szCs w:val="24"/>
        </w:rPr>
        <w:t>such</w:t>
      </w:r>
      <w:proofErr w:type="spellEnd"/>
      <w:r w:rsidRPr="005C413F">
        <w:rPr>
          <w:rStyle w:val="s1"/>
          <w:rFonts w:ascii="Arial" w:hAnsi="Arial" w:cs="Arial"/>
          <w:sz w:val="24"/>
          <w:szCs w:val="24"/>
        </w:rPr>
        <w:t xml:space="preserve"> as </w:t>
      </w:r>
      <w:proofErr w:type="spellStart"/>
      <w:r w:rsidRPr="005C413F">
        <w:rPr>
          <w:rStyle w:val="s1"/>
          <w:rFonts w:ascii="Arial" w:hAnsi="Arial" w:cs="Arial"/>
          <w:sz w:val="24"/>
          <w:szCs w:val="24"/>
        </w:rPr>
        <w:t>mind</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maps</w:t>
      </w:r>
      <w:proofErr w:type="spellEnd"/>
      <w:r w:rsidRPr="005C413F">
        <w:rPr>
          <w:rStyle w:val="s1"/>
          <w:rFonts w:ascii="Arial" w:hAnsi="Arial" w:cs="Arial"/>
          <w:sz w:val="24"/>
          <w:szCs w:val="24"/>
        </w:rPr>
        <w:t xml:space="preserve"> to </w:t>
      </w:r>
      <w:proofErr w:type="spellStart"/>
      <w:r w:rsidRPr="005C413F">
        <w:rPr>
          <w:rStyle w:val="s1"/>
          <w:rFonts w:ascii="Arial" w:hAnsi="Arial" w:cs="Arial"/>
          <w:sz w:val="24"/>
          <w:szCs w:val="24"/>
        </w:rPr>
        <w:t>plan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essays</w:t>
      </w:r>
      <w:proofErr w:type="spellEnd"/>
      <w:r w:rsidRPr="005C413F">
        <w:rPr>
          <w:rStyle w:val="s1"/>
          <w:rFonts w:ascii="Arial" w:hAnsi="Arial" w:cs="Arial"/>
          <w:sz w:val="24"/>
          <w:szCs w:val="24"/>
        </w:rPr>
        <w:t xml:space="preserve">. This </w:t>
      </w:r>
      <w:proofErr w:type="spellStart"/>
      <w:r w:rsidRPr="005C413F">
        <w:rPr>
          <w:rStyle w:val="s1"/>
          <w:rFonts w:ascii="Arial" w:hAnsi="Arial" w:cs="Arial"/>
          <w:sz w:val="24"/>
          <w:szCs w:val="24"/>
        </w:rPr>
        <w:t>made</w:t>
      </w:r>
      <w:proofErr w:type="spellEnd"/>
      <w:r w:rsidRPr="005C413F">
        <w:rPr>
          <w:rStyle w:val="s1"/>
          <w:rFonts w:ascii="Arial" w:hAnsi="Arial" w:cs="Arial"/>
          <w:sz w:val="24"/>
          <w:szCs w:val="24"/>
        </w:rPr>
        <w:t xml:space="preserve"> my work more </w:t>
      </w:r>
      <w:proofErr w:type="spellStart"/>
      <w:r w:rsidRPr="005C413F">
        <w:rPr>
          <w:rStyle w:val="s1"/>
          <w:rFonts w:ascii="Arial" w:hAnsi="Arial" w:cs="Arial"/>
          <w:sz w:val="24"/>
          <w:szCs w:val="24"/>
        </w:rPr>
        <w:t>focused</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cohesive</w:t>
      </w:r>
      <w:proofErr w:type="spellEnd"/>
      <w:r w:rsidRPr="005C413F">
        <w:rPr>
          <w:rStyle w:val="s1"/>
          <w:rFonts w:ascii="Arial" w:hAnsi="Arial" w:cs="Arial"/>
          <w:sz w:val="24"/>
          <w:szCs w:val="24"/>
        </w:rPr>
        <w:t xml:space="preserve">. I </w:t>
      </w:r>
      <w:proofErr w:type="spellStart"/>
      <w:r w:rsidRPr="005C413F">
        <w:rPr>
          <w:rStyle w:val="s1"/>
          <w:rFonts w:ascii="Arial" w:hAnsi="Arial" w:cs="Arial"/>
          <w:sz w:val="24"/>
          <w:szCs w:val="24"/>
        </w:rPr>
        <w:t>also</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feel</w:t>
      </w:r>
      <w:proofErr w:type="spellEnd"/>
      <w:r w:rsidRPr="005C413F">
        <w:rPr>
          <w:rStyle w:val="s1"/>
          <w:rFonts w:ascii="Arial" w:hAnsi="Arial" w:cs="Arial"/>
          <w:sz w:val="24"/>
          <w:szCs w:val="24"/>
        </w:rPr>
        <w:t xml:space="preserve"> more </w:t>
      </w:r>
      <w:proofErr w:type="spellStart"/>
      <w:r w:rsidRPr="005C413F">
        <w:rPr>
          <w:rStyle w:val="s1"/>
          <w:rFonts w:ascii="Arial" w:hAnsi="Arial" w:cs="Arial"/>
          <w:sz w:val="24"/>
          <w:szCs w:val="24"/>
        </w:rPr>
        <w:t>comfortable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participating</w:t>
      </w:r>
      <w:proofErr w:type="spellEnd"/>
      <w:r w:rsidRPr="005C413F">
        <w:rPr>
          <w:rStyle w:val="s1"/>
          <w:rFonts w:ascii="Arial" w:hAnsi="Arial" w:cs="Arial"/>
          <w:sz w:val="24"/>
          <w:szCs w:val="24"/>
        </w:rPr>
        <w:t xml:space="preserve"> in </w:t>
      </w:r>
      <w:proofErr w:type="spellStart"/>
      <w:r w:rsidRPr="005C413F">
        <w:rPr>
          <w:rStyle w:val="s1"/>
          <w:rFonts w:ascii="Arial" w:hAnsi="Arial" w:cs="Arial"/>
          <w:sz w:val="24"/>
          <w:szCs w:val="24"/>
        </w:rPr>
        <w:t>academic</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discussions</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asking</w:t>
      </w:r>
      <w:proofErr w:type="spellEnd"/>
      <w:r w:rsidRPr="005C413F">
        <w:rPr>
          <w:rStyle w:val="s1"/>
          <w:rFonts w:ascii="Arial" w:hAnsi="Arial" w:cs="Arial"/>
          <w:sz w:val="24"/>
          <w:szCs w:val="24"/>
        </w:rPr>
        <w:t xml:space="preserve"> for help </w:t>
      </w:r>
      <w:proofErr w:type="spellStart"/>
      <w:r w:rsidRPr="005C413F">
        <w:rPr>
          <w:rStyle w:val="s1"/>
          <w:rFonts w:ascii="Arial" w:hAnsi="Arial" w:cs="Arial"/>
          <w:sz w:val="24"/>
          <w:szCs w:val="24"/>
        </w:rPr>
        <w:t>when</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needed</w:t>
      </w:r>
      <w:proofErr w:type="spellEnd"/>
      <w:r w:rsidRPr="005C413F">
        <w:rPr>
          <w:rStyle w:val="s1"/>
          <w:rFonts w:ascii="Arial" w:hAnsi="Arial" w:cs="Arial"/>
          <w:sz w:val="24"/>
          <w:szCs w:val="24"/>
        </w:rPr>
        <w:t xml:space="preserve"> - </w:t>
      </w:r>
      <w:proofErr w:type="spellStart"/>
      <w:r w:rsidRPr="005C413F">
        <w:rPr>
          <w:rStyle w:val="s1"/>
          <w:rFonts w:ascii="Arial" w:hAnsi="Arial" w:cs="Arial"/>
          <w:sz w:val="24"/>
          <w:szCs w:val="24"/>
        </w:rPr>
        <w:t>something</w:t>
      </w:r>
      <w:proofErr w:type="spellEnd"/>
      <w:r w:rsidRPr="005C413F">
        <w:rPr>
          <w:rStyle w:val="s1"/>
          <w:rFonts w:ascii="Arial" w:hAnsi="Arial" w:cs="Arial"/>
          <w:sz w:val="24"/>
          <w:szCs w:val="24"/>
        </w:rPr>
        <w:t xml:space="preserve"> I </w:t>
      </w:r>
      <w:proofErr w:type="spellStart"/>
      <w:r w:rsidRPr="005C413F">
        <w:rPr>
          <w:rStyle w:val="s1"/>
          <w:rFonts w:ascii="Arial" w:hAnsi="Arial" w:cs="Arial"/>
          <w:sz w:val="24"/>
          <w:szCs w:val="24"/>
        </w:rPr>
        <w:t>used</w:t>
      </w:r>
      <w:proofErr w:type="spellEnd"/>
      <w:r w:rsidRPr="005C413F">
        <w:rPr>
          <w:rStyle w:val="s1"/>
          <w:rFonts w:ascii="Arial" w:hAnsi="Arial" w:cs="Arial"/>
          <w:sz w:val="24"/>
          <w:szCs w:val="24"/>
        </w:rPr>
        <w:t xml:space="preserve"> to </w:t>
      </w:r>
      <w:proofErr w:type="spellStart"/>
      <w:r w:rsidRPr="005C413F">
        <w:rPr>
          <w:rStyle w:val="s1"/>
          <w:rFonts w:ascii="Arial" w:hAnsi="Arial" w:cs="Arial"/>
          <w:sz w:val="24"/>
          <w:szCs w:val="24"/>
        </w:rPr>
        <w:t>hesitate</w:t>
      </w:r>
      <w:proofErr w:type="spellEnd"/>
      <w:r w:rsidRPr="005C413F">
        <w:rPr>
          <w:rStyle w:val="s1"/>
          <w:rFonts w:ascii="Arial" w:hAnsi="Arial" w:cs="Arial"/>
          <w:sz w:val="24"/>
          <w:szCs w:val="24"/>
        </w:rPr>
        <w:t xml:space="preserve"> to do. </w:t>
      </w:r>
      <w:proofErr w:type="spellStart"/>
      <w:r w:rsidRPr="005C413F">
        <w:rPr>
          <w:rStyle w:val="s1"/>
          <w:rFonts w:ascii="Arial" w:hAnsi="Arial" w:cs="Arial"/>
          <w:sz w:val="24"/>
          <w:szCs w:val="24"/>
        </w:rPr>
        <w:t>Overall</w:t>
      </w:r>
      <w:proofErr w:type="spellEnd"/>
      <w:r w:rsidRPr="005C413F">
        <w:rPr>
          <w:rStyle w:val="s1"/>
          <w:rFonts w:ascii="Arial" w:hAnsi="Arial" w:cs="Arial"/>
          <w:sz w:val="24"/>
          <w:szCs w:val="24"/>
        </w:rPr>
        <w:t xml:space="preserve">, the </w:t>
      </w:r>
      <w:proofErr w:type="spellStart"/>
      <w:r w:rsidRPr="005C413F">
        <w:rPr>
          <w:rStyle w:val="s1"/>
          <w:rFonts w:ascii="Arial" w:hAnsi="Arial" w:cs="Arial"/>
          <w:sz w:val="24"/>
          <w:szCs w:val="24"/>
        </w:rPr>
        <w:t>experience</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laid</w:t>
      </w:r>
      <w:proofErr w:type="spellEnd"/>
      <w:r w:rsidRPr="005C413F">
        <w:rPr>
          <w:rStyle w:val="s1"/>
          <w:rFonts w:ascii="Arial" w:hAnsi="Arial" w:cs="Arial"/>
          <w:sz w:val="24"/>
          <w:szCs w:val="24"/>
        </w:rPr>
        <w:t xml:space="preserve"> the </w:t>
      </w:r>
      <w:proofErr w:type="spellStart"/>
      <w:r w:rsidRPr="005C413F">
        <w:rPr>
          <w:rStyle w:val="s1"/>
          <w:rFonts w:ascii="Arial" w:hAnsi="Arial" w:cs="Arial"/>
          <w:sz w:val="24"/>
          <w:szCs w:val="24"/>
        </w:rPr>
        <w:t>foundations</w:t>
      </w:r>
      <w:proofErr w:type="spellEnd"/>
      <w:r w:rsidRPr="005C413F">
        <w:rPr>
          <w:rStyle w:val="s1"/>
          <w:rFonts w:ascii="Arial" w:hAnsi="Arial" w:cs="Arial"/>
          <w:sz w:val="24"/>
          <w:szCs w:val="24"/>
        </w:rPr>
        <w:t xml:space="preserve"> for my future </w:t>
      </w:r>
      <w:proofErr w:type="spellStart"/>
      <w:r w:rsidRPr="005C413F">
        <w:rPr>
          <w:rStyle w:val="s1"/>
          <w:rFonts w:ascii="Arial" w:hAnsi="Arial" w:cs="Arial"/>
          <w:sz w:val="24"/>
          <w:szCs w:val="24"/>
        </w:rPr>
        <w:t>studies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instilling</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habits</w:t>
      </w:r>
      <w:proofErr w:type="spellEnd"/>
      <w:r w:rsidRPr="005C413F">
        <w:rPr>
          <w:rStyle w:val="s1"/>
          <w:rFonts w:ascii="Arial" w:hAnsi="Arial" w:cs="Arial"/>
          <w:sz w:val="24"/>
          <w:szCs w:val="24"/>
        </w:rPr>
        <w:t xml:space="preserve"> of </w:t>
      </w:r>
      <w:proofErr w:type="spellStart"/>
      <w:r w:rsidRPr="005C413F">
        <w:rPr>
          <w:rStyle w:val="s1"/>
          <w:rFonts w:ascii="Arial" w:hAnsi="Arial" w:cs="Arial"/>
          <w:sz w:val="24"/>
          <w:szCs w:val="24"/>
        </w:rPr>
        <w:t>self-assessment</w:t>
      </w:r>
      <w:proofErr w:type="spellEnd"/>
      <w:r w:rsidRPr="005C413F">
        <w:rPr>
          <w:rStyle w:val="s1"/>
          <w:rFonts w:ascii="Arial" w:hAnsi="Arial" w:cs="Arial"/>
          <w:sz w:val="24"/>
          <w:szCs w:val="24"/>
        </w:rPr>
        <w:t xml:space="preserve"> and </w:t>
      </w:r>
      <w:proofErr w:type="spellStart"/>
      <w:r w:rsidRPr="005C413F">
        <w:rPr>
          <w:rStyle w:val="s1"/>
          <w:rFonts w:ascii="Arial" w:hAnsi="Arial" w:cs="Arial"/>
          <w:sz w:val="24"/>
          <w:szCs w:val="24"/>
        </w:rPr>
        <w:t>continuous</w:t>
      </w:r>
      <w:proofErr w:type="spellEnd"/>
      <w:r w:rsidRPr="005C413F">
        <w:rPr>
          <w:rStyle w:val="s1"/>
          <w:rFonts w:ascii="Arial" w:hAnsi="Arial" w:cs="Arial"/>
          <w:sz w:val="24"/>
          <w:szCs w:val="24"/>
        </w:rPr>
        <w:t xml:space="preserve"> </w:t>
      </w:r>
      <w:proofErr w:type="spellStart"/>
      <w:r w:rsidRPr="005C413F">
        <w:rPr>
          <w:rStyle w:val="s1"/>
          <w:rFonts w:ascii="Arial" w:hAnsi="Arial" w:cs="Arial"/>
          <w:sz w:val="24"/>
          <w:szCs w:val="24"/>
        </w:rPr>
        <w:t>improvement</w:t>
      </w:r>
      <w:proofErr w:type="spellEnd"/>
      <w:r w:rsidRPr="005C413F">
        <w:rPr>
          <w:rStyle w:val="s1"/>
          <w:rFonts w:ascii="Arial" w:hAnsi="Arial" w:cs="Arial"/>
          <w:sz w:val="24"/>
          <w:szCs w:val="24"/>
        </w:rPr>
        <w:t>.</w:t>
      </w:r>
    </w:p>
    <w:p w14:paraId="71665217" w14:textId="77777777" w:rsidR="00953E04" w:rsidRPr="00953E04" w:rsidRDefault="00953E04" w:rsidP="00953E04">
      <w:pPr>
        <w:pStyle w:val="p1"/>
        <w:divId w:val="1586259376"/>
        <w:rPr>
          <w:rFonts w:ascii="Arial" w:hAnsi="Arial" w:cs="Arial"/>
          <w:sz w:val="24"/>
          <w:szCs w:val="24"/>
        </w:rPr>
      </w:pPr>
    </w:p>
    <w:p w14:paraId="7D682494" w14:textId="77777777" w:rsidR="003C0D83" w:rsidRDefault="003C0D83" w:rsidP="00953E04">
      <w:pPr>
        <w:pStyle w:val="p1"/>
        <w:divId w:val="1586259376"/>
        <w:rPr>
          <w:rStyle w:val="s1"/>
          <w:rFonts w:ascii="Arial" w:hAnsi="Arial" w:cs="Arial"/>
          <w:sz w:val="24"/>
          <w:szCs w:val="24"/>
        </w:rPr>
      </w:pPr>
    </w:p>
    <w:p w14:paraId="1F503515" w14:textId="77777777" w:rsidR="003C0D83" w:rsidRDefault="003C0D83" w:rsidP="00953E04">
      <w:pPr>
        <w:pStyle w:val="p1"/>
        <w:divId w:val="1586259376"/>
        <w:rPr>
          <w:rStyle w:val="s1"/>
          <w:rFonts w:ascii="Arial" w:hAnsi="Arial" w:cs="Arial"/>
          <w:sz w:val="24"/>
          <w:szCs w:val="24"/>
        </w:rPr>
      </w:pPr>
    </w:p>
    <w:p w14:paraId="63112F15" w14:textId="77777777" w:rsidR="003C0D83" w:rsidRDefault="003C0D83" w:rsidP="00953E04">
      <w:pPr>
        <w:pStyle w:val="p1"/>
        <w:divId w:val="1586259376"/>
        <w:rPr>
          <w:rStyle w:val="s1"/>
          <w:rFonts w:ascii="Arial" w:hAnsi="Arial" w:cs="Arial"/>
          <w:sz w:val="24"/>
          <w:szCs w:val="24"/>
        </w:rPr>
      </w:pPr>
    </w:p>
    <w:p w14:paraId="25482B45" w14:textId="77777777" w:rsidR="001A6600" w:rsidRPr="00953E04" w:rsidRDefault="001A6600" w:rsidP="00953E04">
      <w:pPr>
        <w:pStyle w:val="p1"/>
        <w:divId w:val="1586259376"/>
        <w:rPr>
          <w:rFonts w:ascii="Arial" w:hAnsi="Arial" w:cs="Arial"/>
          <w:sz w:val="24"/>
          <w:szCs w:val="24"/>
        </w:rPr>
      </w:pPr>
      <w:r w:rsidRPr="00953E04">
        <w:rPr>
          <w:rStyle w:val="s1"/>
          <w:rFonts w:ascii="Arial" w:hAnsi="Arial" w:cs="Arial"/>
          <w:sz w:val="24"/>
          <w:szCs w:val="24"/>
        </w:rPr>
        <w:t>Where? - I learned about diverse sources for academic information, such as the UWTSD online library, Google</w:t>
      </w:r>
      <w:r w:rsidR="00DE08F7" w:rsidRPr="00953E04">
        <w:rPr>
          <w:rStyle w:val="s1"/>
          <w:rFonts w:ascii="Arial" w:hAnsi="Arial" w:cs="Arial"/>
          <w:sz w:val="24"/>
          <w:szCs w:val="24"/>
        </w:rPr>
        <w:t xml:space="preserve">, and </w:t>
      </w:r>
      <w:r w:rsidRPr="00953E04">
        <w:rPr>
          <w:rStyle w:val="s1"/>
          <w:rFonts w:ascii="Arial" w:hAnsi="Arial" w:cs="Arial"/>
          <w:sz w:val="24"/>
          <w:szCs w:val="24"/>
        </w:rPr>
        <w:t>physical information like books, journals, or ar</w:t>
      </w:r>
      <w:r w:rsidR="00DE08F7" w:rsidRPr="00953E04">
        <w:rPr>
          <w:rStyle w:val="s1"/>
          <w:rFonts w:ascii="Arial" w:hAnsi="Arial" w:cs="Arial"/>
          <w:sz w:val="24"/>
          <w:szCs w:val="24"/>
        </w:rPr>
        <w:t>t</w:t>
      </w:r>
      <w:r w:rsidRPr="00953E04">
        <w:rPr>
          <w:rStyle w:val="s1"/>
          <w:rFonts w:ascii="Arial" w:hAnsi="Arial" w:cs="Arial"/>
          <w:sz w:val="24"/>
          <w:szCs w:val="24"/>
        </w:rPr>
        <w:t>icle</w:t>
      </w:r>
      <w:r w:rsidR="00DE08F7" w:rsidRPr="00953E04">
        <w:rPr>
          <w:rStyle w:val="s1"/>
          <w:rFonts w:ascii="Arial" w:hAnsi="Arial" w:cs="Arial"/>
          <w:sz w:val="24"/>
          <w:szCs w:val="24"/>
        </w:rPr>
        <w:t>s</w:t>
      </w:r>
      <w:r w:rsidRPr="00953E04">
        <w:rPr>
          <w:rStyle w:val="s1"/>
          <w:rFonts w:ascii="Arial" w:hAnsi="Arial" w:cs="Arial"/>
          <w:sz w:val="24"/>
          <w:szCs w:val="24"/>
        </w:rPr>
        <w:t>.</w:t>
      </w:r>
    </w:p>
    <w:p w14:paraId="5CB0CC75" w14:textId="77777777" w:rsidR="001A6600" w:rsidRPr="00953E04" w:rsidRDefault="001A6600" w:rsidP="00953E04">
      <w:pPr>
        <w:pStyle w:val="p1"/>
        <w:divId w:val="1586259376"/>
        <w:rPr>
          <w:rFonts w:ascii="Arial" w:hAnsi="Arial" w:cs="Arial"/>
          <w:sz w:val="24"/>
          <w:szCs w:val="24"/>
        </w:rPr>
      </w:pPr>
      <w:r w:rsidRPr="00953E04">
        <w:rPr>
          <w:rStyle w:val="s1"/>
          <w:rFonts w:ascii="Arial" w:hAnsi="Arial" w:cs="Arial"/>
          <w:sz w:val="24"/>
          <w:szCs w:val="24"/>
        </w:rPr>
        <w:t>How? - How to choose the most suitable information to complete tasks? In this step</w:t>
      </w:r>
      <w:r w:rsidR="00DE08F7" w:rsidRPr="00953E04">
        <w:rPr>
          <w:rStyle w:val="s1"/>
          <w:rFonts w:ascii="Arial" w:hAnsi="Arial" w:cs="Arial"/>
          <w:sz w:val="24"/>
          <w:szCs w:val="24"/>
        </w:rPr>
        <w:t>,</w:t>
      </w:r>
      <w:r w:rsidRPr="00953E04">
        <w:rPr>
          <w:rStyle w:val="s1"/>
          <w:rFonts w:ascii="Arial" w:hAnsi="Arial" w:cs="Arial"/>
          <w:sz w:val="24"/>
          <w:szCs w:val="24"/>
        </w:rPr>
        <w:t xml:space="preserve"> I learned how to evaluate information. by using different methodologies</w:t>
      </w:r>
      <w:r w:rsidR="00DE08F7" w:rsidRPr="00953E04">
        <w:rPr>
          <w:rStyle w:val="s1"/>
          <w:rFonts w:ascii="Arial" w:hAnsi="Arial" w:cs="Arial"/>
          <w:sz w:val="24"/>
          <w:szCs w:val="24"/>
        </w:rPr>
        <w:t>,</w:t>
      </w:r>
      <w:r w:rsidRPr="00953E04">
        <w:rPr>
          <w:rStyle w:val="s1"/>
          <w:rFonts w:ascii="Arial" w:hAnsi="Arial" w:cs="Arial"/>
          <w:sz w:val="24"/>
          <w:szCs w:val="24"/>
        </w:rPr>
        <w:t xml:space="preserve"> </w:t>
      </w:r>
      <w:r w:rsidR="00DE08F7" w:rsidRPr="00953E04">
        <w:rPr>
          <w:rStyle w:val="s1"/>
          <w:rFonts w:ascii="Arial" w:hAnsi="Arial" w:cs="Arial"/>
          <w:sz w:val="24"/>
          <w:szCs w:val="24"/>
        </w:rPr>
        <w:t>i</w:t>
      </w:r>
      <w:r w:rsidRPr="00953E04">
        <w:rPr>
          <w:rStyle w:val="s1"/>
          <w:rFonts w:ascii="Arial" w:hAnsi="Arial" w:cs="Arial"/>
          <w:sz w:val="24"/>
          <w:szCs w:val="24"/>
        </w:rPr>
        <w:t>ncluding:</w:t>
      </w:r>
    </w:p>
    <w:p w14:paraId="05A08EE8" w14:textId="77777777" w:rsidR="00953E04" w:rsidRPr="00953E04" w:rsidRDefault="00953E04" w:rsidP="00953E04">
      <w:pPr>
        <w:pStyle w:val="p1"/>
        <w:divId w:val="1586259376"/>
        <w:rPr>
          <w:rStyle w:val="s1"/>
          <w:rFonts w:ascii="Arial" w:hAnsi="Arial" w:cs="Arial"/>
          <w:sz w:val="24"/>
          <w:szCs w:val="24"/>
        </w:rPr>
      </w:pPr>
    </w:p>
    <w:p w14:paraId="7B970B0E" w14:textId="77777777" w:rsidR="00953E04" w:rsidRPr="00953E04" w:rsidRDefault="00953E04" w:rsidP="00953E04">
      <w:pPr>
        <w:pStyle w:val="p1"/>
        <w:divId w:val="1586259376"/>
        <w:rPr>
          <w:rStyle w:val="s1"/>
          <w:rFonts w:ascii="Arial" w:hAnsi="Arial" w:cs="Arial"/>
          <w:sz w:val="24"/>
          <w:szCs w:val="24"/>
        </w:rPr>
      </w:pPr>
    </w:p>
    <w:p w14:paraId="6C9021CD" w14:textId="19040361" w:rsidR="001A6600" w:rsidRDefault="001A6600" w:rsidP="00953E04">
      <w:pPr>
        <w:pStyle w:val="p1"/>
        <w:divId w:val="1586259376"/>
        <w:rPr>
          <w:rStyle w:val="s1"/>
          <w:rFonts w:ascii="Arial" w:hAnsi="Arial" w:cs="Arial"/>
          <w:sz w:val="24"/>
          <w:szCs w:val="24"/>
        </w:rPr>
      </w:pPr>
      <w:r w:rsidRPr="00953E04">
        <w:rPr>
          <w:rStyle w:val="s1"/>
          <w:rFonts w:ascii="Arial" w:hAnsi="Arial" w:cs="Arial"/>
          <w:sz w:val="24"/>
          <w:szCs w:val="24"/>
        </w:rPr>
        <w:lastRenderedPageBreak/>
        <w:t xml:space="preserve">The CRAAP Test - A credible checklist of questions to evaluate the sources </w:t>
      </w:r>
      <w:r w:rsidR="00DE08F7" w:rsidRPr="00953E04">
        <w:rPr>
          <w:rStyle w:val="s1"/>
          <w:rFonts w:ascii="Arial" w:hAnsi="Arial" w:cs="Arial"/>
          <w:sz w:val="24"/>
          <w:szCs w:val="24"/>
        </w:rPr>
        <w:t>OF</w:t>
      </w:r>
      <w:r w:rsidRPr="00953E04">
        <w:rPr>
          <w:rStyle w:val="s1"/>
          <w:rFonts w:ascii="Arial" w:hAnsi="Arial" w:cs="Arial"/>
          <w:sz w:val="24"/>
          <w:szCs w:val="24"/>
        </w:rPr>
        <w:t xml:space="preserve"> information based on </w:t>
      </w:r>
      <w:r w:rsidR="00DE08F7" w:rsidRPr="00953E04">
        <w:rPr>
          <w:rStyle w:val="s1"/>
          <w:rFonts w:ascii="Arial" w:hAnsi="Arial" w:cs="Arial"/>
          <w:sz w:val="24"/>
          <w:szCs w:val="24"/>
        </w:rPr>
        <w:t>ac</w:t>
      </w:r>
      <w:r w:rsidRPr="00953E04">
        <w:rPr>
          <w:rStyle w:val="s1"/>
          <w:rFonts w:ascii="Arial" w:hAnsi="Arial" w:cs="Arial"/>
          <w:sz w:val="24"/>
          <w:szCs w:val="24"/>
        </w:rPr>
        <w:t>cur</w:t>
      </w:r>
      <w:r w:rsidR="00DE08F7" w:rsidRPr="00953E04">
        <w:rPr>
          <w:rStyle w:val="s1"/>
          <w:rFonts w:ascii="Arial" w:hAnsi="Arial" w:cs="Arial"/>
          <w:sz w:val="24"/>
          <w:szCs w:val="24"/>
        </w:rPr>
        <w:t>a</w:t>
      </w:r>
      <w:r w:rsidRPr="00953E04">
        <w:rPr>
          <w:rStyle w:val="s1"/>
          <w:rFonts w:ascii="Arial" w:hAnsi="Arial" w:cs="Arial"/>
          <w:sz w:val="24"/>
          <w:szCs w:val="24"/>
        </w:rPr>
        <w:t>cy, relevance, authority, and purpose. (Blakeslee, 2004). Also lea</w:t>
      </w:r>
      <w:r w:rsidR="00DE08F7" w:rsidRPr="00953E04">
        <w:rPr>
          <w:rStyle w:val="s1"/>
          <w:rFonts w:ascii="Arial" w:hAnsi="Arial" w:cs="Arial"/>
          <w:sz w:val="24"/>
          <w:szCs w:val="24"/>
        </w:rPr>
        <w:t>rn</w:t>
      </w:r>
      <w:r w:rsidRPr="00953E04">
        <w:rPr>
          <w:rStyle w:val="s1"/>
          <w:rFonts w:ascii="Arial" w:hAnsi="Arial" w:cs="Arial"/>
          <w:sz w:val="24"/>
          <w:szCs w:val="24"/>
        </w:rPr>
        <w:t xml:space="preserve">ed about </w:t>
      </w:r>
      <w:r w:rsidR="00DE08F7" w:rsidRPr="00953E04">
        <w:rPr>
          <w:rStyle w:val="s1"/>
          <w:rFonts w:ascii="Arial" w:hAnsi="Arial" w:cs="Arial"/>
          <w:sz w:val="24"/>
          <w:szCs w:val="24"/>
        </w:rPr>
        <w:t>Reading</w:t>
      </w:r>
      <w:r w:rsidRPr="00953E04">
        <w:rPr>
          <w:rStyle w:val="s1"/>
          <w:rFonts w:ascii="Arial" w:hAnsi="Arial" w:cs="Arial"/>
          <w:sz w:val="24"/>
          <w:szCs w:val="24"/>
        </w:rPr>
        <w:t xml:space="preserve"> techniques such as scanning, skimming to ext</w:t>
      </w:r>
      <w:r w:rsidR="00DE08F7" w:rsidRPr="00953E04">
        <w:rPr>
          <w:rStyle w:val="s1"/>
          <w:rFonts w:ascii="Arial" w:hAnsi="Arial" w:cs="Arial"/>
          <w:sz w:val="24"/>
          <w:szCs w:val="24"/>
        </w:rPr>
        <w:t>r</w:t>
      </w:r>
      <w:r w:rsidRPr="00953E04">
        <w:rPr>
          <w:rStyle w:val="s1"/>
          <w:rFonts w:ascii="Arial" w:hAnsi="Arial" w:cs="Arial"/>
          <w:sz w:val="24"/>
          <w:szCs w:val="24"/>
        </w:rPr>
        <w:t xml:space="preserve">act the most relevant </w:t>
      </w:r>
      <w:proofErr w:type="spellStart"/>
      <w:r w:rsidRPr="00953E04">
        <w:rPr>
          <w:rStyle w:val="s1"/>
          <w:rFonts w:ascii="Arial" w:hAnsi="Arial" w:cs="Arial"/>
          <w:sz w:val="24"/>
          <w:szCs w:val="24"/>
        </w:rPr>
        <w:t>information</w:t>
      </w:r>
      <w:proofErr w:type="spellEnd"/>
      <w:r w:rsidRPr="00953E04">
        <w:rPr>
          <w:rStyle w:val="s1"/>
          <w:rFonts w:ascii="Arial" w:hAnsi="Arial" w:cs="Arial"/>
          <w:sz w:val="24"/>
          <w:szCs w:val="24"/>
        </w:rPr>
        <w:t xml:space="preserve"> </w:t>
      </w:r>
      <w:proofErr w:type="spellStart"/>
      <w:r w:rsidRPr="00953E04">
        <w:rPr>
          <w:rStyle w:val="s1"/>
          <w:rFonts w:ascii="Arial" w:hAnsi="Arial" w:cs="Arial"/>
          <w:sz w:val="24"/>
          <w:szCs w:val="24"/>
        </w:rPr>
        <w:t>easily</w:t>
      </w:r>
      <w:proofErr w:type="spellEnd"/>
      <w:r w:rsidRPr="00953E04">
        <w:rPr>
          <w:rStyle w:val="s1"/>
          <w:rFonts w:ascii="Arial" w:hAnsi="Arial" w:cs="Arial"/>
          <w:sz w:val="24"/>
          <w:szCs w:val="24"/>
        </w:rPr>
        <w:t xml:space="preserve"> and </w:t>
      </w:r>
      <w:proofErr w:type="spellStart"/>
      <w:r w:rsidR="00C42FE2">
        <w:rPr>
          <w:rStyle w:val="s1"/>
          <w:rFonts w:ascii="Arial" w:hAnsi="Arial" w:cs="Arial"/>
          <w:sz w:val="24"/>
          <w:szCs w:val="24"/>
        </w:rPr>
        <w:t>quickly</w:t>
      </w:r>
      <w:proofErr w:type="spellEnd"/>
      <w:r w:rsidR="00C42FE2">
        <w:rPr>
          <w:rStyle w:val="s1"/>
          <w:rFonts w:ascii="Arial" w:hAnsi="Arial" w:cs="Arial"/>
          <w:sz w:val="24"/>
          <w:szCs w:val="24"/>
        </w:rPr>
        <w:t xml:space="preserve"> </w:t>
      </w:r>
    </w:p>
    <w:p w14:paraId="57729030" w14:textId="77777777" w:rsidR="00C42FE2" w:rsidRDefault="00C42FE2" w:rsidP="00953E04">
      <w:pPr>
        <w:pStyle w:val="p1"/>
        <w:divId w:val="1586259376"/>
        <w:rPr>
          <w:rStyle w:val="s1"/>
          <w:rFonts w:ascii="Arial" w:hAnsi="Arial" w:cs="Arial"/>
          <w:sz w:val="24"/>
          <w:szCs w:val="24"/>
        </w:rPr>
      </w:pPr>
    </w:p>
    <w:p w14:paraId="51D8F33A" w14:textId="77777777" w:rsidR="00BD2EEE" w:rsidRPr="00953E04" w:rsidRDefault="00BD2EEE" w:rsidP="00953E04">
      <w:pPr>
        <w:pStyle w:val="p1"/>
        <w:divId w:val="1586259376"/>
        <w:rPr>
          <w:rFonts w:ascii="Arial" w:hAnsi="Arial" w:cs="Arial"/>
          <w:sz w:val="24"/>
          <w:szCs w:val="24"/>
        </w:rPr>
      </w:pPr>
    </w:p>
    <w:p w14:paraId="706DB021" w14:textId="77777777" w:rsidR="00900ED5" w:rsidRPr="00953E04" w:rsidRDefault="00900ED5" w:rsidP="00953E04">
      <w:pPr>
        <w:rPr>
          <w:rFonts w:cs="Arial"/>
          <w:sz w:val="24"/>
          <w:szCs w:val="24"/>
        </w:rPr>
      </w:pPr>
    </w:p>
    <w:p w14:paraId="3B0AC92A" w14:textId="77777777" w:rsidR="00953E04" w:rsidRPr="003C0D83" w:rsidRDefault="00967650" w:rsidP="00953E04">
      <w:pPr>
        <w:pStyle w:val="Ttulo1"/>
        <w:spacing w:before="0"/>
        <w:rPr>
          <w:rFonts w:ascii="Arial" w:hAnsi="Arial" w:cs="Arial"/>
          <w:color w:val="000000"/>
          <w:sz w:val="24"/>
          <w:szCs w:val="24"/>
        </w:rPr>
      </w:pPr>
      <w:r w:rsidRPr="003C0D83">
        <w:rPr>
          <w:rFonts w:ascii="Arial" w:hAnsi="Arial" w:cs="Arial"/>
          <w:color w:val="000000"/>
          <w:sz w:val="24"/>
          <w:szCs w:val="24"/>
        </w:rPr>
        <w:t xml:space="preserve">Conclusion </w:t>
      </w:r>
    </w:p>
    <w:p w14:paraId="27D42EBF" w14:textId="77777777" w:rsidR="00967650" w:rsidRPr="003C0D83" w:rsidRDefault="00953E04" w:rsidP="00953E04">
      <w:pPr>
        <w:pStyle w:val="Ttulo1"/>
        <w:spacing w:before="0"/>
        <w:rPr>
          <w:rFonts w:ascii="Arial" w:hAnsi="Arial" w:cs="Arial"/>
          <w:b w:val="0"/>
          <w:bCs w:val="0"/>
          <w:color w:val="000000"/>
          <w:sz w:val="24"/>
          <w:szCs w:val="24"/>
        </w:rPr>
      </w:pPr>
      <w:r w:rsidRPr="003C0D83">
        <w:rPr>
          <w:rFonts w:ascii="Arial" w:hAnsi="Arial" w:cs="Arial"/>
          <w:b w:val="0"/>
          <w:bCs w:val="0"/>
          <w:color w:val="000000"/>
          <w:sz w:val="24"/>
          <w:szCs w:val="24"/>
        </w:rPr>
        <w:t>The</w:t>
      </w:r>
      <w:r w:rsidR="00967650" w:rsidRPr="003C0D83">
        <w:rPr>
          <w:rFonts w:ascii="Arial" w:hAnsi="Arial" w:cs="Arial"/>
          <w:b w:val="0"/>
          <w:bCs w:val="0"/>
          <w:color w:val="000000"/>
          <w:sz w:val="24"/>
          <w:szCs w:val="24"/>
        </w:rPr>
        <w:t xml:space="preserve"> Academic Skills module was Fundamental for the development of my academic skills. From improving my research strategies to improving communication through group work, each experience contributed to my growth. Although areas such as time management and critical reading require more attention, </w:t>
      </w:r>
      <w:r w:rsidR="003C0D83" w:rsidRPr="003C0D83">
        <w:rPr>
          <w:rFonts w:ascii="Arial" w:hAnsi="Arial" w:cs="Arial"/>
          <w:b w:val="0"/>
          <w:bCs w:val="0"/>
          <w:color w:val="000000"/>
          <w:sz w:val="24"/>
          <w:szCs w:val="24"/>
        </w:rPr>
        <w:t>one</w:t>
      </w:r>
      <w:r w:rsidR="00967650" w:rsidRPr="003C0D83">
        <w:rPr>
          <w:rFonts w:ascii="Arial" w:hAnsi="Arial" w:cs="Arial"/>
          <w:b w:val="0"/>
          <w:bCs w:val="0"/>
          <w:color w:val="000000"/>
          <w:sz w:val="24"/>
          <w:szCs w:val="24"/>
        </w:rPr>
        <w:t xml:space="preserve"> acquires the necessary tools to face these challenges. The opportunities for feedback and reflection deepened my self-awareness as a student. Moving forward, I intend to apply these skills to future modules, ensuring that I continue to grow both academically and </w:t>
      </w:r>
      <w:r w:rsidRPr="003C0D83">
        <w:rPr>
          <w:rFonts w:ascii="Arial" w:hAnsi="Arial" w:cs="Arial"/>
          <w:b w:val="0"/>
          <w:bCs w:val="0"/>
          <w:color w:val="000000"/>
          <w:sz w:val="24"/>
          <w:szCs w:val="24"/>
        </w:rPr>
        <w:t>personally.</w:t>
      </w:r>
    </w:p>
    <w:p w14:paraId="12120ABD" w14:textId="77777777" w:rsidR="00953E04" w:rsidRPr="003C0D83" w:rsidRDefault="00953E04" w:rsidP="00953E04">
      <w:pPr>
        <w:rPr>
          <w:rFonts w:cs="Arial"/>
          <w:color w:val="000000"/>
          <w:sz w:val="24"/>
          <w:szCs w:val="24"/>
        </w:rPr>
      </w:pPr>
      <w:r w:rsidRPr="003C0D83">
        <w:rPr>
          <w:rFonts w:cs="Arial"/>
          <w:color w:val="000000"/>
          <w:sz w:val="24"/>
          <w:szCs w:val="24"/>
        </w:rPr>
        <w:t xml:space="preserve"> </w:t>
      </w:r>
    </w:p>
    <w:p w14:paraId="5932B4B9" w14:textId="77777777" w:rsidR="00900ED5" w:rsidRPr="00953E04" w:rsidRDefault="00672E8E" w:rsidP="00953E04">
      <w:pPr>
        <w:pStyle w:val="Ttulo1"/>
        <w:spacing w:before="0"/>
        <w:rPr>
          <w:rFonts w:ascii="Arial" w:hAnsi="Arial" w:cs="Arial"/>
          <w:sz w:val="24"/>
          <w:szCs w:val="24"/>
        </w:rPr>
      </w:pPr>
      <w:r w:rsidRPr="003C0D83">
        <w:rPr>
          <w:rFonts w:ascii="Arial" w:hAnsi="Arial" w:cs="Arial"/>
          <w:color w:val="000000"/>
          <w:sz w:val="24"/>
          <w:szCs w:val="24"/>
        </w:rPr>
        <w:t>References</w:t>
      </w:r>
    </w:p>
    <w:p w14:paraId="094C02AA" w14:textId="77777777" w:rsidR="00900ED5" w:rsidRPr="003C0D83" w:rsidRDefault="00672E8E" w:rsidP="00953E04">
      <w:pPr>
        <w:rPr>
          <w:rFonts w:cs="Arial"/>
        </w:rPr>
      </w:pPr>
      <w:r w:rsidRPr="003C0D83">
        <w:rPr>
          <w:rFonts w:cs="Arial"/>
        </w:rPr>
        <w:t>Cottrell, S. (2019) *The Study Skills Handbook*. 5th edn. London: Red Globe Press.</w:t>
      </w:r>
    </w:p>
    <w:p w14:paraId="440EE4FC" w14:textId="77777777" w:rsidR="00900ED5" w:rsidRPr="003C0D83" w:rsidRDefault="00672E8E" w:rsidP="00953E04">
      <w:pPr>
        <w:rPr>
          <w:rFonts w:cs="Arial"/>
        </w:rPr>
      </w:pPr>
      <w:r w:rsidRPr="003C0D83">
        <w:rPr>
          <w:rFonts w:cs="Arial"/>
        </w:rPr>
        <w:t>University of York (2023) *Academic Integrity and Referencing Guide*. Available at: https://www.york.ac.uk/ (Accessed: 15 October 2023).</w:t>
      </w:r>
    </w:p>
    <w:sectPr w:rsidR="00900ED5" w:rsidRPr="003C0D83"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E65A2" w14:textId="77777777" w:rsidR="00E44504" w:rsidRDefault="00E44504" w:rsidP="00953E04">
      <w:pPr>
        <w:spacing w:after="0" w:line="240" w:lineRule="auto"/>
      </w:pPr>
      <w:r>
        <w:separator/>
      </w:r>
    </w:p>
  </w:endnote>
  <w:endnote w:type="continuationSeparator" w:id="0">
    <w:p w14:paraId="4782E6C9" w14:textId="77777777" w:rsidR="00E44504" w:rsidRDefault="00E44504" w:rsidP="00953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139B0" w14:textId="77777777" w:rsidR="00E44504" w:rsidRDefault="00E44504" w:rsidP="00953E04">
      <w:pPr>
        <w:spacing w:after="0" w:line="240" w:lineRule="auto"/>
      </w:pPr>
      <w:r>
        <w:separator/>
      </w:r>
    </w:p>
  </w:footnote>
  <w:footnote w:type="continuationSeparator" w:id="0">
    <w:p w14:paraId="3BC4405C" w14:textId="77777777" w:rsidR="00E44504" w:rsidRDefault="00E44504" w:rsidP="00953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F5565" w14:textId="77777777" w:rsidR="00953E04" w:rsidRPr="00953E04" w:rsidRDefault="00BD1E8F" w:rsidP="00953E04">
    <w:pPr>
      <w:pStyle w:val="Cabealho"/>
    </w:pPr>
    <w:r w:rsidRPr="00B45C08">
      <w:rPr>
        <w:noProof/>
      </w:rPr>
    </w:r>
    <w:r w:rsidR="00BD1E8F" w:rsidRPr="00B45C0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A black and yellow logo&#10;&#10;Description automatically generated" style="width:136.6pt;height:49.75pt;visibility:visible">
          <v:imagedata r:id="rId1" r:href="rId2" croptop="10290f" cropbottom="11951f" cropleft="-19f" cropright="19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mmarc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mmarc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mmarcas"/>
      <w:lvlText w:val=""/>
      <w:lvlJc w:val="left"/>
      <w:pPr>
        <w:tabs>
          <w:tab w:val="num" w:pos="360"/>
        </w:tabs>
        <w:ind w:left="360" w:hanging="360"/>
      </w:pPr>
      <w:rPr>
        <w:rFonts w:ascii="Symbol" w:hAnsi="Symbol" w:hint="default"/>
      </w:rPr>
    </w:lvl>
  </w:abstractNum>
  <w:abstractNum w:abstractNumId="9" w15:restartNumberingAfterBreak="0">
    <w:nsid w:val="02D541FD"/>
    <w:multiLevelType w:val="hybridMultilevel"/>
    <w:tmpl w:val="77407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EE672C"/>
    <w:multiLevelType w:val="hybridMultilevel"/>
    <w:tmpl w:val="E47AA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02146D"/>
    <w:multiLevelType w:val="hybridMultilevel"/>
    <w:tmpl w:val="0B924D68"/>
    <w:lvl w:ilvl="0" w:tplc="FFFFFFF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1338267996">
    <w:abstractNumId w:val="8"/>
  </w:num>
  <w:num w:numId="2" w16cid:durableId="1721637204">
    <w:abstractNumId w:val="6"/>
  </w:num>
  <w:num w:numId="3" w16cid:durableId="1683244084">
    <w:abstractNumId w:val="5"/>
  </w:num>
  <w:num w:numId="4" w16cid:durableId="876968770">
    <w:abstractNumId w:val="4"/>
  </w:num>
  <w:num w:numId="5" w16cid:durableId="1887643016">
    <w:abstractNumId w:val="7"/>
  </w:num>
  <w:num w:numId="6" w16cid:durableId="2070111901">
    <w:abstractNumId w:val="3"/>
  </w:num>
  <w:num w:numId="7" w16cid:durableId="1635133347">
    <w:abstractNumId w:val="2"/>
  </w:num>
  <w:num w:numId="8" w16cid:durableId="1542204688">
    <w:abstractNumId w:val="1"/>
  </w:num>
  <w:num w:numId="9" w16cid:durableId="20712111">
    <w:abstractNumId w:val="0"/>
  </w:num>
  <w:num w:numId="10" w16cid:durableId="79983545">
    <w:abstractNumId w:val="11"/>
  </w:num>
  <w:num w:numId="11" w16cid:durableId="1138571715">
    <w:abstractNumId w:val="10"/>
  </w:num>
  <w:num w:numId="12" w16cid:durableId="5288811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hyphenationZone w:val="425"/>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04C"/>
    <w:rsid w:val="00034616"/>
    <w:rsid w:val="0006063C"/>
    <w:rsid w:val="0006640B"/>
    <w:rsid w:val="0015074B"/>
    <w:rsid w:val="001A6600"/>
    <w:rsid w:val="0029639D"/>
    <w:rsid w:val="002B0B96"/>
    <w:rsid w:val="002F141F"/>
    <w:rsid w:val="00326F90"/>
    <w:rsid w:val="00352805"/>
    <w:rsid w:val="003627B5"/>
    <w:rsid w:val="003C0D83"/>
    <w:rsid w:val="00440A26"/>
    <w:rsid w:val="004B0A32"/>
    <w:rsid w:val="0057245A"/>
    <w:rsid w:val="005C413F"/>
    <w:rsid w:val="006021D3"/>
    <w:rsid w:val="006349D6"/>
    <w:rsid w:val="006528C8"/>
    <w:rsid w:val="00672E8E"/>
    <w:rsid w:val="006B44CD"/>
    <w:rsid w:val="0079000E"/>
    <w:rsid w:val="00900ED5"/>
    <w:rsid w:val="00953E04"/>
    <w:rsid w:val="00967650"/>
    <w:rsid w:val="00AA1D8D"/>
    <w:rsid w:val="00AB112C"/>
    <w:rsid w:val="00B47730"/>
    <w:rsid w:val="00BD1E8F"/>
    <w:rsid w:val="00BD2EEE"/>
    <w:rsid w:val="00BD3BAE"/>
    <w:rsid w:val="00BD7DFE"/>
    <w:rsid w:val="00C42FE2"/>
    <w:rsid w:val="00C80917"/>
    <w:rsid w:val="00CB0664"/>
    <w:rsid w:val="00CB55D7"/>
    <w:rsid w:val="00D42C5C"/>
    <w:rsid w:val="00DA1B47"/>
    <w:rsid w:val="00DE08F7"/>
    <w:rsid w:val="00E40215"/>
    <w:rsid w:val="00E44504"/>
    <w:rsid w:val="00F009FD"/>
    <w:rsid w:val="00FA3405"/>
    <w:rsid w:val="00FC693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2"/>
    </o:shapelayout>
  </w:shapeDefaults>
  <w:decimalSymbol w:val=","/>
  <w:listSeparator w:val=";"/>
  <w14:docId w14:val="4EEB622E"/>
  <w14:defaultImageDpi w14:val="300"/>
  <w15:docId w15:val="{188A16E6-08BC-584A-B0C1-1BC05524C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ascii="Arial" w:hAnsi="Arial"/>
      <w:sz w:val="22"/>
      <w:szCs w:val="22"/>
      <w:lang w:val="en-US" w:eastAsia="en-US"/>
    </w:rPr>
  </w:style>
  <w:style w:type="paragraph" w:styleId="Ttulo1">
    <w:name w:val="heading 1"/>
    <w:basedOn w:val="Normal"/>
    <w:next w:val="Normal"/>
    <w:link w:val="Ttulo1Carter"/>
    <w:uiPriority w:val="9"/>
    <w:qFormat/>
    <w:rsid w:val="00FC693F"/>
    <w:pPr>
      <w:keepNext/>
      <w:keepLines/>
      <w:spacing w:before="480" w:after="0"/>
      <w:outlineLvl w:val="0"/>
    </w:pPr>
    <w:rPr>
      <w:rFonts w:ascii="Calibri" w:eastAsia="MS Gothic" w:hAnsi="Calibri"/>
      <w:b/>
      <w:bCs/>
      <w:color w:val="365F91"/>
      <w:sz w:val="28"/>
      <w:szCs w:val="28"/>
    </w:rPr>
  </w:style>
  <w:style w:type="paragraph" w:styleId="Ttulo2">
    <w:name w:val="heading 2"/>
    <w:basedOn w:val="Normal"/>
    <w:next w:val="Normal"/>
    <w:link w:val="Ttulo2Carter"/>
    <w:uiPriority w:val="9"/>
    <w:unhideWhenUsed/>
    <w:qFormat/>
    <w:rsid w:val="00FC693F"/>
    <w:pPr>
      <w:keepNext/>
      <w:keepLines/>
      <w:spacing w:before="200" w:after="0"/>
      <w:outlineLvl w:val="1"/>
    </w:pPr>
    <w:rPr>
      <w:rFonts w:ascii="Calibri" w:eastAsia="MS Gothic" w:hAnsi="Calibri"/>
      <w:b/>
      <w:bCs/>
      <w:color w:val="4F81BD"/>
      <w:sz w:val="26"/>
      <w:szCs w:val="26"/>
    </w:rPr>
  </w:style>
  <w:style w:type="paragraph" w:styleId="Ttulo3">
    <w:name w:val="heading 3"/>
    <w:basedOn w:val="Normal"/>
    <w:next w:val="Normal"/>
    <w:link w:val="Ttulo3Carter"/>
    <w:uiPriority w:val="9"/>
    <w:unhideWhenUsed/>
    <w:qFormat/>
    <w:rsid w:val="00FC693F"/>
    <w:pPr>
      <w:keepNext/>
      <w:keepLines/>
      <w:spacing w:before="200" w:after="0"/>
      <w:outlineLvl w:val="2"/>
    </w:pPr>
    <w:rPr>
      <w:rFonts w:ascii="Calibri" w:eastAsia="MS Gothic" w:hAnsi="Calibri"/>
      <w:b/>
      <w:bCs/>
      <w:color w:val="4F81BD"/>
    </w:rPr>
  </w:style>
  <w:style w:type="paragraph" w:styleId="Ttulo4">
    <w:name w:val="heading 4"/>
    <w:basedOn w:val="Normal"/>
    <w:next w:val="Normal"/>
    <w:link w:val="Ttulo4Carter"/>
    <w:uiPriority w:val="9"/>
    <w:semiHidden/>
    <w:unhideWhenUsed/>
    <w:qFormat/>
    <w:rsid w:val="00FC693F"/>
    <w:pPr>
      <w:keepNext/>
      <w:keepLines/>
      <w:spacing w:before="200" w:after="0"/>
      <w:outlineLvl w:val="3"/>
    </w:pPr>
    <w:rPr>
      <w:rFonts w:ascii="Calibri" w:eastAsia="MS Gothic" w:hAnsi="Calibri"/>
      <w:b/>
      <w:bCs/>
      <w:i/>
      <w:iCs/>
      <w:color w:val="4F81BD"/>
    </w:rPr>
  </w:style>
  <w:style w:type="paragraph" w:styleId="Ttulo5">
    <w:name w:val="heading 5"/>
    <w:basedOn w:val="Normal"/>
    <w:next w:val="Normal"/>
    <w:link w:val="Ttulo5Carter"/>
    <w:uiPriority w:val="9"/>
    <w:semiHidden/>
    <w:unhideWhenUsed/>
    <w:qFormat/>
    <w:rsid w:val="00FC693F"/>
    <w:pPr>
      <w:keepNext/>
      <w:keepLines/>
      <w:spacing w:before="200" w:after="0"/>
      <w:outlineLvl w:val="4"/>
    </w:pPr>
    <w:rPr>
      <w:rFonts w:ascii="Calibri" w:eastAsia="MS Gothic" w:hAnsi="Calibri"/>
      <w:color w:val="243F60"/>
    </w:rPr>
  </w:style>
  <w:style w:type="paragraph" w:styleId="Ttulo6">
    <w:name w:val="heading 6"/>
    <w:basedOn w:val="Normal"/>
    <w:next w:val="Normal"/>
    <w:link w:val="Ttulo6Carter"/>
    <w:uiPriority w:val="9"/>
    <w:semiHidden/>
    <w:unhideWhenUsed/>
    <w:qFormat/>
    <w:rsid w:val="00FC693F"/>
    <w:pPr>
      <w:keepNext/>
      <w:keepLines/>
      <w:spacing w:before="200" w:after="0"/>
      <w:outlineLvl w:val="5"/>
    </w:pPr>
    <w:rPr>
      <w:rFonts w:ascii="Calibri" w:eastAsia="MS Gothic" w:hAnsi="Calibri"/>
      <w:i/>
      <w:iCs/>
      <w:color w:val="243F60"/>
    </w:rPr>
  </w:style>
  <w:style w:type="paragraph" w:styleId="Ttulo7">
    <w:name w:val="heading 7"/>
    <w:basedOn w:val="Normal"/>
    <w:next w:val="Normal"/>
    <w:link w:val="Ttulo7Carter"/>
    <w:uiPriority w:val="9"/>
    <w:semiHidden/>
    <w:unhideWhenUsed/>
    <w:qFormat/>
    <w:rsid w:val="00FC693F"/>
    <w:pPr>
      <w:keepNext/>
      <w:keepLines/>
      <w:spacing w:before="200" w:after="0"/>
      <w:outlineLvl w:val="6"/>
    </w:pPr>
    <w:rPr>
      <w:rFonts w:ascii="Calibri" w:eastAsia="MS Gothic" w:hAnsi="Calibri"/>
      <w:i/>
      <w:iCs/>
      <w:color w:val="404040"/>
    </w:rPr>
  </w:style>
  <w:style w:type="paragraph" w:styleId="Ttulo8">
    <w:name w:val="heading 8"/>
    <w:basedOn w:val="Normal"/>
    <w:next w:val="Normal"/>
    <w:link w:val="Ttulo8Carter"/>
    <w:uiPriority w:val="9"/>
    <w:semiHidden/>
    <w:unhideWhenUsed/>
    <w:qFormat/>
    <w:rsid w:val="00FC693F"/>
    <w:pPr>
      <w:keepNext/>
      <w:keepLines/>
      <w:spacing w:before="200" w:after="0"/>
      <w:outlineLvl w:val="7"/>
    </w:pPr>
    <w:rPr>
      <w:rFonts w:ascii="Calibri" w:eastAsia="MS Gothic" w:hAnsi="Calibri"/>
      <w:color w:val="4F81BD"/>
      <w:sz w:val="20"/>
      <w:szCs w:val="20"/>
    </w:rPr>
  </w:style>
  <w:style w:type="paragraph" w:styleId="Ttulo9">
    <w:name w:val="heading 9"/>
    <w:basedOn w:val="Normal"/>
    <w:next w:val="Normal"/>
    <w:link w:val="Ttulo9Carter"/>
    <w:uiPriority w:val="9"/>
    <w:semiHidden/>
    <w:unhideWhenUsed/>
    <w:qFormat/>
    <w:rsid w:val="00FC693F"/>
    <w:pPr>
      <w:keepNext/>
      <w:keepLines/>
      <w:spacing w:before="200" w:after="0"/>
      <w:outlineLvl w:val="8"/>
    </w:pPr>
    <w:rPr>
      <w:rFonts w:ascii="Calibri" w:eastAsia="MS Gothic" w:hAnsi="Calibri"/>
      <w:i/>
      <w:iCs/>
      <w:color w:val="404040"/>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E618BF"/>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E618BF"/>
  </w:style>
  <w:style w:type="paragraph" w:styleId="Rodap">
    <w:name w:val="footer"/>
    <w:basedOn w:val="Normal"/>
    <w:link w:val="RodapCarter"/>
    <w:uiPriority w:val="99"/>
    <w:unhideWhenUsed/>
    <w:rsid w:val="00E618BF"/>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E618BF"/>
  </w:style>
  <w:style w:type="paragraph" w:styleId="SemEspaamento">
    <w:name w:val="No Spacing"/>
    <w:uiPriority w:val="1"/>
    <w:qFormat/>
    <w:rsid w:val="00FC693F"/>
    <w:rPr>
      <w:sz w:val="22"/>
      <w:szCs w:val="22"/>
      <w:lang w:val="en-US" w:eastAsia="en-US"/>
    </w:rPr>
  </w:style>
  <w:style w:type="character" w:customStyle="1" w:styleId="Ttulo1Carter">
    <w:name w:val="Título 1 Caráter"/>
    <w:link w:val="Ttulo1"/>
    <w:uiPriority w:val="9"/>
    <w:rsid w:val="00FC693F"/>
    <w:rPr>
      <w:rFonts w:ascii="Calibri" w:eastAsia="MS Gothic" w:hAnsi="Calibri" w:cs="Times New Roman"/>
      <w:b/>
      <w:bCs/>
      <w:color w:val="365F91"/>
      <w:sz w:val="28"/>
      <w:szCs w:val="28"/>
    </w:rPr>
  </w:style>
  <w:style w:type="character" w:customStyle="1" w:styleId="Ttulo2Carter">
    <w:name w:val="Título 2 Caráter"/>
    <w:link w:val="Ttulo2"/>
    <w:uiPriority w:val="9"/>
    <w:rsid w:val="00FC693F"/>
    <w:rPr>
      <w:rFonts w:ascii="Calibri" w:eastAsia="MS Gothic" w:hAnsi="Calibri" w:cs="Times New Roman"/>
      <w:b/>
      <w:bCs/>
      <w:color w:val="4F81BD"/>
      <w:sz w:val="26"/>
      <w:szCs w:val="26"/>
    </w:rPr>
  </w:style>
  <w:style w:type="character" w:customStyle="1" w:styleId="Ttulo3Carter">
    <w:name w:val="Título 3 Caráter"/>
    <w:link w:val="Ttulo3"/>
    <w:uiPriority w:val="9"/>
    <w:rsid w:val="00FC693F"/>
    <w:rPr>
      <w:rFonts w:ascii="Calibri" w:eastAsia="MS Gothic" w:hAnsi="Calibri" w:cs="Times New Roman"/>
      <w:b/>
      <w:bCs/>
      <w:color w:val="4F81BD"/>
    </w:rPr>
  </w:style>
  <w:style w:type="paragraph" w:styleId="Ttulo">
    <w:name w:val="Title"/>
    <w:basedOn w:val="Normal"/>
    <w:next w:val="Normal"/>
    <w:link w:val="TtuloCarter"/>
    <w:uiPriority w:val="10"/>
    <w:qFormat/>
    <w:rsid w:val="00FC693F"/>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tuloCarter">
    <w:name w:val="Título Caráter"/>
    <w:link w:val="Ttulo"/>
    <w:uiPriority w:val="10"/>
    <w:rsid w:val="00FC693F"/>
    <w:rPr>
      <w:rFonts w:ascii="Calibri" w:eastAsia="MS Gothic" w:hAnsi="Calibri" w:cs="Times New Roman"/>
      <w:color w:val="17365D"/>
      <w:spacing w:val="5"/>
      <w:kern w:val="28"/>
      <w:sz w:val="52"/>
      <w:szCs w:val="52"/>
    </w:rPr>
  </w:style>
  <w:style w:type="paragraph" w:styleId="Subttulo">
    <w:name w:val="Subtitle"/>
    <w:basedOn w:val="Normal"/>
    <w:next w:val="Normal"/>
    <w:link w:val="SubttuloCarter"/>
    <w:uiPriority w:val="11"/>
    <w:qFormat/>
    <w:rsid w:val="00FC693F"/>
    <w:pPr>
      <w:numPr>
        <w:ilvl w:val="1"/>
      </w:numPr>
    </w:pPr>
    <w:rPr>
      <w:rFonts w:ascii="Calibri" w:eastAsia="MS Gothic" w:hAnsi="Calibri"/>
      <w:i/>
      <w:iCs/>
      <w:color w:val="4F81BD"/>
      <w:spacing w:val="15"/>
      <w:sz w:val="24"/>
      <w:szCs w:val="24"/>
    </w:rPr>
  </w:style>
  <w:style w:type="character" w:customStyle="1" w:styleId="SubttuloCarter">
    <w:name w:val="Subtítulo Caráter"/>
    <w:link w:val="Subttulo"/>
    <w:uiPriority w:val="11"/>
    <w:rsid w:val="00FC693F"/>
    <w:rPr>
      <w:rFonts w:ascii="Calibri" w:eastAsia="MS Gothic" w:hAnsi="Calibri" w:cs="Times New Roman"/>
      <w:i/>
      <w:iCs/>
      <w:color w:val="4F81BD"/>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arter"/>
    <w:uiPriority w:val="99"/>
    <w:unhideWhenUsed/>
    <w:rsid w:val="00AA1D8D"/>
    <w:pPr>
      <w:spacing w:after="120"/>
    </w:pPr>
  </w:style>
  <w:style w:type="character" w:customStyle="1" w:styleId="CorpodetextoCarter">
    <w:name w:val="Corpo de texto Caráter"/>
    <w:basedOn w:val="Tipodeletrapredefinidodopargrafo"/>
    <w:link w:val="Corpodetexto"/>
    <w:uiPriority w:val="99"/>
    <w:rsid w:val="00AA1D8D"/>
  </w:style>
  <w:style w:type="paragraph" w:styleId="Corpodetexto2">
    <w:name w:val="Body Text 2"/>
    <w:basedOn w:val="Normal"/>
    <w:link w:val="Corpodetexto2Carter"/>
    <w:uiPriority w:val="99"/>
    <w:unhideWhenUsed/>
    <w:rsid w:val="00AA1D8D"/>
    <w:pPr>
      <w:spacing w:after="120" w:line="480" w:lineRule="auto"/>
    </w:pPr>
  </w:style>
  <w:style w:type="character" w:customStyle="1" w:styleId="Corpodetexto2Carter">
    <w:name w:val="Corpo de texto 2 Caráter"/>
    <w:basedOn w:val="Tipodeletrapredefinidodopargrafo"/>
    <w:link w:val="Corpodetexto2"/>
    <w:uiPriority w:val="99"/>
    <w:rsid w:val="00AA1D8D"/>
  </w:style>
  <w:style w:type="paragraph" w:styleId="Corpodetexto3">
    <w:name w:val="Body Text 3"/>
    <w:basedOn w:val="Normal"/>
    <w:link w:val="Corpodetexto3Carter"/>
    <w:uiPriority w:val="99"/>
    <w:unhideWhenUsed/>
    <w:rsid w:val="00AA1D8D"/>
    <w:pPr>
      <w:spacing w:after="120"/>
    </w:pPr>
    <w:rPr>
      <w:sz w:val="16"/>
      <w:szCs w:val="16"/>
    </w:rPr>
  </w:style>
  <w:style w:type="character" w:customStyle="1" w:styleId="Corpodetexto3Carter">
    <w:name w:val="Corpo de texto 3 Caráter"/>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mmarcas">
    <w:name w:val="List Bullet"/>
    <w:basedOn w:val="Normal"/>
    <w:uiPriority w:val="99"/>
    <w:unhideWhenUsed/>
    <w:rsid w:val="00326F90"/>
    <w:pPr>
      <w:numPr>
        <w:numId w:val="1"/>
      </w:numPr>
      <w:contextualSpacing/>
    </w:pPr>
  </w:style>
  <w:style w:type="paragraph" w:styleId="Listacommarcas2">
    <w:name w:val="List Bullet 2"/>
    <w:basedOn w:val="Normal"/>
    <w:uiPriority w:val="99"/>
    <w:unhideWhenUsed/>
    <w:rsid w:val="00326F90"/>
    <w:pPr>
      <w:numPr>
        <w:numId w:val="2"/>
      </w:numPr>
      <w:contextualSpacing/>
    </w:pPr>
  </w:style>
  <w:style w:type="paragraph" w:styleId="Listacommarcas3">
    <w:name w:val="List Bullet 3"/>
    <w:basedOn w:val="Normal"/>
    <w:uiPriority w:val="99"/>
    <w:unhideWhenUsed/>
    <w:rsid w:val="00326F90"/>
    <w:pPr>
      <w:numPr>
        <w:numId w:val="3"/>
      </w:numPr>
      <w:contextualSpacing/>
    </w:pPr>
  </w:style>
  <w:style w:type="paragraph" w:styleId="Listanumerada">
    <w:name w:val="List Number"/>
    <w:basedOn w:val="Normal"/>
    <w:uiPriority w:val="99"/>
    <w:unhideWhenUsed/>
    <w:rsid w:val="00326F90"/>
    <w:pPr>
      <w:numPr>
        <w:numId w:val="5"/>
      </w:numPr>
      <w:contextualSpacing/>
    </w:pPr>
  </w:style>
  <w:style w:type="paragraph" w:styleId="Listanumerada2">
    <w:name w:val="List Number 2"/>
    <w:basedOn w:val="Normal"/>
    <w:uiPriority w:val="99"/>
    <w:unhideWhenUsed/>
    <w:rsid w:val="0029639D"/>
    <w:pPr>
      <w:numPr>
        <w:numId w:val="6"/>
      </w:numPr>
      <w:contextualSpacing/>
    </w:pPr>
  </w:style>
  <w:style w:type="paragraph" w:styleId="Listanumerada3">
    <w:name w:val="List Number 3"/>
    <w:basedOn w:val="Normal"/>
    <w:uiPriority w:val="99"/>
    <w:unhideWhenUsed/>
    <w:rsid w:val="0029639D"/>
    <w:pPr>
      <w:numPr>
        <w:numId w:val="7"/>
      </w:numPr>
      <w:contextualSpacing/>
    </w:pPr>
  </w:style>
  <w:style w:type="paragraph" w:styleId="Listadecont">
    <w:name w:val="List Continue"/>
    <w:basedOn w:val="Normal"/>
    <w:uiPriority w:val="99"/>
    <w:unhideWhenUsed/>
    <w:rsid w:val="0029639D"/>
    <w:pPr>
      <w:spacing w:after="120"/>
      <w:ind w:left="360"/>
      <w:contextualSpacing/>
    </w:pPr>
  </w:style>
  <w:style w:type="paragraph" w:styleId="Listadecont2">
    <w:name w:val="List Continue 2"/>
    <w:basedOn w:val="Normal"/>
    <w:uiPriority w:val="99"/>
    <w:unhideWhenUsed/>
    <w:rsid w:val="0029639D"/>
    <w:pPr>
      <w:spacing w:after="120"/>
      <w:ind w:left="720"/>
      <w:contextualSpacing/>
    </w:pPr>
  </w:style>
  <w:style w:type="paragraph" w:styleId="Listadecont3">
    <w:name w:val="List Continue 3"/>
    <w:basedOn w:val="Normal"/>
    <w:uiPriority w:val="99"/>
    <w:unhideWhenUsed/>
    <w:rsid w:val="0029639D"/>
    <w:pPr>
      <w:spacing w:after="120"/>
      <w:ind w:left="1080"/>
      <w:contextualSpacing/>
    </w:pPr>
  </w:style>
  <w:style w:type="paragraph" w:styleId="Textodemacro">
    <w:name w:val="macro"/>
    <w:link w:val="TextodemacroCarter"/>
    <w:uiPriority w:val="99"/>
    <w:unhideWhenUsed/>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character" w:customStyle="1" w:styleId="TextodemacroCarter">
    <w:name w:val="Texto de macro Caráter"/>
    <w:link w:val="Textodemacro"/>
    <w:uiPriority w:val="99"/>
    <w:rsid w:val="0029639D"/>
    <w:rPr>
      <w:rFonts w:ascii="Courier" w:hAnsi="Courier"/>
      <w:sz w:val="20"/>
      <w:szCs w:val="20"/>
    </w:rPr>
  </w:style>
  <w:style w:type="paragraph" w:styleId="Citao">
    <w:name w:val="Quote"/>
    <w:basedOn w:val="Normal"/>
    <w:next w:val="Normal"/>
    <w:link w:val="CitaoCarter"/>
    <w:uiPriority w:val="29"/>
    <w:qFormat/>
    <w:rsid w:val="00FC693F"/>
    <w:rPr>
      <w:i/>
      <w:iCs/>
      <w:color w:val="000000"/>
    </w:rPr>
  </w:style>
  <w:style w:type="character" w:customStyle="1" w:styleId="CitaoCarter">
    <w:name w:val="Citação Caráter"/>
    <w:link w:val="Citao"/>
    <w:uiPriority w:val="29"/>
    <w:rsid w:val="00FC693F"/>
    <w:rPr>
      <w:i/>
      <w:iCs/>
      <w:color w:val="000000"/>
    </w:rPr>
  </w:style>
  <w:style w:type="character" w:customStyle="1" w:styleId="Ttulo4Carter">
    <w:name w:val="Título 4 Caráter"/>
    <w:link w:val="Ttulo4"/>
    <w:uiPriority w:val="9"/>
    <w:semiHidden/>
    <w:rsid w:val="00FC693F"/>
    <w:rPr>
      <w:rFonts w:ascii="Calibri" w:eastAsia="MS Gothic" w:hAnsi="Calibri" w:cs="Times New Roman"/>
      <w:b/>
      <w:bCs/>
      <w:i/>
      <w:iCs/>
      <w:color w:val="4F81BD"/>
    </w:rPr>
  </w:style>
  <w:style w:type="character" w:customStyle="1" w:styleId="Ttulo5Carter">
    <w:name w:val="Título 5 Caráter"/>
    <w:link w:val="Ttulo5"/>
    <w:uiPriority w:val="9"/>
    <w:semiHidden/>
    <w:rsid w:val="00FC693F"/>
    <w:rPr>
      <w:rFonts w:ascii="Calibri" w:eastAsia="MS Gothic" w:hAnsi="Calibri" w:cs="Times New Roman"/>
      <w:color w:val="243F60"/>
    </w:rPr>
  </w:style>
  <w:style w:type="character" w:customStyle="1" w:styleId="Ttulo6Carter">
    <w:name w:val="Título 6 Caráter"/>
    <w:link w:val="Ttulo6"/>
    <w:uiPriority w:val="9"/>
    <w:semiHidden/>
    <w:rsid w:val="00FC693F"/>
    <w:rPr>
      <w:rFonts w:ascii="Calibri" w:eastAsia="MS Gothic" w:hAnsi="Calibri" w:cs="Times New Roman"/>
      <w:i/>
      <w:iCs/>
      <w:color w:val="243F60"/>
    </w:rPr>
  </w:style>
  <w:style w:type="character" w:customStyle="1" w:styleId="Ttulo7Carter">
    <w:name w:val="Título 7 Caráter"/>
    <w:link w:val="Ttulo7"/>
    <w:uiPriority w:val="9"/>
    <w:semiHidden/>
    <w:rsid w:val="00FC693F"/>
    <w:rPr>
      <w:rFonts w:ascii="Calibri" w:eastAsia="MS Gothic" w:hAnsi="Calibri" w:cs="Times New Roman"/>
      <w:i/>
      <w:iCs/>
      <w:color w:val="404040"/>
    </w:rPr>
  </w:style>
  <w:style w:type="character" w:customStyle="1" w:styleId="Ttulo8Carter">
    <w:name w:val="Título 8 Caráter"/>
    <w:link w:val="Ttulo8"/>
    <w:uiPriority w:val="9"/>
    <w:semiHidden/>
    <w:rsid w:val="00FC693F"/>
    <w:rPr>
      <w:rFonts w:ascii="Calibri" w:eastAsia="MS Gothic" w:hAnsi="Calibri" w:cs="Times New Roman"/>
      <w:color w:val="4F81BD"/>
      <w:sz w:val="20"/>
      <w:szCs w:val="20"/>
    </w:rPr>
  </w:style>
  <w:style w:type="character" w:customStyle="1" w:styleId="Ttulo9Carter">
    <w:name w:val="Título 9 Caráter"/>
    <w:link w:val="Ttulo9"/>
    <w:uiPriority w:val="9"/>
    <w:semiHidden/>
    <w:rsid w:val="00FC693F"/>
    <w:rPr>
      <w:rFonts w:ascii="Calibri" w:eastAsia="MS Gothic" w:hAnsi="Calibri" w:cs="Times New Roman"/>
      <w:i/>
      <w:iCs/>
      <w:color w:val="404040"/>
      <w:sz w:val="20"/>
      <w:szCs w:val="20"/>
    </w:rPr>
  </w:style>
  <w:style w:type="paragraph" w:styleId="Legenda">
    <w:name w:val="caption"/>
    <w:basedOn w:val="Normal"/>
    <w:next w:val="Normal"/>
    <w:uiPriority w:val="35"/>
    <w:semiHidden/>
    <w:unhideWhenUsed/>
    <w:qFormat/>
    <w:rsid w:val="00FC693F"/>
    <w:pPr>
      <w:spacing w:line="240" w:lineRule="auto"/>
    </w:pPr>
    <w:rPr>
      <w:b/>
      <w:bCs/>
      <w:color w:val="4F81BD"/>
      <w:sz w:val="18"/>
      <w:szCs w:val="18"/>
    </w:rPr>
  </w:style>
  <w:style w:type="character" w:styleId="Forte">
    <w:name w:val="Strong"/>
    <w:uiPriority w:val="22"/>
    <w:qFormat/>
    <w:rsid w:val="00FC693F"/>
    <w:rPr>
      <w:b/>
      <w:bCs/>
    </w:rPr>
  </w:style>
  <w:style w:type="character" w:styleId="nfase">
    <w:name w:val="Emphasis"/>
    <w:uiPriority w:val="20"/>
    <w:qFormat/>
    <w:rsid w:val="00FC693F"/>
    <w:rPr>
      <w:i/>
      <w:iCs/>
    </w:rPr>
  </w:style>
  <w:style w:type="paragraph" w:styleId="CitaoIntensa">
    <w:name w:val="Intense Quote"/>
    <w:basedOn w:val="Normal"/>
    <w:next w:val="Normal"/>
    <w:link w:val="CitaoIntensaCarter"/>
    <w:uiPriority w:val="30"/>
    <w:qFormat/>
    <w:rsid w:val="00FC693F"/>
    <w:pPr>
      <w:pBdr>
        <w:bottom w:val="single" w:sz="4" w:space="4" w:color="4F81BD"/>
      </w:pBdr>
      <w:spacing w:before="200" w:after="280"/>
      <w:ind w:left="936" w:right="936"/>
    </w:pPr>
    <w:rPr>
      <w:b/>
      <w:bCs/>
      <w:i/>
      <w:iCs/>
      <w:color w:val="4F81BD"/>
    </w:rPr>
  </w:style>
  <w:style w:type="character" w:customStyle="1" w:styleId="CitaoIntensaCarter">
    <w:name w:val="Citação Intensa Caráter"/>
    <w:link w:val="CitaoIntensa"/>
    <w:uiPriority w:val="30"/>
    <w:rsid w:val="00FC693F"/>
    <w:rPr>
      <w:b/>
      <w:bCs/>
      <w:i/>
      <w:iCs/>
      <w:color w:val="4F81BD"/>
    </w:rPr>
  </w:style>
  <w:style w:type="character" w:styleId="nfaseDiscreta">
    <w:name w:val="Subtle Emphasis"/>
    <w:uiPriority w:val="19"/>
    <w:qFormat/>
    <w:rsid w:val="00FC693F"/>
    <w:rPr>
      <w:i/>
      <w:iCs/>
      <w:color w:val="808080"/>
    </w:rPr>
  </w:style>
  <w:style w:type="character" w:styleId="nfaseIntensa">
    <w:name w:val="Intense Emphasis"/>
    <w:uiPriority w:val="21"/>
    <w:qFormat/>
    <w:rsid w:val="00FC693F"/>
    <w:rPr>
      <w:b/>
      <w:bCs/>
      <w:i/>
      <w:iCs/>
      <w:color w:val="4F81BD"/>
    </w:rPr>
  </w:style>
  <w:style w:type="character" w:styleId="RefernciaDiscreta">
    <w:name w:val="Subtle Reference"/>
    <w:uiPriority w:val="31"/>
    <w:qFormat/>
    <w:rsid w:val="00FC693F"/>
    <w:rPr>
      <w:smallCaps/>
      <w:color w:val="C0504D"/>
      <w:u w:val="single"/>
    </w:rPr>
  </w:style>
  <w:style w:type="character" w:styleId="RefernciaIntensa">
    <w:name w:val="Intense Reference"/>
    <w:uiPriority w:val="32"/>
    <w:qFormat/>
    <w:rsid w:val="00FC693F"/>
    <w:rPr>
      <w:b/>
      <w:bCs/>
      <w:smallCaps/>
      <w:color w:val="C0504D"/>
      <w:spacing w:val="5"/>
      <w:u w:val="single"/>
    </w:rPr>
  </w:style>
  <w:style w:type="character" w:styleId="TtulodoLivro">
    <w:name w:val="Book Title"/>
    <w:uiPriority w:val="33"/>
    <w:qFormat/>
    <w:rsid w:val="00FC693F"/>
    <w:rPr>
      <w:b/>
      <w:bCs/>
      <w:smallCaps/>
      <w:spacing w:val="5"/>
    </w:rPr>
  </w:style>
  <w:style w:type="paragraph" w:styleId="Cabealhodondice">
    <w:name w:val="TOC Heading"/>
    <w:basedOn w:val="Ttulo1"/>
    <w:next w:val="Normal"/>
    <w:uiPriority w:val="39"/>
    <w:semiHidden/>
    <w:unhideWhenUsed/>
    <w:qFormat/>
    <w:rsid w:val="00FC693F"/>
    <w:pPr>
      <w:outlineLvl w:val="9"/>
    </w:pPr>
  </w:style>
  <w:style w:type="table" w:styleId="TabelacomGrelha">
    <w:name w:val="Table Grid"/>
    <w:basedOn w:val="Tabela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elanormal"/>
    <w:uiPriority w:val="60"/>
    <w:rsid w:val="00FC693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Cor1">
    <w:name w:val="Light Shading Accent 1"/>
    <w:basedOn w:val="Tabelanormal"/>
    <w:uiPriority w:val="60"/>
    <w:rsid w:val="00FC693F"/>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Cor2">
    <w:name w:val="Light Shading Accent 2"/>
    <w:basedOn w:val="Tabelanormal"/>
    <w:uiPriority w:val="60"/>
    <w:rsid w:val="00FC693F"/>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Cor3">
    <w:name w:val="Light Shading Accent 3"/>
    <w:basedOn w:val="Tabelanormal"/>
    <w:uiPriority w:val="60"/>
    <w:rsid w:val="00FC693F"/>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Cor4">
    <w:name w:val="Light Shading Accent 4"/>
    <w:basedOn w:val="Tabelanormal"/>
    <w:uiPriority w:val="60"/>
    <w:rsid w:val="00FC693F"/>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Cor5">
    <w:name w:val="Light Shading Accent 5"/>
    <w:basedOn w:val="Tabelanormal"/>
    <w:uiPriority w:val="60"/>
    <w:rsid w:val="00FC693F"/>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Cor6">
    <w:name w:val="Light Shading Accent 6"/>
    <w:basedOn w:val="Tabelanormal"/>
    <w:uiPriority w:val="60"/>
    <w:rsid w:val="00FC693F"/>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staClara">
    <w:name w:val="Light List"/>
    <w:basedOn w:val="Tabelanormal"/>
    <w:uiPriority w:val="61"/>
    <w:rsid w:val="00FC693F"/>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Cor1">
    <w:name w:val="Light List Accent 1"/>
    <w:basedOn w:val="Tabelanormal"/>
    <w:uiPriority w:val="61"/>
    <w:rsid w:val="00FC693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Cor2">
    <w:name w:val="Light List Accent 2"/>
    <w:basedOn w:val="Tabelanormal"/>
    <w:uiPriority w:val="61"/>
    <w:rsid w:val="00CB0664"/>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Cor3">
    <w:name w:val="Light List Accent 3"/>
    <w:basedOn w:val="Tabelanormal"/>
    <w:uiPriority w:val="61"/>
    <w:rsid w:val="00CB066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Cor4">
    <w:name w:val="Light List Accent 4"/>
    <w:basedOn w:val="Tabelanormal"/>
    <w:uiPriority w:val="61"/>
    <w:rsid w:val="00CB0664"/>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Cor5">
    <w:name w:val="Light List Accent 5"/>
    <w:basedOn w:val="Tabelanormal"/>
    <w:uiPriority w:val="61"/>
    <w:rsid w:val="00CB066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Cor6">
    <w:name w:val="Light List Accent 6"/>
    <w:basedOn w:val="Tabelanormal"/>
    <w:uiPriority w:val="61"/>
    <w:rsid w:val="00CB0664"/>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GrelhaClara">
    <w:name w:val="Light Grid"/>
    <w:basedOn w:val="Tabelanormal"/>
    <w:uiPriority w:val="62"/>
    <w:rsid w:val="00CB066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elhaClara-Cor1">
    <w:name w:val="Light Grid Accent 1"/>
    <w:basedOn w:val="Tabelanormal"/>
    <w:uiPriority w:val="62"/>
    <w:rsid w:val="00CB0664"/>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elhaClara-Cor2">
    <w:name w:val="Light Grid Accent 2"/>
    <w:basedOn w:val="Tabelanormal"/>
    <w:uiPriority w:val="62"/>
    <w:rsid w:val="00CB0664"/>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elhaClara-Cor3">
    <w:name w:val="Light Grid Accent 3"/>
    <w:basedOn w:val="Tabelanormal"/>
    <w:uiPriority w:val="62"/>
    <w:rsid w:val="00CB0664"/>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elhaClara-Cor4">
    <w:name w:val="Light Grid Accent 4"/>
    <w:basedOn w:val="Tabelanormal"/>
    <w:uiPriority w:val="62"/>
    <w:rsid w:val="00CB0664"/>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elhaClara-Cor5">
    <w:name w:val="Light Grid Accent 5"/>
    <w:basedOn w:val="Tabelanormal"/>
    <w:uiPriority w:val="62"/>
    <w:rsid w:val="00CB0664"/>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elhaClara-Cor6">
    <w:name w:val="Light Grid Accent 6"/>
    <w:basedOn w:val="Tabelanormal"/>
    <w:uiPriority w:val="62"/>
    <w:rsid w:val="00CB0664"/>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dio1">
    <w:name w:val="Medium Shading 1"/>
    <w:basedOn w:val="Tabelanormal"/>
    <w:uiPriority w:val="63"/>
    <w:rsid w:val="00CB066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dio1-Cor1">
    <w:name w:val="Medium Shading 1 Accent 1"/>
    <w:basedOn w:val="Tabelanormal"/>
    <w:uiPriority w:val="63"/>
    <w:rsid w:val="00CB066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dio1-Cor2">
    <w:name w:val="Medium Shading 1 Accent 2"/>
    <w:basedOn w:val="Tabelanormal"/>
    <w:uiPriority w:val="63"/>
    <w:rsid w:val="00CB0664"/>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dio1-Cor3">
    <w:name w:val="Medium Shading 1 Accent 3"/>
    <w:basedOn w:val="Tabelanormal"/>
    <w:uiPriority w:val="63"/>
    <w:rsid w:val="00CB066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dio1-Cor4">
    <w:name w:val="Medium Shading 1 Accent 4"/>
    <w:basedOn w:val="Tabelanormal"/>
    <w:uiPriority w:val="63"/>
    <w:rsid w:val="00CB0664"/>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dio1-Cor5">
    <w:name w:val="Medium Shading 1 Accent 5"/>
    <w:basedOn w:val="Tabelanormal"/>
    <w:uiPriority w:val="63"/>
    <w:rsid w:val="00CB0664"/>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dio1-Cor6">
    <w:name w:val="Medium Shading 1 Accent 6"/>
    <w:basedOn w:val="Tabelanormal"/>
    <w:uiPriority w:val="63"/>
    <w:rsid w:val="00CB066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dio2">
    <w:name w:val="Medium Shading 2"/>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dio2-Cor1">
    <w:name w:val="Medium Shading 2 Accent 1"/>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dio2-Cor2">
    <w:name w:val="Medium Shading 2 Accent 2"/>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dio2-Cor3">
    <w:name w:val="Medium Shading 2 Accent 3"/>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dio2-Cor4">
    <w:name w:val="Medium Shading 2 Accent 4"/>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dio2-Cor5">
    <w:name w:val="Medium Shading 2 Accent 5"/>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dio2-Cor6">
    <w:name w:val="Medium Shading 2 Accent 6"/>
    <w:basedOn w:val="Tabela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aMdia1-Cor1">
    <w:name w:val="Medium List 1 Accent 1"/>
    <w:basedOn w:val="Tabelanormal"/>
    <w:uiPriority w:val="65"/>
    <w:rsid w:val="00CB0664"/>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dia1-Cor2">
    <w:name w:val="Medium List 1 Accent 2"/>
    <w:basedOn w:val="Tabelanormal"/>
    <w:uiPriority w:val="65"/>
    <w:rsid w:val="00CB0664"/>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dia1-Cor3">
    <w:name w:val="Medium List 1 Accent 3"/>
    <w:basedOn w:val="Tabelanormal"/>
    <w:uiPriority w:val="65"/>
    <w:rsid w:val="00CB0664"/>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dia1-Cor4">
    <w:name w:val="Medium List 1 Accent 4"/>
    <w:basedOn w:val="Tabelanormal"/>
    <w:uiPriority w:val="65"/>
    <w:rsid w:val="00CB0664"/>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dia1-Cor5">
    <w:name w:val="Medium List 1 Accent 5"/>
    <w:basedOn w:val="Tabelanormal"/>
    <w:uiPriority w:val="65"/>
    <w:rsid w:val="00CB0664"/>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dia1-Cor6">
    <w:name w:val="Medium List 1 Accent 6"/>
    <w:basedOn w:val="Tabelanormal"/>
    <w:uiPriority w:val="65"/>
    <w:rsid w:val="00CB0664"/>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Mdia2">
    <w:name w:val="Medium List 2"/>
    <w:basedOn w:val="Tabelanormal"/>
    <w:uiPriority w:val="66"/>
    <w:rsid w:val="00CB0664"/>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dia2-Cor1">
    <w:name w:val="Medium List 2 Accent 1"/>
    <w:basedOn w:val="Tabelanormal"/>
    <w:uiPriority w:val="66"/>
    <w:rsid w:val="00CB0664"/>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dia2-Cor2">
    <w:name w:val="Medium List 2 Accent 2"/>
    <w:basedOn w:val="Tabelanormal"/>
    <w:uiPriority w:val="66"/>
    <w:rsid w:val="00CB0664"/>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dia2-Cor3">
    <w:name w:val="Medium List 2 Accent 3"/>
    <w:basedOn w:val="Tabelanormal"/>
    <w:uiPriority w:val="66"/>
    <w:rsid w:val="00CB0664"/>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dia2-Cor4">
    <w:name w:val="Medium List 2 Accent 4"/>
    <w:basedOn w:val="Tabelanormal"/>
    <w:uiPriority w:val="66"/>
    <w:rsid w:val="00CB0664"/>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dia2-Cor5">
    <w:name w:val="Medium List 2 Accent 5"/>
    <w:basedOn w:val="Tabelanormal"/>
    <w:uiPriority w:val="66"/>
    <w:rsid w:val="00CB0664"/>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dia2-Cor6">
    <w:name w:val="Medium List 2 Accent 6"/>
    <w:basedOn w:val="Tabelanormal"/>
    <w:uiPriority w:val="66"/>
    <w:rsid w:val="00CB0664"/>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GrelhaMdia1">
    <w:name w:val="Medium Grid 1"/>
    <w:basedOn w:val="Tabelanormal"/>
    <w:uiPriority w:val="67"/>
    <w:rsid w:val="00CB066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elhaMdia1-Cor1">
    <w:name w:val="Medium Grid 1 Accent 1"/>
    <w:basedOn w:val="Tabelanormal"/>
    <w:uiPriority w:val="67"/>
    <w:rsid w:val="00CB066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elhaMdia1-Cor2">
    <w:name w:val="Medium Grid 1 Accent 2"/>
    <w:basedOn w:val="Tabelanormal"/>
    <w:uiPriority w:val="67"/>
    <w:rsid w:val="00CB0664"/>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elhaMdia1-Cor3">
    <w:name w:val="Medium Grid 1 Accent 3"/>
    <w:basedOn w:val="Tabelanormal"/>
    <w:uiPriority w:val="67"/>
    <w:rsid w:val="00CB066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elhaMdia1-Cor4">
    <w:name w:val="Medium Grid 1 Accent 4"/>
    <w:basedOn w:val="Tabelanormal"/>
    <w:uiPriority w:val="67"/>
    <w:rsid w:val="00CB0664"/>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elhaMdia1-Cor5">
    <w:name w:val="Medium Grid 1 Accent 5"/>
    <w:basedOn w:val="Tabelanormal"/>
    <w:uiPriority w:val="67"/>
    <w:rsid w:val="00CB0664"/>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elhaMdia1-Cor6">
    <w:name w:val="Medium Grid 1 Accent 6"/>
    <w:basedOn w:val="Tabelanormal"/>
    <w:uiPriority w:val="67"/>
    <w:rsid w:val="00CB066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elhaMdia2">
    <w:name w:val="Medium Grid 2"/>
    <w:basedOn w:val="Tabelanormal"/>
    <w:uiPriority w:val="68"/>
    <w:rsid w:val="00CB0664"/>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elhaMdia2-Cor1">
    <w:name w:val="Medium Grid 2 Accent 1"/>
    <w:basedOn w:val="Tabelanormal"/>
    <w:uiPriority w:val="68"/>
    <w:rsid w:val="00CB0664"/>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elhaMdia2-Cor2">
    <w:name w:val="Medium Grid 2 Accent 2"/>
    <w:basedOn w:val="Tabelanormal"/>
    <w:uiPriority w:val="68"/>
    <w:rsid w:val="00CB0664"/>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elhaMdia2-Cor3">
    <w:name w:val="Medium Grid 2 Accent 3"/>
    <w:basedOn w:val="Tabelanormal"/>
    <w:uiPriority w:val="68"/>
    <w:rsid w:val="00CB0664"/>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elhaMdia2-Cor4">
    <w:name w:val="Medium Grid 2 Accent 4"/>
    <w:basedOn w:val="Tabelanormal"/>
    <w:uiPriority w:val="68"/>
    <w:rsid w:val="00CB0664"/>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elhaMdia2-Cor5">
    <w:name w:val="Medium Grid 2 Accent 5"/>
    <w:basedOn w:val="Tabelanormal"/>
    <w:uiPriority w:val="68"/>
    <w:rsid w:val="00CB0664"/>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elhaMdia2-Cor6">
    <w:name w:val="Medium Grid 2 Accent 6"/>
    <w:basedOn w:val="Tabelanormal"/>
    <w:uiPriority w:val="68"/>
    <w:rsid w:val="00CB0664"/>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elhaMdia3">
    <w:name w:val="Medium Grid 3"/>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elhaMdia3-Cor1">
    <w:name w:val="Medium Grid 3 Accent 1"/>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elhaMdia3-Cor2">
    <w:name w:val="Medium Grid 3 Accent 2"/>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elhaMdia3-Cor3">
    <w:name w:val="Medium Grid 3 Accent 3"/>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elhaMdia3-Cor4">
    <w:name w:val="Medium Grid 3 Accent 4"/>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elhaMdia3-Cor5">
    <w:name w:val="Medium Grid 3 Accent 5"/>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elhaMdia3-Cor6">
    <w:name w:val="Medium Grid 3 Accent 6"/>
    <w:basedOn w:val="Tabelanormal"/>
    <w:uiPriority w:val="69"/>
    <w:rsid w:val="00CB066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aEscura">
    <w:name w:val="Dark List"/>
    <w:basedOn w:val="Tabelanormal"/>
    <w:uiPriority w:val="70"/>
    <w:rsid w:val="00CB0664"/>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Escura-Cor1">
    <w:name w:val="Dark List Accent 1"/>
    <w:basedOn w:val="Tabelanormal"/>
    <w:uiPriority w:val="70"/>
    <w:rsid w:val="00CB0664"/>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Escura-Cor2">
    <w:name w:val="Dark List Accent 2"/>
    <w:basedOn w:val="Tabelanormal"/>
    <w:uiPriority w:val="70"/>
    <w:rsid w:val="00CB0664"/>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Escura-Cor3">
    <w:name w:val="Dark List Accent 3"/>
    <w:basedOn w:val="Tabelanormal"/>
    <w:uiPriority w:val="70"/>
    <w:rsid w:val="00CB0664"/>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Escura-Cor4">
    <w:name w:val="Dark List Accent 4"/>
    <w:basedOn w:val="Tabelanormal"/>
    <w:uiPriority w:val="70"/>
    <w:rsid w:val="00CB0664"/>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Escura-Cor5">
    <w:name w:val="Dark List Accent 5"/>
    <w:basedOn w:val="Tabelanormal"/>
    <w:uiPriority w:val="70"/>
    <w:rsid w:val="00CB0664"/>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Escura-Cor6">
    <w:name w:val="Dark List Accent 6"/>
    <w:basedOn w:val="Tabelanormal"/>
    <w:uiPriority w:val="70"/>
    <w:rsid w:val="00CB0664"/>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SombreadoColorido">
    <w:name w:val="Colorful Shading"/>
    <w:basedOn w:val="Tabelanormal"/>
    <w:uiPriority w:val="71"/>
    <w:rsid w:val="00CB0664"/>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doColorido-Cor1">
    <w:name w:val="Colorful Shading Accent 1"/>
    <w:basedOn w:val="Tabelanormal"/>
    <w:uiPriority w:val="71"/>
    <w:rsid w:val="00CB0664"/>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Colorido-Cor2">
    <w:name w:val="Colorful Shading Accent 2"/>
    <w:basedOn w:val="Tabelanormal"/>
    <w:uiPriority w:val="71"/>
    <w:rsid w:val="00CB0664"/>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doColorido-Cor3">
    <w:name w:val="Colorful Shading Accent 3"/>
    <w:basedOn w:val="Tabelanormal"/>
    <w:uiPriority w:val="71"/>
    <w:rsid w:val="00CB0664"/>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Colorido-Cor4">
    <w:name w:val="Colorful Shading Accent 4"/>
    <w:basedOn w:val="Tabelanormal"/>
    <w:uiPriority w:val="71"/>
    <w:rsid w:val="00CB0664"/>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doColorido-Cor5">
    <w:name w:val="Colorful Shading Accent 5"/>
    <w:basedOn w:val="Tabelanormal"/>
    <w:uiPriority w:val="71"/>
    <w:rsid w:val="00CB0664"/>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doColorido-Cor6">
    <w:name w:val="Colorful Shading Accent 6"/>
    <w:basedOn w:val="Tabelanormal"/>
    <w:uiPriority w:val="71"/>
    <w:rsid w:val="00CB0664"/>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aColorida">
    <w:name w:val="Colorful List"/>
    <w:basedOn w:val="Tabelanormal"/>
    <w:uiPriority w:val="72"/>
    <w:rsid w:val="00CB0664"/>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Colorida-Cor1">
    <w:name w:val="Colorful List Accent 1"/>
    <w:basedOn w:val="Tabelanormal"/>
    <w:uiPriority w:val="72"/>
    <w:rsid w:val="00CB0664"/>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aColorida-Cor2">
    <w:name w:val="Colorful List Accent 2"/>
    <w:basedOn w:val="Tabelanormal"/>
    <w:uiPriority w:val="72"/>
    <w:rsid w:val="00CB0664"/>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Colorida-Cor3">
    <w:name w:val="Colorful List Accent 3"/>
    <w:basedOn w:val="Tabelanormal"/>
    <w:uiPriority w:val="72"/>
    <w:rsid w:val="00CB0664"/>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Colorida-Cor4">
    <w:name w:val="Colorful List Accent 4"/>
    <w:basedOn w:val="Tabelanormal"/>
    <w:uiPriority w:val="72"/>
    <w:rsid w:val="00CB0664"/>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Colorida-Cor5">
    <w:name w:val="Colorful List Accent 5"/>
    <w:basedOn w:val="Tabelanormal"/>
    <w:uiPriority w:val="72"/>
    <w:rsid w:val="00CB0664"/>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Colorida-Cor6">
    <w:name w:val="Colorful List Accent 6"/>
    <w:basedOn w:val="Tabelanormal"/>
    <w:uiPriority w:val="72"/>
    <w:rsid w:val="00CB0664"/>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GrelhaColorida">
    <w:name w:val="Colorful Grid"/>
    <w:basedOn w:val="Tabelanormal"/>
    <w:uiPriority w:val="73"/>
    <w:rsid w:val="00CB0664"/>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elhaColorida-Cor1">
    <w:name w:val="Colorful Grid Accent 1"/>
    <w:basedOn w:val="Tabelanormal"/>
    <w:uiPriority w:val="73"/>
    <w:rsid w:val="00CB0664"/>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elhaColorida-Cor2">
    <w:name w:val="Colorful Grid Accent 2"/>
    <w:basedOn w:val="Tabelanormal"/>
    <w:uiPriority w:val="73"/>
    <w:rsid w:val="00CB0664"/>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elhaColorida-Cor3">
    <w:name w:val="Colorful Grid Accent 3"/>
    <w:basedOn w:val="Tabelanormal"/>
    <w:uiPriority w:val="73"/>
    <w:rsid w:val="00CB0664"/>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elhaColorida-Cor4">
    <w:name w:val="Colorful Grid Accent 4"/>
    <w:basedOn w:val="Tabelanormal"/>
    <w:uiPriority w:val="73"/>
    <w:rsid w:val="00CB0664"/>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elhaColorida-Cor5">
    <w:name w:val="Colorful Grid Accent 5"/>
    <w:basedOn w:val="Tabelanormal"/>
    <w:uiPriority w:val="73"/>
    <w:rsid w:val="00CB0664"/>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elhaColorida-Cor6">
    <w:name w:val="Colorful Grid Accent 6"/>
    <w:basedOn w:val="Tabelanormal"/>
    <w:uiPriority w:val="73"/>
    <w:rsid w:val="00CB0664"/>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p1">
    <w:name w:val="p1"/>
    <w:basedOn w:val="Normal"/>
    <w:rsid w:val="001A6600"/>
    <w:pPr>
      <w:spacing w:after="0" w:line="240" w:lineRule="auto"/>
    </w:pPr>
    <w:rPr>
      <w:rFonts w:ascii="Helvetica" w:hAnsi="Helvetica"/>
      <w:sz w:val="18"/>
      <w:szCs w:val="18"/>
      <w:lang w:val="pt-PT" w:eastAsia="pt-PT"/>
    </w:rPr>
  </w:style>
  <w:style w:type="character" w:customStyle="1" w:styleId="s1">
    <w:name w:val="s1"/>
    <w:rsid w:val="001A6600"/>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2593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s://walesdtp-legacy.cardiff.ac.uk/wp-content/uploads/2023/10/university-of-wales-trinity-saint-david-logo-vector.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913</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nzagegunza1@outlook.pt</cp:lastModifiedBy>
  <cp:revision>2</cp:revision>
  <dcterms:created xsi:type="dcterms:W3CDTF">2025-07-21T08:52:00Z</dcterms:created>
  <dcterms:modified xsi:type="dcterms:W3CDTF">2025-07-21T08:52:00Z</dcterms:modified>
  <cp:category/>
</cp:coreProperties>
</file>